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最后两题答案 · 2022-2023学年</w:t>
      </w:r>
    </w:p>
    <w:p>
      <w:pPr>
        <w:spacing w:before="0" w:after="160"/>
        <w:jc w:val="center"/>
      </w:pPr>
      <w:r>
        <w:rPr>
          <w:rFonts w:ascii="仿宋" w:hAnsi="仿宋" w:eastAsia="仿宋"/>
          <w:b w:val="0"/>
          <w:sz w:val="21"/>
        </w:rPr>
        <w:t>共 64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月考</w:t>
      </w:r>
    </w:p>
    <w:p>
      <w:pPr>
        <w:pStyle w:val="Heading2"/>
      </w:pPr>
      <w:r>
        <w:t>中国人民大学附属中学（其他）</w:t>
      </w:r>
    </w:p>
    <w:p>
      <w:pPr>
        <w:spacing w:line="360" w:lineRule="auto"/>
        <w:jc w:val="both"/>
        <w:textAlignment w:val="center"/>
        <w:rPr>
          <w:color w:val="000000"/>
        </w:rPr>
      </w:pPr>
      <w:r>
        <w:rPr>
          <w:color w:val="000000"/>
        </w:rPr>
        <w:t xml:space="preserve">26. </w:t>
      </w:r>
      <w:r>
        <w:rPr>
          <w:rFonts w:ascii="宋体" w:hAnsi="宋体" w:eastAsia="宋体" w:cs="宋体"/>
          <w:color w:val="000000"/>
        </w:rPr>
        <w:t>已知，点</w:t>
      </w:r>
      <w:r>
        <w:rPr>
          <w:rFonts w:ascii="Times New Roman" w:hAnsi="Times New Roman" w:eastAsia="Times New Roman" w:cs="Times New Roman"/>
          <w:i/>
          <w:color w:val="000000"/>
        </w:rPr>
        <w:t>O</w:t>
      </w:r>
      <w:r>
        <w:rPr>
          <w:rFonts w:ascii="宋体" w:hAnsi="宋体" w:eastAsia="宋体" w:cs="宋体"/>
          <w:color w:val="000000"/>
        </w:rPr>
        <w:t>在直线</w:t>
      </w:r>
      <w:r>
        <w:pict>
          <v:shape id="_x0000_i70978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 o:title="eqIdf52a58fbaf4fea03567e88a9f0f6e37e"/>
            <o:lock v:ext="edit" aspectratio="t"/>
            <w10:wrap type="none"/>
            <w10:anchorlock/>
          </v:shape>
        </w:pict>
      </w:r>
      <w:r>
        <w:rPr>
          <w:rFonts w:ascii="宋体" w:hAnsi="宋体" w:eastAsia="宋体" w:cs="宋体"/>
          <w:color w:val="000000"/>
        </w:rPr>
        <w:t>上，在直线</w:t>
      </w:r>
      <w:r>
        <w:pict>
          <v:shape id="_x0000_i70978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 o:title="eqIdf52a58fbaf4fea03567e88a9f0f6e37e"/>
            <o:lock v:ext="edit" aspectratio="t"/>
            <w10:wrap type="none"/>
            <w10:anchorlock/>
          </v:shape>
        </w:pict>
      </w:r>
      <w:r>
        <w:rPr>
          <w:rFonts w:ascii="宋体" w:hAnsi="宋体" w:eastAsia="宋体" w:cs="宋体"/>
          <w:color w:val="000000"/>
        </w:rPr>
        <w:t>外取一点</w:t>
      </w:r>
      <w:r>
        <w:rPr>
          <w:rFonts w:ascii="Times New Roman" w:hAnsi="Times New Roman" w:eastAsia="Times New Roman" w:cs="Times New Roman"/>
          <w:i/>
          <w:color w:val="000000"/>
        </w:rPr>
        <w:t>C</w:t>
      </w:r>
      <w:r>
        <w:rPr>
          <w:rFonts w:ascii="宋体" w:hAnsi="宋体" w:eastAsia="宋体" w:cs="宋体"/>
          <w:color w:val="000000"/>
        </w:rPr>
        <w:t>，画射线</w:t>
      </w:r>
      <w:r>
        <w:pict>
          <v:shape id="_x0000_i709785"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0" o:title="eqId828628c0876b45381c9a0edeb0fec236"/>
            <o:lock v:ext="edit" aspectratio="t"/>
            <w10:wrap type="none"/>
            <w10:anchorlock/>
          </v:shape>
        </w:pict>
      </w:r>
      <w:r>
        <w:rPr>
          <w:rFonts w:ascii="宋体" w:hAnsi="宋体" w:eastAsia="宋体" w:cs="宋体"/>
          <w:color w:val="000000"/>
        </w:rPr>
        <w:t>，</w:t>
      </w:r>
      <w:r>
        <w:pict>
          <v:shape id="_x0000_i709786"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1" o:title="eqId683c590673eece14fea3319c4fd5eb55"/>
            <o:lock v:ext="edit" aspectratio="t"/>
            <w10:wrap type="none"/>
            <w10:anchorlock/>
          </v:shape>
        </w:pict>
      </w:r>
      <w:r>
        <w:rPr>
          <w:rFonts w:ascii="宋体" w:hAnsi="宋体" w:eastAsia="宋体" w:cs="宋体"/>
          <w:color w:val="000000"/>
        </w:rPr>
        <w:t>平分</w:t>
      </w:r>
      <w:r>
        <w:pict>
          <v:shape id="_x0000_i70978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2" o:title="eqIdd22df2977de56cc69be0c1e847653d7a"/>
            <o:lock v:ext="edit" aspectratio="t"/>
            <w10:wrap type="none"/>
            <w10:anchorlock/>
          </v:shape>
        </w:pict>
      </w:r>
      <w:r>
        <w:rPr>
          <w:rFonts w:ascii="宋体" w:hAnsi="宋体" w:eastAsia="宋体" w:cs="宋体"/>
          <w:color w:val="000000"/>
        </w:rPr>
        <w:t>，射线</w:t>
      </w:r>
      <w:r>
        <w:pict>
          <v:shape id="_x0000_i709788"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3" o:title="eqIda299d2b999568e80be8005565ba209a4"/>
            <o:lock v:ext="edit" aspectratio="t"/>
            <w10:wrap type="none"/>
            <w10:anchorlock/>
          </v:shape>
        </w:pict>
      </w:r>
      <w:r>
        <w:rPr>
          <w:rFonts w:ascii="宋体" w:hAnsi="宋体" w:eastAsia="宋体" w:cs="宋体"/>
          <w:color w:val="000000"/>
        </w:rPr>
        <w:t>在直线</w:t>
      </w:r>
      <w:r>
        <w:pict>
          <v:shape id="_x0000_i70978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 o:title="eqIdf52a58fbaf4fea03567e88a9f0f6e37e"/>
            <o:lock v:ext="edit" aspectratio="t"/>
            <w10:wrap type="none"/>
            <w10:anchorlock/>
          </v:shape>
        </w:pict>
      </w:r>
      <w:r>
        <w:rPr>
          <w:rFonts w:ascii="宋体" w:hAnsi="宋体" w:eastAsia="宋体" w:cs="宋体"/>
          <w:color w:val="000000"/>
        </w:rPr>
        <w:t>上方，且</w:t>
      </w:r>
      <w:r>
        <w:pict>
          <v:shape id="_x0000_i709790"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4" o:title="eqIdd95a92fcd0cd5e55f1d32d42504a569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19275" cy="1076325"/>
            <wp:effectExtent l="0" t="0" r="0" b="0"/>
            <wp:docPr id="3081"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图片 10005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819275" cy="10763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，如果点</w:t>
      </w:r>
      <w:r>
        <w:rPr>
          <w:rFonts w:ascii="Times New Roman" w:hAnsi="Times New Roman" w:eastAsia="Times New Roman" w:cs="Times New Roman"/>
          <w:i/>
          <w:color w:val="000000"/>
        </w:rPr>
        <w:t>C</w:t>
      </w:r>
      <w:r>
        <w:rPr>
          <w:rFonts w:ascii="宋体" w:hAnsi="宋体" w:eastAsia="宋体" w:cs="宋体"/>
          <w:color w:val="000000"/>
        </w:rPr>
        <w:t>在直线</w:t>
      </w:r>
      <w:r>
        <w:rPr>
          <w:rFonts w:ascii="Times New Roman" w:hAnsi="Times New Roman" w:eastAsia="Times New Roman" w:cs="Times New Roman"/>
          <w:i/>
          <w:color w:val="000000"/>
        </w:rPr>
        <w:t>AB</w:t>
      </w:r>
      <w:r>
        <w:rPr>
          <w:rFonts w:ascii="宋体" w:hAnsi="宋体" w:eastAsia="宋体" w:cs="宋体"/>
          <w:color w:val="000000"/>
        </w:rPr>
        <w:t>上方，且</w:t>
      </w:r>
      <w:r>
        <w:pict>
          <v:shape id="_x0000_i709791" o:spt="75" alt="学科网(www.zxxk.com)--教育资源门户，提供试卷、教案、课件、论文、素材以及各类教学资源下载，还有大量而丰富的教学相关资讯！" type="#_x0000_t75" style="height:13pt;width:57.5pt;" o:ole="t" filled="f" o:preferrelative="t" stroked="f" coordsize="21600,21600">
            <v:path/>
            <v:fill on="f" focussize="0,0"/>
            <v:stroke on="f" joinstyle="miter"/>
            <v:imagedata r:id="rId16" o:title="eqIddb91877e869a8d58b2bab2c39756d7f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①依题意补全图</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②求</w:t>
      </w:r>
      <w:r>
        <w:pict>
          <v:shape id="_x0000_i70979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7" o:title="eqId418ebb89d29f4f631b055c911e8d178a"/>
            <o:lock v:ext="edit" aspectratio="t"/>
            <w10:wrap type="none"/>
            <w10:anchorlock/>
          </v:shape>
        </w:pict>
      </w:r>
      <w:r>
        <w:rPr>
          <w:rFonts w:ascii="宋体" w:hAnsi="宋体" w:eastAsia="宋体" w:cs="宋体"/>
          <w:color w:val="000000"/>
        </w:rPr>
        <w:t>的度数</w:t>
      </w:r>
      <w:r>
        <w:pict>
          <v:shape id="_x0000_i709793" o:spt="75" alt="学科网(www.zxxk.com)--教育资源门户，提供试卷、教案、课件、论文、素材以及各类教学资源下载，还有大量而丰富的教学相关资讯！" type="#_x0000_t75" style="height:20.2pt;width:100.9pt;" o:ole="t" filled="f" o:preferrelative="t" stroked="f" coordsize="21600,21600">
            <v:path/>
            <v:fill on="f" focussize="0,0"/>
            <v:stroke on="f" joinstyle="miter"/>
            <v:imagedata r:id="rId18" o:title="eqIdcb87d3230ffa6eb5c645e1ab2490745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如果点</w:t>
      </w:r>
      <w:r>
        <w:rPr>
          <w:rFonts w:ascii="Times New Roman" w:hAnsi="Times New Roman" w:eastAsia="Times New Roman" w:cs="Times New Roman"/>
          <w:i/>
          <w:color w:val="000000"/>
        </w:rPr>
        <w:t>C</w:t>
      </w:r>
      <w:r>
        <w:rPr>
          <w:rFonts w:ascii="宋体" w:hAnsi="宋体" w:eastAsia="宋体" w:cs="宋体"/>
          <w:color w:val="000000"/>
        </w:rPr>
        <w:t>在直线</w:t>
      </w:r>
      <w:r>
        <w:rPr>
          <w:rFonts w:ascii="Times New Roman" w:hAnsi="Times New Roman" w:eastAsia="Times New Roman" w:cs="Times New Roman"/>
          <w:i/>
          <w:color w:val="000000"/>
        </w:rPr>
        <w:t>AB</w:t>
      </w:r>
      <w:r>
        <w:rPr>
          <w:rFonts w:ascii="宋体" w:hAnsi="宋体" w:eastAsia="宋体" w:cs="宋体"/>
          <w:color w:val="000000"/>
        </w:rPr>
        <w:t>外，且</w:t>
      </w:r>
      <w:r>
        <w:pict>
          <v:shape id="_x0000_i709794"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19" o:title="eqIdfcbec8352ce3dbfbf3b173045d0ba8f2"/>
            <o:lock v:ext="edit" aspectratio="t"/>
            <w10:wrap type="none"/>
            <w10:anchorlock/>
          </v:shape>
        </w:pict>
      </w:r>
      <w:r>
        <w:rPr>
          <w:rFonts w:ascii="宋体" w:hAnsi="宋体" w:eastAsia="宋体" w:cs="宋体"/>
          <w:color w:val="000000"/>
        </w:rPr>
        <w:t>，则∠</w:t>
      </w:r>
      <w:r>
        <w:rPr>
          <w:rFonts w:ascii="Times New Roman" w:hAnsi="Times New Roman" w:eastAsia="Times New Roman" w:cs="Times New Roman"/>
          <w:i/>
          <w:color w:val="000000"/>
        </w:rPr>
        <w:t>AOE</w:t>
      </w:r>
      <w:r>
        <w:rPr>
          <w:rFonts w:ascii="宋体" w:hAnsi="宋体" w:eastAsia="宋体" w:cs="宋体"/>
          <w:color w:val="000000"/>
        </w:rPr>
        <w:t>的度数为</w:t>
      </w:r>
      <w:r>
        <w:rPr>
          <w:rFonts w:ascii="Times New Roman" w:hAnsi="Times New Roman" w:eastAsia="Times New Roman" w:cs="Times New Roman"/>
          <w:color w:val="000000"/>
        </w:rPr>
        <w:t>___________</w:t>
      </w:r>
      <w:r>
        <w:rPr>
          <w:rFonts w:ascii="宋体" w:hAnsi="宋体" w:eastAsia="宋体" w:cs="宋体"/>
          <w:color w:val="000000"/>
        </w:rPr>
        <w:t>．用含</w:t>
      </w:r>
      <w:r>
        <w:rPr>
          <w:rFonts w:ascii="Times New Roman" w:hAnsi="Times New Roman" w:eastAsia="Times New Roman" w:cs="Times New Roman"/>
          <w:i/>
          <w:color w:val="000000"/>
        </w:rPr>
        <w:t>a</w:t>
      </w:r>
      <w:r>
        <w:rPr>
          <w:rFonts w:ascii="宋体" w:hAnsi="宋体" w:eastAsia="宋体" w:cs="宋体"/>
          <w:color w:val="000000"/>
        </w:rPr>
        <w:t>的代数式表示，且</w:t>
      </w:r>
      <w:r>
        <w:pict>
          <v:shape id="_x0000_i709795" o:spt="75" alt="学科网(www.zxxk.com)--教育资源门户，提供试卷、教案、课件、论文、素材以及各类教学资源下载，还有大量而丰富的教学相关资讯！" type="#_x0000_t75" style="height:12.75pt;width:80.85pt;" o:ole="t" filled="f" o:preferrelative="t" stroked="f" coordsize="21600,21600">
            <v:path/>
            <v:fill on="f" focussize="0,0"/>
            <v:stroke on="f" joinstyle="miter"/>
            <v:imagedata r:id="rId20" o:title="eqId18ce969e54d3b04c29a9ebc8f92d641b"/>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①见解析；②</w:t>
      </w:r>
      <w:r>
        <w:pict>
          <v:shape id="_x0000_i709796" o:spt="75" alt="学科网(www.zxxk.com)--教育资源门户，提供试卷、教案、课件、论文、素材以及各类教学资源下载，还有大量而丰富的教学相关资讯！" type="#_x0000_t75" style="height:13.65pt;width:64.65pt;" o:ole="t" filled="f" o:preferrelative="t" stroked="f" coordsize="21600,21600">
            <v:path/>
            <v:fill on="f" focussize="0,0"/>
            <v:stroke on="f" joinstyle="miter"/>
            <v:imagedata r:id="rId21" o:title="eqIde18a7d74f808fd78a4596a78b62ed1c2"/>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pict>
          <v:shape id="_x0000_i709797"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22" o:title="eqId1f1d78808818c01416cd063278059209"/>
            <o:lock v:ext="edit" aspectratio="t"/>
            <w10:wrap type="none"/>
            <w10:anchorlock/>
          </v:shape>
        </w:pict>
      </w:r>
      <w:r>
        <w:rPr>
          <w:rFonts w:ascii="宋体" w:hAnsi="宋体" w:eastAsia="宋体" w:cs="宋体"/>
          <w:color w:val="000000"/>
        </w:rPr>
        <w:t>或</w:t>
      </w:r>
      <w:r>
        <w:pict>
          <v:shape id="_x0000_i709798"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23" o:title="eqId691cdb84c173acc1e5302be2f5e04405"/>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）①依据</w:t>
      </w:r>
      <w:r>
        <w:pict>
          <v:shape id="_x0000_i70979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4" o:title="eqId683c590673eece14fea3319c4fd5eb55"/>
            <o:lock v:ext="edit" aspectratio="t"/>
            <w10:wrap type="none"/>
            <w10:anchorlock/>
          </v:shape>
        </w:pict>
      </w:r>
      <w:r>
        <w:rPr>
          <w:rFonts w:ascii="宋体" w:hAnsi="宋体" w:eastAsia="宋体" w:cs="宋体"/>
          <w:color w:val="000000"/>
        </w:rPr>
        <w:t>平分</w:t>
      </w:r>
      <w:r>
        <w:pict>
          <v:shape id="_x0000_i70980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5" o:title="eqIdd22df2977de56cc69be0c1e847653d7a"/>
            <o:lock v:ext="edit" aspectratio="t"/>
            <w10:wrap type="none"/>
            <w10:anchorlock/>
          </v:shape>
        </w:pict>
      </w:r>
      <w:r>
        <w:rPr>
          <w:rFonts w:ascii="宋体" w:hAnsi="宋体" w:eastAsia="宋体" w:cs="宋体"/>
          <w:color w:val="000000"/>
        </w:rPr>
        <w:t>，射线</w:t>
      </w:r>
      <w:r>
        <w:pict>
          <v:shape id="_x0000_i709801"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26" o:title="eqIda299d2b999568e80be8005565ba209a4"/>
            <o:lock v:ext="edit" aspectratio="t"/>
            <w10:wrap type="none"/>
            <w10:anchorlock/>
          </v:shape>
        </w:pict>
      </w:r>
      <w:r>
        <w:rPr>
          <w:rFonts w:ascii="宋体" w:hAnsi="宋体" w:eastAsia="宋体" w:cs="宋体"/>
          <w:color w:val="000000"/>
        </w:rPr>
        <w:t>在直线</w:t>
      </w:r>
      <w:r>
        <w:pict>
          <v:shape id="_x0000_i70980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7" o:title="eqIdf52a58fbaf4fea03567e88a9f0f6e37e"/>
            <o:lock v:ext="edit" aspectratio="t"/>
            <w10:wrap type="none"/>
            <w10:anchorlock/>
          </v:shape>
        </w:pict>
      </w:r>
      <w:r>
        <w:rPr>
          <w:rFonts w:ascii="宋体" w:hAnsi="宋体" w:eastAsia="宋体" w:cs="宋体"/>
          <w:color w:val="000000"/>
        </w:rPr>
        <w:t>上方，且</w:t>
      </w:r>
      <w:r>
        <w:pict>
          <v:shape id="_x0000_i709803"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28" o:title="eqIdd95a92fcd0cd5e55f1d32d42504a5690"/>
            <o:lock v:ext="edit" aspectratio="t"/>
            <w10:wrap type="none"/>
            <w10:anchorlock/>
          </v:shape>
        </w:pict>
      </w:r>
      <w:r>
        <w:rPr>
          <w:rFonts w:ascii="宋体" w:hAnsi="宋体" w:eastAsia="宋体" w:cs="宋体"/>
          <w:color w:val="000000"/>
        </w:rPr>
        <w:t>，进行画图即可；</w:t>
      </w:r>
    </w:p>
    <w:p>
      <w:pPr>
        <w:spacing w:line="360" w:lineRule="auto"/>
        <w:jc w:val="left"/>
        <w:textAlignment w:val="center"/>
        <w:rPr>
          <w:color w:val="000000"/>
        </w:rPr>
      </w:pPr>
      <w:r>
        <w:rPr>
          <w:rFonts w:ascii="宋体" w:hAnsi="宋体" w:eastAsia="宋体" w:cs="宋体"/>
          <w:color w:val="000000"/>
        </w:rPr>
        <w:t>②依据角平分线的定义以及垂线的定义，即可得出</w:t>
      </w:r>
      <w:r>
        <w:pict>
          <v:shape id="_x0000_i70980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9" o:title="eqId418ebb89d29f4f631b055c911e8d178a"/>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）分两种情况讨论：点</w:t>
      </w:r>
      <w:r>
        <w:rPr>
          <w:rFonts w:ascii="Times New Roman" w:hAnsi="Times New Roman" w:eastAsia="Times New Roman" w:cs="Times New Roman"/>
          <w:i/>
          <w:color w:val="000000"/>
        </w:rPr>
        <w:t>C</w:t>
      </w:r>
      <w:r>
        <w:rPr>
          <w:rFonts w:ascii="宋体" w:hAnsi="宋体" w:eastAsia="宋体" w:cs="宋体"/>
          <w:color w:val="000000"/>
        </w:rPr>
        <w:t>在直线</w:t>
      </w:r>
      <w:r>
        <w:pict>
          <v:shape id="_x0000_i70980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0" o:title="eqIdf52a58fbaf4fea03567e88a9f0f6e37e"/>
            <o:lock v:ext="edit" aspectratio="t"/>
            <w10:wrap type="none"/>
            <w10:anchorlock/>
          </v:shape>
        </w:pict>
      </w:r>
      <w:r>
        <w:rPr>
          <w:rFonts w:ascii="宋体" w:hAnsi="宋体" w:eastAsia="宋体" w:cs="宋体"/>
          <w:color w:val="000000"/>
        </w:rPr>
        <w:t>上方，点</w:t>
      </w:r>
      <w:r>
        <w:rPr>
          <w:rFonts w:ascii="Times New Roman" w:hAnsi="Times New Roman" w:eastAsia="Times New Roman" w:cs="Times New Roman"/>
          <w:i/>
          <w:color w:val="000000"/>
        </w:rPr>
        <w:t>C</w:t>
      </w:r>
      <w:r>
        <w:rPr>
          <w:rFonts w:ascii="宋体" w:hAnsi="宋体" w:eastAsia="宋体" w:cs="宋体"/>
          <w:color w:val="000000"/>
        </w:rPr>
        <w:t>在直线</w:t>
      </w:r>
      <w:r>
        <w:pict>
          <v:shape id="_x0000_i70980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0" o:title="eqIdf52a58fbaf4fea03567e88a9f0f6e37e"/>
            <o:lock v:ext="edit" aspectratio="t"/>
            <w10:wrap type="none"/>
            <w10:anchorlock/>
          </v:shape>
        </w:pict>
      </w:r>
      <w:r>
        <w:rPr>
          <w:rFonts w:ascii="宋体" w:hAnsi="宋体" w:eastAsia="宋体" w:cs="宋体"/>
          <w:color w:val="000000"/>
        </w:rPr>
        <w:t>下方，分别依据角平分线的定义以及垂线的定义，进行计算即可．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解：①如图所示：</w:t>
      </w:r>
    </w:p>
    <w:p>
      <w:pPr>
        <w:spacing w:line="360" w:lineRule="auto"/>
        <w:jc w:val="left"/>
        <w:textAlignment w:val="center"/>
        <w:rPr>
          <w:color w:val="000000"/>
        </w:rPr>
      </w:pPr>
      <w:r>
        <w:rPr>
          <w:color w:val="000000"/>
        </w:rPr>
        <w:drawing>
          <wp:inline distT="0" distB="0" distL="114300" distR="114300">
            <wp:extent cx="1838325" cy="1314450"/>
            <wp:effectExtent l="0" t="0" r="0" b="0"/>
            <wp:docPr id="3083"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图片 100059"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838325" cy="1314450"/>
                    </a:xfrm>
                    <a:prstGeom prst="rect">
                      <a:avLst/>
                    </a:prstGeom>
                  </pic:spPr>
                </pic:pic>
              </a:graphicData>
            </a:graphic>
          </wp:inline>
        </w:drawing>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09807" o:spt="75" alt="学科网(www.zxxk.com)--教育资源门户，提供试卷、教案、课件、论文、素材以及各类教学资源下载，还有大量而丰富的教学相关资讯！" type="#_x0000_t75" style="height:13pt;width:57.5pt;" o:ole="t" filled="f" o:preferrelative="t" stroked="f" coordsize="21600,21600">
            <v:path/>
            <v:fill on="f" focussize="0,0"/>
            <v:stroke on="f" joinstyle="miter"/>
            <v:imagedata r:id="rId32" o:title="eqIddb91877e869a8d58b2bab2c39756d7fa"/>
            <o:lock v:ext="edit" aspectratio="t"/>
            <w10:wrap type="none"/>
            <w10:anchorlock/>
          </v:shape>
        </w:pict>
      </w:r>
      <w:r>
        <w:rPr>
          <w:rFonts w:ascii="宋体" w:hAnsi="宋体" w:eastAsia="宋体" w:cs="宋体"/>
          <w:color w:val="000000"/>
        </w:rPr>
        <w:t>，</w:t>
      </w:r>
      <w:r>
        <w:pict>
          <v:shape id="_x0000_i709808"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33" o:title="eqId683c590673eece14fea3319c4fd5eb55"/>
            <o:lock v:ext="edit" aspectratio="t"/>
            <w10:wrap type="none"/>
            <w10:anchorlock/>
          </v:shape>
        </w:pict>
      </w:r>
      <w:r>
        <w:rPr>
          <w:rFonts w:ascii="宋体" w:hAnsi="宋体" w:eastAsia="宋体" w:cs="宋体"/>
          <w:color w:val="000000"/>
        </w:rPr>
        <w:t>平分</w:t>
      </w:r>
      <w:r>
        <w:pict>
          <v:shape id="_x0000_i70980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4" o:title="eqIdd22df2977de56cc69be0c1e847653d7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09810" o:spt="75" alt="学科网(www.zxxk.com)--教育资源门户，提供试卷、教案、课件、论文、素材以及各类教学资源下载，还有大量而丰富的教学相关资讯！" type="#_x0000_t75" style="height:30.85pt;width:119.85pt;" o:ole="t" filled="f" o:preferrelative="t" stroked="f" coordsize="21600,21600">
            <v:path/>
            <v:fill on="f" focussize="0,0"/>
            <v:stroke on="f" joinstyle="miter"/>
            <v:imagedata r:id="rId35" o:title="eqId1ad864ecc10feee65efc2326af1b57c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09811"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36" o:title="eqIdd95a92fcd0cd5e55f1d32d42504a569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09812" o:spt="75" alt="学科网(www.zxxk.com)--教育资源门户，提供试卷、教案、课件、论文、素材以及各类教学资源下载，还有大量而丰富的教学相关资讯！" type="#_x0000_t75" style="height:13.85pt;width:151.1pt;" o:ole="t" filled="f" o:preferrelative="t" stroked="f" coordsize="21600,21600">
            <v:path/>
            <v:fill on="f" focussize="0,0"/>
            <v:stroke on="f" joinstyle="miter"/>
            <v:imagedata r:id="rId37" o:title="eqIda4778db4701e54a10b697fa0f024bdb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解：分两种情况：</w:t>
      </w:r>
    </w:p>
    <w:p>
      <w:pPr>
        <w:spacing w:line="360" w:lineRule="auto"/>
        <w:jc w:val="both"/>
        <w:textAlignment w:val="center"/>
        <w:rPr>
          <w:color w:val="000000"/>
        </w:rPr>
      </w:pPr>
      <w:r>
        <w:rPr>
          <w:rFonts w:ascii="宋体" w:hAnsi="宋体" w:eastAsia="宋体" w:cs="宋体"/>
          <w:color w:val="000000"/>
        </w:rPr>
        <w:t>①当点</w:t>
      </w:r>
      <w:r>
        <w:rPr>
          <w:rFonts w:ascii="Times New Roman" w:hAnsi="Times New Roman" w:eastAsia="Times New Roman" w:cs="Times New Roman"/>
          <w:i/>
          <w:color w:val="000000"/>
        </w:rPr>
        <w:t>C</w:t>
      </w:r>
      <w:r>
        <w:rPr>
          <w:rFonts w:ascii="宋体" w:hAnsi="宋体" w:eastAsia="宋体" w:cs="宋体"/>
          <w:color w:val="000000"/>
        </w:rPr>
        <w:t>在直线</w:t>
      </w:r>
      <w:r>
        <w:pict>
          <v:shape id="_x0000_i70981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 o:title="eqIdf52a58fbaf4fea03567e88a9f0f6e37e"/>
            <o:lock v:ext="edit" aspectratio="t"/>
            <w10:wrap type="none"/>
            <w10:anchorlock/>
          </v:shape>
        </w:pict>
      </w:r>
      <w:r>
        <w:rPr>
          <w:rFonts w:ascii="宋体" w:hAnsi="宋体" w:eastAsia="宋体" w:cs="宋体"/>
          <w:color w:val="000000"/>
        </w:rPr>
        <w:t>上方时，如图</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同理可得，</w:t>
      </w:r>
      <w:r>
        <w:pict>
          <v:shape id="_x0000_i709814" o:spt="75" alt="学科网(www.zxxk.com)--教育资源门户，提供试卷、教案、课件、论文、素材以及各类教学资源下载，还有大量而丰富的教学相关资讯！" type="#_x0000_t75" style="height:31pt;width:67pt;" o:ole="t" filled="f" o:preferrelative="t" stroked="f" coordsize="21600,21600">
            <v:path/>
            <v:fill on="f" focussize="0,0"/>
            <v:stroke on="f" joinstyle="miter"/>
            <v:imagedata r:id="rId39" o:title="eqIdc2b883bf2564e1db1fecb1ed79ffd89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09815" o:spt="75" alt="学科网(www.zxxk.com)--教育资源门户，提供试卷、教案、课件、论文、素材以及各类教学资源下载，还有大量而丰富的教学相关资讯！" type="#_x0000_t75" style="height:30.85pt;width:181.2pt;" o:ole="t" filled="f" o:preferrelative="t" stroked="f" coordsize="21600,21600">
            <v:path/>
            <v:fill on="f" focussize="0,0"/>
            <v:stroke on="f" joinstyle="miter"/>
            <v:imagedata r:id="rId40" o:title="eqIde88834c8bfb6c5dc6332c63782e5c7d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②当点</w:t>
      </w:r>
      <w:r>
        <w:rPr>
          <w:rFonts w:ascii="Times New Roman" w:hAnsi="Times New Roman" w:eastAsia="Times New Roman" w:cs="Times New Roman"/>
          <w:i/>
          <w:color w:val="000000"/>
        </w:rPr>
        <w:t>C</w:t>
      </w:r>
      <w:r>
        <w:rPr>
          <w:rFonts w:ascii="宋体" w:hAnsi="宋体" w:eastAsia="宋体" w:cs="宋体"/>
          <w:color w:val="000000"/>
        </w:rPr>
        <w:t>在直线</w:t>
      </w:r>
      <w:r>
        <w:pict>
          <v:shape id="_x0000_i70981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1" o:title="eqIdf52a58fbaf4fea03567e88a9f0f6e37e"/>
            <o:lock v:ext="edit" aspectratio="t"/>
            <w10:wrap type="none"/>
            <w10:anchorlock/>
          </v:shape>
        </w:pict>
      </w:r>
      <w:r>
        <w:rPr>
          <w:rFonts w:ascii="宋体" w:hAnsi="宋体" w:eastAsia="宋体" w:cs="宋体"/>
          <w:color w:val="000000"/>
        </w:rPr>
        <w:t>下方时，如图</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952625" cy="1657350"/>
            <wp:effectExtent l="0" t="0" r="0" b="0"/>
            <wp:docPr id="3085"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 name="图片 100061"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952625" cy="165735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同理可得，</w:t>
      </w:r>
      <w:r>
        <w:pict>
          <v:shape id="_x0000_i709817" o:spt="75" alt="学科网(www.zxxk.com)--教育资源门户，提供试卷、教案、课件、论文、素材以及各类教学资源下载，还有大量而丰富的教学相关资讯！" type="#_x0000_t75" style="height:31pt;width:67pt;" o:ole="t" filled="f" o:preferrelative="t" stroked="f" coordsize="21600,21600">
            <v:path/>
            <v:fill on="f" focussize="0,0"/>
            <v:stroke on="f" joinstyle="miter"/>
            <v:imagedata r:id="rId43" o:title="eqIdc2b883bf2564e1db1fecb1ed79ffd89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09818"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4" o:title="eqIdd95a92fcd0cd5e55f1d32d42504a569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09819" o:spt="75" alt="学科网(www.zxxk.com)--教育资源门户，提供试卷、教案、课件、论文、素材以及各类教学资源下载，还有大量而丰富的教学相关资讯！" type="#_x0000_t75" style="height:30.85pt;width:92.95pt;" o:ole="t" filled="f" o:preferrelative="t" stroked="f" coordsize="21600,21600">
            <v:path/>
            <v:fill on="f" focussize="0,0"/>
            <v:stroke on="f" joinstyle="miter"/>
            <v:imagedata r:id="rId45" o:title="eqId8dec76194fdd114aa344721ac13a418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又∵点</w:t>
      </w:r>
      <w:r>
        <w:rPr>
          <w:rFonts w:ascii="Times New Roman" w:hAnsi="Times New Roman" w:eastAsia="Times New Roman" w:cs="Times New Roman"/>
          <w:i/>
          <w:color w:val="000000"/>
        </w:rPr>
        <w:t>O</w:t>
      </w:r>
      <w:r>
        <w:rPr>
          <w:rFonts w:ascii="宋体" w:hAnsi="宋体" w:eastAsia="宋体" w:cs="宋体"/>
          <w:color w:val="000000"/>
        </w:rPr>
        <w:t>在直线</w:t>
      </w:r>
      <w:r>
        <w:pict>
          <v:shape id="_x0000_i70982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6" o:title="eqIdf52a58fbaf4fea03567e88a9f0f6e37e"/>
            <o:lock v:ext="edit" aspectratio="t"/>
            <w10:wrap type="none"/>
            <w10:anchorlock/>
          </v:shape>
        </w:pict>
      </w:r>
      <w:r>
        <w:rPr>
          <w:rFonts w:ascii="宋体" w:hAnsi="宋体" w:eastAsia="宋体" w:cs="宋体"/>
          <w:color w:val="000000"/>
        </w:rPr>
        <w:t>上，</w:t>
      </w:r>
    </w:p>
    <w:p>
      <w:pPr>
        <w:spacing w:line="360" w:lineRule="auto"/>
        <w:jc w:val="both"/>
        <w:textAlignment w:val="center"/>
        <w:rPr>
          <w:color w:val="000000"/>
        </w:rPr>
      </w:pPr>
      <w:r>
        <w:rPr>
          <w:rFonts w:ascii="宋体" w:hAnsi="宋体" w:eastAsia="宋体" w:cs="宋体"/>
          <w:color w:val="000000"/>
        </w:rPr>
        <w:t>∴</w:t>
      </w:r>
      <w:r>
        <w:pict>
          <v:shape id="_x0000_i709821" o:spt="75" alt="学科网(www.zxxk.com)--教育资源门户，提供试卷、教案、课件、论文、素材以及各类教学资源下载，还有大量而丰富的教学相关资讯！" type="#_x0000_t75" style="height:30.85pt;width:189.9pt;" o:ole="t" filled="f" o:preferrelative="t" stroked="f" coordsize="21600,21600">
            <v:path/>
            <v:fill on="f" focussize="0,0"/>
            <v:stroke on="f" joinstyle="miter"/>
            <v:imagedata r:id="rId47" o:title="eqIdfa561afe58145ab16e25f3bcfda2643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综上所述，</w:t>
      </w:r>
      <w:r>
        <w:pict>
          <v:shape id="_x0000_i70982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8" o:title="eqId418ebb89d29f4f631b055c911e8d178a"/>
            <o:lock v:ext="edit" aspectratio="t"/>
            <w10:wrap type="none"/>
            <w10:anchorlock/>
          </v:shape>
        </w:pict>
      </w:r>
      <w:r>
        <w:rPr>
          <w:rFonts w:ascii="宋体" w:hAnsi="宋体" w:eastAsia="宋体" w:cs="宋体"/>
          <w:color w:val="000000"/>
        </w:rPr>
        <w:t>的度数为</w:t>
      </w:r>
      <w:r>
        <w:pict>
          <v:shape id="_x0000_i709823"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49" o:title="eqId1f1d78808818c01416cd063278059209"/>
            <o:lock v:ext="edit" aspectratio="t"/>
            <w10:wrap type="none"/>
            <w10:anchorlock/>
          </v:shape>
        </w:pict>
      </w:r>
      <w:r>
        <w:rPr>
          <w:rFonts w:ascii="宋体" w:hAnsi="宋体" w:eastAsia="宋体" w:cs="宋体"/>
          <w:color w:val="000000"/>
        </w:rPr>
        <w:t>或</w:t>
      </w:r>
      <w:r>
        <w:pict>
          <v:shape id="_x0000_i709824"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50" o:title="eqId691cdb84c173acc1e5302be2f5e0440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09825"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51" o:title="eqId1f1d78808818c01416cd063278059209"/>
            <o:lock v:ext="edit" aspectratio="t"/>
            <w10:wrap type="none"/>
            <w10:anchorlock/>
          </v:shape>
        </w:pict>
      </w:r>
      <w:r>
        <w:rPr>
          <w:rFonts w:ascii="宋体" w:hAnsi="宋体" w:eastAsia="宋体" w:cs="宋体"/>
          <w:color w:val="000000"/>
        </w:rPr>
        <w:t>或</w:t>
      </w:r>
      <w:r>
        <w:pict>
          <v:shape id="_x0000_i709826"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52" o:title="eqId691cdb84c173acc1e5302be2f5e0440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本题主要考查了角的计算，垂线以及角平分线的定义的运用．解决本题的关键是熟练进行角的和差计算．</w:t>
      </w:r>
    </w:p>
    <w:p>
      <w:pPr>
        <w:spacing w:line="360" w:lineRule="auto"/>
        <w:jc w:val="left"/>
        <w:textAlignment w:val="center"/>
        <w:rPr>
          <w:color w:val="000000"/>
        </w:rPr>
      </w:pPr>
      <w:r>
        <w:rPr>
          <w:rFonts w:ascii="宋体" w:hAnsi="宋体" w:eastAsia="宋体" w:cs="宋体"/>
          <w:b/>
          <w:color w:val="000000"/>
          <w:sz w:val="24"/>
        </w:rPr>
        <w:t>挑战自我（</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27. </w:t>
      </w:r>
      <w:r>
        <w:rPr>
          <w:rFonts w:ascii="宋体" w:hAnsi="宋体" w:eastAsia="宋体" w:cs="宋体"/>
          <w:color w:val="000000"/>
        </w:rPr>
        <w:t>我们将数轴上点</w:t>
      </w:r>
      <w:r>
        <w:rPr>
          <w:rFonts w:ascii="Times New Roman" w:hAnsi="Times New Roman" w:eastAsia="Times New Roman" w:cs="Times New Roman"/>
          <w:i/>
          <w:color w:val="000000"/>
        </w:rPr>
        <w:t>P</w:t>
      </w:r>
      <w:r>
        <w:rPr>
          <w:rFonts w:ascii="宋体" w:hAnsi="宋体" w:eastAsia="宋体" w:cs="宋体"/>
          <w:color w:val="000000"/>
        </w:rPr>
        <w:t>表示的数记为</w:t>
      </w:r>
      <w:r>
        <w:pict>
          <v:shape id="_x0000_i709827"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53" o:title="eqId79b752f0f189e5d8666daea73e145dff"/>
            <o:lock v:ext="edit" aspectratio="t"/>
            <w10:wrap type="none"/>
            <w10:anchorlock/>
          </v:shape>
        </w:pict>
      </w:r>
      <w:r>
        <w:rPr>
          <w:rFonts w:ascii="宋体" w:hAnsi="宋体" w:eastAsia="宋体" w:cs="宋体"/>
          <w:color w:val="000000"/>
        </w:rPr>
        <w:t>．对于数轴上不同的三个点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T</w:t>
      </w:r>
      <w:r>
        <w:rPr>
          <w:rFonts w:ascii="宋体" w:hAnsi="宋体" w:eastAsia="宋体" w:cs="宋体"/>
          <w:color w:val="000000"/>
        </w:rPr>
        <w:t>，若有</w:t>
      </w:r>
      <w:r>
        <w:pict>
          <v:shape id="_x0000_i709828" o:spt="75" alt="学科网(www.zxxk.com)--教育资源门户，提供试卷、教案、课件、论文、素材以及各类教学资源下载，还有大量而丰富的教学相关资讯！" type="#_x0000_t75" style="height:20.25pt;width:104.25pt;" o:ole="t" filled="f" o:preferrelative="t" stroked="f" coordsize="21600,21600">
            <v:path/>
            <v:fill on="f" focussize="0,0"/>
            <v:stroke on="f" joinstyle="miter"/>
            <v:imagedata r:id="rId54" o:title="eqId9f5c51678d4e09b0646beda9009b93c1"/>
            <o:lock v:ext="edit" aspectratio="t"/>
            <w10:wrap type="none"/>
            <w10:anchorlock/>
          </v:shape>
        </w:pict>
      </w:r>
      <w:r>
        <w:rPr>
          <w:rFonts w:ascii="宋体" w:hAnsi="宋体" w:eastAsia="宋体" w:cs="宋体"/>
          <w:color w:val="000000"/>
        </w:rPr>
        <w:t>，其中</w:t>
      </w:r>
      <w:r>
        <w:rPr>
          <w:rFonts w:ascii="Times New Roman" w:hAnsi="Times New Roman" w:eastAsia="Times New Roman" w:cs="Times New Roman"/>
          <w:i/>
          <w:color w:val="000000"/>
        </w:rPr>
        <w:t>k</w:t>
      </w:r>
      <w:r>
        <w:rPr>
          <w:rFonts w:ascii="宋体" w:hAnsi="宋体" w:eastAsia="宋体" w:cs="宋体"/>
          <w:color w:val="000000"/>
        </w:rPr>
        <w:t>为有理数，则称点</w:t>
      </w:r>
      <w:r>
        <w:rPr>
          <w:rFonts w:ascii="Times New Roman" w:hAnsi="Times New Roman" w:eastAsia="Times New Roman" w:cs="Times New Roman"/>
          <w:i/>
          <w:color w:val="000000"/>
        </w:rPr>
        <w:t>N</w:t>
      </w:r>
      <w:r>
        <w:rPr>
          <w:rFonts w:ascii="宋体" w:hAnsi="宋体" w:eastAsia="宋体" w:cs="宋体"/>
          <w:color w:val="000000"/>
        </w:rPr>
        <w:t>是点</w:t>
      </w:r>
      <w:r>
        <w:rPr>
          <w:rFonts w:ascii="Times New Roman" w:hAnsi="Times New Roman" w:eastAsia="Times New Roman" w:cs="Times New Roman"/>
          <w:i/>
          <w:color w:val="000000"/>
        </w:rPr>
        <w:t>M</w:t>
      </w:r>
      <w:r>
        <w:rPr>
          <w:rFonts w:ascii="宋体" w:hAnsi="宋体" w:eastAsia="宋体" w:cs="宋体"/>
          <w:color w:val="000000"/>
        </w:rPr>
        <w:t>关于点</w:t>
      </w:r>
      <w:r>
        <w:rPr>
          <w:rFonts w:ascii="Times New Roman" w:hAnsi="Times New Roman" w:eastAsia="Times New Roman" w:cs="Times New Roman"/>
          <w:i/>
          <w:color w:val="000000"/>
        </w:rPr>
        <w:t>T</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星点”．已知在数轴上，原点为</w:t>
      </w:r>
      <w:r>
        <w:rPr>
          <w:rFonts w:ascii="Times New Roman" w:hAnsi="Times New Roman" w:eastAsia="Times New Roman" w:cs="Times New Roman"/>
          <w:i/>
          <w:color w:val="000000"/>
        </w:rPr>
        <w:t>O</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表示的数分别为</w:t>
      </w:r>
      <w:r>
        <w:pict>
          <v:shape id="_x0000_i709829" o:spt="75" alt="学科网(www.zxxk.com)--教育资源门户，提供试卷、教案、课件、论文、素材以及各类教学资源下载，还有大量而丰富的教学相关资讯！" type="#_x0000_t75" style="height:16.3pt;width:36pt;" o:ole="t" filled="f" o:preferrelative="t" stroked="f" coordsize="21600,21600">
            <v:path/>
            <v:fill on="f" focussize="0,0"/>
            <v:stroke on="f" joinstyle="miter"/>
            <v:imagedata r:id="rId55" o:title="eqIdbf19710833e349624483dc375fb91bf0"/>
            <o:lock v:ext="edit" aspectratio="t"/>
            <w10:wrap type="none"/>
            <w10:anchorlock/>
          </v:shape>
        </w:pict>
      </w:r>
      <w:r>
        <w:rPr>
          <w:rFonts w:ascii="宋体" w:hAnsi="宋体" w:eastAsia="宋体" w:cs="宋体"/>
          <w:color w:val="000000"/>
        </w:rPr>
        <w:t>．</w:t>
      </w:r>
      <w:r>
        <w:pict>
          <v:shape id="_x0000_i709830"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56" o:title="eqIdb20063864df2b55f7bc19005754efb8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067175" cy="428625"/>
            <wp:effectExtent l="0" t="0" r="0" b="0"/>
            <wp:docPr id="3087"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图片 100063"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4067175" cy="4286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）若点</w:t>
      </w:r>
      <w:r>
        <w:rPr>
          <w:rFonts w:ascii="Times New Roman" w:hAnsi="Times New Roman" w:eastAsia="Times New Roman" w:cs="Times New Roman"/>
          <w:i/>
          <w:color w:val="000000"/>
        </w:rPr>
        <w:t>B</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关于原点</w:t>
      </w:r>
      <w:r>
        <w:rPr>
          <w:rFonts w:ascii="Times New Roman" w:hAnsi="Times New Roman" w:eastAsia="Times New Roman" w:cs="Times New Roman"/>
          <w:i/>
          <w:color w:val="000000"/>
        </w:rPr>
        <w:t>O</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星点”，则</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___</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星点”，则</w:t>
      </w:r>
      <w:r>
        <w:pict>
          <v:shape id="_x0000_i709831" o:spt="75" alt="学科网(www.zxxk.com)--教育资源门户，提供试卷、教案、课件、论文、素材以及各类教学资源下载，还有大量而丰富的教学相关资讯！" type="#_x0000_t75" style="height:16.65pt;width:13.65pt;" o:ole="t" filled="f" o:preferrelative="t" stroked="f" coordsize="21600,21600">
            <v:path/>
            <v:fill on="f" focussize="0,0"/>
            <v:stroke on="f" joinstyle="miter"/>
            <v:imagedata r:id="rId58" o:title="eqId1d6c00cb2047fdede2e5a46d83a6a41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）若线段</w:t>
      </w:r>
      <w:r>
        <w:rPr>
          <w:rFonts w:ascii="Times New Roman" w:hAnsi="Times New Roman" w:eastAsia="Times New Roman" w:cs="Times New Roman"/>
          <w:i/>
          <w:color w:val="000000"/>
        </w:rPr>
        <w:t>AB</w:t>
      </w:r>
      <w:r>
        <w:rPr>
          <w:rFonts w:ascii="宋体" w:hAnsi="宋体" w:eastAsia="宋体" w:cs="宋体"/>
          <w:color w:val="000000"/>
        </w:rPr>
        <w:t>在数轴上沿正方向运动，每秒运动</w:t>
      </w:r>
      <w:r>
        <w:rPr>
          <w:rFonts w:ascii="Times New Roman" w:hAnsi="Times New Roman" w:eastAsia="Times New Roman" w:cs="Times New Roman"/>
          <w:color w:val="000000"/>
        </w:rPr>
        <w:t>1</w:t>
      </w:r>
      <w:r>
        <w:rPr>
          <w:rFonts w:ascii="宋体" w:hAnsi="宋体" w:eastAsia="宋体" w:cs="宋体"/>
          <w:color w:val="000000"/>
        </w:rPr>
        <w:t>个单位长度，取线段</w:t>
      </w:r>
      <w:r>
        <w:rPr>
          <w:rFonts w:ascii="Times New Roman" w:hAnsi="Times New Roman" w:eastAsia="Times New Roman" w:cs="Times New Roman"/>
          <w:i/>
          <w:color w:val="000000"/>
        </w:rPr>
        <w:t>AB</w:t>
      </w:r>
      <w:r>
        <w:rPr>
          <w:rFonts w:ascii="宋体" w:hAnsi="宋体" w:eastAsia="宋体" w:cs="宋体"/>
          <w:color w:val="000000"/>
        </w:rPr>
        <w:t>的中点</w:t>
      </w:r>
      <w:r>
        <w:rPr>
          <w:rFonts w:ascii="Times New Roman" w:hAnsi="Times New Roman" w:eastAsia="Times New Roman" w:cs="Times New Roman"/>
          <w:i/>
          <w:color w:val="000000"/>
        </w:rPr>
        <w:t>D</w:t>
      </w:r>
      <w:r>
        <w:rPr>
          <w:rFonts w:ascii="宋体" w:hAnsi="宋体" w:eastAsia="宋体" w:cs="宋体"/>
          <w:color w:val="000000"/>
        </w:rPr>
        <w:t>．是否存在某一时刻，使得点</w:t>
      </w:r>
      <w:r>
        <w:rPr>
          <w:rFonts w:ascii="Times New Roman" w:hAnsi="Times New Roman" w:eastAsia="Times New Roman" w:cs="Times New Roman"/>
          <w:i/>
          <w:color w:val="000000"/>
        </w:rPr>
        <w:t>D</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O</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星点”？若存在，求出线段</w:t>
      </w:r>
      <w:r>
        <w:rPr>
          <w:rFonts w:ascii="Times New Roman" w:hAnsi="Times New Roman" w:eastAsia="Times New Roman" w:cs="Times New Roman"/>
          <w:i/>
          <w:color w:val="000000"/>
        </w:rPr>
        <w:t>AB</w:t>
      </w:r>
      <w:r>
        <w:rPr>
          <w:rFonts w:ascii="宋体" w:hAnsi="宋体" w:eastAsia="宋体" w:cs="宋体"/>
          <w:color w:val="000000"/>
        </w:rPr>
        <w:t>的运动时间；若不存在，请说明理由；</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在数轴上运动（点</w:t>
      </w:r>
      <w:r>
        <w:rPr>
          <w:rFonts w:ascii="Times New Roman" w:hAnsi="Times New Roman" w:eastAsia="Times New Roman" w:cs="Times New Roman"/>
          <w:i/>
          <w:color w:val="000000"/>
        </w:rPr>
        <w:t>Q</w:t>
      </w:r>
      <w:r>
        <w:rPr>
          <w:rFonts w:ascii="宋体" w:hAnsi="宋体" w:eastAsia="宋体" w:cs="宋体"/>
          <w:color w:val="000000"/>
        </w:rPr>
        <w:t>不与</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两点重合），作点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Q</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星点</w:t>
      </w:r>
      <w:r>
        <w:rPr>
          <w:rFonts w:ascii="Times New Roman" w:hAnsi="Times New Roman" w:eastAsia="Times New Roman" w:cs="Times New Roman"/>
          <w:color w:val="000000"/>
        </w:rPr>
        <w:t>”</w:t>
      </w:r>
      <w:r>
        <w:rPr>
          <w:rFonts w:ascii="宋体" w:hAnsi="宋体" w:eastAsia="宋体" w:cs="宋体"/>
          <w:color w:val="000000"/>
        </w:rPr>
        <w:t>，记为</w:t>
      </w:r>
      <w:r>
        <w:pict>
          <v:shape id="_x0000_i709832"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59" o:title="eqIde7c314398e26ffc7164b82946eeb4273"/>
            <o:lock v:ext="edit" aspectratio="t"/>
            <w10:wrap type="none"/>
            <w10:anchorlock/>
          </v:shape>
        </w:pict>
      </w:r>
      <w:r>
        <w:rPr>
          <w:rFonts w:ascii="宋体" w:hAnsi="宋体" w:eastAsia="宋体" w:cs="宋体"/>
          <w:color w:val="000000"/>
        </w:rPr>
        <w:t>，作点</w:t>
      </w:r>
      <w:r>
        <w:rPr>
          <w:rFonts w:ascii="Times New Roman" w:hAnsi="Times New Roman" w:eastAsia="Times New Roman" w:cs="Times New Roman"/>
          <w:i/>
          <w:color w:val="000000"/>
        </w:rPr>
        <w:t>B</w:t>
      </w:r>
      <w:r>
        <w:rPr>
          <w:rFonts w:ascii="宋体" w:hAnsi="宋体" w:eastAsia="宋体" w:cs="宋体"/>
          <w:color w:val="000000"/>
        </w:rPr>
        <w:t>关于点</w:t>
      </w:r>
      <w:r>
        <w:rPr>
          <w:rFonts w:ascii="Times New Roman" w:hAnsi="Times New Roman" w:eastAsia="Times New Roman" w:cs="Times New Roman"/>
          <w:i/>
          <w:color w:val="000000"/>
        </w:rPr>
        <w:t>Q</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星点”，记为</w:t>
      </w:r>
      <w:r>
        <w:pict>
          <v:shape id="_x0000_i709833"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60" o:title="eqId3953cec61ac602ce5eb59b7912352179"/>
            <o:lock v:ext="edit" aspectratio="t"/>
            <w10:wrap type="none"/>
            <w10:anchorlock/>
          </v:shape>
        </w:pict>
      </w:r>
      <w:r>
        <w:rPr>
          <w:rFonts w:ascii="宋体" w:hAnsi="宋体" w:eastAsia="宋体" w:cs="宋体"/>
          <w:color w:val="000000"/>
        </w:rPr>
        <w:t>．当点</w:t>
      </w:r>
      <w:r>
        <w:rPr>
          <w:rFonts w:ascii="Times New Roman" w:hAnsi="Times New Roman" w:eastAsia="Times New Roman" w:cs="Times New Roman"/>
          <w:i/>
          <w:color w:val="000000"/>
        </w:rPr>
        <w:t>Q</w:t>
      </w:r>
      <w:r>
        <w:rPr>
          <w:rFonts w:ascii="宋体" w:hAnsi="宋体" w:eastAsia="宋体" w:cs="宋体"/>
          <w:color w:val="000000"/>
        </w:rPr>
        <w:t>运动时，</w:t>
      </w:r>
      <w:r>
        <w:pict>
          <v:shape id="_x0000_i709834" o:spt="75" alt="学科网(www.zxxk.com)--教育资源门户，提供试卷、教案、课件、论文、素材以及各类教学资源下载，还有大量而丰富的教学相关资讯！" type="#_x0000_t75" style="height:16pt;width:51pt;" o:ole="t" filled="f" o:preferrelative="t" stroked="f" coordsize="21600,21600">
            <v:path/>
            <v:fill on="f" focussize="0,0"/>
            <v:stroke on="f" joinstyle="miter"/>
            <v:imagedata r:id="rId61" o:title="eqIdabc42351f49b51fbe10d6481a9efd6ff"/>
            <o:lock v:ext="edit" aspectratio="t"/>
            <w10:wrap type="none"/>
            <w10:anchorlock/>
          </v:shape>
        </w:pict>
      </w:r>
      <w:r>
        <w:rPr>
          <w:rFonts w:ascii="宋体" w:hAnsi="宋体" w:eastAsia="宋体" w:cs="宋体"/>
          <w:color w:val="000000"/>
        </w:rPr>
        <w:t>是否存在最小值？若存在，求出最小值及相应点</w:t>
      </w:r>
      <w:r>
        <w:rPr>
          <w:rFonts w:ascii="Times New Roman" w:hAnsi="Times New Roman" w:eastAsia="Times New Roman" w:cs="Times New Roman"/>
          <w:i/>
          <w:color w:val="000000"/>
        </w:rPr>
        <w:t>Q</w:t>
      </w:r>
      <w:r>
        <w:rPr>
          <w:rFonts w:ascii="宋体" w:hAnsi="宋体" w:eastAsia="宋体" w:cs="宋体"/>
          <w:color w:val="000000"/>
        </w:rPr>
        <w:t>的位置；若不存在，请说明理由．</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09835"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62" o:title="eqId4e8b4bbd2f9912adfc9864c0e1e76a9d"/>
            <o:lock v:ext="edit" aspectratio="t"/>
            <w10:wrap type="none"/>
            <w10:anchorlock/>
          </v:shape>
        </w:pict>
      </w:r>
      <w:r>
        <w:rPr>
          <w:rFonts w:ascii="宋体" w:hAnsi="宋体" w:eastAsia="宋体" w:cs="宋体"/>
          <w:color w:val="000000"/>
        </w:rPr>
        <w:t>，</w:t>
      </w:r>
      <w:r>
        <w:pict>
          <v:shape id="_x0000_i709836" o:spt="75" alt="学科网(www.zxxk.com)--教育资源门户，提供试卷、教案、课件、论文、素材以及各类教学资源下载，还有大量而丰富的教学相关资讯！" type="#_x0000_t75" style="height:10.8pt;width:12.9pt;" o:ole="t" filled="f" o:preferrelative="t" stroked="f" coordsize="21600,21600">
            <v:path/>
            <v:fill on="f" focussize="0,0"/>
            <v:stroke on="f" joinstyle="miter"/>
            <v:imagedata r:id="rId63" o:title="eqId4a94acdfb41489d5694b5a64b9e9975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）存在，</w:t>
      </w:r>
      <w:r>
        <w:pict>
          <v:shape id="_x0000_i709837" o:spt="75" alt="学科网(www.zxxk.com)--教育资源门户，提供试卷、教案、课件、论文、素材以及各类教学资源下载，还有大量而丰富的教学相关资讯！" type="#_x0000_t75" style="height:30pt;width:30pt;" o:ole="t" filled="f" o:preferrelative="t" stroked="f" coordsize="21600,21600">
            <v:path/>
            <v:fill on="f" focussize="0,0"/>
            <v:stroke on="f" joinstyle="miter"/>
            <v:imagedata r:id="rId64" o:title="eqIdd4f172a78e2eb33e35aece9137b6ec7e"/>
            <o:lock v:ext="edit" aspectratio="t"/>
            <w10:wrap type="none"/>
            <w10:anchorlock/>
          </v:shape>
        </w:pict>
      </w:r>
      <w:r>
        <w:rPr>
          <w:rFonts w:ascii="宋体" w:hAnsi="宋体" w:eastAsia="宋体" w:cs="宋体"/>
          <w:color w:val="000000"/>
        </w:rPr>
        <w:t>，理由见解析；（</w:t>
      </w:r>
      <w:r>
        <w:rPr>
          <w:rFonts w:ascii="Times New Roman" w:hAnsi="Times New Roman" w:eastAsia="Times New Roman" w:cs="Times New Roman"/>
          <w:color w:val="000000"/>
        </w:rPr>
        <w:t>3</w:t>
      </w:r>
      <w:r>
        <w:rPr>
          <w:rFonts w:ascii="宋体" w:hAnsi="宋体" w:eastAsia="宋体" w:cs="宋体"/>
          <w:color w:val="000000"/>
        </w:rPr>
        <w:t>）存在，最小值为</w:t>
      </w:r>
      <w:r>
        <w:rPr>
          <w:rFonts w:ascii="Times New Roman" w:hAnsi="Times New Roman" w:eastAsia="Times New Roman" w:cs="Times New Roman"/>
          <w:color w:val="000000"/>
        </w:rPr>
        <w:t>15</w:t>
      </w:r>
      <w:r>
        <w:rPr>
          <w:rFonts w:ascii="宋体" w:hAnsi="宋体" w:eastAsia="宋体" w:cs="宋体"/>
          <w:color w:val="000000"/>
        </w:rPr>
        <w:t>，相应点</w:t>
      </w:r>
      <w:r>
        <w:rPr>
          <w:rFonts w:ascii="Times New Roman" w:hAnsi="Times New Roman" w:eastAsia="Times New Roman" w:cs="Times New Roman"/>
          <w:i/>
          <w:color w:val="000000"/>
        </w:rPr>
        <w:t>Q</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之间</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）直接读懂定义，根据定义列出等式</w:t>
      </w:r>
      <w:r>
        <w:pict>
          <v:shape id="_x0000_i709838" o:spt="75" alt="学科网(www.zxxk.com)--教育资源门户，提供试卷、教案、课件、论文、素材以及各类教学资源下载，还有大量而丰富的教学相关资讯！" type="#_x0000_t75" style="height:20pt;width:102pt;" o:ole="t" filled="f" o:preferrelative="t" stroked="f" coordsize="21600,21600">
            <v:path/>
            <v:fill on="f" focussize="0,0"/>
            <v:stroke on="f" joinstyle="miter"/>
            <v:imagedata r:id="rId65" o:title="eqId818976c9a0ad7236549bd74815038c33"/>
            <o:lock v:ext="edit" aspectratio="t"/>
            <w10:wrap type="none"/>
            <w10:anchorlock/>
          </v:shape>
        </w:pict>
      </w:r>
      <w:r>
        <w:rPr>
          <w:rFonts w:ascii="宋体" w:hAnsi="宋体" w:eastAsia="宋体" w:cs="宋体"/>
          <w:color w:val="000000"/>
        </w:rPr>
        <w:t>，</w:t>
      </w:r>
      <w:r>
        <w:pict>
          <v:shape id="_x0000_i709839" o:spt="75" alt="学科网(www.zxxk.com)--教育资源门户，提供试卷、教案、课件、论文、素材以及各类教学资源下载，还有大量而丰富的教学相关资讯！" type="#_x0000_t75" style="height:20pt;width:101pt;" o:ole="t" filled="f" o:preferrelative="t" stroked="f" coordsize="21600,21600">
            <v:path/>
            <v:fill on="f" focussize="0,0"/>
            <v:stroke on="f" joinstyle="miter"/>
            <v:imagedata r:id="rId66" o:title="eqIda45d5f6840a493c8200202203ceabfa5"/>
            <o:lock v:ext="edit" aspectratio="t"/>
            <w10:wrap type="none"/>
            <w10:anchorlock/>
          </v:shape>
        </w:pict>
      </w:r>
      <w:r>
        <w:rPr>
          <w:rFonts w:ascii="宋体" w:hAnsi="宋体" w:eastAsia="宋体" w:cs="宋体"/>
          <w:color w:val="000000"/>
        </w:rPr>
        <w:t>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）设经过</w:t>
      </w:r>
      <w:r>
        <w:pict>
          <v:shape id="_x0000_i709840"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67" o:title="eqId36a1b09c653185842513e24ebba60bb3"/>
            <o:lock v:ext="edit" aspectratio="t"/>
            <w10:wrap type="none"/>
            <w10:anchorlock/>
          </v:shape>
        </w:pict>
      </w:r>
      <w:r>
        <w:rPr>
          <w:rFonts w:ascii="宋体" w:hAnsi="宋体" w:eastAsia="宋体" w:cs="宋体"/>
          <w:color w:val="000000"/>
        </w:rPr>
        <w:t>秒后存在，则</w:t>
      </w:r>
      <w:r>
        <w:pict>
          <v:shape id="_x0000_i709841" o:spt="75" alt="学科网(www.zxxk.com)--教育资源门户，提供试卷、教案、课件、论文、素材以及各类教学资源下载，还有大量而丰富的教学相关资讯！" type="#_x0000_t75" style="height:18pt;width:102pt;" o:ole="t" filled="f" o:preferrelative="t" stroked="f" coordsize="21600,21600">
            <v:path/>
            <v:fill on="f" focussize="0,0"/>
            <v:stroke on="f" joinstyle="miter"/>
            <v:imagedata r:id="rId68" o:title="eqIde79541a2f4887dc05da45cd472c9e5ce"/>
            <o:lock v:ext="edit" aspectratio="t"/>
            <w10:wrap type="none"/>
            <w10:anchorlock/>
          </v:shape>
        </w:pict>
      </w:r>
      <w:r>
        <w:rPr>
          <w:rFonts w:ascii="宋体" w:hAnsi="宋体" w:eastAsia="宋体" w:cs="宋体"/>
          <w:color w:val="000000"/>
        </w:rPr>
        <w:t>，求出</w:t>
      </w:r>
      <w:r>
        <w:pict>
          <v:shape id="_x0000_i709842" o:spt="75" alt="学科网(www.zxxk.com)--教育资源门户，提供试卷、教案、课件、论文、素材以及各类教学资源下载，还有大量而丰富的教学相关资讯！" type="#_x0000_t75" style="height:31pt;width:55pt;" o:ole="t" filled="f" o:preferrelative="t" stroked="f" coordsize="21600,21600">
            <v:path/>
            <v:fill on="f" focussize="0,0"/>
            <v:stroke on="f" joinstyle="miter"/>
            <v:imagedata r:id="rId69" o:title="eqId692ff16f5e397bf8cccf1776af28783b"/>
            <o:lock v:ext="edit" aspectratio="t"/>
            <w10:wrap type="none"/>
            <w10:anchorlock/>
          </v:shape>
        </w:pict>
      </w:r>
      <w:r>
        <w:rPr>
          <w:rFonts w:ascii="宋体" w:hAnsi="宋体" w:eastAsia="宋体" w:cs="宋体"/>
          <w:color w:val="000000"/>
        </w:rPr>
        <w:t>，根据点</w:t>
      </w:r>
      <w:r>
        <w:rPr>
          <w:rFonts w:ascii="Times New Roman" w:hAnsi="Times New Roman" w:eastAsia="Times New Roman" w:cs="Times New Roman"/>
          <w:i/>
          <w:color w:val="000000"/>
        </w:rPr>
        <w:t>D</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O</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星点</w:t>
      </w:r>
      <w:r>
        <w:rPr>
          <w:rFonts w:ascii="Times New Roman" w:hAnsi="Times New Roman" w:eastAsia="Times New Roman" w:cs="Times New Roman"/>
          <w:color w:val="000000"/>
        </w:rPr>
        <w:t>”</w:t>
      </w:r>
      <w:r>
        <w:rPr>
          <w:rFonts w:ascii="宋体" w:hAnsi="宋体" w:eastAsia="宋体" w:cs="宋体"/>
          <w:color w:val="000000"/>
        </w:rPr>
        <w:t>，得</w:t>
      </w:r>
      <w:r>
        <w:pict>
          <v:shape id="_x0000_i709843" o:spt="75" alt="学科网(www.zxxk.com)--教育资源门户，提供试卷、教案、课件、论文、素材以及各类教学资源下载，还有大量而丰富的教学相关资讯！" type="#_x0000_t75" style="height:20pt;width:109pt;" o:ole="t" filled="f" o:preferrelative="t" stroked="f" coordsize="21600,21600">
            <v:path/>
            <v:fill on="f" focussize="0,0"/>
            <v:stroke on="f" joinstyle="miter"/>
            <v:imagedata r:id="rId70" o:title="eqIdde2200a4a5ab03a7918cbb572e9f0ee0"/>
            <o:lock v:ext="edit" aspectratio="t"/>
            <w10:wrap type="none"/>
            <w10:anchorlock/>
          </v:shape>
        </w:pict>
      </w:r>
      <w:r>
        <w:rPr>
          <w:rFonts w:ascii="宋体" w:hAnsi="宋体" w:eastAsia="宋体" w:cs="宋体"/>
          <w:color w:val="000000"/>
        </w:rPr>
        <w:t>，求解即可；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pict>
          <v:shape id="_x0000_i709844"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71" o:title="eqIdacc290b44635265137fdf13146b6a6d9"/>
            <o:lock v:ext="edit" aspectratio="t"/>
            <w10:wrap type="none"/>
            <w10:anchorlock/>
          </v:shape>
        </w:pict>
      </w:r>
      <w:r>
        <w:rPr>
          <w:rFonts w:ascii="宋体" w:hAnsi="宋体" w:eastAsia="宋体" w:cs="宋体"/>
          <w:color w:val="000000"/>
        </w:rPr>
        <w:t>表示的数记为</w:t>
      </w:r>
      <w:r>
        <w:pict>
          <v:shape id="_x0000_i709845"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72" o:title="eqId79b752f0f189e5d8666daea73e145dff"/>
            <o:lock v:ext="edit" aspectratio="t"/>
            <w10:wrap type="none"/>
            <w10:anchorlock/>
          </v:shape>
        </w:pict>
      </w:r>
      <w:r>
        <w:rPr>
          <w:rFonts w:ascii="宋体" w:hAnsi="宋体" w:eastAsia="宋体" w:cs="宋体"/>
          <w:color w:val="000000"/>
        </w:rPr>
        <w:t>，其中（</w:t>
      </w:r>
      <w:r>
        <w:pict>
          <v:shape id="_x0000_i709846"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3" o:title="eqId0d0375e390df0f831be4460ae7e5377a"/>
            <o:lock v:ext="edit" aspectratio="t"/>
            <w10:wrap type="none"/>
            <w10:anchorlock/>
          </v:shape>
        </w:pict>
      </w:r>
      <w:r>
        <w:rPr>
          <w:rFonts w:ascii="宋体" w:hAnsi="宋体" w:eastAsia="宋体" w:cs="宋体"/>
          <w:color w:val="000000"/>
        </w:rPr>
        <w:t>，且</w:t>
      </w:r>
      <w:r>
        <w:pict>
          <v:shape id="_x0000_i709847"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74" o:title="eqIdd2ade39dafca85e369dddfe15c033e83"/>
            <o:lock v:ext="edit" aspectratio="t"/>
            <w10:wrap type="none"/>
            <w10:anchorlock/>
          </v:shape>
        </w:pict>
      </w:r>
      <w:r>
        <w:rPr>
          <w:rFonts w:ascii="宋体" w:hAnsi="宋体" w:eastAsia="宋体" w:cs="宋体"/>
          <w:color w:val="000000"/>
        </w:rPr>
        <w:t>），表示出</w:t>
      </w:r>
      <w:r>
        <w:pict>
          <v:shape id="_x0000_i709848" o:spt="75" alt="学科网(www.zxxk.com)--教育资源门户，提供试卷、教案、课件、论文、素材以及各类教学资源下载，还有大量而丰富的教学相关资讯！" type="#_x0000_t75" style="height:18pt;width:68pt;" o:ole="t" filled="f" o:preferrelative="t" stroked="f" coordsize="21600,21600">
            <v:path/>
            <v:fill on="f" focussize="0,0"/>
            <v:stroke on="f" joinstyle="miter"/>
            <v:imagedata r:id="rId75" o:title="eqId9434f82b859420eed8dcb51dc22afc3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49" o:spt="75" alt="学科网(www.zxxk.com)--教育资源门户，提供试卷、教案、课件、论文、素材以及各类教学资源下载，还有大量而丰富的教学相关资讯！" type="#_x0000_t75" style="height:18pt;width:61pt;" o:ole="t" filled="f" o:preferrelative="t" stroked="f" coordsize="21600,21600">
            <v:path/>
            <v:fill on="f" focussize="0,0"/>
            <v:stroke on="f" joinstyle="miter"/>
            <v:imagedata r:id="rId76" o:title="eqIddeb23329e162c9b385ec1cd632a67e8f"/>
            <o:lock v:ext="edit" aspectratio="t"/>
            <w10:wrap type="none"/>
            <w10:anchorlock/>
          </v:shape>
        </w:pict>
      </w:r>
      <w:r>
        <w:rPr>
          <w:rFonts w:ascii="宋体" w:hAnsi="宋体" w:eastAsia="宋体" w:cs="宋体"/>
          <w:color w:val="000000"/>
        </w:rPr>
        <w:t>，再对</w:t>
      </w:r>
      <w:r>
        <w:pict>
          <v:shape id="_x0000_i709850"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77" o:title="eqId79b752f0f189e5d8666daea73e145dff"/>
            <o:lock v:ext="edit" aspectratio="t"/>
            <w10:wrap type="none"/>
            <w10:anchorlock/>
          </v:shape>
        </w:pict>
      </w:r>
      <w:r>
        <w:rPr>
          <w:rFonts w:ascii="宋体" w:hAnsi="宋体" w:eastAsia="宋体" w:cs="宋体"/>
          <w:color w:val="000000"/>
        </w:rPr>
        <w:t>的取值范围进行分类讨论求解即可．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）由题意：</w:t>
      </w:r>
      <w:r>
        <w:pict>
          <v:shape id="_x0000_i709851" o:spt="75" alt="学科网(www.zxxk.com)--教育资源门户，提供试卷、教案、课件、论文、素材以及各类教学资源下载，还有大量而丰富的教学相关资讯！" type="#_x0000_t75" style="height:20pt;width:102pt;" o:ole="t" filled="f" o:preferrelative="t" stroked="f" coordsize="21600,21600">
            <v:path/>
            <v:fill on="f" focussize="0,0"/>
            <v:stroke on="f" joinstyle="miter"/>
            <v:imagedata r:id="rId78" o:title="eqId818976c9a0ad7236549bd74815038c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52" o:spt="75" alt="学科网(www.zxxk.com)--教育资源门户，提供试卷、教案、课件、论文、素材以及各类教学资源下载，还有大量而丰富的教学相关资讯！" type="#_x0000_t75" style="height:16pt;width:81pt;" o:ole="t" filled="f" o:preferrelative="t" stroked="f" coordsize="21600,21600">
            <v:path/>
            <v:fill on="f" focussize="0,0"/>
            <v:stroke on="f" joinstyle="miter"/>
            <v:imagedata r:id="rId79" o:title="eqId154718375d6f02198e6883ec4465960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09853" o:spt="75" alt="学科网(www.zxxk.com)--教育资源门户，提供试卷、教案、课件、论文、素材以及各类教学资源下载，还有大量而丰富的教学相关资讯！" type="#_x0000_t75" style="height:31pt;width:38pt;" o:ole="t" filled="f" o:preferrelative="t" stroked="f" coordsize="21600,21600">
            <v:path/>
            <v:fill on="f" focussize="0,0"/>
            <v:stroke on="f" joinstyle="miter"/>
            <v:imagedata r:id="rId80" o:title="eqId77904ca5beda48173e572dc06d9b5aa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54" o:spt="75" alt="学科网(www.zxxk.com)--教育资源门户，提供试卷、教案、课件、论文、素材以及各类教学资源下载，还有大量而丰富的教学相关资讯！" type="#_x0000_t75" style="height:20pt;width:101pt;" o:ole="t" filled="f" o:preferrelative="t" stroked="f" coordsize="21600,21600">
            <v:path/>
            <v:fill on="f" focussize="0,0"/>
            <v:stroke on="f" joinstyle="miter"/>
            <v:imagedata r:id="rId81" o:title="eqIda45d5f6840a493c8200202203ceabfa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55" o:spt="75" alt="学科网(www.zxxk.com)--教育资源门户，提供试卷、教案、课件、论文、素材以及各类教学资源下载，还有大量而丰富的教学相关资讯！" type="#_x0000_t75" style="height:20pt;width:98pt;" o:ole="t" filled="f" o:preferrelative="t" stroked="f" coordsize="21600,21600">
            <v:path/>
            <v:fill on="f" focussize="0,0"/>
            <v:stroke on="f" joinstyle="miter"/>
            <v:imagedata r:id="rId82" o:title="eqId617754440ba35c846a1f18f0cfacf54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09856" o:spt="75" alt="学科网(www.zxxk.com)--教育资源门户，提供试卷、教案、课件、论文、素材以及各类教学资源下载，还有大量而丰富的教学相关资讯！" type="#_x0000_t75" style="height:18pt;width:41pt;" o:ole="t" filled="f" o:preferrelative="t" stroked="f" coordsize="21600,21600">
            <v:path/>
            <v:fill on="f" focussize="0,0"/>
            <v:stroke on="f" joinstyle="miter"/>
            <v:imagedata r:id="rId83" o:title="eqId2d8a60e2545d5acda2af4156545000d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w:t>
      </w:r>
      <w:r>
        <w:rPr>
          <w:rFonts w:ascii="宋体" w:hAnsi="宋体" w:eastAsia="宋体" w:cs="宋体"/>
          <w:color w:val="000000"/>
          <w:position w:val="0"/>
        </w:rPr>
        <w:drawing>
          <wp:inline distT="0" distB="0" distL="114300" distR="114300">
            <wp:extent cx="132080" cy="167640"/>
            <wp:effectExtent l="0" t="0" r="0" b="0"/>
            <wp:docPr id="3089" name="图片 946896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 name="图片 946896835"/>
                    <pic:cNvPicPr>
                      <a:picLocks noChangeAspect="1"/>
                    </pic:cNvPicPr>
                  </pic:nvPicPr>
                  <pic:blipFill>
                    <a:blip r:embed="rId84"/>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w:t>
      </w:r>
      <w:r>
        <w:pict>
          <v:shape id="_x0000_i709857"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85" o:title="eqId4e8b4bbd2f9912adfc9864c0e1e76a9d"/>
            <o:lock v:ext="edit" aspectratio="t"/>
            <w10:wrap type="none"/>
            <w10:anchorlock/>
          </v:shape>
        </w:pict>
      </w:r>
      <w:r>
        <w:rPr>
          <w:rFonts w:ascii="宋体" w:hAnsi="宋体" w:eastAsia="宋体" w:cs="宋体"/>
          <w:color w:val="000000"/>
        </w:rPr>
        <w:t>，</w:t>
      </w:r>
      <w:r>
        <w:pict>
          <v:shape id="_x0000_i709858" o:spt="75" alt="学科网(www.zxxk.com)--教育资源门户，提供试卷、教案、课件、论文、素材以及各类教学资源下载，还有大量而丰富的教学相关资讯！" type="#_x0000_t75" style="height:10.8pt;width:12.9pt;" o:ole="t" filled="f" o:preferrelative="t" stroked="f" coordsize="21600,21600">
            <v:path/>
            <v:fill on="f" focussize="0,0"/>
            <v:stroke on="f" joinstyle="miter"/>
            <v:imagedata r:id="rId86" o:title="eqId4a94acdfb41489d5694b5a64b9e9975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）存在，理由如下：</w:t>
      </w:r>
    </w:p>
    <w:p>
      <w:pPr>
        <w:spacing w:line="360" w:lineRule="auto"/>
        <w:jc w:val="left"/>
        <w:textAlignment w:val="center"/>
        <w:rPr>
          <w:color w:val="000000"/>
        </w:rPr>
      </w:pPr>
      <w:r>
        <w:rPr>
          <w:rFonts w:ascii="宋体" w:hAnsi="宋体" w:eastAsia="宋体" w:cs="宋体"/>
          <w:color w:val="000000"/>
        </w:rPr>
        <w:t>设经过</w:t>
      </w:r>
      <w:r>
        <w:pict>
          <v:shape id="_x0000_i709859"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87" o:title="eqId36a1b09c653185842513e24ebba60bb3"/>
            <o:lock v:ext="edit" aspectratio="t"/>
            <w10:wrap type="none"/>
            <w10:anchorlock/>
          </v:shape>
        </w:pict>
      </w:r>
      <w:r>
        <w:rPr>
          <w:rFonts w:ascii="宋体" w:hAnsi="宋体" w:eastAsia="宋体" w:cs="宋体"/>
          <w:color w:val="000000"/>
        </w:rPr>
        <w:t>秒后存在，则</w:t>
      </w:r>
    </w:p>
    <w:p>
      <w:pPr>
        <w:spacing w:line="360" w:lineRule="auto"/>
        <w:jc w:val="left"/>
        <w:textAlignment w:val="center"/>
        <w:rPr>
          <w:color w:val="000000"/>
        </w:rPr>
      </w:pPr>
      <w:r>
        <w:pict>
          <v:shape id="_x0000_i709860" o:spt="75" alt="学科网(www.zxxk.com)--教育资源门户，提供试卷、教案、课件、论文、素材以及各类教学资源下载，还有大量而丰富的教学相关资讯！" type="#_x0000_t75" style="height:18pt;width:102pt;" o:ole="t" filled="f" o:preferrelative="t" stroked="f" coordsize="21600,21600">
            <v:path/>
            <v:fill on="f" focussize="0,0"/>
            <v:stroke on="f" joinstyle="miter"/>
            <v:imagedata r:id="rId88" o:title="eqIde79541a2f4887dc05da45cd472c9e5c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61" o:spt="75" alt="学科网(www.zxxk.com)--教育资源门户，提供试卷、教案、课件、论文、素材以及各类教学资源下载，还有大量而丰富的教学相关资讯！" type="#_x0000_t75" style="height:31pt;width:135pt;" o:ole="t" filled="f" o:preferrelative="t" stroked="f" coordsize="21600,21600">
            <v:path/>
            <v:fill on="f" focussize="0,0"/>
            <v:stroke on="f" joinstyle="miter"/>
            <v:imagedata r:id="rId89" o:title="eqId32ff58df9ca3f94e2b0d7cbaf79e362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若使得点</w:t>
      </w:r>
      <w:r>
        <w:rPr>
          <w:rFonts w:ascii="Times New Roman" w:hAnsi="Times New Roman" w:eastAsia="Times New Roman" w:cs="Times New Roman"/>
          <w:i/>
          <w:color w:val="000000"/>
        </w:rPr>
        <w:t>D</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O</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星点</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pict>
          <v:shape id="_x0000_i709862" o:spt="75" alt="学科网(www.zxxk.com)--教育资源门户，提供试卷、教案、课件、论文、素材以及各类教学资源下载，还有大量而丰富的教学相关资讯！" type="#_x0000_t75" style="height:20pt;width:118pt;" o:ole="t" filled="f" o:preferrelative="t" stroked="f" coordsize="21600,21600">
            <v:path/>
            <v:fill on="f" focussize="0,0"/>
            <v:stroke on="f" joinstyle="miter"/>
            <v:imagedata r:id="rId90" o:title="eqIdd907609a5dc10579ca3353bc2f7ea00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63" o:spt="75" alt="学科网(www.zxxk.com)--教育资源门户，提供试卷、教案、课件、论文、素材以及各类教学资源下载，还有大量而丰富的教学相关资讯！" type="#_x0000_t75" style="height:31pt;width:102pt;" o:ole="t" filled="f" o:preferrelative="t" stroked="f" coordsize="21600,21600">
            <v:path/>
            <v:fill on="f" focussize="0,0"/>
            <v:stroke on="f" joinstyle="miter"/>
            <v:imagedata r:id="rId91" o:title="eqIdd85f2e1b4dd4ff7a861063e2b22630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09864" o:spt="75" alt="学科网(www.zxxk.com)--教育资源门户，提供试卷、教案、课件、论文、素材以及各类教学资源下载，还有大量而丰富的教学相关资讯！" type="#_x0000_t75" style="height:30pt;width:30pt;" o:ole="t" filled="f" o:preferrelative="t" stroked="f" coordsize="21600,21600">
            <v:path/>
            <v:fill on="f" focussize="0,0"/>
            <v:stroke on="f" joinstyle="miter"/>
            <v:imagedata r:id="rId92" o:title="eqIdd4f172a78e2eb33e35aece9137b6ec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pict>
          <v:shape id="_x0000_i709865"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93" o:title="eqIdacc290b44635265137fdf13146b6a6d9"/>
            <o:lock v:ext="edit" aspectratio="t"/>
            <w10:wrap type="none"/>
            <w10:anchorlock/>
          </v:shape>
        </w:pict>
      </w:r>
      <w:r>
        <w:rPr>
          <w:rFonts w:ascii="宋体" w:hAnsi="宋体" w:eastAsia="宋体" w:cs="宋体"/>
          <w:color w:val="000000"/>
        </w:rPr>
        <w:t>表示的数记为</w:t>
      </w:r>
      <w:r>
        <w:pict>
          <v:shape id="_x0000_i709866"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94" o:title="eqId79b752f0f189e5d8666daea73e145dff"/>
            <o:lock v:ext="edit" aspectratio="t"/>
            <w10:wrap type="none"/>
            <w10:anchorlock/>
          </v:shape>
        </w:pict>
      </w:r>
      <w:r>
        <w:rPr>
          <w:rFonts w:ascii="宋体" w:hAnsi="宋体" w:eastAsia="宋体" w:cs="宋体"/>
          <w:color w:val="000000"/>
        </w:rPr>
        <w:t>，其中（</w:t>
      </w:r>
      <w:r>
        <w:pict>
          <v:shape id="_x0000_i709867"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95" o:title="eqId0d0375e390df0f831be4460ae7e5377a"/>
            <o:lock v:ext="edit" aspectratio="t"/>
            <w10:wrap type="none"/>
            <w10:anchorlock/>
          </v:shape>
        </w:pict>
      </w:r>
      <w:r>
        <w:rPr>
          <w:rFonts w:ascii="宋体" w:hAnsi="宋体" w:eastAsia="宋体" w:cs="宋体"/>
          <w:color w:val="000000"/>
        </w:rPr>
        <w:t>，且</w:t>
      </w:r>
      <w:r>
        <w:pict>
          <v:shape id="_x0000_i709868"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96" o:title="eqIdd2ade39dafca85e369dddfe15c033e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69" o:spt="75" alt="学科网(www.zxxk.com)--教育资源门户，提供试卷、教案、课件、论文、素材以及各类教学资源下载，还有大量而丰富的教学相关资讯！" type="#_x0000_t75" style="height:22pt;width:102pt;" o:ole="t" filled="f" o:preferrelative="t" stroked="f" coordsize="21600,21600">
            <v:path/>
            <v:fill on="f" focussize="0,0"/>
            <v:stroke on="f" joinstyle="miter"/>
            <v:imagedata r:id="rId97" o:title="eqIdfb8f60d424e605ee5fc565b9bba8e33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70" o:spt="75" alt="学科网(www.zxxk.com)--教育资源门户，提供试卷、教案、课件、论文、素材以及各类教学资源下载，还有大量而丰富的教学相关资讯！" type="#_x0000_t75" style="height:20pt;width:109pt;" o:ole="t" filled="f" o:preferrelative="t" stroked="f" coordsize="21600,21600">
            <v:path/>
            <v:fill on="f" focussize="0,0"/>
            <v:stroke on="f" joinstyle="miter"/>
            <v:imagedata r:id="rId98" o:title="eqIdcc5f719af87ae808debd9eb5418a9b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71" o:spt="75" alt="学科网(www.zxxk.com)--教育资源门户，提供试卷、教案、课件、论文、素材以及各类教学资源下载，还有大量而丰富的教学相关资讯！" type="#_x0000_t75" style="height:18pt;width:77pt;" o:ole="t" filled="f" o:preferrelative="t" stroked="f" coordsize="21600,21600">
            <v:path/>
            <v:fill on="f" focussize="0,0"/>
            <v:stroke on="f" joinstyle="miter"/>
            <v:imagedata r:id="rId99" o:title="eqIdefe04ec061932d35895e5295b8a6e15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72" o:spt="75" alt="学科网(www.zxxk.com)--教育资源门户，提供试卷、教案、课件、论文、素材以及各类教学资源下载，还有大量而丰富的教学相关资讯！" type="#_x0000_t75" style="height:22pt;width:102pt;" o:ole="t" filled="f" o:preferrelative="t" stroked="f" coordsize="21600,21600">
            <v:path/>
            <v:fill on="f" focussize="0,0"/>
            <v:stroke on="f" joinstyle="miter"/>
            <v:imagedata r:id="rId100" o:title="eqIdff9bff2a09e9128af25b3c332bf2d6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73" o:spt="75" alt="学科网(www.zxxk.com)--教育资源门户，提供试卷、教案、课件、论文、素材以及各类教学资源下载，还有大量而丰富的教学相关资讯！" type="#_x0000_t75" style="height:20pt;width:102pt;" o:ole="t" filled="f" o:preferrelative="t" stroked="f" coordsize="21600,21600">
            <v:path/>
            <v:fill on="f" focussize="0,0"/>
            <v:stroke on="f" joinstyle="miter"/>
            <v:imagedata r:id="rId101" o:title="eqId6301a78de10b5058421c913a916a821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74" o:spt="75" alt="学科网(www.zxxk.com)--教育资源门户，提供试卷、教案、课件、论文、素材以及各类教学资源下载，还有大量而丰富的教学相关资讯！" type="#_x0000_t75" style="height:18pt;width:70pt;" o:ole="t" filled="f" o:preferrelative="t" stroked="f" coordsize="21600,21600">
            <v:path/>
            <v:fill on="f" focussize="0,0"/>
            <v:stroke on="f" joinstyle="miter"/>
            <v:imagedata r:id="rId102" o:title="eqIdeb039b4bd619149f243baf7f241ef9e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09875"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103" o:title="eqIde6f514d806f83b7edafcfe49959e1d91"/>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09876" o:spt="75" alt="学科网(www.zxxk.com)--教育资源门户，提供试卷、教案、课件、论文、素材以及各类教学资源下载，还有大量而丰富的教学相关资讯！" type="#_x0000_t75" style="height:18pt;width:72pt;" o:ole="t" filled="f" o:preferrelative="t" stroked="f" coordsize="21600,21600">
            <v:path/>
            <v:fill on="f" focussize="0,0"/>
            <v:stroke on="f" joinstyle="miter"/>
            <v:imagedata r:id="rId104" o:title="eqId510e226f9d1af414cce5a10cdce6c1a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77" o:spt="75" alt="学科网(www.zxxk.com)--教育资源门户，提供试卷、教案、课件、论文、素材以及各类教学资源下载，还有大量而丰富的教学相关资讯！" type="#_x0000_t75" style="height:18pt;width:65pt;" o:ole="t" filled="f" o:preferrelative="t" stroked="f" coordsize="21600,21600">
            <v:path/>
            <v:fill on="f" focussize="0,0"/>
            <v:stroke on="f" joinstyle="miter"/>
            <v:imagedata r:id="rId105" o:title="eqIdd105a8e1719b44523b1b03ca2841a4b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78" o:spt="75" alt="学科网(www.zxxk.com)--教育资源门户，提供试卷、教案、课件、论文、素材以及各类教学资源下载，还有大量而丰富的教学相关资讯！" type="#_x0000_t75" style="height:18pt;width:104pt;" o:ole="t" filled="f" o:preferrelative="t" stroked="f" coordsize="21600,21600">
            <v:path/>
            <v:fill on="f" focussize="0,0"/>
            <v:stroke on="f" joinstyle="miter"/>
            <v:imagedata r:id="rId106" o:title="eqId2c434304ba779c519d73e1b5c281b1b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没有最小值；</w:t>
      </w:r>
    </w:p>
    <w:p>
      <w:pPr>
        <w:spacing w:line="360" w:lineRule="auto"/>
        <w:jc w:val="left"/>
        <w:textAlignment w:val="center"/>
        <w:rPr>
          <w:color w:val="000000"/>
        </w:rPr>
      </w:pPr>
      <w:r>
        <w:rPr>
          <w:rFonts w:ascii="宋体" w:hAnsi="宋体" w:eastAsia="宋体" w:cs="宋体"/>
          <w:color w:val="000000"/>
        </w:rPr>
        <w:t>当</w:t>
      </w:r>
      <w:r>
        <w:pict>
          <v:shape id="_x0000_i709879" o:spt="75" alt="学科网(www.zxxk.com)--教育资源门户，提供试卷、教案、课件、论文、素材以及各类教学资源下载，还有大量而丰富的教学相关资讯！" type="#_x0000_t75" style="height:18.6pt;width:55.8pt;" o:ole="t" filled="f" o:preferrelative="t" stroked="f" coordsize="21600,21600">
            <v:path/>
            <v:fill on="f" focussize="0,0"/>
            <v:stroke on="f" joinstyle="miter"/>
            <v:imagedata r:id="rId107" o:title="eqIdf14855b0f727be31428e30ab2d2f7334"/>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09880" o:spt="75" alt="学科网(www.zxxk.com)--教育资源门户，提供试卷、教案、课件、论文、素材以及各类教学资源下载，还有大量而丰富的教学相关资讯！" type="#_x0000_t75" style="height:18pt;width:66pt;" o:ole="t" filled="f" o:preferrelative="t" stroked="f" coordsize="21600,21600">
            <v:path/>
            <v:fill on="f" focussize="0,0"/>
            <v:stroke on="f" joinstyle="miter"/>
            <v:imagedata r:id="rId108" o:title="eqId58d83691d68a049c791513fb326b436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81" o:spt="75" alt="学科网(www.zxxk.com)--教育资源门户，提供试卷、教案、课件、论文、素材以及各类教学资源下载，还有大量而丰富的教学相关资讯！" type="#_x0000_t75" style="height:18pt;width:65pt;" o:ole="t" filled="f" o:preferrelative="t" stroked="f" coordsize="21600,21600">
            <v:path/>
            <v:fill on="f" focussize="0,0"/>
            <v:stroke on="f" joinstyle="miter"/>
            <v:imagedata r:id="rId109" o:title="eqIdd105a8e1719b44523b1b03ca2841a4b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82" o:spt="75" alt="学科网(www.zxxk.com)--教育资源门户，提供试卷、教案、课件、论文、素材以及各类教学资源下载，还有大量而丰富的教学相关资讯！" type="#_x0000_t75" style="height:16pt;width:83pt;" o:ole="t" filled="f" o:preferrelative="t" stroked="f" coordsize="21600,21600">
            <v:path/>
            <v:fill on="f" focussize="0,0"/>
            <v:stroke on="f" joinstyle="miter"/>
            <v:imagedata r:id="rId110" o:title="eqId551256830d1b3546ab8343c090e2ae3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最小值为</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09883" o:spt="75" alt="学科网(www.zxxk.com)--教育资源门户，提供试卷、教案、课件、论文、素材以及各类教学资源下载，还有大量而丰富的教学相关资讯！" type="#_x0000_t75" style="height:18pt;width:31pt;" o:ole="t" filled="f" o:preferrelative="t" stroked="f" coordsize="21600,21600">
            <v:path/>
            <v:fill on="f" focussize="0,0"/>
            <v:stroke on="f" joinstyle="miter"/>
            <v:imagedata r:id="rId111" o:title="eqIded4bd92ce60644ef48e79c8d6ab45889"/>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09884" o:spt="75" alt="学科网(www.zxxk.com)--教育资源门户，提供试卷、教案、课件、论文、素材以及各类教学资源下载，还有大量而丰富的教学相关资讯！" type="#_x0000_t75" style="height:18pt;width:66pt;" o:ole="t" filled="f" o:preferrelative="t" stroked="f" coordsize="21600,21600">
            <v:path/>
            <v:fill on="f" focussize="0,0"/>
            <v:stroke on="f" joinstyle="miter"/>
            <v:imagedata r:id="rId112" o:title="eqId58d83691d68a049c791513fb326b436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85" o:spt="75" alt="学科网(www.zxxk.com)--教育资源门户，提供试卷、教案、课件、论文、素材以及各类教学资源下载，还有大量而丰富的教学相关资讯！" type="#_x0000_t75" style="height:18pt;width:66pt;" o:ole="t" filled="f" o:preferrelative="t" stroked="f" coordsize="21600,21600">
            <v:path/>
            <v:fill on="f" focussize="0,0"/>
            <v:stroke on="f" joinstyle="miter"/>
            <v:imagedata r:id="rId113" o:title="eqId01c30d8fb9dda930ef5554bbe3f4de4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09886" o:spt="75" alt="学科网(www.zxxk.com)--教育资源门户，提供试卷、教案、课件、论文、素材以及各类教学资源下载，还有大量而丰富的教学相关资讯！" type="#_x0000_t75" style="height:18pt;width:105pt;" o:ole="t" filled="f" o:preferrelative="t" stroked="f" coordsize="21600,21600">
            <v:path/>
            <v:fill on="f" focussize="0,0"/>
            <v:stroke on="f" joinstyle="miter"/>
            <v:imagedata r:id="rId114" o:title="eqId2d3efdc59a32434ff66593a722db7f0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没有最小值；</w:t>
      </w:r>
    </w:p>
    <w:p>
      <w:pPr>
        <w:spacing w:line="360" w:lineRule="auto"/>
        <w:jc w:val="left"/>
        <w:textAlignment w:val="center"/>
        <w:rPr>
          <w:color w:val="000000"/>
        </w:rPr>
      </w:pPr>
      <w:r>
        <w:rPr>
          <w:rFonts w:ascii="宋体" w:hAnsi="宋体" w:eastAsia="宋体" w:cs="宋体"/>
          <w:color w:val="000000"/>
        </w:rPr>
        <w:t>综上所述：存在，最小值为</w:t>
      </w:r>
      <w:r>
        <w:rPr>
          <w:rFonts w:ascii="Times New Roman" w:hAnsi="Times New Roman" w:eastAsia="Times New Roman" w:cs="Times New Roman"/>
          <w:color w:val="000000"/>
        </w:rPr>
        <w:t>15</w:t>
      </w:r>
      <w:r>
        <w:rPr>
          <w:rFonts w:ascii="宋体" w:hAnsi="宋体" w:eastAsia="宋体" w:cs="宋体"/>
          <w:color w:val="000000"/>
        </w:rPr>
        <w:t>，相应点</w:t>
      </w:r>
      <w:r>
        <w:rPr>
          <w:rFonts w:ascii="Times New Roman" w:hAnsi="Times New Roman" w:eastAsia="Times New Roman" w:cs="Times New Roman"/>
          <w:i/>
          <w:color w:val="000000"/>
        </w:rPr>
        <w:t>Q</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之间．</w:t>
      </w:r>
    </w:p>
    <w:p>
      <w:pPr>
        <w:spacing w:line="360" w:lineRule="auto"/>
        <w:jc w:val="left"/>
        <w:textAlignment w:val="center"/>
        <w:rPr>
          <w:color w:val="000000"/>
        </w:rPr>
      </w:pPr>
      <w:r>
        <w:rPr>
          <w:color w:val="000000"/>
        </w:rPr>
        <w:t>【点睛】</w:t>
      </w:r>
      <w:r>
        <w:rPr>
          <w:rFonts w:ascii="宋体" w:hAnsi="宋体" w:eastAsia="宋体" w:cs="宋体"/>
          <w:color w:val="000000"/>
        </w:rPr>
        <w:t>本题考查了数上的动点问题，新定义问题，数轴上两点间的距离问题，一元一次方程，解题的关键是读懂题目中的定义，利用定义及分类讨论的思想进行求解．</w:t>
      </w:r>
    </w:p>
    <w:p>
      <w:pPr>
        <w:pStyle w:val="Heading2"/>
      </w:pPr>
      <w:r>
        <w:t>中国人民大学附属中学朝阳学校（10月月考）</w:t>
      </w:r>
    </w:p>
    <w:p>
      <w:pPr>
        <w:spacing w:line="360" w:lineRule="auto"/>
        <w:jc w:val="left"/>
        <w:textAlignment w:val="center"/>
        <w:rPr>
          <w:color w:val="000000"/>
        </w:rPr>
      </w:pPr>
      <w:r>
        <w:rPr>
          <w:color w:val="000000"/>
        </w:rPr>
        <w:t xml:space="preserve">23. </w:t>
      </w:r>
      <w:r>
        <w:rPr>
          <w:rFonts w:ascii="宋体" w:hAnsi="宋体" w:eastAsia="宋体" w:cs="宋体"/>
          <w:color w:val="000000"/>
        </w:rPr>
        <w:t>在数轴上，我们把表示数</w:t>
      </w:r>
      <w:r>
        <w:rPr>
          <w:rFonts w:ascii="Times New Roman" w:hAnsi="Times New Roman" w:eastAsia="Times New Roman" w:cs="Times New Roman"/>
          <w:color w:val="000000"/>
        </w:rPr>
        <w:t>2</w:t>
      </w:r>
      <w:r>
        <w:rPr>
          <w:rFonts w:ascii="宋体" w:hAnsi="宋体" w:eastAsia="宋体" w:cs="宋体"/>
          <w:color w:val="000000"/>
          <w:position w:val="0"/>
        </w:rPr>
        <w:drawing>
          <wp:inline distT="0" distB="0" distL="114300" distR="114300">
            <wp:extent cx="133350" cy="177800"/>
            <wp:effectExtent l="0" t="0" r="0" b="13335"/>
            <wp:docPr id="3091" name="图片 713147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 name="图片 713147882"/>
                    <pic:cNvPicPr>
                      <a:picLocks noChangeAspect="1"/>
                    </pic:cNvPicPr>
                  </pic:nvPicPr>
                  <pic:blipFill>
                    <a:blip r:embed="rId1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点定为核点，记作点</w:t>
      </w:r>
      <w:r>
        <w:rPr>
          <w:rFonts w:ascii="Times New Roman" w:hAnsi="Times New Roman" w:eastAsia="Times New Roman" w:cs="Times New Roman"/>
          <w:i/>
          <w:color w:val="000000"/>
        </w:rPr>
        <w:t>C</w:t>
      </w:r>
      <w:r>
        <w:rPr>
          <w:rFonts w:ascii="宋体" w:hAnsi="宋体" w:eastAsia="宋体" w:cs="宋体"/>
          <w:color w:val="000000"/>
        </w:rPr>
        <w:t>，对于两个不同的点</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到点</w:t>
      </w:r>
      <w:r>
        <w:rPr>
          <w:rFonts w:ascii="Times New Roman" w:hAnsi="Times New Roman" w:eastAsia="Times New Roman" w:cs="Times New Roman"/>
          <w:i/>
          <w:color w:val="000000"/>
        </w:rPr>
        <w:t>C</w:t>
      </w:r>
      <w:r>
        <w:rPr>
          <w:rFonts w:ascii="宋体" w:hAnsi="宋体" w:eastAsia="宋体" w:cs="宋体"/>
          <w:color w:val="000000"/>
        </w:rPr>
        <w:t>的距离相等，则称点</w:t>
      </w:r>
      <w:r>
        <w:rPr>
          <w:rFonts w:ascii="Times New Roman" w:hAnsi="Times New Roman" w:eastAsia="Times New Roman" w:cs="Times New Roman"/>
          <w:i/>
          <w:color w:val="000000"/>
        </w:rPr>
        <w:t>A</w: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互为核等距点．如图，点</w:t>
      </w:r>
      <w:r>
        <w:rPr>
          <w:rFonts w:ascii="Times New Roman" w:hAnsi="Times New Roman" w:eastAsia="Times New Roman" w:cs="Times New Roman"/>
          <w:i/>
          <w:color w:val="000000"/>
        </w:rPr>
        <w:t>A</w:t>
      </w:r>
      <w:r>
        <w:rPr>
          <w:rFonts w:ascii="宋体" w:hAnsi="宋体" w:eastAsia="宋体" w:cs="宋体"/>
          <w:color w:val="000000"/>
        </w:rPr>
        <w:t>表示数﹣</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表示数</w:t>
      </w:r>
      <w:r>
        <w:rPr>
          <w:rFonts w:ascii="Times New Roman" w:hAnsi="Times New Roman" w:eastAsia="Times New Roman" w:cs="Times New Roman"/>
          <w:color w:val="000000"/>
        </w:rPr>
        <w:t>5</w:t>
      </w:r>
      <w:r>
        <w:rPr>
          <w:rFonts w:ascii="宋体" w:hAnsi="宋体" w:eastAsia="宋体" w:cs="宋体"/>
          <w:color w:val="000000"/>
        </w:rPr>
        <w:t>，它们与核点</w:t>
      </w:r>
      <w:r>
        <w:rPr>
          <w:rFonts w:ascii="Times New Roman" w:hAnsi="Times New Roman" w:eastAsia="Times New Roman" w:cs="Times New Roman"/>
          <w:i/>
          <w:color w:val="000000"/>
        </w:rPr>
        <w:t>C</w:t>
      </w:r>
      <w:r>
        <w:rPr>
          <w:rFonts w:ascii="宋体" w:hAnsi="宋体" w:eastAsia="宋体" w:cs="宋体"/>
          <w:color w:val="000000"/>
        </w:rPr>
        <w:t>的距离都是</w:t>
      </w:r>
      <w:r>
        <w:rPr>
          <w:rFonts w:ascii="Times New Roman" w:hAnsi="Times New Roman" w:eastAsia="Times New Roman" w:cs="Times New Roman"/>
          <w:color w:val="000000"/>
        </w:rPr>
        <w:t>3</w:t>
      </w:r>
      <w:r>
        <w:rPr>
          <w:rFonts w:ascii="宋体" w:hAnsi="宋体" w:eastAsia="宋体" w:cs="宋体"/>
          <w:color w:val="000000"/>
        </w:rPr>
        <w:t>个单位长度，我们称点</w:t>
      </w:r>
      <w:r>
        <w:rPr>
          <w:rFonts w:ascii="Times New Roman" w:hAnsi="Times New Roman" w:eastAsia="Times New Roman" w:cs="Times New Roman"/>
          <w:i/>
          <w:color w:val="000000"/>
        </w:rPr>
        <w:t>A</w: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互为核等距点．</w:t>
      </w:r>
    </w:p>
    <w:p>
      <w:pPr>
        <w:spacing w:line="360" w:lineRule="auto"/>
        <w:jc w:val="left"/>
        <w:textAlignment w:val="center"/>
        <w:rPr>
          <w:color w:val="000000"/>
        </w:rPr>
      </w:pPr>
      <w:r>
        <w:rPr>
          <w:color w:val="000000"/>
        </w:rPr>
        <w:drawing>
          <wp:inline distT="0" distB="0" distL="114300" distR="114300">
            <wp:extent cx="3162300" cy="466725"/>
            <wp:effectExtent l="0" t="0" r="0" b="9525"/>
            <wp:docPr id="3093"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 name="图片 100031" descr="学科网(www.zxxk.com)--教育资源门户，提供试卷、教案、课件、论文、素材以及各类教学资源下载，还有大量而丰富的教学相关资讯！"/>
                    <pic:cNvPicPr>
                      <a:picLocks noChangeAspect="1"/>
                    </pic:cNvPicPr>
                  </pic:nvPicPr>
                  <pic:blipFill>
                    <a:blip r:embed="rId116"/>
                    <a:stretch>
                      <a:fillRect/>
                    </a:stretch>
                  </pic:blipFill>
                  <pic:spPr>
                    <a:xfrm>
                      <a:off x="0" y="0"/>
                      <a:ext cx="3162300" cy="466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已知点</w:t>
      </w:r>
      <w:r>
        <w:rPr>
          <w:rFonts w:ascii="Times New Roman" w:hAnsi="Times New Roman" w:eastAsia="Times New Roman" w:cs="Times New Roman"/>
          <w:i/>
          <w:color w:val="000000"/>
        </w:rPr>
        <w:t>M</w:t>
      </w:r>
      <w:r>
        <w:rPr>
          <w:rFonts w:ascii="宋体" w:hAnsi="宋体" w:eastAsia="宋体" w:cs="宋体"/>
          <w:color w:val="000000"/>
        </w:rPr>
        <w:t>表示数</w:t>
      </w:r>
      <w:r>
        <w:rPr>
          <w:rFonts w:ascii="Times New Roman" w:hAnsi="Times New Roman" w:eastAsia="Times New Roman" w:cs="Times New Roman"/>
          <w:color w:val="000000"/>
        </w:rPr>
        <w:t>3</w:t>
      </w:r>
      <w:r>
        <w:rPr>
          <w:rFonts w:ascii="宋体" w:hAnsi="宋体" w:eastAsia="宋体" w:cs="宋体"/>
          <w:color w:val="000000"/>
        </w:rPr>
        <w:t>，如果点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N</w:t>
      </w:r>
      <w:r>
        <w:rPr>
          <w:rFonts w:ascii="宋体" w:hAnsi="宋体" w:eastAsia="宋体" w:cs="宋体"/>
          <w:color w:val="000000"/>
        </w:rPr>
        <w:t>互为核等距点，那么点</w:t>
      </w:r>
      <w:r>
        <w:rPr>
          <w:rFonts w:ascii="Times New Roman" w:hAnsi="Times New Roman" w:eastAsia="Times New Roman" w:cs="Times New Roman"/>
          <w:i/>
          <w:color w:val="000000"/>
        </w:rPr>
        <w:t>N</w:t>
      </w:r>
      <w:r>
        <w:rPr>
          <w:rFonts w:ascii="宋体" w:hAnsi="宋体" w:eastAsia="宋体" w:cs="宋体"/>
          <w:color w:val="000000"/>
        </w:rPr>
        <w:t>表示的数是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已知点</w:t>
      </w:r>
      <w:r>
        <w:rPr>
          <w:rFonts w:ascii="Times New Roman" w:hAnsi="Times New Roman" w:eastAsia="Times New Roman" w:cs="Times New Roman"/>
          <w:i/>
          <w:color w:val="000000"/>
        </w:rPr>
        <w:t>M</w:t>
      </w:r>
      <w:r>
        <w:rPr>
          <w:rFonts w:ascii="宋体" w:hAnsi="宋体" w:eastAsia="宋体" w:cs="宋体"/>
          <w:color w:val="000000"/>
        </w:rPr>
        <w:t>表示数</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N</w:t>
      </w:r>
      <w:r>
        <w:rPr>
          <w:rFonts w:ascii="宋体" w:hAnsi="宋体" w:eastAsia="宋体" w:cs="宋体"/>
          <w:color w:val="000000"/>
        </w:rPr>
        <w:t>互为核等距点，</w:t>
      </w:r>
    </w:p>
    <w:p>
      <w:pPr>
        <w:spacing w:line="360" w:lineRule="auto"/>
        <w:jc w:val="left"/>
        <w:textAlignment w:val="center"/>
        <w:rPr>
          <w:color w:val="000000"/>
        </w:rPr>
      </w:pPr>
      <w:r>
        <w:rPr>
          <w:rFonts w:ascii="宋体" w:hAnsi="宋体" w:eastAsia="宋体" w:cs="宋体"/>
          <w:color w:val="000000"/>
        </w:rPr>
        <w:t>①如果点</w:t>
      </w:r>
      <w:r>
        <w:rPr>
          <w:rFonts w:ascii="Times New Roman" w:hAnsi="Times New Roman" w:eastAsia="Times New Roman" w:cs="Times New Roman"/>
          <w:i/>
          <w:color w:val="000000"/>
        </w:rPr>
        <w:t>N</w:t>
      </w:r>
      <w:r>
        <w:rPr>
          <w:rFonts w:ascii="宋体" w:hAnsi="宋体" w:eastAsia="宋体" w:cs="宋体"/>
          <w:color w:val="000000"/>
        </w:rPr>
        <w:t>表示数</w:t>
      </w:r>
      <w:r>
        <w:rPr>
          <w:rFonts w:ascii="Times New Roman" w:hAnsi="Times New Roman" w:eastAsia="Times New Roman" w:cs="Times New Roman"/>
          <w:i/>
          <w:color w:val="000000"/>
        </w:rPr>
        <w:t>m</w:t>
      </w:r>
      <w:r>
        <w:rPr>
          <w:rFonts w:ascii="Times New Roman" w:hAnsi="Times New Roman" w:eastAsia="Times New Roman" w:cs="Times New Roman"/>
          <w:color w:val="000000"/>
        </w:rPr>
        <w:t>+8</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②对点</w:t>
      </w:r>
      <w:r>
        <w:rPr>
          <w:rFonts w:ascii="Times New Roman" w:hAnsi="Times New Roman" w:eastAsia="Times New Roman" w:cs="Times New Roman"/>
          <w:i/>
          <w:color w:val="000000"/>
        </w:rPr>
        <w:t>M</w:t>
      </w:r>
      <w:r>
        <w:rPr>
          <w:rFonts w:ascii="宋体" w:hAnsi="宋体" w:eastAsia="宋体" w:cs="宋体"/>
          <w:color w:val="000000"/>
        </w:rPr>
        <w:t>进行如下操作：先把点</w:t>
      </w:r>
      <w:r>
        <w:rPr>
          <w:rFonts w:ascii="Times New Roman" w:hAnsi="Times New Roman" w:eastAsia="Times New Roman" w:cs="Times New Roman"/>
          <w:i/>
          <w:color w:val="000000"/>
        </w:rPr>
        <w:t>M</w:t>
      </w:r>
      <w:r>
        <w:rPr>
          <w:rFonts w:ascii="宋体" w:hAnsi="宋体" w:eastAsia="宋体" w:cs="宋体"/>
          <w:color w:val="000000"/>
        </w:rPr>
        <w:t>表示的数乘以</w:t>
      </w:r>
      <w:r>
        <w:rPr>
          <w:rFonts w:ascii="Times New Roman" w:hAnsi="Times New Roman" w:eastAsia="Times New Roman" w:cs="Times New Roman"/>
          <w:color w:val="000000"/>
        </w:rPr>
        <w:t>2</w:t>
      </w:r>
      <w:r>
        <w:rPr>
          <w:rFonts w:ascii="宋体" w:hAnsi="宋体" w:eastAsia="宋体" w:cs="宋体"/>
          <w:color w:val="000000"/>
        </w:rPr>
        <w:t>，再把所得数表示的点沿着数轴向左移动</w:t>
      </w:r>
      <w:r>
        <w:rPr>
          <w:rFonts w:ascii="Times New Roman" w:hAnsi="Times New Roman" w:eastAsia="Times New Roman" w:cs="Times New Roman"/>
          <w:color w:val="000000"/>
        </w:rPr>
        <w:t>5</w:t>
      </w:r>
      <w:r>
        <w:rPr>
          <w:rFonts w:ascii="宋体" w:hAnsi="宋体" w:eastAsia="宋体" w:cs="宋体"/>
          <w:color w:val="000000"/>
        </w:rPr>
        <w:t>个单位长度得到点</w:t>
      </w:r>
      <w:r>
        <w:rPr>
          <w:rFonts w:ascii="Times New Roman" w:hAnsi="Times New Roman" w:eastAsia="Times New Roman" w:cs="Times New Roman"/>
          <w:i/>
          <w:color w:val="000000"/>
        </w:rPr>
        <w:t>N</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w:t>
      </w:r>
      <w:r>
        <w:rPr>
          <w:color w:val="000000"/>
        </w:rPr>
        <w:t xml:space="preserve">    （2）</w:t>
      </w:r>
      <w:r>
        <w:rPr>
          <w:rFonts w:ascii="宋体" w:hAnsi="宋体" w:eastAsia="宋体" w:cs="宋体"/>
          <w:color w:val="000000"/>
        </w:rPr>
        <w:t>①</w:t>
      </w:r>
      <w:r>
        <w:pict>
          <v:shape id="_x0000_i70988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17" o:title="eqId274a9dc37509f01c2606fb3086a46f4f"/>
            <o:lock v:ext="edit" aspectratio="t"/>
            <w10:wrap type="none"/>
            <w10:anchorlock/>
          </v:shape>
        </w:pict>
      </w:r>
      <w:r>
        <w:rPr>
          <w:rFonts w:ascii="宋体" w:hAnsi="宋体" w:eastAsia="宋体" w:cs="宋体"/>
          <w:color w:val="000000"/>
        </w:rPr>
        <w:t>；②</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）由已知可求</w:t>
      </w:r>
      <w:r>
        <w:pict>
          <v:shape id="_x0000_i709888" o:spt="75" alt="学科网(www.zxxk.com)--教育资源门户，提供试卷、教案、课件、论文、素材以及各类教学资源下载，还有大量而丰富的教学相关资讯！" type="#_x0000_t75" style="height:13.7pt;width:38.15pt;" o:ole="t" filled="f" o:preferrelative="t" stroked="f" coordsize="21600,21600">
            <v:path/>
            <v:fill on="f" focussize="0,0"/>
            <v:stroke on="f" joinstyle="miter"/>
            <v:imagedata r:id="rId118" o:title="eqIdd75103aaf28272c6172b2aee3abd41f0"/>
            <o:lock v:ext="edit" aspectratio="t"/>
            <w10:wrap type="none"/>
            <w10:anchorlock/>
          </v:shape>
        </w:pict>
      </w:r>
      <w:r>
        <w:rPr>
          <w:rFonts w:ascii="宋体" w:hAnsi="宋体" w:eastAsia="宋体" w:cs="宋体"/>
          <w:color w:val="000000"/>
        </w:rPr>
        <w:t>，根据核等距点的定义，可求</w:t>
      </w:r>
      <w:r>
        <w:pict>
          <v:shape id="_x0000_i709889"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9" o:title="eqId54a5d7d3b6b63fe5c24c3907b7a8eaa3"/>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）①由已知可求</w:t>
      </w:r>
      <w:r>
        <w:pict>
          <v:shape id="_x0000_i709890" o:spt="75" alt="学科网(www.zxxk.com)--教育资源门户，提供试卷、教案、课件、论文、素材以及各类教学资源下载，还有大量而丰富的教学相关资讯！" type="#_x0000_t75" style="height:13.8pt;width:40.2pt;" o:ole="t" filled="f" o:preferrelative="t" stroked="f" coordsize="21600,21600">
            <v:path/>
            <v:fill on="f" focussize="0,0"/>
            <v:stroke on="f" joinstyle="miter"/>
            <v:imagedata r:id="rId120" o:title="eqId12c80152571050072dff1938ae00ac9a"/>
            <o:lock v:ext="edit" aspectratio="t"/>
            <w10:wrap type="none"/>
            <w10:anchorlock/>
          </v:shape>
        </w:pict>
      </w:r>
      <w:r>
        <w:rPr>
          <w:rFonts w:ascii="宋体" w:hAnsi="宋体" w:eastAsia="宋体" w:cs="宋体"/>
          <w:color w:val="000000"/>
        </w:rPr>
        <w:t>所以核点</w:t>
      </w:r>
      <w:r>
        <w:pict>
          <v:shape id="_x0000_i70989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21" o:title="eqIdc5db41a1f31d6baee7c69990811edb9f"/>
            <o:lock v:ext="edit" aspectratio="t"/>
            <w10:wrap type="none"/>
            <w10:anchorlock/>
          </v:shape>
        </w:pict>
      </w:r>
      <w:r>
        <w:rPr>
          <w:rFonts w:ascii="宋体" w:hAnsi="宋体" w:eastAsia="宋体" w:cs="宋体"/>
          <w:color w:val="000000"/>
        </w:rPr>
        <w:t>到点</w:t>
      </w:r>
      <w:r>
        <w:pict>
          <v:shape id="_x0000_i70989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22" o:title="eqIdac047e91852b91af639feec23a9598b2"/>
            <o:lock v:ext="edit" aspectratio="t"/>
            <w10:wrap type="none"/>
            <w10:anchorlock/>
          </v:shape>
        </w:pict>
      </w:r>
      <w:r>
        <w:rPr>
          <w:rFonts w:ascii="宋体" w:hAnsi="宋体" w:eastAsia="宋体" w:cs="宋体"/>
          <w:color w:val="000000"/>
        </w:rPr>
        <w:t>与点</w:t>
      </w:r>
      <w:r>
        <w:pict>
          <v:shape id="_x0000_i70989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9" o:title="eqId54a5d7d3b6b63fe5c24c3907b7a8eaa3"/>
            <o:lock v:ext="edit" aspectratio="t"/>
            <w10:wrap type="none"/>
            <w10:anchorlock/>
          </v:shape>
        </w:pict>
      </w:r>
      <w:r>
        <w:rPr>
          <w:rFonts w:ascii="宋体" w:hAnsi="宋体" w:eastAsia="宋体" w:cs="宋体"/>
          <w:color w:val="000000"/>
        </w:rPr>
        <w:t>的距离都是</w:t>
      </w:r>
      <w:r>
        <w:rPr>
          <w:rFonts w:ascii="Times New Roman" w:hAnsi="Times New Roman" w:eastAsia="Times New Roman" w:cs="Times New Roman"/>
          <w:color w:val="000000"/>
        </w:rPr>
        <w:t>4</w:t>
      </w:r>
      <w:r>
        <w:rPr>
          <w:rFonts w:ascii="宋体" w:hAnsi="宋体" w:eastAsia="宋体" w:cs="宋体"/>
          <w:color w:val="000000"/>
        </w:rPr>
        <w:t>个单位长度．点</w:t>
      </w:r>
      <w:r>
        <w:pict>
          <v:shape id="_x0000_i709894"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22" o:title="eqIdac047e91852b91af639feec23a9598b2"/>
            <o:lock v:ext="edit" aspectratio="t"/>
            <w10:wrap type="none"/>
            <w10:anchorlock/>
          </v:shape>
        </w:pict>
      </w:r>
      <w:r>
        <w:rPr>
          <w:rFonts w:ascii="宋体" w:hAnsi="宋体" w:eastAsia="宋体" w:cs="宋体"/>
          <w:color w:val="000000"/>
        </w:rPr>
        <w:t>在点</w:t>
      </w:r>
      <w:r>
        <w:pict>
          <v:shape id="_x0000_i70989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9" o:title="eqId54a5d7d3b6b63fe5c24c3907b7a8eaa3"/>
            <o:lock v:ext="edit" aspectratio="t"/>
            <w10:wrap type="none"/>
            <w10:anchorlock/>
          </v:shape>
        </w:pict>
      </w:r>
      <w:r>
        <w:rPr>
          <w:rFonts w:ascii="宋体" w:hAnsi="宋体" w:eastAsia="宋体" w:cs="宋体"/>
          <w:color w:val="000000"/>
        </w:rPr>
        <w:t>左侧，</w:t>
      </w:r>
      <w:r>
        <w:pict>
          <v:shape id="_x0000_i709896" o:spt="75" alt="学科网(www.zxxk.com)--教育资源门户，提供试卷、教案、课件、论文、素材以及各类教学资源下载，还有大量而丰富的教学相关资讯！" type="#_x0000_t75" style="height:13.75pt;width:31.3pt;" o:ole="t" filled="f" o:preferrelative="t" stroked="f" coordsize="21600,21600">
            <v:path/>
            <v:fill on="f" focussize="0,0"/>
            <v:stroke on="f" joinstyle="miter"/>
            <v:imagedata r:id="rId123" o:title="eqIde94f16d5ed858699bfea5039a7bf8ae6"/>
            <o:lock v:ext="edit" aspectratio="t"/>
            <w10:wrap type="none"/>
            <w10:anchorlock/>
          </v:shape>
        </w:pict>
      </w:r>
      <w:r>
        <w:rPr>
          <w:rFonts w:ascii="宋体" w:hAnsi="宋体" w:eastAsia="宋体" w:cs="宋体"/>
          <w:color w:val="000000"/>
        </w:rPr>
        <w:t>；</w:t>
      </w:r>
      <w:r>
        <w:rPr>
          <w:color w:val="000000"/>
        </w:rPr>
        <w:br w:type="textWrapping"/>
      </w:r>
      <w:r>
        <w:rPr>
          <w:rFonts w:ascii="宋体" w:hAnsi="宋体" w:eastAsia="宋体" w:cs="宋体"/>
          <w:color w:val="000000"/>
        </w:rPr>
        <w:t>②根据题意得</w:t>
      </w:r>
      <w:r>
        <w:pict>
          <v:shape id="_x0000_i709897" o:spt="75" alt="学科网(www.zxxk.com)--教育资源门户，提供试卷、教案、课件、论文、素材以及各类教学资源下载，还有大量而丰富的教学相关资讯！" type="#_x0000_t75" style="height:13.95pt;width:72pt;" o:ole="t" filled="f" o:preferrelative="t" stroked="f" coordsize="21600,21600">
            <v:path/>
            <v:fill on="f" focussize="0,0"/>
            <v:stroke on="f" joinstyle="miter"/>
            <v:imagedata r:id="rId124" o:title="eqId155f67345909675747b2f261854e822f"/>
            <o:lock v:ext="edit" aspectratio="t"/>
            <w10:wrap type="none"/>
            <w10:anchorlock/>
          </v:shape>
        </w:pict>
      </w:r>
      <w:r>
        <w:rPr>
          <w:rFonts w:ascii="宋体" w:hAnsi="宋体" w:eastAsia="宋体" w:cs="宋体"/>
          <w:color w:val="000000"/>
        </w:rPr>
        <w:t>，解得</w:t>
      </w:r>
      <w:r>
        <w:pict>
          <v:shape id="_x0000_i709898" o:spt="75" alt="学科网(www.zxxk.com)--教育资源门户，提供试卷、教案、课件、论文、素材以及各类教学资源下载，还有大量而丰富的教学相关资讯！" type="#_x0000_t75" style="height:13.6pt;width:30.05pt;" o:ole="t" filled="f" o:preferrelative="t" stroked="f" coordsize="21600,21600">
            <v:path/>
            <v:fill on="f" focussize="0,0"/>
            <v:stroke on="f" joinstyle="miter"/>
            <v:imagedata r:id="rId125" o:title="eqIdd8a3cc8c48bf54ec8252e5dce686775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解：∵点</w:t>
      </w:r>
      <w:r>
        <w:rPr>
          <w:rFonts w:ascii="Times New Roman" w:hAnsi="Times New Roman" w:eastAsia="Times New Roman" w:cs="Times New Roman"/>
          <w:i/>
          <w:color w:val="000000"/>
        </w:rPr>
        <w:t>M</w:t>
      </w:r>
      <w:r>
        <w:rPr>
          <w:rFonts w:ascii="宋体" w:hAnsi="宋体" w:eastAsia="宋体" w:cs="宋体"/>
          <w:color w:val="000000"/>
        </w:rPr>
        <w:t>表示数</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MC</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N</w:t>
      </w:r>
      <w:r>
        <w:rPr>
          <w:rFonts w:ascii="宋体" w:hAnsi="宋体" w:eastAsia="宋体" w:cs="宋体"/>
          <w:color w:val="000000"/>
        </w:rPr>
        <w:t>互为核等距点，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解：①因为点</w:t>
      </w:r>
      <w:r>
        <w:rPr>
          <w:rFonts w:ascii="Times New Roman" w:hAnsi="Times New Roman" w:eastAsia="Times New Roman" w:cs="Times New Roman"/>
          <w:i/>
          <w:color w:val="000000"/>
        </w:rPr>
        <w:t>M</w:t>
      </w:r>
      <w:r>
        <w:rPr>
          <w:rFonts w:ascii="宋体" w:hAnsi="宋体" w:eastAsia="宋体" w:cs="宋体"/>
          <w:color w:val="000000"/>
        </w:rPr>
        <w:t>表示数</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N</w:t>
      </w:r>
      <w:r>
        <w:rPr>
          <w:rFonts w:ascii="宋体" w:hAnsi="宋体" w:eastAsia="宋体" w:cs="宋体"/>
          <w:color w:val="000000"/>
        </w:rPr>
        <w:t>表示数</w:t>
      </w:r>
      <w:r>
        <w:rPr>
          <w:rFonts w:ascii="Times New Roman" w:hAnsi="Times New Roman" w:eastAsia="Times New Roman" w:cs="Times New Roman"/>
          <w:i/>
          <w:color w:val="000000"/>
        </w:rPr>
        <w:t>m</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MN</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∴核点</w:t>
      </w:r>
      <w:r>
        <w:rPr>
          <w:rFonts w:ascii="Times New Roman" w:hAnsi="Times New Roman" w:eastAsia="Times New Roman" w:cs="Times New Roman"/>
          <w:i/>
          <w:color w:val="000000"/>
        </w:rPr>
        <w:t>C</w:t>
      </w:r>
      <w:r>
        <w:rPr>
          <w:rFonts w:ascii="宋体" w:hAnsi="宋体" w:eastAsia="宋体" w:cs="宋体"/>
          <w:color w:val="000000"/>
        </w:rPr>
        <w:t>到点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N</w:t>
      </w:r>
      <w:r>
        <w:rPr>
          <w:rFonts w:ascii="宋体" w:hAnsi="宋体" w:eastAsia="宋体" w:cs="宋体"/>
          <w:color w:val="000000"/>
        </w:rPr>
        <w:t>的距离都是</w:t>
      </w:r>
      <w:r>
        <w:rPr>
          <w:rFonts w:ascii="Times New Roman" w:hAnsi="Times New Roman" w:eastAsia="Times New Roman" w:cs="Times New Roman"/>
          <w:color w:val="000000"/>
        </w:rPr>
        <w:t>4</w:t>
      </w:r>
      <w:r>
        <w:rPr>
          <w:rFonts w:ascii="宋体" w:hAnsi="宋体" w:eastAsia="宋体" w:cs="宋体"/>
          <w:color w:val="000000"/>
        </w:rPr>
        <w:t>个单位长度．</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在点</w:t>
      </w:r>
      <w:r>
        <w:rPr>
          <w:rFonts w:ascii="Times New Roman" w:hAnsi="Times New Roman" w:eastAsia="Times New Roman" w:cs="Times New Roman"/>
          <w:i/>
          <w:color w:val="000000"/>
        </w:rPr>
        <w:t>N</w:t>
      </w:r>
      <w:r>
        <w:rPr>
          <w:rFonts w:ascii="宋体" w:hAnsi="宋体" w:eastAsia="宋体" w:cs="宋体"/>
          <w:color w:val="000000"/>
        </w:rPr>
        <w:t>左侧，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②根据题意得</w:t>
      </w:r>
      <w:r>
        <w:rPr>
          <w:rFonts w:ascii="Times New Roman" w:hAnsi="Times New Roman" w:eastAsia="Times New Roman" w:cs="Times New Roman"/>
          <w:color w:val="000000"/>
        </w:rPr>
        <w:t>2</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本题考查有理数与数轴；理解题意，准确表示数轴上点，并列出代数值求值是关键．</w:t>
      </w:r>
    </w:p>
    <w:p>
      <w:pPr>
        <w:spacing w:line="360" w:lineRule="auto"/>
        <w:jc w:val="both"/>
        <w:textAlignment w:val="center"/>
        <w:rPr>
          <w:color w:val="000000"/>
        </w:rPr>
      </w:pPr>
      <w:r>
        <w:rPr>
          <w:color w:val="000000"/>
        </w:rPr>
        <w:t xml:space="preserve">24. </w:t>
      </w:r>
      <w:r>
        <w:rPr>
          <w:rFonts w:ascii="宋体" w:hAnsi="宋体" w:eastAsia="宋体" w:cs="宋体"/>
          <w:color w:val="000000"/>
        </w:rPr>
        <w:t>在解决数学问题的过程中，我们常用到</w:t>
      </w:r>
      <w:r>
        <w:rPr>
          <w:rFonts w:ascii="Times New Roman" w:hAnsi="Times New Roman" w:eastAsia="Times New Roman" w:cs="Times New Roman"/>
          <w:color w:val="000000"/>
        </w:rPr>
        <w:t>“</w:t>
      </w:r>
      <w:r>
        <w:rPr>
          <w:rFonts w:ascii="宋体" w:hAnsi="宋体" w:eastAsia="宋体" w:cs="宋体"/>
          <w:color w:val="000000"/>
        </w:rPr>
        <w:t>分类讨论</w:t>
      </w:r>
      <w:r>
        <w:rPr>
          <w:rFonts w:ascii="Times New Roman" w:hAnsi="Times New Roman" w:eastAsia="Times New Roman" w:cs="Times New Roman"/>
          <w:color w:val="000000"/>
        </w:rPr>
        <w:t>”</w:t>
      </w:r>
      <w:r>
        <w:rPr>
          <w:rFonts w:ascii="宋体" w:hAnsi="宋体" w:eastAsia="宋体" w:cs="宋体"/>
          <w:color w:val="000000"/>
        </w:rPr>
        <w:t>的数学思想，下面是运用分类讨论的数学思想解决问题的过程，请仔细阅读，并解答题目后提出的【探究】．</w:t>
      </w:r>
    </w:p>
    <w:p>
      <w:pPr>
        <w:spacing w:line="360" w:lineRule="auto"/>
        <w:jc w:val="both"/>
        <w:textAlignment w:val="center"/>
        <w:rPr>
          <w:color w:val="000000"/>
        </w:rPr>
      </w:pPr>
      <w:r>
        <w:rPr>
          <w:rFonts w:ascii="宋体" w:hAnsi="宋体" w:eastAsia="宋体" w:cs="宋体"/>
          <w:color w:val="000000"/>
        </w:rPr>
        <w:t>【提出问题】</w:t>
      </w:r>
    </w:p>
    <w:p>
      <w:pPr>
        <w:spacing w:line="360" w:lineRule="auto"/>
        <w:jc w:val="both"/>
        <w:textAlignment w:val="center"/>
        <w:rPr>
          <w:color w:val="000000"/>
        </w:rPr>
      </w:pPr>
      <w:r>
        <w:rPr>
          <w:rFonts w:ascii="宋体" w:hAnsi="宋体" w:eastAsia="宋体" w:cs="宋体"/>
          <w:color w:val="000000"/>
        </w:rPr>
        <w:t>两个不为</w:t>
      </w:r>
      <w:r>
        <w:rPr>
          <w:rFonts w:ascii="Times New Roman" w:hAnsi="Times New Roman" w:eastAsia="Times New Roman" w:cs="Times New Roman"/>
          <w:color w:val="000000"/>
        </w:rPr>
        <w:t>0</w:t>
      </w:r>
      <w:r>
        <w:rPr>
          <w:rFonts w:ascii="宋体" w:hAnsi="宋体" w:eastAsia="宋体" w:cs="宋体"/>
          <w:color w:val="000000"/>
        </w:rPr>
        <w:t>的有理数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满足</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同号，求</w:t>
      </w:r>
      <w:r>
        <w:pict>
          <v:shape id="_x0000_i709899" o:spt="75" alt="学科网(www.zxxk.com)--教育资源门户，提供试卷、教案、课件、论文、素材以及各类教学资源下载，还有大量而丰富的教学相关资讯！" type="#_x0000_t75" style="height:33pt;width:38.25pt;" o:ole="t" filled="f" o:preferrelative="t" stroked="f" coordsize="21600,21600">
            <v:path/>
            <v:fill on="f" focussize="0,0"/>
            <v:stroke on="f" joinstyle="miter"/>
            <v:imagedata r:id="rId126" o:title="eqId92bd2f40fb389a5d8b20ec143f577f82"/>
            <o:lock v:ext="edit" aspectratio="t"/>
            <w10:wrap type="none"/>
            <w10:anchorlock/>
          </v:shape>
        </w:pict>
      </w:r>
      <w:r>
        <w:rPr>
          <w:rFonts w:ascii="宋体" w:hAnsi="宋体" w:eastAsia="宋体" w:cs="宋体"/>
          <w:color w:val="000000"/>
        </w:rPr>
        <w:t>的值．</w:t>
      </w:r>
    </w:p>
    <w:p>
      <w:pPr>
        <w:spacing w:line="360" w:lineRule="auto"/>
        <w:jc w:val="both"/>
        <w:textAlignment w:val="center"/>
        <w:rPr>
          <w:color w:val="000000"/>
        </w:rPr>
      </w:pPr>
      <w:r>
        <w:rPr>
          <w:rFonts w:ascii="宋体" w:hAnsi="宋体" w:eastAsia="宋体" w:cs="宋体"/>
          <w:color w:val="000000"/>
        </w:rPr>
        <w:t>【解决问题】</w:t>
      </w:r>
    </w:p>
    <w:p>
      <w:pPr>
        <w:spacing w:line="360" w:lineRule="auto"/>
        <w:jc w:val="both"/>
        <w:textAlignment w:val="center"/>
        <w:rPr>
          <w:color w:val="000000"/>
        </w:rPr>
      </w:pPr>
      <w:r>
        <w:rPr>
          <w:rFonts w:ascii="宋体" w:hAnsi="宋体" w:eastAsia="宋体" w:cs="宋体"/>
          <w:color w:val="000000"/>
        </w:rPr>
        <w:t>解：由</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同号且都不为</w:t>
      </w:r>
      <w:r>
        <w:rPr>
          <w:rFonts w:ascii="Times New Roman" w:hAnsi="Times New Roman" w:eastAsia="Times New Roman" w:cs="Times New Roman"/>
          <w:color w:val="000000"/>
        </w:rPr>
        <w:t>0</w:t>
      </w:r>
      <w:r>
        <w:rPr>
          <w:rFonts w:ascii="宋体" w:hAnsi="宋体" w:eastAsia="宋体" w:cs="宋体"/>
          <w:color w:val="000000"/>
        </w:rPr>
        <w:t>可知</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有两种可能：①</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都是正数：②</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都是负数．</w:t>
      </w:r>
    </w:p>
    <w:p>
      <w:pPr>
        <w:spacing w:line="360" w:lineRule="auto"/>
        <w:jc w:val="both"/>
        <w:textAlignment w:val="center"/>
        <w:rPr>
          <w:color w:val="000000"/>
        </w:rPr>
      </w:pPr>
      <w:r>
        <w:rPr>
          <w:rFonts w:ascii="宋体" w:hAnsi="宋体" w:eastAsia="宋体" w:cs="宋体"/>
          <w:color w:val="000000"/>
        </w:rPr>
        <w:t>①若</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都是正数，即</w:t>
      </w:r>
      <w:r>
        <w:pict>
          <v:shape id="_x0000_i70990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27" o:title="eqId94440d3e4c073f94f2b266ff99d50e74"/>
            <o:lock v:ext="edit" aspectratio="t"/>
            <w10:wrap type="none"/>
            <w10:anchorlock/>
          </v:shape>
        </w:pict>
      </w:r>
      <w:r>
        <w:rPr>
          <w:rFonts w:ascii="宋体" w:hAnsi="宋体" w:eastAsia="宋体" w:cs="宋体"/>
          <w:color w:val="000000"/>
        </w:rPr>
        <w:t>，</w:t>
      </w:r>
      <w:r>
        <w:pict>
          <v:shape id="_x0000_i709901" o:spt="75" alt="学科网(www.zxxk.com)--教育资源门户，提供试卷、教案、课件、论文、素材以及各类教学资源下载，还有大量而丰富的教学相关资讯！" type="#_x0000_t75" style="height:11.25pt;width:23.3pt;" o:ole="t" filled="f" o:preferrelative="t" stroked="f" coordsize="21600,21600">
            <v:path/>
            <v:fill on="f" focussize="0,0"/>
            <v:stroke on="f" joinstyle="miter"/>
            <v:imagedata r:id="rId128" o:title="eqId67ca5fd57c2c2fcc3c7a574fdd1467d9"/>
            <o:lock v:ext="edit" aspectratio="t"/>
            <w10:wrap type="none"/>
            <w10:anchorlock/>
          </v:shape>
        </w:pict>
      </w:r>
      <w:r>
        <w:rPr>
          <w:rFonts w:ascii="宋体" w:hAnsi="宋体" w:eastAsia="宋体" w:cs="宋体"/>
          <w:color w:val="000000"/>
        </w:rPr>
        <w:t>，有</w:t>
      </w:r>
      <w:r>
        <w:pict>
          <v:shape id="_x0000_i709902"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29" o:title="eqIda5e3ab57dac25b6c513c950e7b9bb356"/>
            <o:lock v:ext="edit" aspectratio="t"/>
            <w10:wrap type="none"/>
            <w10:anchorlock/>
          </v:shape>
        </w:pict>
      </w:r>
      <w:r>
        <w:rPr>
          <w:rFonts w:ascii="宋体" w:hAnsi="宋体" w:eastAsia="宋体" w:cs="宋体"/>
          <w:color w:val="000000"/>
        </w:rPr>
        <w:t>及</w:t>
      </w:r>
      <w:r>
        <w:pict>
          <v:shape id="_x0000_i709903" o:spt="75" alt="学科网(www.zxxk.com)--教育资源门户，提供试卷、教案、课件、论文、素材以及各类教学资源下载，还有大量而丰富的教学相关资讯！" type="#_x0000_t75" style="height:20.2pt;width:31.1pt;" o:ole="t" filled="f" o:preferrelative="t" stroked="f" coordsize="21600,21600">
            <v:path/>
            <v:fill on="f" focussize="0,0"/>
            <v:stroke on="f" joinstyle="miter"/>
            <v:imagedata r:id="rId130" o:title="eqId83ccc43f4ca64fd5a69b0d30183fa887"/>
            <o:lock v:ext="edit" aspectratio="t"/>
            <w10:wrap type="none"/>
            <w10:anchorlock/>
          </v:shape>
        </w:pict>
      </w:r>
      <w:r>
        <w:rPr>
          <w:rFonts w:ascii="宋体" w:hAnsi="宋体" w:eastAsia="宋体" w:cs="宋体"/>
          <w:color w:val="000000"/>
        </w:rPr>
        <w:t>，则</w:t>
      </w:r>
      <w:r>
        <w:pict>
          <v:shape id="_x0000_i709904" o:spt="75" alt="学科网(www.zxxk.com)--教育资源门户，提供试卷、教案、课件、论文、素材以及各类教学资源下载，还有大量而丰富的教学相关资讯！" type="#_x0000_t75" style="height:33pt;width:125.25pt;" o:ole="t" filled="f" o:preferrelative="t" stroked="f" coordsize="21600,21600">
            <v:path/>
            <v:fill on="f" focussize="0,0"/>
            <v:stroke on="f" joinstyle="miter"/>
            <v:imagedata r:id="rId131" o:title="eqId12af49d53731f9307589e8ce4255ddf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②若</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都是负数，即</w:t>
      </w:r>
      <w:r>
        <w:pict>
          <v:shape id="_x0000_i709905" o:spt="75" alt="学科网(www.zxxk.com)--教育资源门户，提供试卷、教案、课件、论文、素材以及各类教学资源下载，还有大量而丰富的教学相关资讯！" type="#_x0000_t75" style="height:14.4pt;width:27.65pt;" o:ole="t" filled="f" o:preferrelative="t" stroked="f" coordsize="21600,21600">
            <v:path/>
            <v:fill on="f" focussize="0,0"/>
            <v:stroke on="f" joinstyle="miter"/>
            <v:imagedata r:id="rId132" o:title="eqId1ac9eb4f13a6ec140f7050e8d7dde52c"/>
            <o:lock v:ext="edit" aspectratio="t"/>
            <w10:wrap type="none"/>
            <w10:anchorlock/>
          </v:shape>
        </w:pict>
      </w:r>
      <w:r>
        <w:rPr>
          <w:rFonts w:ascii="宋体" w:hAnsi="宋体" w:eastAsia="宋体" w:cs="宋体"/>
          <w:color w:val="000000"/>
        </w:rPr>
        <w:t>，</w:t>
      </w:r>
      <w:r>
        <w:pict>
          <v:shape id="_x0000_i70990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33" o:title="eqIde3a915c1a8a9304aeb307d130faaeb15"/>
            <o:lock v:ext="edit" aspectratio="t"/>
            <w10:wrap type="none"/>
            <w10:anchorlock/>
          </v:shape>
        </w:pict>
      </w:r>
      <w:r>
        <w:rPr>
          <w:rFonts w:ascii="宋体" w:hAnsi="宋体" w:eastAsia="宋体" w:cs="宋体"/>
          <w:color w:val="000000"/>
        </w:rPr>
        <w:t>，有</w:t>
      </w:r>
      <w:r>
        <w:pict>
          <v:shape id="_x0000_i709907" o:spt="75" alt="学科网(www.zxxk.com)--教育资源门户，提供试卷、教案、课件、论文、素材以及各类教学资源下载，还有大量而丰富的教学相关资讯！" type="#_x0000_t75" style="height:17pt;width:35pt;" o:ole="t" filled="f" o:preferrelative="t" stroked="f" coordsize="21600,21600">
            <v:path/>
            <v:fill on="f" focussize="0,0"/>
            <v:stroke on="f" joinstyle="miter"/>
            <v:imagedata r:id="rId134" o:title="eqId653a7d2cba5c557c6fec515533a73999"/>
            <o:lock v:ext="edit" aspectratio="t"/>
            <w10:wrap type="none"/>
            <w10:anchorlock/>
          </v:shape>
        </w:pict>
      </w:r>
      <w:r>
        <w:rPr>
          <w:rFonts w:ascii="宋体" w:hAnsi="宋体" w:eastAsia="宋体" w:cs="宋体"/>
          <w:color w:val="000000"/>
        </w:rPr>
        <w:t>及</w:t>
      </w:r>
      <w:r>
        <w:pict>
          <v:shape id="_x0000_i709908" o:spt="75" alt="学科网(www.zxxk.com)--教育资源门户，提供试卷、教案、课件、论文、素材以及各类教学资源下载，还有大量而丰富的教学相关资讯！" type="#_x0000_t75" style="height:20.25pt;width:38.25pt;" o:ole="t" filled="f" o:preferrelative="t" stroked="f" coordsize="21600,21600">
            <v:path/>
            <v:fill on="f" focussize="0,0"/>
            <v:stroke on="f" joinstyle="miter"/>
            <v:imagedata r:id="rId135" o:title="eqId27acc0ce87d3a422a370f2b8c17a07c5"/>
            <o:lock v:ext="edit" aspectratio="t"/>
            <w10:wrap type="none"/>
            <w10:anchorlock/>
          </v:shape>
        </w:pict>
      </w:r>
      <w:r>
        <w:rPr>
          <w:rFonts w:ascii="宋体" w:hAnsi="宋体" w:eastAsia="宋体" w:cs="宋体"/>
          <w:color w:val="000000"/>
        </w:rPr>
        <w:t>，</w:t>
      </w:r>
      <w:r>
        <w:pict>
          <v:shape id="_x0000_i709909" o:spt="75" alt="学科网(www.zxxk.com)--教育资源门户，提供试卷、教案、课件、论文、素材以及各类教学资源下载，还有大量而丰富的教学相关资讯！" type="#_x0000_t75" style="height:33pt;width:198pt;" o:ole="t" filled="f" o:preferrelative="t" stroked="f" coordsize="21600,21600">
            <v:path/>
            <v:fill on="f" focussize="0,0"/>
            <v:stroke on="f" joinstyle="miter"/>
            <v:imagedata r:id="rId136" o:title="eqId163f4df33c07f1c3b7d830143be20f0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所以</w:t>
      </w:r>
      <w:r>
        <w:pict>
          <v:shape id="_x0000_i709910" o:spt="75" alt="学科网(www.zxxk.com)--教育资源门户，提供试卷、教案、课件、论文、素材以及各类教学资源下载，还有大量而丰富的教学相关资讯！" type="#_x0000_t75" style="height:33pt;width:38.25pt;" o:ole="t" filled="f" o:preferrelative="t" stroked="f" coordsize="21600,21600">
            <v:path/>
            <v:fill on="f" focussize="0,0"/>
            <v:stroke on="f" joinstyle="miter"/>
            <v:imagedata r:id="rId137" o:title="eqId92bd2f40fb389a5d8b20ec143f577f82"/>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2</w:t>
      </w:r>
      <w:r>
        <w:rPr>
          <w:rFonts w:ascii="宋体" w:hAnsi="宋体" w:eastAsia="宋体" w:cs="宋体"/>
          <w:color w:val="000000"/>
        </w:rPr>
        <w:t>或</w:t>
      </w:r>
      <w:r>
        <w:pict>
          <v:shape id="_x0000_i70991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38" o:title="eqId274a9dc37509f01c2606fb3086a46f4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【探究】</w:t>
      </w:r>
    </w:p>
    <w:p>
      <w:pPr>
        <w:spacing w:line="360" w:lineRule="auto"/>
        <w:jc w:val="both"/>
        <w:textAlignment w:val="center"/>
        <w:rPr>
          <w:color w:val="000000"/>
        </w:rPr>
      </w:pPr>
      <w:r>
        <w:rPr>
          <w:rFonts w:ascii="宋体" w:hAnsi="宋体" w:eastAsia="宋体" w:cs="宋体"/>
          <w:color w:val="000000"/>
        </w:rPr>
        <w:t>请根据上面的解题思路解答下面的问题：</w:t>
      </w:r>
    </w:p>
    <w:p>
      <w:pPr>
        <w:spacing w:line="360" w:lineRule="auto"/>
        <w:jc w:val="left"/>
        <w:textAlignment w:val="center"/>
        <w:rPr>
          <w:color w:val="000000"/>
        </w:rPr>
      </w:pPr>
      <w:r>
        <w:rPr>
          <w:color w:val="000000"/>
        </w:rPr>
        <w:t>（1）</w:t>
      </w:r>
      <w:r>
        <w:rPr>
          <w:rFonts w:ascii="宋体" w:hAnsi="宋体" w:eastAsia="宋体" w:cs="宋体"/>
          <w:color w:val="000000"/>
        </w:rPr>
        <w:t>已知</w:t>
      </w:r>
      <w:r>
        <w:pict>
          <v:shape id="_x0000_i709912"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139" o:title="eqIdbf1aaaea0449ea43cf2cd284441ecfbe"/>
            <o:lock v:ext="edit" aspectratio="t"/>
            <w10:wrap type="none"/>
            <w10:anchorlock/>
          </v:shape>
        </w:pict>
      </w:r>
      <w:r>
        <w:rPr>
          <w:rFonts w:ascii="宋体" w:hAnsi="宋体" w:eastAsia="宋体" w:cs="宋体"/>
          <w:color w:val="000000"/>
        </w:rPr>
        <w:t>且</w:t>
      </w:r>
      <w:r>
        <w:pict>
          <v:shape id="_x0000_i709913"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140" o:title="eqIda27131857cf40e2a4cb15d6a04e7b8da"/>
            <o:lock v:ext="edit" aspectratio="t"/>
            <w10:wrap type="none"/>
            <w10:anchorlock/>
          </v:shape>
        </w:pict>
      </w:r>
      <w:r>
        <w:rPr>
          <w:rFonts w:ascii="宋体" w:hAnsi="宋体" w:eastAsia="宋体" w:cs="宋体"/>
          <w:color w:val="000000"/>
        </w:rPr>
        <w:t>，且</w:t>
      </w:r>
      <w:r>
        <w:pict>
          <v:shape id="_x0000_i70991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41" o:title="eqIdc6a46e678bf9d2df5ad4c782b3dc22f5"/>
            <o:lock v:ext="edit" aspectratio="t"/>
            <w10:wrap type="none"/>
            <w10:anchorlock/>
          </v:shape>
        </w:pict>
      </w:r>
      <w:r>
        <w:rPr>
          <w:rFonts w:ascii="宋体" w:hAnsi="宋体" w:eastAsia="宋体" w:cs="宋体"/>
          <w:color w:val="000000"/>
        </w:rPr>
        <w:t>，求</w:t>
      </w:r>
      <w:r>
        <w:pict>
          <v:shape id="_x0000_i70991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42" o:title="eqId20d6fc9b90f370fbb27552876b650f8f"/>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两个不为</w:t>
      </w:r>
      <w:r>
        <w:rPr>
          <w:rFonts w:ascii="Times New Roman" w:hAnsi="Times New Roman" w:eastAsia="Times New Roman" w:cs="Times New Roman"/>
          <w:color w:val="000000"/>
        </w:rPr>
        <w:t>0</w:t>
      </w:r>
      <w:r>
        <w:rPr>
          <w:rFonts w:ascii="宋体" w:hAnsi="宋体" w:eastAsia="宋体" w:cs="宋体"/>
          <w:color w:val="000000"/>
        </w:rPr>
        <w:t>的有理数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满足</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异号，求</w:t>
      </w:r>
      <w:r>
        <w:pict>
          <v:shape id="_x0000_i709916" o:spt="75" alt="学科网(www.zxxk.com)--教育资源门户，提供试卷、教案、课件、论文、素材以及各类教学资源下载，还有大量而丰富的教学相关资讯！" type="#_x0000_t75" style="height:33pt;width:38.25pt;" o:ole="t" filled="f" o:preferrelative="t" stroked="f" coordsize="21600,21600">
            <v:path/>
            <v:fill on="f" focussize="0,0"/>
            <v:stroke on="f" joinstyle="miter"/>
            <v:imagedata r:id="rId143" o:title="eqId92bd2f40fb389a5d8b20ec143f577f82"/>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09917" o:spt="75" alt="学科网(www.zxxk.com)--教育资源门户，提供试卷、教案、课件、论文、素材以及各类教学资源下载，还有大量而丰富的教学相关资讯！" type="#_x0000_t75" style="height:14.15pt;width:38.85pt;" o:ole="t" filled="f" o:preferrelative="t" stroked="f" coordsize="21600,21600">
            <v:path/>
            <v:fill on="f" focussize="0,0"/>
            <v:stroke on="f" joinstyle="miter"/>
            <v:imagedata r:id="rId144" o:title="eqId73c21bd0bd90a89b7ff5ac0eacf612a5"/>
            <o:lock v:ext="edit" aspectratio="t"/>
            <w10:wrap type="none"/>
            <w10:anchorlock/>
          </v:shape>
        </w:pict>
      </w:r>
      <w:r>
        <w:rPr>
          <w:rFonts w:ascii="宋体" w:hAnsi="宋体" w:eastAsia="宋体" w:cs="宋体"/>
          <w:color w:val="000000"/>
        </w:rPr>
        <w:t>，则</w:t>
      </w:r>
      <w:r>
        <w:pict>
          <v:shape id="_x0000_i709918" o:spt="75" alt="学科网(www.zxxk.com)--教育资源门户，提供试卷、教案、课件、论文、素材以及各类教学资源下载，还有大量而丰富的教学相关资讯！" type="#_x0000_t75" style="height:31pt;width:72pt;" o:ole="t" filled="f" o:preferrelative="t" stroked="f" coordsize="21600,21600">
            <v:path/>
            <v:fill on="f" focussize="0,0"/>
            <v:stroke on="f" joinstyle="miter"/>
            <v:imagedata r:id="rId145" o:title="eqId61787354fdcb8a3daa0235f736e08e30"/>
            <o:lock v:ext="edit" aspectratio="t"/>
            <w10:wrap type="none"/>
            <w10:anchorlock/>
          </v:shape>
        </w:pict>
      </w:r>
      <w:r>
        <w:rPr>
          <w:rFonts w:ascii="宋体" w:hAnsi="宋体" w:eastAsia="宋体" w:cs="宋体"/>
          <w:color w:val="000000"/>
        </w:rPr>
        <w:t>的值可能是多少？</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10</w: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0</w:t>
      </w:r>
      <w:r>
        <w:rPr>
          <w:rFonts w:ascii="宋体" w:hAnsi="宋体" w:eastAsia="宋体" w:cs="宋体"/>
          <w:color w:val="000000"/>
        </w:rPr>
        <w:t>；</w:t>
      </w:r>
      <w:r>
        <w:rPr>
          <w:color w:val="000000"/>
        </w:rPr>
        <w:t xml:space="preserve">    （3）</w:t>
      </w:r>
      <w:r>
        <w:rPr>
          <w:rFonts w:ascii="Times New Roman" w:hAnsi="Times New Roman" w:eastAsia="Times New Roman" w:cs="Times New Roman"/>
          <w:color w:val="000000"/>
        </w:rPr>
        <w:t>3</w:t>
      </w:r>
      <w:r>
        <w:rPr>
          <w:rFonts w:ascii="宋体" w:hAnsi="宋体" w:eastAsia="宋体" w:cs="宋体"/>
          <w:color w:val="000000"/>
        </w:rPr>
        <w:t>或</w:t>
      </w:r>
      <w:r>
        <w:pict>
          <v:shape id="_x0000_i70991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46" o:title="eqIdacbc6a613224461ade69362d46550474"/>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pict>
          <v:shape id="_x0000_i709920"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147" o:title="eqIdbf1aaaea0449ea43cf2cd284441ecfbe"/>
            <o:lock v:ext="edit" aspectratio="t"/>
            <w10:wrap type="none"/>
            <w10:anchorlock/>
          </v:shape>
        </w:pict>
      </w:r>
      <w:r>
        <w:rPr>
          <w:rFonts w:ascii="宋体" w:hAnsi="宋体" w:eastAsia="宋体" w:cs="宋体"/>
          <w:color w:val="000000"/>
        </w:rPr>
        <w:t>且</w:t>
      </w:r>
      <w:r>
        <w:pict>
          <v:shape id="_x0000_i709921"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148" o:title="eqIda27131857cf40e2a4cb15d6a04e7b8da"/>
            <o:lock v:ext="edit" aspectratio="t"/>
            <w10:wrap type="none"/>
            <w10:anchorlock/>
          </v:shape>
        </w:pict>
      </w:r>
      <w:r>
        <w:rPr>
          <w:rFonts w:ascii="宋体" w:hAnsi="宋体" w:eastAsia="宋体" w:cs="宋体"/>
          <w:color w:val="000000"/>
        </w:rPr>
        <w:t>，且</w:t>
      </w:r>
      <w:r>
        <w:pict>
          <v:shape id="_x0000_i70992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49" o:title="eqIdc6a46e678bf9d2df5ad4c782b3dc22f5"/>
            <o:lock v:ext="edit" aspectratio="t"/>
            <w10:wrap type="none"/>
            <w10:anchorlock/>
          </v:shape>
        </w:pict>
      </w:r>
      <w:r>
        <w:rPr>
          <w:rFonts w:ascii="宋体" w:hAnsi="宋体" w:eastAsia="宋体" w:cs="宋体"/>
          <w:color w:val="000000"/>
        </w:rPr>
        <w:t>得到</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的值，代入求解即可；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异号分</w:t>
      </w:r>
      <w:r>
        <w:rPr>
          <w:rFonts w:ascii="Times New Roman" w:hAnsi="Times New Roman" w:eastAsia="Times New Roman" w:cs="Times New Roman"/>
          <w:color w:val="000000"/>
        </w:rPr>
        <w:t>2</w:t>
      </w:r>
      <w:r>
        <w:rPr>
          <w:rFonts w:ascii="宋体" w:hAnsi="宋体" w:eastAsia="宋体" w:cs="宋体"/>
          <w:color w:val="000000"/>
        </w:rPr>
        <w:t>种情况讨论：①</w:t>
      </w:r>
      <w:r>
        <w:pict>
          <v:shape id="_x0000_i70992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50" o:title="eqId94440d3e4c073f94f2b266ff99d50e74"/>
            <o:lock v:ext="edit" aspectratio="t"/>
            <w10:wrap type="none"/>
            <w10:anchorlock/>
          </v:shape>
        </w:pict>
      </w:r>
      <w:r>
        <w:rPr>
          <w:rFonts w:ascii="宋体" w:hAnsi="宋体" w:eastAsia="宋体" w:cs="宋体"/>
          <w:color w:val="000000"/>
        </w:rPr>
        <w:t>，</w:t>
      </w:r>
      <w:r>
        <w:pict>
          <v:shape id="_x0000_i70992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51" o:title="eqIde3a915c1a8a9304aeb307d130faaeb15"/>
            <o:lock v:ext="edit" aspectratio="t"/>
            <w10:wrap type="none"/>
            <w10:anchorlock/>
          </v:shape>
        </w:pict>
      </w:r>
      <w:r>
        <w:rPr>
          <w:rFonts w:ascii="宋体" w:hAnsi="宋体" w:eastAsia="宋体" w:cs="宋体"/>
          <w:color w:val="000000"/>
        </w:rPr>
        <w:t>；②</w:t>
      </w:r>
      <w:r>
        <w:pict>
          <v:shape id="_x0000_i70992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52" o:title="eqId9e10e1c43b86a8cd4360ca9b57232164"/>
            <o:lock v:ext="edit" aspectratio="t"/>
            <w10:wrap type="none"/>
            <w10:anchorlock/>
          </v:shape>
        </w:pict>
      </w:r>
      <w:r>
        <w:rPr>
          <w:rFonts w:ascii="宋体" w:hAnsi="宋体" w:eastAsia="宋体" w:cs="宋体"/>
          <w:color w:val="000000"/>
        </w:rPr>
        <w:t>，</w:t>
      </w:r>
      <w:r>
        <w:pict>
          <v:shape id="_x0000_i709926" o:spt="75" alt="学科网(www.zxxk.com)--教育资源门户，提供试卷、教案、课件、论文、素材以及各类教学资源下载，还有大量而丰富的教学相关资讯！" type="#_x0000_t75" style="height:11.25pt;width:23.3pt;" o:ole="t" filled="f" o:preferrelative="t" stroked="f" coordsize="21600,21600">
            <v:path/>
            <v:fill on="f" focussize="0,0"/>
            <v:stroke on="f" joinstyle="miter"/>
            <v:imagedata r:id="rId153" o:title="eqId67ca5fd57c2c2fcc3c7a574fdd1467d9"/>
            <o:lock v:ext="edit" aspectratio="t"/>
            <w10:wrap type="none"/>
            <w10:anchorlock/>
          </v:shape>
        </w:pict>
      </w:r>
      <w:r>
        <w:rPr>
          <w:rFonts w:ascii="宋体" w:hAnsi="宋体" w:eastAsia="宋体" w:cs="宋体"/>
          <w:color w:val="000000"/>
        </w:rPr>
        <w:t>，分别求解即可；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）由题意得：</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三个有理数都为正数或其中一个为正数，另两个为负数，分情况讨论：①当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都是正数，即</w:t>
      </w:r>
      <w:r>
        <w:pict>
          <v:shape id="_x0000_i709927"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54" o:title="eqId94440d3e4c073f94f2b266ff99d50e74"/>
            <o:lock v:ext="edit" aspectratio="t"/>
            <w10:wrap type="none"/>
            <w10:anchorlock/>
          </v:shape>
        </w:pict>
      </w:r>
      <w:r>
        <w:rPr>
          <w:rFonts w:ascii="宋体" w:hAnsi="宋体" w:eastAsia="宋体" w:cs="宋体"/>
          <w:color w:val="000000"/>
        </w:rPr>
        <w:t>，</w:t>
      </w:r>
      <w:r>
        <w:pict>
          <v:shape id="_x0000_i709928" o:spt="75" alt="学科网(www.zxxk.com)--教育资源门户，提供试卷、教案、课件、论文、素材以及各类教学资源下载，还有大量而丰富的教学相关资讯！" type="#_x0000_t75" style="height:11.25pt;width:23.3pt;" o:ole="t" filled="f" o:preferrelative="t" stroked="f" coordsize="21600,21600">
            <v:path/>
            <v:fill on="f" focussize="0,0"/>
            <v:stroke on="f" joinstyle="miter"/>
            <v:imagedata r:id="rId155" o:title="eqId67ca5fd57c2c2fcc3c7a574fdd1467d9"/>
            <o:lock v:ext="edit" aspectratio="t"/>
            <w10:wrap type="none"/>
            <w10:anchorlock/>
          </v:shape>
        </w:pict>
      </w:r>
      <w:r>
        <w:rPr>
          <w:rFonts w:ascii="宋体" w:hAnsi="宋体" w:eastAsia="宋体" w:cs="宋体"/>
          <w:color w:val="000000"/>
        </w:rPr>
        <w:t>，</w:t>
      </w:r>
      <w:r>
        <w:pict>
          <v:shape id="_x0000_i709929"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156" o:title="eqId8cec12441802f71e803efaf2c62ee588"/>
            <o:lock v:ext="edit" aspectratio="t"/>
            <w10:wrap type="none"/>
            <w10:anchorlock/>
          </v:shape>
        </w:pict>
      </w:r>
      <w:r>
        <w:rPr>
          <w:rFonts w:ascii="宋体" w:hAnsi="宋体" w:eastAsia="宋体" w:cs="宋体"/>
          <w:color w:val="000000"/>
        </w:rPr>
        <w:t>时，②当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有一个为正数，另两个为负数时，设</w:t>
      </w:r>
      <w:r>
        <w:pict>
          <v:shape id="_x0000_i70993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54" o:title="eqId94440d3e4c073f94f2b266ff99d50e74"/>
            <o:lock v:ext="edit" aspectratio="t"/>
            <w10:wrap type="none"/>
            <w10:anchorlock/>
          </v:shape>
        </w:pict>
      </w:r>
      <w:r>
        <w:rPr>
          <w:rFonts w:ascii="宋体" w:hAnsi="宋体" w:eastAsia="宋体" w:cs="宋体"/>
          <w:color w:val="000000"/>
        </w:rPr>
        <w:t>，</w:t>
      </w:r>
      <w:r>
        <w:pict>
          <v:shape id="_x0000_i709931"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57" o:title="eqIde3a915c1a8a9304aeb307d130faaeb15"/>
            <o:lock v:ext="edit" aspectratio="t"/>
            <w10:wrap type="none"/>
            <w10:anchorlock/>
          </v:shape>
        </w:pict>
      </w:r>
      <w:r>
        <w:rPr>
          <w:rFonts w:ascii="宋体" w:hAnsi="宋体" w:eastAsia="宋体" w:cs="宋体"/>
          <w:color w:val="000000"/>
        </w:rPr>
        <w:t>，</w:t>
      </w:r>
      <w:r>
        <w:pict>
          <v:shape id="_x0000_i70993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58" o:title="eqIdf75807858b7804a1ad2039c41f323a18"/>
            <o:lock v:ext="edit" aspectratio="t"/>
            <w10:wrap type="none"/>
            <w10:anchorlock/>
          </v:shape>
        </w:pict>
      </w:r>
      <w:r>
        <w:rPr>
          <w:rFonts w:ascii="宋体" w:hAnsi="宋体" w:eastAsia="宋体" w:cs="宋体"/>
          <w:color w:val="000000"/>
        </w:rPr>
        <w:t>，代入计算即可．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09933"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159" o:title="eqIdbf1aaaea0449ea43cf2cd284441ecfbe"/>
            <o:lock v:ext="edit" aspectratio="t"/>
            <w10:wrap type="none"/>
            <w10:anchorlock/>
          </v:shape>
        </w:pict>
      </w:r>
      <w:r>
        <w:rPr>
          <w:rFonts w:ascii="宋体" w:hAnsi="宋体" w:eastAsia="宋体" w:cs="宋体"/>
          <w:color w:val="000000"/>
        </w:rPr>
        <w:t>，</w:t>
      </w:r>
      <w:r>
        <w:pict>
          <v:shape id="_x0000_i709934"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160" o:title="eqIda27131857cf40e2a4cb15d6a04e7b8d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09935"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61" o:title="eqIde65397f11ea8af736f38debadf420c4a"/>
            <o:lock v:ext="edit" aspectratio="t"/>
            <w10:wrap type="none"/>
            <w10:anchorlock/>
          </v:shape>
        </w:pict>
      </w:r>
      <w:r>
        <w:rPr>
          <w:rFonts w:ascii="宋体" w:hAnsi="宋体" w:eastAsia="宋体" w:cs="宋体"/>
          <w:color w:val="000000"/>
        </w:rPr>
        <w:t>或</w:t>
      </w:r>
      <w:r>
        <w:pict>
          <v:shape id="_x0000_i709936"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62" o:title="eqId81fb134b2b48acc99213fff6ccfee65f"/>
            <o:lock v:ext="edit" aspectratio="t"/>
            <w10:wrap type="none"/>
            <w10:anchorlock/>
          </v:shape>
        </w:pict>
      </w:r>
      <w:r>
        <w:rPr>
          <w:rFonts w:ascii="宋体" w:hAnsi="宋体" w:eastAsia="宋体" w:cs="宋体"/>
          <w:color w:val="000000"/>
        </w:rPr>
        <w:t>，</w:t>
      </w:r>
      <w:r>
        <w:pict>
          <v:shape id="_x0000_i709937" o:spt="75" alt="学科网(www.zxxk.com)--教育资源门户，提供试卷、教案、课件、论文、素材以及各类教学资源下载，还有大量而丰富的教学相关资讯！" type="#_x0000_t75" style="height:14.55pt;width:27.7pt;" o:ole="t" filled="f" o:preferrelative="t" stroked="f" coordsize="21600,21600">
            <v:path/>
            <v:fill on="f" focussize="0,0"/>
            <v:stroke on="f" joinstyle="miter"/>
            <v:imagedata r:id="rId163" o:title="eqId9ab1c19b66cda3fb899f06d9a25e973c"/>
            <o:lock v:ext="edit" aspectratio="t"/>
            <w10:wrap type="none"/>
            <w10:anchorlock/>
          </v:shape>
        </w:pict>
      </w:r>
      <w:r>
        <w:rPr>
          <w:rFonts w:ascii="宋体" w:hAnsi="宋体" w:eastAsia="宋体" w:cs="宋体"/>
          <w:color w:val="000000"/>
        </w:rPr>
        <w:t>或</w:t>
      </w:r>
      <w:r>
        <w:pict>
          <v:shape id="_x0000_i709938" o:spt="75" alt="学科网(www.zxxk.com)--教育资源门户，提供试卷、教案、课件、论文、素材以及各类教学资源下载，还有大量而丰富的教学相关资讯！" type="#_x0000_t75" style="height:10.8pt;width:12.9pt;" o:ole="t" filled="f" o:preferrelative="t" stroked="f" coordsize="21600,21600">
            <v:path/>
            <v:fill on="f" focussize="0,0"/>
            <v:stroke on="f" joinstyle="miter"/>
            <v:imagedata r:id="rId164" o:title="eqId4a94acdfb41489d5694b5a64b9e9975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0993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65" o:title="eqIdc6a46e678bf9d2df5ad4c782b3dc22f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09940"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66" o:title="eqIde65397f11ea8af736f38debadf420c4a"/>
            <o:lock v:ext="edit" aspectratio="t"/>
            <w10:wrap type="none"/>
            <w10:anchorlock/>
          </v:shape>
        </w:pict>
      </w:r>
      <w:r>
        <w:rPr>
          <w:rFonts w:ascii="宋体" w:hAnsi="宋体" w:eastAsia="宋体" w:cs="宋体"/>
          <w:color w:val="000000"/>
        </w:rPr>
        <w:t>，</w:t>
      </w:r>
      <w:r>
        <w:pict>
          <v:shape id="_x0000_i709941" o:spt="75" alt="学科网(www.zxxk.com)--教育资源门户，提供试卷、教案、课件、论文、素材以及各类教学资源下载，还有大量而丰富的教学相关资讯！" type="#_x0000_t75" style="height:14.55pt;width:27.7pt;" o:ole="t" filled="f" o:preferrelative="t" stroked="f" coordsize="21600,21600">
            <v:path/>
            <v:fill on="f" focussize="0,0"/>
            <v:stroke on="f" joinstyle="miter"/>
            <v:imagedata r:id="rId167" o:title="eqId9ab1c19b66cda3fb899f06d9a25e973c"/>
            <o:lock v:ext="edit" aspectratio="t"/>
            <w10:wrap type="none"/>
            <w10:anchorlock/>
          </v:shape>
        </w:pict>
      </w:r>
      <w:r>
        <w:rPr>
          <w:rFonts w:ascii="宋体" w:hAnsi="宋体" w:eastAsia="宋体" w:cs="宋体"/>
          <w:color w:val="000000"/>
        </w:rPr>
        <w:t>或</w:t>
      </w:r>
      <w:r>
        <w:pict>
          <v:shape id="_x0000_i709942"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168" o:title="eqIdbb8e1dd8da540badcb9a8f427c5b202e"/>
            <o:lock v:ext="edit" aspectratio="t"/>
            <w10:wrap type="none"/>
            <w10:anchorlock/>
          </v:shape>
        </w:pict>
      </w:r>
      <w:r>
        <w:rPr>
          <w:rFonts w:ascii="宋体" w:hAnsi="宋体" w:eastAsia="宋体" w:cs="宋体"/>
          <w:color w:val="000000"/>
        </w:rPr>
        <w:t>，</w:t>
      </w:r>
      <w:r>
        <w:pict>
          <v:shape id="_x0000_i709943" o:spt="75" alt="学科网(www.zxxk.com)--教育资源门户，提供试卷、教案、课件、论文、素材以及各类教学资源下载，还有大量而丰富的教学相关资讯！" type="#_x0000_t75" style="height:14.55pt;width:27.7pt;" o:ole="t" filled="f" o:preferrelative="t" stroked="f" coordsize="21600,21600">
            <v:path/>
            <v:fill on="f" focussize="0,0"/>
            <v:stroke on="f" joinstyle="miter"/>
            <v:imagedata r:id="rId167" o:title="eqId9ab1c19b66cda3fb899f06d9a25e973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0994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69" o:title="eqIde65397f11ea8af736f38debadf420c4a"/>
            <o:lock v:ext="edit" aspectratio="t"/>
            <w10:wrap type="none"/>
            <w10:anchorlock/>
          </v:shape>
        </w:pict>
      </w:r>
      <w:r>
        <w:rPr>
          <w:rFonts w:ascii="宋体" w:hAnsi="宋体" w:eastAsia="宋体" w:cs="宋体"/>
          <w:color w:val="000000"/>
        </w:rPr>
        <w:t>，</w:t>
      </w:r>
      <w:r>
        <w:pict>
          <v:shape id="_x0000_i709945" o:spt="75" alt="学科网(www.zxxk.com)--教育资源门户，提供试卷、教案、课件、论文、素材以及各类教学资源下载，还有大量而丰富的教学相关资讯！" type="#_x0000_t75" style="height:14.55pt;width:27.7pt;" o:ole="t" filled="f" o:preferrelative="t" stroked="f" coordsize="21600,21600">
            <v:path/>
            <v:fill on="f" focussize="0,0"/>
            <v:stroke on="f" joinstyle="miter"/>
            <v:imagedata r:id="rId170" o:title="eqId9ab1c19b66cda3fb899f06d9a25e973c"/>
            <o:lock v:ext="edit" aspectratio="t"/>
            <w10:wrap type="none"/>
            <w10:anchorlock/>
          </v:shape>
        </w:pict>
      </w:r>
      <w:r>
        <w:rPr>
          <w:rFonts w:ascii="宋体" w:hAnsi="宋体" w:eastAsia="宋体" w:cs="宋体"/>
          <w:color w:val="000000"/>
        </w:rPr>
        <w:t>时</w:t>
      </w:r>
      <w:r>
        <w:pict>
          <v:shape id="_x0000_i709946" o:spt="75" alt="学科网(www.zxxk.com)--教育资源门户，提供试卷、教案、课件、论文、素材以及各类教学资源下载，还有大量而丰富的教学相关资讯！" type="#_x0000_t75" style="height:14.25pt;width:83.25pt;" o:ole="t" filled="f" o:preferrelative="t" stroked="f" coordsize="21600,21600">
            <v:path/>
            <v:fill on="f" focussize="0,0"/>
            <v:stroke on="f" joinstyle="miter"/>
            <v:imagedata r:id="rId171" o:title="eqId533f13025b6ef86971643d609feaecc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09947"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172" o:title="eqIdbb8e1dd8da540badcb9a8f427c5b202e"/>
            <o:lock v:ext="edit" aspectratio="t"/>
            <w10:wrap type="none"/>
            <w10:anchorlock/>
          </v:shape>
        </w:pict>
      </w:r>
      <w:r>
        <w:rPr>
          <w:rFonts w:ascii="宋体" w:hAnsi="宋体" w:eastAsia="宋体" w:cs="宋体"/>
          <w:color w:val="000000"/>
        </w:rPr>
        <w:t>，</w:t>
      </w:r>
      <w:r>
        <w:pict>
          <v:shape id="_x0000_i709948" o:spt="75" alt="学科网(www.zxxk.com)--教育资源门户，提供试卷、教案、课件、论文、素材以及各类教学资源下载，还有大量而丰富的教学相关资讯！" type="#_x0000_t75" style="height:14.55pt;width:27.7pt;" o:ole="t" filled="f" o:preferrelative="t" stroked="f" coordsize="21600,21600">
            <v:path/>
            <v:fill on="f" focussize="0,0"/>
            <v:stroke on="f" joinstyle="miter"/>
            <v:imagedata r:id="rId173" o:title="eqId9ab1c19b66cda3fb899f06d9a25e973c"/>
            <o:lock v:ext="edit" aspectratio="t"/>
            <w10:wrap type="none"/>
            <w10:anchorlock/>
          </v:shape>
        </w:pict>
      </w:r>
      <w:r>
        <w:rPr>
          <w:rFonts w:ascii="宋体" w:hAnsi="宋体" w:eastAsia="宋体" w:cs="宋体"/>
          <w:color w:val="000000"/>
        </w:rPr>
        <w:t>时</w:t>
      </w:r>
      <w:r>
        <w:pict>
          <v:shape id="_x0000_i709949" o:spt="75" alt="学科网(www.zxxk.com)--教育资源门户，提供试卷、教案、课件、论文、素材以及各类教学资源下载，还有大量而丰富的教学相关资讯！" type="#_x0000_t75" style="height:14.25pt;width:84.75pt;" o:ole="t" filled="f" o:preferrelative="t" stroked="f" coordsize="21600,21600">
            <v:path/>
            <v:fill on="f" focussize="0,0"/>
            <v:stroke on="f" joinstyle="miter"/>
            <v:imagedata r:id="rId174" o:title="eqId5862de3d999b66a9bb2ce3126fcc482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pict>
          <v:shape id="_x0000_i70995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75" o:title="eqId20d6fc9b90f370fbb27552876b650f8f"/>
            <o:lock v:ext="edit" aspectratio="t"/>
            <w10:wrap type="none"/>
            <w10:anchorlock/>
          </v:shape>
        </w:pict>
      </w:r>
      <w:r>
        <w:rPr>
          <w:rFonts w:ascii="宋体" w:hAnsi="宋体" w:eastAsia="宋体" w:cs="宋体"/>
          <w:color w:val="000000"/>
        </w:rPr>
        <w:t>的值</w:t>
      </w:r>
      <w:r>
        <w:rPr>
          <w:rFonts w:ascii="Times New Roman" w:hAnsi="Times New Roman" w:eastAsia="Times New Roman" w:cs="Times New Roman"/>
          <w:color w:val="000000"/>
        </w:rPr>
        <w:t>10</w: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解：由</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异号，可知：①</w:t>
      </w:r>
      <w:r>
        <w:pict>
          <v:shape id="_x0000_i709951"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76" o:title="eqId94440d3e4c073f94f2b266ff99d50e74"/>
            <o:lock v:ext="edit" aspectratio="t"/>
            <w10:wrap type="none"/>
            <w10:anchorlock/>
          </v:shape>
        </w:pict>
      </w:r>
      <w:r>
        <w:rPr>
          <w:rFonts w:ascii="宋体" w:hAnsi="宋体" w:eastAsia="宋体" w:cs="宋体"/>
          <w:color w:val="000000"/>
        </w:rPr>
        <w:t>，</w:t>
      </w:r>
      <w:r>
        <w:pict>
          <v:shape id="_x0000_i70995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77" o:title="eqIde3a915c1a8a9304aeb307d130faaeb15"/>
            <o:lock v:ext="edit" aspectratio="t"/>
            <w10:wrap type="none"/>
            <w10:anchorlock/>
          </v:shape>
        </w:pict>
      </w:r>
      <w:r>
        <w:rPr>
          <w:rFonts w:ascii="宋体" w:hAnsi="宋体" w:eastAsia="宋体" w:cs="宋体"/>
          <w:color w:val="000000"/>
        </w:rPr>
        <w:t>；②</w:t>
      </w:r>
      <w:r>
        <w:pict>
          <v:shape id="_x0000_i70995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78" o:title="eqId9e10e1c43b86a8cd4360ca9b57232164"/>
            <o:lock v:ext="edit" aspectratio="t"/>
            <w10:wrap type="none"/>
            <w10:anchorlock/>
          </v:shape>
        </w:pict>
      </w:r>
      <w:r>
        <w:rPr>
          <w:rFonts w:ascii="宋体" w:hAnsi="宋体" w:eastAsia="宋体" w:cs="宋体"/>
          <w:color w:val="000000"/>
        </w:rPr>
        <w:t>，</w:t>
      </w:r>
      <w:r>
        <w:pict>
          <v:shape id="_x0000_i709954" o:spt="75" alt="学科网(www.zxxk.com)--教育资源门户，提供试卷、教案、课件、论文、素材以及各类教学资源下载，还有大量而丰富的教学相关资讯！" type="#_x0000_t75" style="height:11.25pt;width:23.3pt;" o:ole="t" filled="f" o:preferrelative="t" stroked="f" coordsize="21600,21600">
            <v:path/>
            <v:fill on="f" focussize="0,0"/>
            <v:stroke on="f" joinstyle="miter"/>
            <v:imagedata r:id="rId179" o:title="eqId67ca5fd57c2c2fcc3c7a574fdd1467d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0995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80" o:title="eqId94440d3e4c073f94f2b266ff99d50e74"/>
            <o:lock v:ext="edit" aspectratio="t"/>
            <w10:wrap type="none"/>
            <w10:anchorlock/>
          </v:shape>
        </w:pict>
      </w:r>
      <w:r>
        <w:rPr>
          <w:rFonts w:ascii="宋体" w:hAnsi="宋体" w:eastAsia="宋体" w:cs="宋体"/>
          <w:color w:val="000000"/>
        </w:rPr>
        <w:t>，</w:t>
      </w:r>
      <w:r>
        <w:pict>
          <v:shape id="_x0000_i70995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81" o:title="eqIde3a915c1a8a9304aeb307d130faaeb15"/>
            <o:lock v:ext="edit" aspectratio="t"/>
            <w10:wrap type="none"/>
            <w10:anchorlock/>
          </v:shape>
        </w:pict>
      </w:r>
      <w:r>
        <w:rPr>
          <w:rFonts w:ascii="宋体" w:hAnsi="宋体" w:eastAsia="宋体" w:cs="宋体"/>
          <w:color w:val="000000"/>
        </w:rPr>
        <w:t>时，</w:t>
      </w:r>
      <w:r>
        <w:pict>
          <v:shape id="_x0000_i709957" o:spt="75" alt="学科网(www.zxxk.com)--教育资源门户，提供试卷、教案、课件、论文、素材以及各类教学资源下载，还有大量而丰富的教学相关资讯！" type="#_x0000_t75" style="height:35.25pt;width:111pt;" o:ole="t" filled="f" o:preferrelative="t" stroked="f" coordsize="21600,21600">
            <v:path/>
            <v:fill on="f" focussize="0,0"/>
            <v:stroke on="f" joinstyle="miter"/>
            <v:imagedata r:id="rId182" o:title="eqId9df61c26fb66a93140931d7410b662c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0995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83" o:title="eqId9e10e1c43b86a8cd4360ca9b57232164"/>
            <o:lock v:ext="edit" aspectratio="t"/>
            <w10:wrap type="none"/>
            <w10:anchorlock/>
          </v:shape>
        </w:pict>
      </w:r>
      <w:r>
        <w:rPr>
          <w:rFonts w:ascii="宋体" w:hAnsi="宋体" w:eastAsia="宋体" w:cs="宋体"/>
          <w:color w:val="000000"/>
        </w:rPr>
        <w:t>，</w:t>
      </w:r>
      <w:r>
        <w:pict>
          <v:shape id="_x0000_i709959" o:spt="75" alt="学科网(www.zxxk.com)--教育资源门户，提供试卷、教案、课件、论文、素材以及各类教学资源下载，还有大量而丰富的教学相关资讯！" type="#_x0000_t75" style="height:11.25pt;width:23.3pt;" o:ole="t" filled="f" o:preferrelative="t" stroked="f" coordsize="21600,21600">
            <v:path/>
            <v:fill on="f" focussize="0,0"/>
            <v:stroke on="f" joinstyle="miter"/>
            <v:imagedata r:id="rId184" o:title="eqId67ca5fd57c2c2fcc3c7a574fdd1467d9"/>
            <o:lock v:ext="edit" aspectratio="t"/>
            <w10:wrap type="none"/>
            <w10:anchorlock/>
          </v:shape>
        </w:pict>
      </w:r>
      <w:r>
        <w:rPr>
          <w:rFonts w:ascii="宋体" w:hAnsi="宋体" w:eastAsia="宋体" w:cs="宋体"/>
          <w:color w:val="000000"/>
        </w:rPr>
        <w:t>时，</w:t>
      </w:r>
      <w:r>
        <w:pict>
          <v:shape id="_x0000_i709960" o:spt="75" alt="学科网(www.zxxk.com)--教育资源门户，提供试卷、教案、课件、论文、素材以及各类教学资源下载，还有大量而丰富的教学相关资讯！" type="#_x0000_t75" style="height:33pt;width:93.75pt;" o:ole="t" filled="f" o:preferrelative="t" stroked="f" coordsize="21600,21600">
            <v:path/>
            <v:fill on="f" focussize="0,0"/>
            <v:stroke on="f" joinstyle="miter"/>
            <v:imagedata r:id="rId185" o:title="eqIda03cd888883e9f29f929ff3a171402d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pict>
          <v:shape id="_x0000_i709961" o:spt="75" alt="学科网(www.zxxk.com)--教育资源门户，提供试卷、教案、课件、论文、素材以及各类教学资源下载，还有大量而丰富的教学相关资讯！" type="#_x0000_t75" style="height:33pt;width:38.25pt;" o:ole="t" filled="f" o:preferrelative="t" stroked="f" coordsize="21600,21600">
            <v:path/>
            <v:fill on="f" focussize="0,0"/>
            <v:stroke on="f" joinstyle="miter"/>
            <v:imagedata r:id="rId186" o:title="eqId92bd2f40fb389a5d8b20ec143f577f82"/>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解：由题意得：</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三个有理数都为正数或其中一个为正数，另两个为负数．</w:t>
      </w:r>
    </w:p>
    <w:p>
      <w:pPr>
        <w:spacing w:line="360" w:lineRule="auto"/>
        <w:jc w:val="left"/>
        <w:textAlignment w:val="center"/>
        <w:rPr>
          <w:color w:val="000000"/>
        </w:rPr>
      </w:pPr>
      <w:r>
        <w:rPr>
          <w:rFonts w:ascii="宋体" w:hAnsi="宋体" w:eastAsia="宋体" w:cs="宋体"/>
          <w:color w:val="000000"/>
        </w:rPr>
        <w:t>①当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都是正数，即</w:t>
      </w:r>
      <w:r>
        <w:pict>
          <v:shape id="_x0000_i70996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87" o:title="eqId94440d3e4c073f94f2b266ff99d50e74"/>
            <o:lock v:ext="edit" aspectratio="t"/>
            <w10:wrap type="none"/>
            <w10:anchorlock/>
          </v:shape>
        </w:pict>
      </w:r>
      <w:r>
        <w:rPr>
          <w:rFonts w:ascii="宋体" w:hAnsi="宋体" w:eastAsia="宋体" w:cs="宋体"/>
          <w:color w:val="000000"/>
        </w:rPr>
        <w:t>，</w:t>
      </w:r>
      <w:r>
        <w:pict>
          <v:shape id="_x0000_i709963" o:spt="75" alt="学科网(www.zxxk.com)--教育资源门户，提供试卷、教案、课件、论文、素材以及各类教学资源下载，还有大量而丰富的教学相关资讯！" type="#_x0000_t75" style="height:11.25pt;width:23.3pt;" o:ole="t" filled="f" o:preferrelative="t" stroked="f" coordsize="21600,21600">
            <v:path/>
            <v:fill on="f" focussize="0,0"/>
            <v:stroke on="f" joinstyle="miter"/>
            <v:imagedata r:id="rId188" o:title="eqId67ca5fd57c2c2fcc3c7a574fdd1467d9"/>
            <o:lock v:ext="edit" aspectratio="t"/>
            <w10:wrap type="none"/>
            <w10:anchorlock/>
          </v:shape>
        </w:pict>
      </w:r>
      <w:r>
        <w:rPr>
          <w:rFonts w:ascii="宋体" w:hAnsi="宋体" w:eastAsia="宋体" w:cs="宋体"/>
          <w:color w:val="000000"/>
        </w:rPr>
        <w:t>，</w:t>
      </w:r>
      <w:r>
        <w:pict>
          <v:shape id="_x0000_i709964"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189" o:title="eqId8cec12441802f71e803efaf2c62ee588"/>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则：</w:t>
      </w:r>
      <w:r>
        <w:pict>
          <v:shape id="_x0000_i709965" o:spt="75" alt="学科网(www.zxxk.com)--教育资源门户，提供试卷、教案、课件、论文、素材以及各类教学资源下载，还有大量而丰富的教学相关资讯！" type="#_x0000_t75" style="height:31pt;width:190pt;" o:ole="t" filled="f" o:preferrelative="t" stroked="f" coordsize="21600,21600">
            <v:path/>
            <v:fill on="f" focussize="0,0"/>
            <v:stroke on="f" joinstyle="miter"/>
            <v:imagedata r:id="rId190" o:title="eqIde189d8ed465a9c365bbbf83000a1874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有一个为正数，另两个为负数时，设</w:t>
      </w:r>
      <w:r>
        <w:pict>
          <v:shape id="_x0000_i70996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91" o:title="eqId94440d3e4c073f94f2b266ff99d50e74"/>
            <o:lock v:ext="edit" aspectratio="t"/>
            <w10:wrap type="none"/>
            <w10:anchorlock/>
          </v:shape>
        </w:pict>
      </w:r>
      <w:r>
        <w:rPr>
          <w:rFonts w:ascii="宋体" w:hAnsi="宋体" w:eastAsia="宋体" w:cs="宋体"/>
          <w:color w:val="000000"/>
        </w:rPr>
        <w:t>，</w:t>
      </w:r>
      <w:r>
        <w:pict>
          <v:shape id="_x0000_i70996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92" o:title="eqIde3a915c1a8a9304aeb307d130faaeb15"/>
            <o:lock v:ext="edit" aspectratio="t"/>
            <w10:wrap type="none"/>
            <w10:anchorlock/>
          </v:shape>
        </w:pict>
      </w:r>
      <w:r>
        <w:rPr>
          <w:rFonts w:ascii="宋体" w:hAnsi="宋体" w:eastAsia="宋体" w:cs="宋体"/>
          <w:color w:val="000000"/>
        </w:rPr>
        <w:t>，</w:t>
      </w:r>
      <w:r>
        <w:pict>
          <v:shape id="_x0000_i70996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93" o:title="eqIdf75807858b7804a1ad2039c41f323a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09969" o:spt="75" alt="学科网(www.zxxk.com)--教育资源门户，提供试卷、教案、课件、论文、素材以及各类教学资源下载，还有大量而丰富的教学相关资讯！" type="#_x0000_t75" style="height:31pt;width:210pt;" o:ole="t" filled="f" o:preferrelative="t" stroked="f" coordsize="21600,21600">
            <v:path/>
            <v:fill on="f" focussize="0,0"/>
            <v:stroke on="f" joinstyle="miter"/>
            <v:imagedata r:id="rId194" o:title="eqIdae1ec062cf7add030e3a9440cf534702"/>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所以：</w:t>
      </w:r>
      <w:r>
        <w:pict>
          <v:shape id="_x0000_i709970" o:spt="75" alt="学科网(www.zxxk.com)--教育资源门户，提供试卷、教案、课件、论文、素材以及各类教学资源下载，还有大量而丰富的教学相关资讯！" type="#_x0000_t75" style="height:31pt;width:72pt;" o:ole="t" filled="f" o:preferrelative="t" stroked="f" coordsize="21600,21600">
            <v:path/>
            <v:fill on="f" focussize="0,0"/>
            <v:stroke on="f" joinstyle="miter"/>
            <v:imagedata r:id="rId195" o:title="eqId61787354fdcb8a3daa0235f736e08e30"/>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3</w:t>
      </w:r>
      <w:r>
        <w:rPr>
          <w:rFonts w:ascii="宋体" w:hAnsi="宋体" w:eastAsia="宋体" w:cs="宋体"/>
          <w:color w:val="000000"/>
        </w:rPr>
        <w:t>或</w:t>
      </w:r>
      <w:r>
        <w:pict>
          <v:shape id="_x0000_i70997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96" o:title="eqIdacbc6a613224461ade69362d465504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本题考查了阅读理解问题，涉及了绝对值、有理数的混合运算、分类讨论等，熟练掌握相关知识并能运用分类讨论思想是解题的关键．</w:t>
      </w:r>
    </w:p>
    <w:p>
      <w:pPr>
        <w:pStyle w:val="Heading2"/>
      </w:pPr>
      <w:r>
        <w:t>北京大学附中学</w:t>
      </w:r>
    </w:p>
    <w:p>
      <w:pPr>
        <w:spacing w:line="360" w:lineRule="auto"/>
        <w:jc w:val="both"/>
        <w:textAlignment w:val="center"/>
        <w:rPr>
          <w:color w:val="000000"/>
        </w:rPr>
      </w:pPr>
      <w:r>
        <w:rPr>
          <w:color w:val="000000"/>
        </w:rPr>
        <w:t xml:space="preserve">21. </w:t>
      </w:r>
      <w:r>
        <w:rPr>
          <w:rFonts w:ascii="宋体" w:hAnsi="宋体" w:eastAsia="宋体" w:cs="宋体"/>
          <w:color w:val="000000"/>
        </w:rPr>
        <w:t>如图，</w:t>
      </w:r>
      <w:r>
        <w:pict>
          <v:shape id="_x0000_i709972"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197" o:title="eqId9f94bfc11292c9fa77c7c38d116f205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OD</w:t>
      </w:r>
      <w:r>
        <w:rPr>
          <w:rFonts w:ascii="宋体" w:hAnsi="宋体" w:eastAsia="宋体" w:cs="宋体"/>
          <w:color w:val="000000"/>
        </w:rPr>
        <w:t>平分</w:t>
      </w:r>
      <w:r>
        <w:pict>
          <v:shape id="_x0000_i709973" o:spt="75" alt="学科网(www.zxxk.com)--教育资源门户，提供试卷、教案、课件、论文、素材以及各类教学资源下载，还有大量而丰富的教学相关资讯！" type="#_x0000_t75" style="height:16.3pt;width:103.9pt;" o:ole="t" filled="f" o:preferrelative="t" stroked="f" coordsize="21600,21600">
            <v:path/>
            <v:fill on="f" focussize="0,0"/>
            <v:stroke on="f" joinstyle="miter"/>
            <v:imagedata r:id="rId198" o:title="eqId8d669f7bacecb0b3428fa4913c3a6f99"/>
            <o:lock v:ext="edit" aspectratio="t"/>
            <w10:wrap type="none"/>
            <w10:anchorlock/>
          </v:shape>
        </w:pict>
      </w:r>
      <w:r>
        <w:rPr>
          <w:rFonts w:ascii="宋体" w:hAnsi="宋体" w:eastAsia="宋体" w:cs="宋体"/>
          <w:color w:val="000000"/>
        </w:rPr>
        <w:t>，</w:t>
      </w:r>
      <w:r>
        <w:pict>
          <v:shape id="_x0000_i709974"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99" o:title="eqIda299d2b999568e80be8005565ba209a4"/>
            <o:lock v:ext="edit" aspectratio="t"/>
            <w10:wrap type="none"/>
            <w10:anchorlock/>
          </v:shape>
        </w:pict>
      </w:r>
      <w:r>
        <w:rPr>
          <w:rFonts w:ascii="宋体" w:hAnsi="宋体" w:eastAsia="宋体" w:cs="宋体"/>
          <w:color w:val="000000"/>
        </w:rPr>
        <w:t>平分</w:t>
      </w:r>
      <w:r>
        <w:pict>
          <v:shape id="_x0000_i70997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00" o:title="eqIdd22df2977de56cc69be0c1e847653d7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390775" cy="1104900"/>
            <wp:effectExtent l="0" t="0" r="0" b="0"/>
            <wp:docPr id="3095"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 name="图片 100067" descr="学科网(www.zxxk.com)--教育资源门户，提供试卷、教案、课件、论文、素材以及各类教学资源下载，还有大量而丰富的教学相关资讯！"/>
                    <pic:cNvPicPr>
                      <a:picLocks noChangeAspect="1"/>
                    </pic:cNvPicPr>
                  </pic:nvPicPr>
                  <pic:blipFill>
                    <a:blip r:embed="rId201"/>
                    <a:stretch>
                      <a:fillRect/>
                    </a:stretch>
                  </pic:blipFill>
                  <pic:spPr>
                    <a:xfrm>
                      <a:off x="0" y="0"/>
                      <a:ext cx="2390775" cy="1104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用直尺、量角器画出射线</w:t>
      </w:r>
      <w:r>
        <w:pict>
          <v:shape id="_x0000_i709976" o:spt="75" alt="学科网(www.zxxk.com)--教育资源门户，提供试卷、教案、课件、论文、素材以及各类教学资源下载，还有大量而丰富的教学相关资讯！" type="#_x0000_t75" style="height:14pt;width:74pt;" o:ole="t" filled="f" o:preferrelative="t" stroked="f" coordsize="21600,21600">
            <v:path/>
            <v:fill on="f" focussize="0,0"/>
            <v:stroke on="f" joinstyle="miter"/>
            <v:imagedata r:id="rId202" o:title="eqId750e8652e3d3976bfc17e2c88ccec42b"/>
            <o:lock v:ext="edit" aspectratio="t"/>
            <w10:wrap type="none"/>
            <w10:anchorlock/>
          </v:shape>
        </w:pict>
      </w:r>
      <w:r>
        <w:rPr>
          <w:rFonts w:ascii="宋体" w:hAnsi="宋体" w:eastAsia="宋体" w:cs="宋体"/>
          <w:color w:val="000000"/>
        </w:rPr>
        <w:t>的准确位置；</w:t>
      </w:r>
    </w:p>
    <w:p>
      <w:pPr>
        <w:spacing w:line="360" w:lineRule="auto"/>
        <w:jc w:val="left"/>
        <w:textAlignment w:val="center"/>
        <w:rPr>
          <w:color w:val="000000"/>
        </w:rPr>
      </w:pPr>
      <w:r>
        <w:rPr>
          <w:color w:val="000000"/>
        </w:rPr>
        <w:t>（2）</w:t>
      </w:r>
      <w:r>
        <w:rPr>
          <w:rFonts w:ascii="宋体" w:hAnsi="宋体" w:eastAsia="宋体" w:cs="宋体"/>
          <w:color w:val="000000"/>
        </w:rPr>
        <w:t>求</w:t>
      </w:r>
      <w:r>
        <w:pict>
          <v:shape id="_x0000_i70997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03" o:title="eqIdd22df2977de56cc69be0c1e847653d7a"/>
            <o:lock v:ext="edit" aspectratio="t"/>
            <w10:wrap type="none"/>
            <w10:anchorlock/>
          </v:shape>
        </w:pict>
      </w:r>
      <w:r>
        <w:rPr>
          <w:rFonts w:ascii="宋体" w:hAnsi="宋体" w:eastAsia="宋体" w:cs="宋体"/>
          <w:color w:val="000000"/>
        </w:rPr>
        <w:t>的度数，要求写出计算过程；</w:t>
      </w:r>
    </w:p>
    <w:p>
      <w:pPr>
        <w:spacing w:line="360" w:lineRule="auto"/>
        <w:jc w:val="left"/>
        <w:textAlignment w:val="center"/>
        <w:rPr>
          <w:color w:val="000000"/>
        </w:rPr>
      </w:pPr>
      <w:r>
        <w:rPr>
          <w:color w:val="000000"/>
        </w:rPr>
        <w:t>（3）</w:t>
      </w:r>
      <w:r>
        <w:rPr>
          <w:rFonts w:ascii="宋体" w:hAnsi="宋体" w:eastAsia="宋体" w:cs="宋体"/>
          <w:color w:val="000000"/>
        </w:rPr>
        <w:t>当</w:t>
      </w:r>
      <w:r>
        <w:pict>
          <v:shape id="_x0000_i709978" o:spt="75" alt="学科网(www.zxxk.com)--教育资源门户，提供试卷、教案、课件、论文、素材以及各类教学资源下载，还有大量而丰富的教学相关资讯！" type="#_x0000_t75" style="height:16.3pt;width:122.95pt;" o:ole="t" filled="f" o:preferrelative="t" stroked="f" coordsize="21600,21600">
            <v:path/>
            <v:fill on="f" focussize="0,0"/>
            <v:stroke on="f" joinstyle="miter"/>
            <v:imagedata r:id="rId204" o:title="eqIda9b86caddabfa95a201f039b54f37b31"/>
            <o:lock v:ext="edit" aspectratio="t"/>
            <w10:wrap type="none"/>
            <w10:anchorlock/>
          </v:shape>
        </w:pict>
      </w:r>
      <w:r>
        <w:rPr>
          <w:rFonts w:ascii="宋体" w:hAnsi="宋体" w:eastAsia="宋体" w:cs="宋体"/>
          <w:color w:val="000000"/>
        </w:rPr>
        <w:t>时（其中</w:t>
      </w:r>
      <w:r>
        <w:pict>
          <v:shape id="_x0000_i709979" o:spt="75" alt="学科网(www.zxxk.com)--教育资源门户，提供试卷、教案、课件、论文、素材以及各类教学资源下载，还有大量而丰富的教学相关资讯！" type="#_x0000_t75" style="height:16.3pt;width:135.85pt;" o:ole="t" filled="f" o:preferrelative="t" stroked="f" coordsize="21600,21600">
            <v:path/>
            <v:fill on="f" focussize="0,0"/>
            <v:stroke on="f" joinstyle="miter"/>
            <v:imagedata r:id="rId205" o:title="eqIde08315c72d1baf8ce95b542b92c0049b"/>
            <o:lock v:ext="edit" aspectratio="t"/>
            <w10:wrap type="none"/>
            <w10:anchorlock/>
          </v:shape>
        </w:pict>
      </w:r>
      <w:r>
        <w:rPr>
          <w:rFonts w:ascii="宋体" w:hAnsi="宋体" w:eastAsia="宋体" w:cs="宋体"/>
          <w:color w:val="000000"/>
        </w:rPr>
        <w:t>），用</w:t>
      </w:r>
      <w:r>
        <w:pict>
          <v:shape id="_x0000_i709980" o:spt="75" alt="学科网(www.zxxk.com)--教育资源门户，提供试卷、教案、课件、论文、素材以及各类教学资源下载，还有大量而丰富的教学相关资讯！" type="#_x0000_t75" style="height:16.5pt;width:24pt;" o:ole="t" filled="f" o:preferrelative="t" stroked="f" coordsize="21600,21600">
            <v:path/>
            <v:fill on="f" focussize="0,0"/>
            <v:stroke on="f" joinstyle="miter"/>
            <v:imagedata r:id="rId206" o:title="eqIdc4e288596fa3811dd2c17bded60e82e7"/>
            <o:lock v:ext="edit" aspectratio="t"/>
            <w10:wrap type="none"/>
            <w10:anchorlock/>
          </v:shape>
        </w:pict>
      </w:r>
      <w:r>
        <w:rPr>
          <w:rFonts w:ascii="宋体" w:hAnsi="宋体" w:eastAsia="宋体" w:cs="宋体"/>
          <w:color w:val="000000"/>
        </w:rPr>
        <w:t>的代数式表示</w:t>
      </w:r>
      <w:r>
        <w:pict>
          <v:shape id="_x0000_i70998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07" o:title="eqIdd22df2977de56cc69be0c1e847653d7a"/>
            <o:lock v:ext="edit" aspectratio="t"/>
            <w10:wrap type="none"/>
            <w10:anchorlock/>
          </v:shape>
        </w:pict>
      </w:r>
      <w:r>
        <w:rPr>
          <w:rFonts w:ascii="宋体" w:hAnsi="宋体" w:eastAsia="宋体" w:cs="宋体"/>
          <w:color w:val="000000"/>
        </w:rPr>
        <w:t>的度数．（直接写出结果即可）</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作图见详解</w:t>
      </w:r>
      <w:r>
        <w:rPr>
          <w:color w:val="000000"/>
        </w:rPr>
        <w:t xml:space="preserve">    </w:t>
      </w:r>
    </w:p>
    <w:p>
      <w:pPr>
        <w:spacing w:line="360" w:lineRule="auto"/>
        <w:textAlignment w:val="center"/>
        <w:rPr>
          <w:color w:val="000000"/>
        </w:rPr>
      </w:pPr>
      <w:r>
        <w:rPr>
          <w:color w:val="000000"/>
        </w:rPr>
        <w:t>（2）</w:t>
      </w:r>
      <w:r>
        <w:pict>
          <v:shape id="_x0000_i70998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08" o:title="eqIdd22df2977de56cc69be0c1e847653d7a"/>
            <o:lock v:ext="edit" aspectratio="t"/>
            <w10:wrap type="none"/>
            <w10:anchorlock/>
          </v:shape>
        </w:pict>
      </w:r>
      <w:r>
        <w:rPr>
          <w:rFonts w:ascii="宋体" w:hAnsi="宋体" w:eastAsia="宋体" w:cs="宋体"/>
          <w:color w:val="000000"/>
        </w:rPr>
        <w:t>的度数为</w:t>
      </w:r>
      <w:r>
        <w:pict>
          <v:shape id="_x0000_i70998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09" o:title="eqIdd36581140ebac5d28438ea63b1b23b65"/>
            <o:lock v:ext="edit" aspectratio="t"/>
            <w10:wrap type="none"/>
            <w10:anchorlock/>
          </v:shape>
        </w:pict>
      </w:r>
      <w:r>
        <w:rPr>
          <w:rFonts w:ascii="宋体" w:hAnsi="宋体" w:eastAsia="宋体" w:cs="宋体"/>
          <w:color w:val="000000"/>
        </w:rPr>
        <w:t>或</w:t>
      </w:r>
      <w:r>
        <w:pict>
          <v:shape id="_x0000_i709984"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10" o:title="eqIdd246136d73f82c1892b8eca365af3cb4"/>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0998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11" o:title="eqIdd22df2977de56cc69be0c1e847653d7a"/>
            <o:lock v:ext="edit" aspectratio="t"/>
            <w10:wrap type="none"/>
            <w10:anchorlock/>
          </v:shape>
        </w:pict>
      </w:r>
      <w:r>
        <w:rPr>
          <w:rFonts w:ascii="宋体" w:hAnsi="宋体" w:eastAsia="宋体" w:cs="宋体"/>
          <w:color w:val="000000"/>
        </w:rPr>
        <w:t>的度数为</w:t>
      </w:r>
      <w:r>
        <w:pict>
          <v:shape id="_x0000_i709986" o:spt="75" alt="学科网(www.zxxk.com)--教育资源门户，提供试卷、教案、课件、论文、素材以及各类教学资源下载，还有大量而丰富的教学相关资讯！" type="#_x0000_t75" style="height:16.1pt;width:45.15pt;" o:ole="t" filled="f" o:preferrelative="t" stroked="f" coordsize="21600,21600">
            <v:path/>
            <v:fill on="f" focussize="0,0"/>
            <v:stroke on="f" joinstyle="miter"/>
            <v:imagedata r:id="rId212" o:title="eqIdaca978fdbafbef101ff838024da9f2b9"/>
            <o:lock v:ext="edit" aspectratio="t"/>
            <w10:wrap type="none"/>
            <w10:anchorlock/>
          </v:shape>
        </w:pict>
      </w:r>
      <w:r>
        <w:rPr>
          <w:rFonts w:ascii="宋体" w:hAnsi="宋体" w:eastAsia="宋体" w:cs="宋体"/>
          <w:color w:val="000000"/>
        </w:rPr>
        <w:t>或</w:t>
      </w:r>
      <w:r>
        <w:pict>
          <v:shape id="_x0000_i709987" o:spt="75" alt="学科网(www.zxxk.com)--教育资源门户，提供试卷、教案、课件、论文、素材以及各类教学资源下载，还有大量而丰富的教学相关资讯！" type="#_x0000_t75" style="height:16.1pt;width:45.15pt;" o:ole="t" filled="f" o:preferrelative="t" stroked="f" coordsize="21600,21600">
            <v:path/>
            <v:fill on="f" focussize="0,0"/>
            <v:stroke on="f" joinstyle="miter"/>
            <v:imagedata r:id="rId213" o:title="eqIdccd277f6d147ac5808cd501801fa1ee8"/>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pict>
          <v:shape id="_x0000_i709988" o:spt="75" alt="学科网(www.zxxk.com)--教育资源门户，提供试卷、教案、课件、论文、素材以及各类教学资源下载，还有大量而丰富的教学相关资讯！" type="#_x0000_t75" style="height:16.1pt;width:132.7pt;" o:ole="t" filled="f" o:preferrelative="t" stroked="f" coordsize="21600,21600">
            <v:path/>
            <v:fill on="f" focussize="0,0"/>
            <v:stroke on="f" joinstyle="miter"/>
            <v:imagedata r:id="rId214" o:title="eqId485723a86a86bb8fc2762c1d9ad3df8b"/>
            <o:lock v:ext="edit" aspectratio="t"/>
            <w10:wrap type="none"/>
            <w10:anchorlock/>
          </v:shape>
        </w:pict>
      </w:r>
      <w:r>
        <w:rPr>
          <w:rFonts w:ascii="宋体" w:hAnsi="宋体" w:eastAsia="宋体" w:cs="宋体"/>
          <w:color w:val="000000"/>
        </w:rPr>
        <w:t>，角平分线的性质即可求解；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）图形结合，根据角平分线的性质即可求解；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）证明方法同（</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09989" o:spt="75" alt="学科网(www.zxxk.com)--教育资源门户，提供试卷、教案、课件、论文、素材以及各类教学资源下载，还有大量而丰富的教学相关资讯！" type="#_x0000_t75" style="height:13.95pt;width:66.1pt;" o:ole="t" filled="f" o:preferrelative="t" stroked="f" coordsize="21600,21600">
            <v:path/>
            <v:fill on="f" focussize="0,0"/>
            <v:stroke on="f" joinstyle="miter"/>
            <v:imagedata r:id="rId215" o:title="eqId79684a6e92297749c005e2b23cac9710"/>
            <o:lock v:ext="edit" aspectratio="t"/>
            <w10:wrap type="none"/>
            <w10:anchorlock/>
          </v:shape>
        </w:pict>
      </w:r>
      <w:r>
        <w:rPr>
          <w:rFonts w:ascii="宋体" w:hAnsi="宋体" w:eastAsia="宋体" w:cs="宋体"/>
          <w:color w:val="000000"/>
        </w:rPr>
        <w:t>，</w:t>
      </w:r>
      <w:r>
        <w:pict>
          <v:shape id="_x0000_i709990"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16" o:title="eqId683c590673eece14fea3319c4fd5eb55"/>
            <o:lock v:ext="edit" aspectratio="t"/>
            <w10:wrap type="none"/>
            <w10:anchorlock/>
          </v:shape>
        </w:pict>
      </w:r>
      <w:r>
        <w:rPr>
          <w:rFonts w:ascii="宋体" w:hAnsi="宋体" w:eastAsia="宋体" w:cs="宋体"/>
          <w:color w:val="000000"/>
        </w:rPr>
        <w:t>平分</w:t>
      </w:r>
      <w:r>
        <w:pict>
          <v:shape id="_x0000_i709991"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217" o:title="eqId9fed1f57a835af4e9022e27603d12d3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09992" o:spt="75" alt="学科网(www.zxxk.com)--教育资源门户，提供试卷、教案、课件、论文、素材以及各类教学资源下载，还有大量而丰富的教学相关资讯！" type="#_x0000_t75" style="height:31.15pt;width:213.85pt;" o:ole="t" filled="f" o:preferrelative="t" stroked="f" coordsize="21600,21600">
            <v:path/>
            <v:fill on="f" focussize="0,0"/>
            <v:stroke on="f" joinstyle="miter"/>
            <v:imagedata r:id="rId218" o:title="eqIda88edaa9c075463472dfeccf5aeca56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①当</w:t>
      </w:r>
      <w:r>
        <w:pict>
          <v:shape id="_x0000_i709993"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19" o:title="eqIdef4113c492885ba7c47fe42ac792578f"/>
            <o:lock v:ext="edit" aspectratio="t"/>
            <w10:wrap type="none"/>
            <w10:anchorlock/>
          </v:shape>
        </w:pict>
      </w:r>
      <w:r>
        <w:rPr>
          <w:rFonts w:ascii="宋体" w:hAnsi="宋体" w:eastAsia="宋体" w:cs="宋体"/>
          <w:color w:val="000000"/>
        </w:rPr>
        <w:t>在</w:t>
      </w:r>
      <w:r>
        <w:pict>
          <v:shape id="_x0000_i709994"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20" o:title="eqId683c590673eece14fea3319c4fd5eb55"/>
            <o:lock v:ext="edit" aspectratio="t"/>
            <w10:wrap type="none"/>
            <w10:anchorlock/>
          </v:shape>
        </w:pict>
      </w:r>
      <w:r>
        <w:rPr>
          <w:rFonts w:ascii="宋体" w:hAnsi="宋体" w:eastAsia="宋体" w:cs="宋体"/>
          <w:color w:val="000000"/>
        </w:rPr>
        <w:t>的左边，如图所示，</w:t>
      </w:r>
    </w:p>
    <w:p>
      <w:pPr>
        <w:spacing w:line="360" w:lineRule="auto"/>
        <w:jc w:val="left"/>
        <w:textAlignment w:val="center"/>
        <w:rPr>
          <w:color w:val="000000"/>
        </w:rPr>
      </w:pPr>
      <w:r>
        <w:rPr>
          <w:color w:val="000000"/>
        </w:rPr>
        <w:drawing>
          <wp:inline distT="0" distB="0" distL="114300" distR="114300">
            <wp:extent cx="1047750" cy="1304925"/>
            <wp:effectExtent l="0" t="0" r="0" b="0"/>
            <wp:docPr id="3097"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 name="图片 100069" descr="学科网(www.zxxk.com)--教育资源门户，提供试卷、教案、课件、论文、素材以及各类教学资源下载，还有大量而丰富的教学相关资讯！"/>
                    <pic:cNvPicPr>
                      <a:picLocks noChangeAspect="1"/>
                    </pic:cNvPicPr>
                  </pic:nvPicPr>
                  <pic:blipFill>
                    <a:blip r:embed="rId221"/>
                    <a:stretch>
                      <a:fillRect/>
                    </a:stretch>
                  </pic:blipFill>
                  <pic:spPr>
                    <a:xfrm>
                      <a:off x="0" y="0"/>
                      <a:ext cx="1047750" cy="13049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②当</w:t>
      </w:r>
      <w:r>
        <w:pict>
          <v:shape id="_x0000_i709995"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22" o:title="eqIdef4113c492885ba7c47fe42ac792578f"/>
            <o:lock v:ext="edit" aspectratio="t"/>
            <w10:wrap type="none"/>
            <w10:anchorlock/>
          </v:shape>
        </w:pict>
      </w:r>
      <w:r>
        <w:rPr>
          <w:rFonts w:ascii="宋体" w:hAnsi="宋体" w:eastAsia="宋体" w:cs="宋体"/>
          <w:color w:val="000000"/>
        </w:rPr>
        <w:t>在</w:t>
      </w:r>
      <w:r>
        <w:pict>
          <v:shape id="_x0000_i709996"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23" o:title="eqId683c590673eece14fea3319c4fd5eb55"/>
            <o:lock v:ext="edit" aspectratio="t"/>
            <w10:wrap type="none"/>
            <w10:anchorlock/>
          </v:shape>
        </w:pict>
      </w:r>
      <w:r>
        <w:rPr>
          <w:rFonts w:ascii="宋体" w:hAnsi="宋体" w:eastAsia="宋体" w:cs="宋体"/>
          <w:color w:val="000000"/>
        </w:rPr>
        <w:t>的右边，如图所示，</w:t>
      </w:r>
    </w:p>
    <w:p>
      <w:pPr>
        <w:spacing w:line="360" w:lineRule="auto"/>
        <w:jc w:val="left"/>
        <w:textAlignment w:val="center"/>
        <w:rPr>
          <w:color w:val="000000"/>
        </w:rPr>
      </w:pPr>
      <w:r>
        <w:rPr>
          <w:color w:val="000000"/>
        </w:rPr>
        <w:drawing>
          <wp:inline distT="0" distB="0" distL="114300" distR="114300">
            <wp:extent cx="971550" cy="1504950"/>
            <wp:effectExtent l="0" t="0" r="0" b="0"/>
            <wp:docPr id="3099"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 name="图片 100071" descr="学科网(www.zxxk.com)--教育资源门户，提供试卷、教案、课件、论文、素材以及各类教学资源下载，还有大量而丰富的教学相关资讯！"/>
                    <pic:cNvPicPr>
                      <a:picLocks noChangeAspect="1"/>
                    </pic:cNvPicPr>
                  </pic:nvPicPr>
                  <pic:blipFill>
                    <a:blip r:embed="rId224"/>
                    <a:stretch>
                      <a:fillRect/>
                    </a:stretch>
                  </pic:blipFill>
                  <pic:spPr>
                    <a:xfrm>
                      <a:off x="0" y="0"/>
                      <a:ext cx="971550" cy="1504950"/>
                    </a:xfrm>
                    <a:prstGeom prst="rect">
                      <a:avLst/>
                    </a:prstGeom>
                  </pic:spPr>
                </pic:pic>
              </a:graphicData>
            </a:graphic>
          </wp:inline>
        </w:drawing>
      </w:r>
      <w:r>
        <w:rPr>
          <w:color w:val="000000"/>
        </w:rPr>
        <w:t xml:space="preserve">  【小问2详解】</w:t>
      </w:r>
    </w:p>
    <w:p>
      <w:pPr>
        <w:spacing w:line="360" w:lineRule="auto"/>
        <w:jc w:val="left"/>
        <w:textAlignment w:val="center"/>
        <w:rPr>
          <w:color w:val="000000"/>
        </w:rPr>
      </w:pPr>
      <w:r>
        <w:rPr>
          <w:rFonts w:ascii="宋体" w:hAnsi="宋体" w:eastAsia="宋体" w:cs="宋体"/>
          <w:color w:val="000000"/>
        </w:rPr>
        <w:t>解：①如图所示，</w:t>
      </w:r>
    </w:p>
    <w:p>
      <w:pPr>
        <w:spacing w:line="360" w:lineRule="auto"/>
        <w:jc w:val="left"/>
        <w:textAlignment w:val="center"/>
        <w:rPr>
          <w:color w:val="000000"/>
        </w:rPr>
      </w:pPr>
      <w:r>
        <w:rPr>
          <w:color w:val="000000"/>
        </w:rPr>
        <w:drawing>
          <wp:inline distT="0" distB="0" distL="114300" distR="114300">
            <wp:extent cx="1047750" cy="1304925"/>
            <wp:effectExtent l="0" t="0" r="0" b="0"/>
            <wp:docPr id="3101"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 name="图片 100073" descr="学科网(www.zxxk.com)--教育资源门户，提供试卷、教案、课件、论文、素材以及各类教学资源下载，还有大量而丰富的教学相关资讯！"/>
                    <pic:cNvPicPr>
                      <a:picLocks noChangeAspect="1"/>
                    </pic:cNvPicPr>
                  </pic:nvPicPr>
                  <pic:blipFill>
                    <a:blip r:embed="rId225"/>
                    <a:stretch>
                      <a:fillRect/>
                    </a:stretch>
                  </pic:blipFill>
                  <pic:spPr>
                    <a:xfrm>
                      <a:off x="0" y="0"/>
                      <a:ext cx="1047750" cy="13049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09997" o:spt="75" alt="学科网(www.zxxk.com)--教育资源门户，提供试卷、教案、课件、论文、素材以及各类教学资源下载，还有大量而丰富的教学相关资讯！" type="#_x0000_t75" style="height:13.95pt;width:66.1pt;" o:ole="t" filled="f" o:preferrelative="t" stroked="f" coordsize="21600,21600">
            <v:path/>
            <v:fill on="f" focussize="0,0"/>
            <v:stroke on="f" joinstyle="miter"/>
            <v:imagedata r:id="rId226" o:title="eqId79684a6e92297749c005e2b23cac9710"/>
            <o:lock v:ext="edit" aspectratio="t"/>
            <w10:wrap type="none"/>
            <w10:anchorlock/>
          </v:shape>
        </w:pict>
      </w:r>
      <w:r>
        <w:rPr>
          <w:rFonts w:ascii="宋体" w:hAnsi="宋体" w:eastAsia="宋体" w:cs="宋体"/>
          <w:color w:val="000000"/>
        </w:rPr>
        <w:t>，</w:t>
      </w:r>
      <w:r>
        <w:pict>
          <v:shape id="_x0000_i709998"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27" o:title="eqId683c590673eece14fea3319c4fd5eb55"/>
            <o:lock v:ext="edit" aspectratio="t"/>
            <w10:wrap type="none"/>
            <w10:anchorlock/>
          </v:shape>
        </w:pict>
      </w:r>
      <w:r>
        <w:rPr>
          <w:rFonts w:ascii="宋体" w:hAnsi="宋体" w:eastAsia="宋体" w:cs="宋体"/>
          <w:color w:val="000000"/>
        </w:rPr>
        <w:t>平分</w:t>
      </w:r>
      <w:r>
        <w:pict>
          <v:shape id="_x0000_i709999"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228" o:title="eqId9fed1f57a835af4e9022e27603d12d31"/>
            <o:lock v:ext="edit" aspectratio="t"/>
            <w10:wrap type="none"/>
            <w10:anchorlock/>
          </v:shape>
        </w:pict>
      </w:r>
      <w:r>
        <w:rPr>
          <w:rFonts w:ascii="宋体" w:hAnsi="宋体" w:eastAsia="宋体" w:cs="宋体"/>
          <w:color w:val="000000"/>
        </w:rPr>
        <w:t>，且</w:t>
      </w:r>
      <w:r>
        <w:pict>
          <v:shape id="_x0000_i710000"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229" o:title="eqId9f94bfc11292c9fa77c7c38d116f205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01" o:spt="75" alt="学科网(www.zxxk.com)--教育资源门户，提供试卷、教案、课件、论文、素材以及各类教学资源下载，还有大量而丰富的教学相关资讯！" type="#_x0000_t75" style="height:31.15pt;width:213.85pt;" o:ole="t" filled="f" o:preferrelative="t" stroked="f" coordsize="21600,21600">
            <v:path/>
            <v:fill on="f" focussize="0,0"/>
            <v:stroke on="f" joinstyle="miter"/>
            <v:imagedata r:id="rId230" o:title="eqIda88edaa9c075463472dfeccf5aeca56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02" o:spt="75" alt="学科网(www.zxxk.com)--教育资源门户，提供试卷、教案、课件、论文、素材以及各类教学资源下载，还有大量而丰富的教学相关资讯！" type="#_x0000_t75" style="height:13.95pt;width:212.8pt;" o:ole="t" filled="f" o:preferrelative="t" stroked="f" coordsize="21600,21600">
            <v:path/>
            <v:fill on="f" focussize="0,0"/>
            <v:stroke on="f" joinstyle="miter"/>
            <v:imagedata r:id="rId231" o:title="eqIdb62766a61064f2c9a0a054db77814d9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03"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232" o:title="eqIda299d2b999568e80be8005565ba209a4"/>
            <o:lock v:ext="edit" aspectratio="t"/>
            <w10:wrap type="none"/>
            <w10:anchorlock/>
          </v:shape>
        </w:pict>
      </w:r>
      <w:r>
        <w:rPr>
          <w:rFonts w:ascii="宋体" w:hAnsi="宋体" w:eastAsia="宋体" w:cs="宋体"/>
          <w:color w:val="000000"/>
        </w:rPr>
        <w:t>平分</w:t>
      </w:r>
      <w:r>
        <w:pict>
          <v:shape id="_x0000_i71000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33" o:title="eqIdd22df2977de56cc69be0c1e847653d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05" o:spt="75" alt="学科网(www.zxxk.com)--教育资源门户，提供试卷、教案、课件、论文、素材以及各类教学资源下载，还有大量而丰富的教学相关资讯！" type="#_x0000_t75" style="height:13.95pt;width:162.25pt;" o:ole="t" filled="f" o:preferrelative="t" stroked="f" coordsize="21600,21600">
            <v:path/>
            <v:fill on="f" focussize="0,0"/>
            <v:stroke on="f" joinstyle="miter"/>
            <v:imagedata r:id="rId234" o:title="eqIdd135d01baec8f4a3685c30a94864dfe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②如图所示，</w:t>
      </w:r>
    </w:p>
    <w:p>
      <w:pPr>
        <w:spacing w:line="360" w:lineRule="auto"/>
        <w:jc w:val="left"/>
        <w:textAlignment w:val="center"/>
        <w:rPr>
          <w:color w:val="000000"/>
        </w:rPr>
      </w:pPr>
      <w:r>
        <w:rPr>
          <w:color w:val="000000"/>
        </w:rPr>
        <w:drawing>
          <wp:inline distT="0" distB="0" distL="114300" distR="114300">
            <wp:extent cx="971550" cy="1524000"/>
            <wp:effectExtent l="0" t="0" r="0" b="0"/>
            <wp:docPr id="3103"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 name="图片 100075" descr="学科网(www.zxxk.com)--教育资源门户，提供试卷、教案、课件、论文、素材以及各类教学资源下载，还有大量而丰富的教学相关资讯！"/>
                    <pic:cNvPicPr>
                      <a:picLocks noChangeAspect="1"/>
                    </pic:cNvPicPr>
                  </pic:nvPicPr>
                  <pic:blipFill>
                    <a:blip r:embed="rId235"/>
                    <a:stretch>
                      <a:fillRect/>
                    </a:stretch>
                  </pic:blipFill>
                  <pic:spPr>
                    <a:xfrm>
                      <a:off x="0" y="0"/>
                      <a:ext cx="971550" cy="15240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同理，</w:t>
      </w:r>
      <w:r>
        <w:pict>
          <v:shape id="_x0000_i710006" o:spt="75" alt="学科网(www.zxxk.com)--教育资源门户，提供试卷、教案、课件、论文、素材以及各类教学资源下载，还有大量而丰富的教学相关资讯！" type="#_x0000_t75" style="height:13.95pt;width:67.95pt;" o:ole="t" filled="f" o:preferrelative="t" stroked="f" coordsize="21600,21600">
            <v:path/>
            <v:fill on="f" focussize="0,0"/>
            <v:stroke on="f" joinstyle="miter"/>
            <v:imagedata r:id="rId236" o:title="eqId960c168b6e068a10b0c143baa21d57f5"/>
            <o:lock v:ext="edit" aspectratio="t"/>
            <w10:wrap type="none"/>
            <w10:anchorlock/>
          </v:shape>
        </w:pict>
      </w:r>
      <w:r>
        <w:rPr>
          <w:rFonts w:ascii="宋体" w:hAnsi="宋体" w:eastAsia="宋体" w:cs="宋体"/>
          <w:color w:val="000000"/>
        </w:rPr>
        <w:t>，</w:t>
      </w:r>
      <w:r>
        <w:pict>
          <v:shape id="_x0000_i710007"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237" o:title="eqId9f94bfc11292c9fa77c7c38d116f205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08" o:spt="75" alt="学科网(www.zxxk.com)--教育资源门户，提供试卷、教案、课件、论文、素材以及各类教学资源下载，还有大量而丰富的教学相关资讯！" type="#_x0000_t75" style="height:13.95pt;width:212.8pt;" o:ole="t" filled="f" o:preferrelative="t" stroked="f" coordsize="21600,21600">
            <v:path/>
            <v:fill on="f" focussize="0,0"/>
            <v:stroke on="f" joinstyle="miter"/>
            <v:imagedata r:id="rId238" o:title="eqIdebebaa32323878965f05ca6d4dd8fcd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09"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239" o:title="eqIda299d2b999568e80be8005565ba209a4"/>
            <o:lock v:ext="edit" aspectratio="t"/>
            <w10:wrap type="none"/>
            <w10:anchorlock/>
          </v:shape>
        </w:pict>
      </w:r>
      <w:r>
        <w:rPr>
          <w:rFonts w:ascii="宋体" w:hAnsi="宋体" w:eastAsia="宋体" w:cs="宋体"/>
          <w:color w:val="000000"/>
        </w:rPr>
        <w:t>平分</w:t>
      </w:r>
      <w:r>
        <w:pict>
          <v:shape id="_x0000_i71001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40" o:title="eqIdd22df2977de56cc69be0c1e847653d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11" o:spt="75" alt="学科网(www.zxxk.com)--教育资源门户，提供试卷、教案、课件、论文、素材以及各类教学资源下载，还有大量而丰富的教学相关资讯！" type="#_x0000_t75" style="height:13.95pt;width:166.05pt;" o:ole="t" filled="f" o:preferrelative="t" stroked="f" coordsize="21600,21600">
            <v:path/>
            <v:fill on="f" focussize="0,0"/>
            <v:stroke on="f" joinstyle="miter"/>
            <v:imagedata r:id="rId241" o:title="eqId0ef00235d0d15380e26c5cdddbbde29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001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42" o:title="eqIdd22df2977de56cc69be0c1e847653d7a"/>
            <o:lock v:ext="edit" aspectratio="t"/>
            <w10:wrap type="none"/>
            <w10:anchorlock/>
          </v:shape>
        </w:pict>
      </w:r>
      <w:r>
        <w:rPr>
          <w:rFonts w:ascii="宋体" w:hAnsi="宋体" w:eastAsia="宋体" w:cs="宋体"/>
          <w:color w:val="000000"/>
        </w:rPr>
        <w:t>的度数为</w:t>
      </w:r>
      <w:r>
        <w:pict>
          <v:shape id="_x0000_i71001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43" o:title="eqIdd36581140ebac5d28438ea63b1b23b65"/>
            <o:lock v:ext="edit" aspectratio="t"/>
            <w10:wrap type="none"/>
            <w10:anchorlock/>
          </v:shape>
        </w:pict>
      </w:r>
      <w:r>
        <w:rPr>
          <w:rFonts w:ascii="宋体" w:hAnsi="宋体" w:eastAsia="宋体" w:cs="宋体"/>
          <w:color w:val="000000"/>
        </w:rPr>
        <w:t>或</w:t>
      </w:r>
      <w:r>
        <w:pict>
          <v:shape id="_x0000_i710014"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44" o:title="eqIdd246136d73f82c1892b8eca365af3cb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pict>
          <v:shape id="_x0000_i710015" o:spt="75" alt="学科网(www.zxxk.com)--教育资源门户，提供试卷、教案、课件、论文、素材以及各类教学资源下载，还有大量而丰富的教学相关资讯！" type="#_x0000_t75" style="height:16.3pt;width:122.95pt;" o:ole="t" filled="f" o:preferrelative="t" stroked="f" coordsize="21600,21600">
            <v:path/>
            <v:fill on="f" focussize="0,0"/>
            <v:stroke on="f" joinstyle="miter"/>
            <v:imagedata r:id="rId245" o:title="eqIda9b86caddabfa95a201f039b54f37b31"/>
            <o:lock v:ext="edit" aspectratio="t"/>
            <w10:wrap type="none"/>
            <w10:anchorlock/>
          </v:shape>
        </w:pict>
      </w:r>
      <w:r>
        <w:rPr>
          <w:rFonts w:ascii="宋体" w:hAnsi="宋体" w:eastAsia="宋体" w:cs="宋体"/>
          <w:color w:val="000000"/>
        </w:rPr>
        <w:t>时（其中</w:t>
      </w:r>
      <w:r>
        <w:pict>
          <v:shape id="_x0000_i710016" o:spt="75" alt="学科网(www.zxxk.com)--教育资源门户，提供试卷、教案、课件、论文、素材以及各类教学资源下载，还有大量而丰富的教学相关资讯！" type="#_x0000_t75" style="height:16.3pt;width:135.85pt;" o:ole="t" filled="f" o:preferrelative="t" stroked="f" coordsize="21600,21600">
            <v:path/>
            <v:fill on="f" focussize="0,0"/>
            <v:stroke on="f" joinstyle="miter"/>
            <v:imagedata r:id="rId246" o:title="eqIde08315c72d1baf8ce95b542b92c0049b"/>
            <o:lock v:ext="edit" aspectratio="t"/>
            <w10:wrap type="none"/>
            <w10:anchorlock/>
          </v:shape>
        </w:pict>
      </w:r>
      <w:r>
        <w:rPr>
          <w:rFonts w:ascii="宋体" w:hAnsi="宋体" w:eastAsia="宋体" w:cs="宋体"/>
          <w:color w:val="000000"/>
        </w:rPr>
        <w:t>），由（</w:t>
      </w:r>
      <w:r>
        <w:rPr>
          <w:rFonts w:ascii="Times New Roman" w:hAnsi="Times New Roman" w:eastAsia="Times New Roman" w:cs="Times New Roman"/>
          <w:color w:val="000000"/>
        </w:rPr>
        <w:t>2</w:t>
      </w:r>
      <w:r>
        <w:rPr>
          <w:rFonts w:ascii="宋体" w:hAnsi="宋体" w:eastAsia="宋体" w:cs="宋体"/>
          <w:color w:val="000000"/>
        </w:rPr>
        <w:t>）的证明方法可得，</w:t>
      </w:r>
    </w:p>
    <w:p>
      <w:pPr>
        <w:spacing w:line="360" w:lineRule="auto"/>
        <w:jc w:val="left"/>
        <w:textAlignment w:val="center"/>
        <w:rPr>
          <w:color w:val="000000"/>
        </w:rPr>
      </w:pPr>
      <w:r>
        <w:rPr>
          <w:rFonts w:ascii="宋体" w:hAnsi="宋体" w:eastAsia="宋体" w:cs="宋体"/>
          <w:color w:val="000000"/>
        </w:rPr>
        <w:t>①当</w:t>
      </w:r>
      <w:r>
        <w:pict>
          <v:shape id="_x0000_i710017"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47" o:title="eqIdef4113c492885ba7c47fe42ac792578f"/>
            <o:lock v:ext="edit" aspectratio="t"/>
            <w10:wrap type="none"/>
            <w10:anchorlock/>
          </v:shape>
        </w:pict>
      </w:r>
      <w:r>
        <w:rPr>
          <w:rFonts w:ascii="宋体" w:hAnsi="宋体" w:eastAsia="宋体" w:cs="宋体"/>
          <w:color w:val="000000"/>
        </w:rPr>
        <w:t>在</w:t>
      </w:r>
      <w:r>
        <w:pict>
          <v:shape id="_x0000_i710018"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48" o:title="eqId683c590673eece14fea3319c4fd5eb55"/>
            <o:lock v:ext="edit" aspectratio="t"/>
            <w10:wrap type="none"/>
            <w10:anchorlock/>
          </v:shape>
        </w:pict>
      </w:r>
      <w:r>
        <w:rPr>
          <w:rFonts w:ascii="宋体" w:hAnsi="宋体" w:eastAsia="宋体" w:cs="宋体"/>
          <w:color w:val="000000"/>
        </w:rPr>
        <w:t>的左边时，</w:t>
      </w:r>
      <w:r>
        <w:pict>
          <v:shape id="_x0000_i710019" o:spt="75" alt="学科网(www.zxxk.com)--教育资源门户，提供试卷、教案、课件、论文、素材以及各类教学资源下载，还有大量而丰富的教学相关资讯！" type="#_x0000_t75" style="height:16.1pt;width:90.8pt;" o:ole="t" filled="f" o:preferrelative="t" stroked="f" coordsize="21600,21600">
            <v:path/>
            <v:fill on="f" focussize="0,0"/>
            <v:stroke on="f" joinstyle="miter"/>
            <v:imagedata r:id="rId249" o:title="eqId941d8f3273952987eeb469419780d44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w:t>
      </w:r>
      <w:r>
        <w:pict>
          <v:shape id="_x0000_i710020"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50" o:title="eqIdef4113c492885ba7c47fe42ac792578f"/>
            <o:lock v:ext="edit" aspectratio="t"/>
            <w10:wrap type="none"/>
            <w10:anchorlock/>
          </v:shape>
        </w:pict>
      </w:r>
      <w:r>
        <w:rPr>
          <w:rFonts w:ascii="宋体" w:hAnsi="宋体" w:eastAsia="宋体" w:cs="宋体"/>
          <w:color w:val="000000"/>
        </w:rPr>
        <w:t>在</w:t>
      </w:r>
      <w:r>
        <w:pict>
          <v:shape id="_x0000_i710021"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51" o:title="eqId683c590673eece14fea3319c4fd5eb55"/>
            <o:lock v:ext="edit" aspectratio="t"/>
            <w10:wrap type="none"/>
            <w10:anchorlock/>
          </v:shape>
        </w:pict>
      </w:r>
      <w:r>
        <w:rPr>
          <w:rFonts w:ascii="宋体" w:hAnsi="宋体" w:eastAsia="宋体" w:cs="宋体"/>
          <w:color w:val="000000"/>
        </w:rPr>
        <w:t>的右边时，</w:t>
      </w:r>
      <w:r>
        <w:pict>
          <v:shape id="_x0000_i710022" o:spt="75" alt="学科网(www.zxxk.com)--教育资源门户，提供试卷、教案、课件、论文、素材以及各类教学资源下载，还有大量而丰富的教学相关资讯！" type="#_x0000_t75" style="height:16.1pt;width:90.8pt;" o:ole="t" filled="f" o:preferrelative="t" stroked="f" coordsize="21600,21600">
            <v:path/>
            <v:fill on="f" focussize="0,0"/>
            <v:stroke on="f" joinstyle="miter"/>
            <v:imagedata r:id="rId252" o:title="eqIdea13b2e152a691f5f28af1fc7be2f8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002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53" o:title="eqIdd22df2977de56cc69be0c1e847653d7a"/>
            <o:lock v:ext="edit" aspectratio="t"/>
            <w10:wrap type="none"/>
            <w10:anchorlock/>
          </v:shape>
        </w:pict>
      </w:r>
      <w:r>
        <w:rPr>
          <w:rFonts w:ascii="宋体" w:hAnsi="宋体" w:eastAsia="宋体" w:cs="宋体"/>
          <w:color w:val="000000"/>
        </w:rPr>
        <w:t>的度数为</w:t>
      </w:r>
      <w:r>
        <w:pict>
          <v:shape id="_x0000_i710024" o:spt="75" alt="学科网(www.zxxk.com)--教育资源门户，提供试卷、教案、课件、论文、素材以及各类教学资源下载，还有大量而丰富的教学相关资讯！" type="#_x0000_t75" style="height:16.1pt;width:45.15pt;" o:ole="t" filled="f" o:preferrelative="t" stroked="f" coordsize="21600,21600">
            <v:path/>
            <v:fill on="f" focussize="0,0"/>
            <v:stroke on="f" joinstyle="miter"/>
            <v:imagedata r:id="rId254" o:title="eqIdaca978fdbafbef101ff838024da9f2b9"/>
            <o:lock v:ext="edit" aspectratio="t"/>
            <w10:wrap type="none"/>
            <w10:anchorlock/>
          </v:shape>
        </w:pict>
      </w:r>
      <w:r>
        <w:rPr>
          <w:rFonts w:ascii="宋体" w:hAnsi="宋体" w:eastAsia="宋体" w:cs="宋体"/>
          <w:color w:val="000000"/>
        </w:rPr>
        <w:t>或</w:t>
      </w:r>
      <w:r>
        <w:pict>
          <v:shape id="_x0000_i710025" o:spt="75" alt="学科网(www.zxxk.com)--教育资源门户，提供试卷、教案、课件、论文、素材以及各类教学资源下载，还有大量而丰富的教学相关资讯！" type="#_x0000_t75" style="height:16.1pt;width:45.15pt;" o:ole="t" filled="f" o:preferrelative="t" stroked="f" coordsize="21600,21600">
            <v:path/>
            <v:fill on="f" focussize="0,0"/>
            <v:stroke on="f" joinstyle="miter"/>
            <v:imagedata r:id="rId255" o:title="eqIdccd277f6d147ac5808cd501801fa1ee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本题主要考查角平分线的性质，图形中角的和、差关系，掌握角平分线的性质，角的和、差计算方法是解题的关键．</w:t>
      </w:r>
    </w:p>
    <w:p>
      <w:pPr>
        <w:spacing w:line="360" w:lineRule="auto"/>
        <w:jc w:val="left"/>
        <w:textAlignment w:val="center"/>
        <w:rPr>
          <w:color w:val="000000"/>
        </w:rPr>
      </w:pPr>
      <w:r>
        <w:rPr>
          <w:color w:val="000000"/>
        </w:rPr>
        <w:t xml:space="preserve">22. </w:t>
      </w:r>
      <w:r>
        <w:rPr>
          <w:rFonts w:ascii="宋体" w:hAnsi="宋体" w:eastAsia="宋体" w:cs="宋体"/>
          <w:color w:val="000000"/>
        </w:rPr>
        <w:t>定义：点</w:t>
      </w:r>
      <w:r>
        <w:rPr>
          <w:rFonts w:ascii="Times New Roman" w:hAnsi="Times New Roman" w:eastAsia="Times New Roman" w:cs="Times New Roman"/>
          <w:i/>
          <w:color w:val="000000"/>
        </w:rPr>
        <w:t>C</w:t>
      </w:r>
      <w:r>
        <w:rPr>
          <w:rFonts w:ascii="宋体" w:hAnsi="宋体" w:eastAsia="宋体" w:cs="宋体"/>
          <w:color w:val="000000"/>
        </w:rPr>
        <w:t>在线段</w:t>
      </w:r>
      <w:r>
        <w:rPr>
          <w:rFonts w:ascii="Times New Roman" w:hAnsi="Times New Roman" w:eastAsia="Times New Roman" w:cs="Times New Roman"/>
          <w:i/>
          <w:color w:val="000000"/>
        </w:rPr>
        <w:t>AB</w:t>
      </w:r>
      <w:r>
        <w:rPr>
          <w:rFonts w:ascii="宋体" w:hAnsi="宋体" w:eastAsia="宋体" w:cs="宋体"/>
          <w:color w:val="000000"/>
        </w:rPr>
        <w:t>上，若点</w:t>
      </w:r>
      <w:r>
        <w:rPr>
          <w:rFonts w:ascii="Times New Roman" w:hAnsi="Times New Roman" w:eastAsia="Times New Roman" w:cs="Times New Roman"/>
          <w:i/>
          <w:color w:val="000000"/>
        </w:rPr>
        <w:t>C</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两个端点的距离成二倍关系时，则称点</w:t>
      </w:r>
      <w:r>
        <w:rPr>
          <w:rFonts w:ascii="Times New Roman" w:hAnsi="Times New Roman" w:eastAsia="Times New Roman" w:cs="Times New Roman"/>
          <w:i/>
          <w:color w:val="000000"/>
        </w:rPr>
        <w:t>C</w:t>
      </w:r>
      <w:r>
        <w:rPr>
          <w:rFonts w:ascii="宋体" w:hAnsi="宋体" w:eastAsia="宋体" w:cs="宋体"/>
          <w:color w:val="000000"/>
        </w:rPr>
        <w:t>是线段</w:t>
      </w:r>
      <w:r>
        <w:rPr>
          <w:rFonts w:ascii="Times New Roman" w:hAnsi="Times New Roman" w:eastAsia="Times New Roman" w:cs="Times New Roman"/>
          <w:i/>
          <w:color w:val="000000"/>
        </w:rPr>
        <w:t>AB</w:t>
      </w:r>
      <w:r>
        <w:rPr>
          <w:rFonts w:ascii="宋体" w:hAnsi="宋体" w:eastAsia="宋体" w:cs="宋体"/>
          <w:color w:val="000000"/>
        </w:rPr>
        <w:t>的闭二倍关联点．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）如图，若点</w:t>
      </w:r>
      <w:r>
        <w:rPr>
          <w:rFonts w:ascii="Times New Roman" w:hAnsi="Times New Roman" w:eastAsia="Times New Roman" w:cs="Times New Roman"/>
          <w:i/>
          <w:color w:val="000000"/>
        </w:rPr>
        <w:t>A</w:t>
      </w:r>
      <w:r>
        <w:rPr>
          <w:rFonts w:ascii="宋体" w:hAnsi="宋体" w:eastAsia="宋体" w:cs="宋体"/>
          <w:color w:val="000000"/>
        </w:rPr>
        <w:t>表示数</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w:t>
      </w:r>
      <w:r>
        <w:rPr>
          <w:rFonts w:ascii="Times New Roman" w:hAnsi="Times New Roman" w:eastAsia="Times New Roman" w:cs="Times New Roman"/>
          <w:color w:val="000000"/>
        </w:rPr>
        <w:t>5</w:t>
      </w:r>
      <w:r>
        <w:rPr>
          <w:rFonts w:ascii="宋体" w:hAnsi="宋体" w:eastAsia="宋体" w:cs="宋体"/>
          <w:color w:val="000000"/>
        </w:rPr>
        <w:t>，下列各数</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所对应的点分别为</w:t>
      </w:r>
      <w:r>
        <w:pict>
          <v:shape id="_x0000_i710026"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256" o:title="eqIdb1241216f3c1cb5e73043dd1037f556d"/>
            <o:lock v:ext="edit" aspectratio="t"/>
            <w10:wrap type="none"/>
            <w10:anchorlock/>
          </v:shape>
        </w:pict>
      </w:r>
      <w:r>
        <w:rPr>
          <w:rFonts w:ascii="宋体" w:hAnsi="宋体" w:eastAsia="宋体" w:cs="宋体"/>
          <w:color w:val="000000"/>
        </w:rPr>
        <w:t>，</w:t>
      </w:r>
      <w:r>
        <w:pict>
          <v:shape id="_x0000_i71002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57" o:title="eqId23f3ffe7abc59e2f65d827c8eab8d36a"/>
            <o:lock v:ext="edit" aspectratio="t"/>
            <w10:wrap type="none"/>
            <w10:anchorlock/>
          </v:shape>
        </w:pict>
      </w:r>
      <w:r>
        <w:rPr>
          <w:rFonts w:ascii="宋体" w:hAnsi="宋体" w:eastAsia="宋体" w:cs="宋体"/>
          <w:color w:val="000000"/>
        </w:rPr>
        <w:t>，</w:t>
      </w:r>
      <w:r>
        <w:pict>
          <v:shape id="_x0000_i710028"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58" o:title="eqIdab94459e87c666facddbe1a23ae1899d"/>
            <o:lock v:ext="edit" aspectratio="t"/>
            <w10:wrap type="none"/>
            <w10:anchorlock/>
          </v:shape>
        </w:pict>
      </w:r>
      <w:r>
        <w:rPr>
          <w:rFonts w:ascii="宋体" w:hAnsi="宋体" w:eastAsia="宋体" w:cs="宋体"/>
          <w:color w:val="000000"/>
        </w:rPr>
        <w:t>，则其中是线段</w:t>
      </w:r>
      <w:r>
        <w:rPr>
          <w:rFonts w:ascii="Times New Roman" w:hAnsi="Times New Roman" w:eastAsia="Times New Roman" w:cs="Times New Roman"/>
          <w:i/>
          <w:color w:val="000000"/>
        </w:rPr>
        <w:t>AB</w:t>
      </w:r>
      <w:r>
        <w:rPr>
          <w:rFonts w:ascii="宋体" w:hAnsi="宋体" w:eastAsia="宋体" w:cs="宋体"/>
          <w:color w:val="000000"/>
        </w:rPr>
        <w:t>的闭二倍关联点的是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90875" cy="428625"/>
            <wp:effectExtent l="0" t="0" r="0" b="0"/>
            <wp:docPr id="3105"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 name="图片 100077" descr="学科网(www.zxxk.com)--教育资源门户，提供试卷、教案、课件、论文、素材以及各类教学资源下载，还有大量而丰富的教学相关资讯！"/>
                    <pic:cNvPicPr>
                      <a:picLocks noChangeAspect="1"/>
                    </pic:cNvPicPr>
                  </pic:nvPicPr>
                  <pic:blipFill>
                    <a:blip r:embed="rId259"/>
                    <a:stretch>
                      <a:fillRect/>
                    </a:stretch>
                  </pic:blipFill>
                  <pic:spPr>
                    <a:xfrm>
                      <a:off x="0" y="0"/>
                      <a:ext cx="3190875" cy="4286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，线段</w:t>
      </w:r>
      <w:r>
        <w:rPr>
          <w:rFonts w:ascii="Times New Roman" w:hAnsi="Times New Roman" w:eastAsia="Times New Roman" w:cs="Times New Roman"/>
          <w:i/>
          <w:color w:val="000000"/>
        </w:rPr>
        <w:t>AB</w:t>
      </w:r>
      <w:r>
        <w:rPr>
          <w:rFonts w:ascii="宋体" w:hAnsi="宋体" w:eastAsia="宋体" w:cs="宋体"/>
          <w:color w:val="000000"/>
        </w:rPr>
        <w:t>的闭二倍关联点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，则点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表示的数分别是</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为数轴原点，点</w:t>
      </w:r>
      <w:r>
        <w:rPr>
          <w:rFonts w:ascii="Times New Roman" w:hAnsi="Times New Roman" w:eastAsia="Times New Roman" w:cs="Times New Roman"/>
          <w:i/>
          <w:color w:val="000000"/>
        </w:rPr>
        <w:t>B</w:t>
      </w:r>
      <w:r>
        <w:rPr>
          <w:rFonts w:ascii="宋体" w:hAnsi="宋体" w:eastAsia="宋体" w:cs="宋体"/>
          <w:color w:val="000000"/>
        </w:rPr>
        <w:t>为线段</w:t>
      </w:r>
      <w:r>
        <w:rPr>
          <w:rFonts w:ascii="Times New Roman" w:hAnsi="Times New Roman" w:eastAsia="Times New Roman" w:cs="Times New Roman"/>
          <w:i/>
          <w:color w:val="000000"/>
        </w:rPr>
        <w:t>CD</w:t>
      </w:r>
      <w:r>
        <w:rPr>
          <w:rFonts w:ascii="宋体" w:hAnsi="宋体" w:eastAsia="宋体" w:cs="宋体"/>
          <w:color w:val="000000"/>
        </w:rPr>
        <w:t>上一点．设点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．若点</w:t>
      </w:r>
      <w:r>
        <w:rPr>
          <w:rFonts w:ascii="Times New Roman" w:hAnsi="Times New Roman" w:eastAsia="Times New Roman" w:cs="Times New Roman"/>
          <w:i/>
          <w:color w:val="000000"/>
        </w:rPr>
        <w:t>M</w:t>
      </w:r>
      <w:r>
        <w:rPr>
          <w:rFonts w:ascii="宋体" w:hAnsi="宋体" w:eastAsia="宋体" w:cs="宋体"/>
          <w:color w:val="000000"/>
        </w:rPr>
        <w:t>是线段</w:t>
      </w:r>
      <w:r>
        <w:rPr>
          <w:rFonts w:ascii="Times New Roman" w:hAnsi="Times New Roman" w:eastAsia="Times New Roman" w:cs="Times New Roman"/>
          <w:i/>
          <w:color w:val="000000"/>
        </w:rPr>
        <w:t>AB</w:t>
      </w:r>
      <w:r>
        <w:rPr>
          <w:rFonts w:ascii="宋体" w:hAnsi="宋体" w:eastAsia="宋体" w:cs="宋体"/>
          <w:color w:val="000000"/>
        </w:rPr>
        <w:t>的闭二倍关联点，求</w:t>
      </w:r>
      <w:r>
        <w:rPr>
          <w:rFonts w:ascii="Times New Roman" w:hAnsi="Times New Roman" w:eastAsia="Times New Roman" w:cs="Times New Roman"/>
          <w:i/>
          <w:color w:val="000000"/>
        </w:rPr>
        <w:t>m</w:t>
      </w:r>
      <w:r>
        <w:rPr>
          <w:rFonts w:ascii="宋体" w:hAnsi="宋体" w:eastAsia="宋体" w:cs="宋体"/>
          <w:color w:val="000000"/>
        </w:rPr>
        <w:t>的取值范围．</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002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60" o:title="eqId23f3ffe7abc59e2f65d827c8eab8d36a"/>
            <o:lock v:ext="edit" aspectratio="t"/>
            <w10:wrap type="none"/>
            <w10:anchorlock/>
          </v:shape>
        </w:pict>
      </w:r>
      <w:r>
        <w:rPr>
          <w:rFonts w:ascii="宋体" w:hAnsi="宋体" w:eastAsia="宋体" w:cs="宋体"/>
          <w:color w:val="000000"/>
        </w:rPr>
        <w:t>和</w:t>
      </w:r>
      <w:r>
        <w:pict>
          <v:shape id="_x0000_i710030"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61" o:title="eqIdab94459e87c666facddbe1a23ae1899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3.5</w:t>
      </w:r>
      <w:r>
        <w:rPr>
          <w:rFonts w:ascii="宋体" w:hAnsi="宋体" w:eastAsia="宋体" w:cs="宋体"/>
          <w:color w:val="000000"/>
        </w:rPr>
        <w:t>或</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pict>
          <v:shape id="_x0000_i710031" o:spt="75" alt="学科网(www.zxxk.com)--教育资源门户，提供试卷、教案、课件、论文、素材以及各类教学资源下载，还有大量而丰富的教学相关资讯！" type="#_x0000_t75" style="height:14.25pt;width:48.25pt;" o:ole="t" filled="f" o:preferrelative="t" stroked="f" coordsize="21600,21600">
            <v:path/>
            <v:fill on="f" focussize="0,0"/>
            <v:stroke on="f" joinstyle="miter"/>
            <v:imagedata r:id="rId262" o:title="eqIdd2a3adf1300fbef4de6b745bd2c6f734"/>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）首先点</w:t>
      </w:r>
      <w:r>
        <w:pict>
          <v:shape id="_x0000_i710032"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263" o:title="eqIdb1241216f3c1cb5e73043dd1037f556d"/>
            <o:lock v:ext="edit" aspectratio="t"/>
            <w10:wrap type="none"/>
            <w10:anchorlock/>
          </v:shape>
        </w:pict>
      </w:r>
      <w:r>
        <w:rPr>
          <w:rFonts w:ascii="宋体" w:hAnsi="宋体" w:eastAsia="宋体" w:cs="宋体"/>
          <w:color w:val="000000"/>
        </w:rPr>
        <w:t>不在线段</w:t>
      </w:r>
      <w:r>
        <w:rPr>
          <w:rFonts w:ascii="Times New Roman" w:hAnsi="Times New Roman" w:eastAsia="Times New Roman" w:cs="Times New Roman"/>
          <w:i/>
          <w:color w:val="000000"/>
        </w:rPr>
        <w:t>AB</w:t>
      </w:r>
      <w:r>
        <w:rPr>
          <w:rFonts w:ascii="宋体" w:hAnsi="宋体" w:eastAsia="宋体" w:cs="宋体"/>
          <w:color w:val="000000"/>
        </w:rPr>
        <w:t>上，即点</w:t>
      </w:r>
      <w:r>
        <w:pict>
          <v:shape id="_x0000_i710033"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263" o:title="eqIdb1241216f3c1cb5e73043dd1037f556d"/>
            <o:lock v:ext="edit" aspectratio="t"/>
            <w10:wrap type="none"/>
            <w10:anchorlock/>
          </v:shape>
        </w:pict>
      </w:r>
      <w:r>
        <w:rPr>
          <w:rFonts w:ascii="宋体" w:hAnsi="宋体" w:eastAsia="宋体" w:cs="宋体"/>
          <w:color w:val="000000"/>
        </w:rPr>
        <w:t>不是线段</w:t>
      </w:r>
      <w:r>
        <w:rPr>
          <w:rFonts w:ascii="Times New Roman" w:hAnsi="Times New Roman" w:eastAsia="Times New Roman" w:cs="Times New Roman"/>
          <w:i/>
          <w:color w:val="000000"/>
        </w:rPr>
        <w:t>AB</w:t>
      </w:r>
      <w:r>
        <w:rPr>
          <w:rFonts w:ascii="宋体" w:hAnsi="宋体" w:eastAsia="宋体" w:cs="宋体"/>
          <w:color w:val="000000"/>
        </w:rPr>
        <w:t>的闭二倍关联点；然后求出</w:t>
      </w:r>
      <w:r>
        <w:pict>
          <v:shape id="_x0000_i710034" o:spt="75" alt="学科网(www.zxxk.com)--教育资源门户，提供试卷、教案、课件、论文、素材以及各类教学资源下载，还有大量而丰富的教学相关资讯！" type="#_x0000_t75" style="height:19.8pt;width:91.8pt;" o:ole="t" filled="f" o:preferrelative="t" stroked="f" coordsize="21600,21600">
            <v:path/>
            <v:fill on="f" focussize="0,0"/>
            <v:stroke on="f" joinstyle="miter"/>
            <v:imagedata r:id="rId264" o:title="eqId4e889b1cba558d3457e1efb980ec09fc"/>
            <o:lock v:ext="edit" aspectratio="t"/>
            <w10:wrap type="none"/>
            <w10:anchorlock/>
          </v:shape>
        </w:pict>
      </w:r>
      <w:r>
        <w:rPr>
          <w:rFonts w:ascii="宋体" w:hAnsi="宋体" w:eastAsia="宋体" w:cs="宋体"/>
          <w:color w:val="000000"/>
        </w:rPr>
        <w:t>，</w:t>
      </w:r>
      <w:r>
        <w:pict>
          <v:shape id="_x0000_i710035" o:spt="75" alt="学科网(www.zxxk.com)--教育资源门户，提供试卷、教案、课件、论文、素材以及各类教学资源下载，还有大量而丰富的教学相关资讯！" type="#_x0000_t75" style="height:18pt;width:75pt;" o:ole="t" filled="f" o:preferrelative="t" stroked="f" coordsize="21600,21600">
            <v:path/>
            <v:fill on="f" focussize="0,0"/>
            <v:stroke on="f" joinstyle="miter"/>
            <v:imagedata r:id="rId265" o:title="eqIdd4da41bcbf05a270ee203da29f5dee93"/>
            <o:lock v:ext="edit" aspectratio="t"/>
            <w10:wrap type="none"/>
            <w10:anchorlock/>
          </v:shape>
        </w:pict>
      </w:r>
      <w:r>
        <w:rPr>
          <w:rFonts w:ascii="宋体" w:hAnsi="宋体" w:eastAsia="宋体" w:cs="宋体"/>
          <w:color w:val="000000"/>
        </w:rPr>
        <w:t>，得到</w:t>
      </w:r>
      <w:r>
        <w:pict>
          <v:shape id="_x0000_i710036" o:spt="75" alt="学科网(www.zxxk.com)--教育资源门户，提供试卷、教案、课件、论文、素材以及各类教学资源下载，还有大量而丰富的教学相关资讯！" type="#_x0000_t75" style="height:18pt;width:63pt;" o:ole="t" filled="f" o:preferrelative="t" stroked="f" coordsize="21600,21600">
            <v:path/>
            <v:fill on="f" focussize="0,0"/>
            <v:stroke on="f" joinstyle="miter"/>
            <v:imagedata r:id="rId266" o:title="eqIdb15fe74d1e0ed62c2eba2744f4b9074c"/>
            <o:lock v:ext="edit" aspectratio="t"/>
            <w10:wrap type="none"/>
            <w10:anchorlock/>
          </v:shape>
        </w:pict>
      </w:r>
      <w:r>
        <w:rPr>
          <w:rFonts w:ascii="宋体" w:hAnsi="宋体" w:eastAsia="宋体" w:cs="宋体"/>
          <w:color w:val="000000"/>
        </w:rPr>
        <w:t>，则点</w:t>
      </w:r>
      <w:r>
        <w:pict>
          <v:shape id="_x0000_i71003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67" o:title="eqId23f3ffe7abc59e2f65d827c8eab8d36a"/>
            <o:lock v:ext="edit" aspectratio="t"/>
            <w10:wrap type="none"/>
            <w10:anchorlock/>
          </v:shape>
        </w:pict>
      </w:r>
      <w:r>
        <w:rPr>
          <w:rFonts w:ascii="宋体" w:hAnsi="宋体" w:eastAsia="宋体" w:cs="宋体"/>
          <w:color w:val="000000"/>
        </w:rPr>
        <w:t>线段</w:t>
      </w:r>
      <w:r>
        <w:rPr>
          <w:rFonts w:ascii="Times New Roman" w:hAnsi="Times New Roman" w:eastAsia="Times New Roman" w:cs="Times New Roman"/>
          <w:i/>
          <w:color w:val="000000"/>
        </w:rPr>
        <w:t>AB</w:t>
      </w:r>
      <w:r>
        <w:rPr>
          <w:rFonts w:ascii="宋体" w:hAnsi="宋体" w:eastAsia="宋体" w:cs="宋体"/>
          <w:color w:val="000000"/>
        </w:rPr>
        <w:t>的闭二倍关联点，同理即可判断点</w:t>
      </w:r>
      <w:r>
        <w:pict>
          <v:shape id="_x0000_i710038"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68" o:title="eqIdab94459e87c666facddbe1a23ae1899d"/>
            <o:lock v:ext="edit" aspectratio="t"/>
            <w10:wrap type="none"/>
            <w10:anchorlock/>
          </v:shape>
        </w:pict>
      </w:r>
      <w:r>
        <w:rPr>
          <w:rFonts w:ascii="宋体" w:hAnsi="宋体" w:eastAsia="宋体" w:cs="宋体"/>
          <w:color w:val="000000"/>
        </w:rPr>
        <w:t>线段</w:t>
      </w:r>
      <w:r>
        <w:rPr>
          <w:rFonts w:ascii="Times New Roman" w:hAnsi="Times New Roman" w:eastAsia="Times New Roman" w:cs="Times New Roman"/>
          <w:i/>
          <w:color w:val="000000"/>
        </w:rPr>
        <w:t>AB</w:t>
      </w:r>
      <w:r>
        <w:rPr>
          <w:rFonts w:ascii="宋体" w:hAnsi="宋体" w:eastAsia="宋体" w:cs="宋体"/>
          <w:color w:val="000000"/>
        </w:rPr>
        <w:t>的闭二倍关联点；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x</w:t>
      </w:r>
      <w:r>
        <w:rPr>
          <w:rFonts w:ascii="宋体" w:hAnsi="宋体" w:eastAsia="宋体" w:cs="宋体"/>
          <w:color w:val="000000"/>
        </w:rPr>
        <w:t>，然后求出</w:t>
      </w:r>
      <w:r>
        <w:pict>
          <v:shape id="_x0000_i710039" o:spt="75" alt="学科网(www.zxxk.com)--教育资源门户，提供试卷、教案、课件、论文、素材以及各类教学资源下载，还有大量而丰富的教学相关资讯！" type="#_x0000_t75" style="height:19.8pt;width:88.2pt;" o:ole="t" filled="f" o:preferrelative="t" stroked="f" coordsize="21600,21600">
            <v:path/>
            <v:fill on="f" focussize="0,0"/>
            <v:stroke on="f" joinstyle="miter"/>
            <v:imagedata r:id="rId269" o:title="eqIdba2317e94c33d4956349914ed1a497e2"/>
            <o:lock v:ext="edit" aspectratio="t"/>
            <w10:wrap type="none"/>
            <w10:anchorlock/>
          </v:shape>
        </w:pict>
      </w:r>
      <w:r>
        <w:rPr>
          <w:rFonts w:ascii="宋体" w:hAnsi="宋体" w:eastAsia="宋体" w:cs="宋体"/>
          <w:color w:val="000000"/>
        </w:rPr>
        <w:t>，</w:t>
      </w:r>
      <w:r>
        <w:pict>
          <v:shape id="_x0000_i710040" o:spt="75" alt="学科网(www.zxxk.com)--教育资源门户，提供试卷、教案、课件、论文、素材以及各类教学资源下载，还有大量而丰富的教学相关资讯！" type="#_x0000_t75" style="height:13.8pt;width:55.2pt;" o:ole="t" filled="f" o:preferrelative="t" stroked="f" coordsize="21600,21600">
            <v:path/>
            <v:fill on="f" focussize="0,0"/>
            <v:stroke on="f" joinstyle="miter"/>
            <v:imagedata r:id="rId270" o:title="eqIdc76b8ba7d07cf341d1206a5e0e67c5a3"/>
            <o:lock v:ext="edit" aspectratio="t"/>
            <w10:wrap type="none"/>
            <w10:anchorlock/>
          </v:shape>
        </w:pict>
      </w:r>
      <w:r>
        <w:rPr>
          <w:rFonts w:ascii="宋体" w:hAnsi="宋体" w:eastAsia="宋体" w:cs="宋体"/>
          <w:color w:val="000000"/>
        </w:rPr>
        <w:t>，再分当</w:t>
      </w:r>
      <w:r>
        <w:pict>
          <v:shape id="_x0000_i710041"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271" o:title="eqId3d3976d08e5f9e24e76ce9579c06a8dc"/>
            <o:lock v:ext="edit" aspectratio="t"/>
            <w10:wrap type="none"/>
            <w10:anchorlock/>
          </v:shape>
        </w:pict>
      </w:r>
      <w:r>
        <w:rPr>
          <w:rFonts w:ascii="宋体" w:hAnsi="宋体" w:eastAsia="宋体" w:cs="宋体"/>
          <w:color w:val="000000"/>
        </w:rPr>
        <w:t>时，即</w:t>
      </w:r>
      <w:r>
        <w:pict>
          <v:shape id="_x0000_i710042" o:spt="75" alt="学科网(www.zxxk.com)--教育资源门户，提供试卷、教案、课件、论文、素材以及各类教学资源下载，还有大量而丰富的教学相关资讯！" type="#_x0000_t75" style="height:19.8pt;width:61.2pt;" o:ole="t" filled="f" o:preferrelative="t" stroked="f" coordsize="21600,21600">
            <v:path/>
            <v:fill on="f" focussize="0,0"/>
            <v:stroke on="f" joinstyle="miter"/>
            <v:imagedata r:id="rId272" o:title="eqIdb505e4f07a87b072c07ad6cec4be0b32"/>
            <o:lock v:ext="edit" aspectratio="t"/>
            <w10:wrap type="none"/>
            <w10:anchorlock/>
          </v:shape>
        </w:pict>
      </w:r>
      <w:r>
        <w:rPr>
          <w:rFonts w:ascii="宋体" w:hAnsi="宋体" w:eastAsia="宋体" w:cs="宋体"/>
          <w:color w:val="000000"/>
        </w:rPr>
        <w:t>，当</w:t>
      </w:r>
      <w:r>
        <w:pict>
          <v:shape id="_x0000_i710043" o:spt="75" alt="学科网(www.zxxk.com)--教育资源门户，提供试卷、教案、课件、论文、素材以及各类教学资源下载，还有大量而丰富的教学相关资讯！" type="#_x0000_t75" style="height:13.95pt;width:56pt;" o:ole="t" filled="f" o:preferrelative="t" stroked="f" coordsize="21600,21600">
            <v:path/>
            <v:fill on="f" focussize="0,0"/>
            <v:stroke on="f" joinstyle="miter"/>
            <v:imagedata r:id="rId273" o:title="eqIde7777a27259d26724229b604df42656c"/>
            <o:lock v:ext="edit" aspectratio="t"/>
            <w10:wrap type="none"/>
            <w10:anchorlock/>
          </v:shape>
        </w:pict>
      </w:r>
      <w:r>
        <w:rPr>
          <w:rFonts w:ascii="宋体" w:hAnsi="宋体" w:eastAsia="宋体" w:cs="宋体"/>
          <w:color w:val="000000"/>
        </w:rPr>
        <w:t>时，即</w:t>
      </w:r>
      <w:r>
        <w:pict>
          <v:shape id="_x0000_i710044" o:spt="75" alt="学科网(www.zxxk.com)--教育资源门户，提供试卷、教案、课件、论文、素材以及各类教学资源下载，还有大量而丰富的教学相关资讯！" type="#_x0000_t75" style="height:14.4pt;width:44.4pt;" o:ole="t" filled="f" o:preferrelative="t" stroked="f" coordsize="21600,21600">
            <v:path/>
            <v:fill on="f" focussize="0,0"/>
            <v:stroke on="f" joinstyle="miter"/>
            <v:imagedata r:id="rId274" o:title="eqIddde9fe96887bdbf7ceb99cb9bf951a8b"/>
            <o:lock v:ext="edit" aspectratio="t"/>
            <w10:wrap type="none"/>
            <w10:anchorlock/>
          </v:shape>
        </w:pict>
      </w:r>
      <w:r>
        <w:rPr>
          <w:rFonts w:ascii="宋体" w:hAnsi="宋体" w:eastAsia="宋体" w:cs="宋体"/>
          <w:color w:val="000000"/>
        </w:rPr>
        <w:t>，两种情况讨论求解即可；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y</w:t>
      </w:r>
      <w:r>
        <w:rPr>
          <w:rFonts w:ascii="宋体" w:hAnsi="宋体" w:eastAsia="宋体" w:cs="宋体"/>
          <w:color w:val="000000"/>
        </w:rPr>
        <w:t>，先求出</w:t>
      </w:r>
      <w:r>
        <w:pict>
          <v:shape id="_x0000_i710045" o:spt="75" alt="学科网(www.zxxk.com)--教育资源门户，提供试卷、教案、课件、论文、素材以及各类教学资源下载，还有大量而丰富的教学相关资讯！" type="#_x0000_t75" style="height:13.8pt;width:60pt;" o:ole="t" filled="f" o:preferrelative="t" stroked="f" coordsize="21600,21600">
            <v:path/>
            <v:fill on="f" focussize="0,0"/>
            <v:stroke on="f" joinstyle="miter"/>
            <v:imagedata r:id="rId275" o:title="eqId8b06de27396a01240b5a927e742362dc"/>
            <o:lock v:ext="edit" aspectratio="t"/>
            <w10:wrap type="none"/>
            <w10:anchorlock/>
          </v:shape>
        </w:pict>
      </w:r>
      <w:r>
        <w:rPr>
          <w:rFonts w:ascii="宋体" w:hAnsi="宋体" w:eastAsia="宋体" w:cs="宋体"/>
          <w:color w:val="000000"/>
        </w:rPr>
        <w:t>，</w:t>
      </w:r>
      <w:r>
        <w:pict>
          <v:shape id="_x0000_i710046" o:spt="75" alt="学科网(www.zxxk.com)--教育资源门户，提供试卷、教案、课件、论文、素材以及各类教学资源下载，还有大量而丰富的教学相关资讯！" type="#_x0000_t75" style="height:15pt;width:63pt;" o:ole="t" filled="f" o:preferrelative="t" stroked="f" coordsize="21600,21600">
            <v:path/>
            <v:fill on="f" focussize="0,0"/>
            <v:stroke on="f" joinstyle="miter"/>
            <v:imagedata r:id="rId276" o:title="eqId840f1dbb725d3b6f9eb9f92cfd6362bb"/>
            <o:lock v:ext="edit" aspectratio="t"/>
            <w10:wrap type="none"/>
            <w10:anchorlock/>
          </v:shape>
        </w:pict>
      </w:r>
      <w:r>
        <w:rPr>
          <w:rFonts w:ascii="宋体" w:hAnsi="宋体" w:eastAsia="宋体" w:cs="宋体"/>
          <w:color w:val="000000"/>
        </w:rPr>
        <w:t>，当</w:t>
      </w:r>
      <w:r>
        <w:pict>
          <v:shape id="_x0000_i710047" o:spt="75" alt="学科网(www.zxxk.com)--教育资源门户，提供试卷、教案、课件、论文、素材以及各类教学资源下载，还有大量而丰富的教学相关资讯！" type="#_x0000_t75" style="height:13.2pt;width:61.8pt;" o:ole="t" filled="f" o:preferrelative="t" stroked="f" coordsize="21600,21600">
            <v:path/>
            <v:fill on="f" focussize="0,0"/>
            <v:stroke on="f" joinstyle="miter"/>
            <v:imagedata r:id="rId277" o:title="eqId9619c5d5ac876196302e4c08f99ecbd0"/>
            <o:lock v:ext="edit" aspectratio="t"/>
            <w10:wrap type="none"/>
            <w10:anchorlock/>
          </v:shape>
        </w:pict>
      </w:r>
      <w:r>
        <w:rPr>
          <w:rFonts w:ascii="宋体" w:hAnsi="宋体" w:eastAsia="宋体" w:cs="宋体"/>
          <w:color w:val="000000"/>
        </w:rPr>
        <w:t>时，即</w:t>
      </w:r>
    </w:p>
    <w:p>
      <w:pPr>
        <w:spacing w:line="360" w:lineRule="auto"/>
        <w:jc w:val="left"/>
        <w:textAlignment w:val="center"/>
        <w:rPr>
          <w:color w:val="000000"/>
        </w:rPr>
      </w:pPr>
      <w:r>
        <w:rPr>
          <w:rFonts w:ascii="宋体" w:hAnsi="宋体" w:eastAsia="宋体" w:cs="宋体"/>
          <w:color w:val="000000"/>
        </w:rPr>
        <w:t>当</w:t>
      </w:r>
      <w:r>
        <w:pict>
          <v:shape id="_x0000_i710048" o:spt="75" alt="学科网(www.zxxk.com)--教育资源门户，提供试卷、教案、课件、论文、素材以及各类教学资源下载，还有大量而丰富的教学相关资讯！" type="#_x0000_t75" style="height:13pt;width:62pt;" o:ole="t" filled="f" o:preferrelative="t" stroked="f" coordsize="21600,21600">
            <v:path/>
            <v:fill on="f" focussize="0,0"/>
            <v:stroke on="f" joinstyle="miter"/>
            <v:imagedata r:id="rId278" o:title="eqId3b2c37d26e98d1acea56ccda551c1623"/>
            <o:lock v:ext="edit" aspectratio="t"/>
            <w10:wrap type="none"/>
            <w10:anchorlock/>
          </v:shape>
        </w:pict>
      </w:r>
      <w:r>
        <w:rPr>
          <w:rFonts w:ascii="宋体" w:hAnsi="宋体" w:eastAsia="宋体" w:cs="宋体"/>
          <w:color w:val="000000"/>
        </w:rPr>
        <w:t>时，即</w:t>
      </w:r>
      <w:r>
        <w:pict>
          <v:shape id="_x0000_i710049" o:spt="75" alt="学科网(www.zxxk.com)--教育资源门户，提供试卷、教案、课件、论文、素材以及各类教学资源下载，还有大量而丰富的教学相关资讯！" type="#_x0000_t75" style="height:16.2pt;width:75pt;" o:ole="t" filled="f" o:preferrelative="t" stroked="f" coordsize="21600,21600">
            <v:path/>
            <v:fill on="f" focussize="0,0"/>
            <v:stroke on="f" joinstyle="miter"/>
            <v:imagedata r:id="rId279" o:title="eqIdc2c4158bd487c94be17fc142cfc95f58"/>
            <o:lock v:ext="edit" aspectratio="t"/>
            <w10:wrap type="none"/>
            <w10:anchorlock/>
          </v:shape>
        </w:pict>
      </w:r>
      <w:r>
        <w:rPr>
          <w:rFonts w:ascii="宋体" w:hAnsi="宋体" w:eastAsia="宋体" w:cs="宋体"/>
          <w:color w:val="000000"/>
        </w:rPr>
        <w:t>，两种情况讨论求解即可．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表示数</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w:t>
      </w:r>
      <w:r>
        <w:rPr>
          <w:rFonts w:ascii="Times New Roman" w:hAnsi="Times New Roman" w:eastAsia="Times New Roman" w:cs="Times New Roman"/>
          <w:color w:val="000000"/>
        </w:rPr>
        <w:t>5</w:t>
      </w:r>
      <w:r>
        <w:rPr>
          <w:rFonts w:ascii="宋体" w:hAnsi="宋体" w:eastAsia="宋体" w:cs="宋体"/>
          <w:color w:val="000000"/>
        </w:rPr>
        <w:t>，点</w:t>
      </w:r>
      <w:r>
        <w:pict>
          <v:shape id="_x0000_i710050"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280" o:title="eqIdb1241216f3c1cb5e73043dd1037f55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10051"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281" o:title="eqIdb1241216f3c1cb5e73043dd1037f556d"/>
            <o:lock v:ext="edit" aspectratio="t"/>
            <w10:wrap type="none"/>
            <w10:anchorlock/>
          </v:shape>
        </w:pict>
      </w:r>
      <w:r>
        <w:rPr>
          <w:rFonts w:ascii="宋体" w:hAnsi="宋体" w:eastAsia="宋体" w:cs="宋体"/>
          <w:color w:val="000000"/>
        </w:rPr>
        <w:t>不在线段</w:t>
      </w:r>
      <w:r>
        <w:rPr>
          <w:rFonts w:ascii="Times New Roman" w:hAnsi="Times New Roman" w:eastAsia="Times New Roman" w:cs="Times New Roman"/>
          <w:i/>
          <w:color w:val="000000"/>
        </w:rPr>
        <w:t>AB</w:t>
      </w:r>
      <w:r>
        <w:rPr>
          <w:rFonts w:ascii="宋体" w:hAnsi="宋体" w:eastAsia="宋体" w:cs="宋体"/>
          <w:color w:val="000000"/>
        </w:rPr>
        <w:t>上，即点</w:t>
      </w:r>
      <w:r>
        <w:pict>
          <v:shape id="_x0000_i710052"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281" o:title="eqIdb1241216f3c1cb5e73043dd1037f556d"/>
            <o:lock v:ext="edit" aspectratio="t"/>
            <w10:wrap type="none"/>
            <w10:anchorlock/>
          </v:shape>
        </w:pict>
      </w:r>
      <w:r>
        <w:rPr>
          <w:rFonts w:ascii="宋体" w:hAnsi="宋体" w:eastAsia="宋体" w:cs="宋体"/>
          <w:color w:val="000000"/>
        </w:rPr>
        <w:t>不是线段</w:t>
      </w:r>
      <w:r>
        <w:rPr>
          <w:rFonts w:ascii="Times New Roman" w:hAnsi="Times New Roman" w:eastAsia="Times New Roman" w:cs="Times New Roman"/>
          <w:i/>
          <w:color w:val="000000"/>
        </w:rPr>
        <w:t>AB</w:t>
      </w:r>
      <w:r>
        <w:rPr>
          <w:rFonts w:ascii="宋体" w:hAnsi="宋体" w:eastAsia="宋体" w:cs="宋体"/>
          <w:color w:val="000000"/>
        </w:rPr>
        <w:t>的闭二倍关联点；</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表示数</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w:t>
      </w:r>
      <w:r>
        <w:rPr>
          <w:rFonts w:ascii="Times New Roman" w:hAnsi="Times New Roman" w:eastAsia="Times New Roman" w:cs="Times New Roman"/>
          <w:color w:val="000000"/>
        </w:rPr>
        <w:t>5</w:t>
      </w:r>
      <w:r>
        <w:rPr>
          <w:rFonts w:ascii="宋体" w:hAnsi="宋体" w:eastAsia="宋体" w:cs="宋体"/>
          <w:color w:val="000000"/>
        </w:rPr>
        <w:t>，点</w:t>
      </w:r>
      <w:r>
        <w:pict>
          <v:shape id="_x0000_i71005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82" o:title="eqId23f3ffe7abc59e2f65d827c8eab8d36a"/>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54" o:spt="75" alt="学科网(www.zxxk.com)--教育资源门户，提供试卷、教案、课件、论文、素材以及各类教学资源下载，还有大量而丰富的教学相关资讯！" type="#_x0000_t75" style="height:19.8pt;width:91.8pt;" o:ole="t" filled="f" o:preferrelative="t" stroked="f" coordsize="21600,21600">
            <v:path/>
            <v:fill on="f" focussize="0,0"/>
            <v:stroke on="f" joinstyle="miter"/>
            <v:imagedata r:id="rId283" o:title="eqId4e889b1cba558d3457e1efb980ec09fc"/>
            <o:lock v:ext="edit" aspectratio="t"/>
            <w10:wrap type="none"/>
            <w10:anchorlock/>
          </v:shape>
        </w:pict>
      </w:r>
      <w:r>
        <w:rPr>
          <w:rFonts w:ascii="宋体" w:hAnsi="宋体" w:eastAsia="宋体" w:cs="宋体"/>
          <w:color w:val="000000"/>
        </w:rPr>
        <w:t>，</w:t>
      </w:r>
      <w:r>
        <w:pict>
          <v:shape id="_x0000_i710055" o:spt="75" alt="学科网(www.zxxk.com)--教育资源门户，提供试卷、教案、课件、论文、素材以及各类教学资源下载，还有大量而丰富的教学相关资讯！" type="#_x0000_t75" style="height:18pt;width:75pt;" o:ole="t" filled="f" o:preferrelative="t" stroked="f" coordsize="21600,21600">
            <v:path/>
            <v:fill on="f" focussize="0,0"/>
            <v:stroke on="f" joinstyle="miter"/>
            <v:imagedata r:id="rId284" o:title="eqIdd4da41bcbf05a270ee203da29f5dee9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56" o:spt="75" alt="学科网(www.zxxk.com)--教育资源门户，提供试卷、教案、课件、论文、素材以及各类教学资源下载，还有大量而丰富的教学相关资讯！" type="#_x0000_t75" style="height:18pt;width:63pt;" o:ole="t" filled="f" o:preferrelative="t" stroked="f" coordsize="21600,21600">
            <v:path/>
            <v:fill on="f" focussize="0,0"/>
            <v:stroke on="f" joinstyle="miter"/>
            <v:imagedata r:id="rId285" o:title="eqIdb15fe74d1e0ed62c2eba2744f4b9074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1005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86" o:title="eqId23f3ffe7abc59e2f65d827c8eab8d36a"/>
            <o:lock v:ext="edit" aspectratio="t"/>
            <w10:wrap type="none"/>
            <w10:anchorlock/>
          </v:shape>
        </w:pict>
      </w:r>
      <w:r>
        <w:rPr>
          <w:rFonts w:ascii="宋体" w:hAnsi="宋体" w:eastAsia="宋体" w:cs="宋体"/>
          <w:color w:val="000000"/>
        </w:rPr>
        <w:t>线段</w:t>
      </w:r>
      <w:r>
        <w:rPr>
          <w:rFonts w:ascii="Times New Roman" w:hAnsi="Times New Roman" w:eastAsia="Times New Roman" w:cs="Times New Roman"/>
          <w:i/>
          <w:color w:val="000000"/>
        </w:rPr>
        <w:t>AB</w:t>
      </w:r>
      <w:r>
        <w:rPr>
          <w:rFonts w:ascii="宋体" w:hAnsi="宋体" w:eastAsia="宋体" w:cs="宋体"/>
          <w:color w:val="000000"/>
        </w:rPr>
        <w:t>的闭二倍关联点，</w:t>
      </w:r>
    </w:p>
    <w:p>
      <w:pPr>
        <w:spacing w:line="360" w:lineRule="auto"/>
        <w:jc w:val="left"/>
        <w:textAlignment w:val="center"/>
        <w:rPr>
          <w:color w:val="000000"/>
        </w:rPr>
      </w:pPr>
      <w:r>
        <w:rPr>
          <w:rFonts w:ascii="宋体" w:hAnsi="宋体" w:eastAsia="宋体" w:cs="宋体"/>
          <w:color w:val="000000"/>
        </w:rPr>
        <w:t>同理</w:t>
      </w:r>
      <w:r>
        <w:pict>
          <v:shape id="_x0000_i710058" o:spt="75" alt="学科网(www.zxxk.com)--教育资源门户，提供试卷、教案、课件、论文、素材以及各类教学资源下载，还有大量而丰富的教学相关资讯！" type="#_x0000_t75" style="height:19.8pt;width:91.8pt;" o:ole="t" filled="f" o:preferrelative="t" stroked="f" coordsize="21600,21600">
            <v:path/>
            <v:fill on="f" focussize="0,0"/>
            <v:stroke on="f" joinstyle="miter"/>
            <v:imagedata r:id="rId287" o:title="eqId0573c43539638b23ac4abed8da1a35c9"/>
            <o:lock v:ext="edit" aspectratio="t"/>
            <w10:wrap type="none"/>
            <w10:anchorlock/>
          </v:shape>
        </w:pict>
      </w:r>
      <w:r>
        <w:rPr>
          <w:rFonts w:ascii="宋体" w:hAnsi="宋体" w:eastAsia="宋体" w:cs="宋体"/>
          <w:color w:val="000000"/>
        </w:rPr>
        <w:t>，</w:t>
      </w:r>
      <w:r>
        <w:pict>
          <v:shape id="_x0000_i710059" o:spt="75" alt="学科网(www.zxxk.com)--教育资源门户，提供试卷、教案、课件、论文、素材以及各类教学资源下载，还有大量而丰富的教学相关资讯！" type="#_x0000_t75" style="height:18pt;width:76.2pt;" o:ole="t" filled="f" o:preferrelative="t" stroked="f" coordsize="21600,21600">
            <v:path/>
            <v:fill on="f" focussize="0,0"/>
            <v:stroke on="f" joinstyle="miter"/>
            <v:imagedata r:id="rId288" o:title="eqId036d823906a51d4378303fd9f03f1f3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60" o:spt="75" alt="学科网(www.zxxk.com)--教育资源门户，提供试卷、教案、课件、论文、素材以及各类教学资源下载，还有大量而丰富的教学相关资讯！" type="#_x0000_t75" style="height:18pt;width:61.8pt;" o:ole="t" filled="f" o:preferrelative="t" stroked="f" coordsize="21600,21600">
            <v:path/>
            <v:fill on="f" focussize="0,0"/>
            <v:stroke on="f" joinstyle="miter"/>
            <v:imagedata r:id="rId289" o:title="eqId3e8a14e8855b77cde9de1a1857538a5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10061"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90" o:title="eqIdab94459e87c666facddbe1a23ae1899d"/>
            <o:lock v:ext="edit" aspectratio="t"/>
            <w10:wrap type="none"/>
            <w10:anchorlock/>
          </v:shape>
        </w:pict>
      </w:r>
      <w:r>
        <w:rPr>
          <w:rFonts w:ascii="宋体" w:hAnsi="宋体" w:eastAsia="宋体" w:cs="宋体"/>
          <w:color w:val="000000"/>
        </w:rPr>
        <w:t>线段</w:t>
      </w:r>
      <w:r>
        <w:rPr>
          <w:rFonts w:ascii="Times New Roman" w:hAnsi="Times New Roman" w:eastAsia="Times New Roman" w:cs="Times New Roman"/>
          <w:i/>
          <w:color w:val="000000"/>
        </w:rPr>
        <w:t>AB</w:t>
      </w:r>
      <w:r>
        <w:rPr>
          <w:rFonts w:ascii="宋体" w:hAnsi="宋体" w:eastAsia="宋体" w:cs="宋体"/>
          <w:color w:val="000000"/>
        </w:rPr>
        <w:t>的闭二倍关联点，</w:t>
      </w:r>
    </w:p>
    <w:p>
      <w:pPr>
        <w:spacing w:line="360" w:lineRule="auto"/>
        <w:jc w:val="left"/>
        <w:textAlignment w:val="center"/>
        <w:rPr>
          <w:color w:val="000000"/>
        </w:rPr>
      </w:pPr>
      <w:r>
        <w:rPr>
          <w:rFonts w:ascii="宋体" w:hAnsi="宋体" w:eastAsia="宋体" w:cs="宋体"/>
          <w:color w:val="000000"/>
        </w:rPr>
        <w:t>故答案为：</w:t>
      </w:r>
      <w:r>
        <w:pict>
          <v:shape id="_x0000_i71006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91" o:title="eqId23f3ffe7abc59e2f65d827c8eab8d36a"/>
            <o:lock v:ext="edit" aspectratio="t"/>
            <w10:wrap type="none"/>
            <w10:anchorlock/>
          </v:shape>
        </w:pict>
      </w:r>
      <w:r>
        <w:rPr>
          <w:rFonts w:ascii="宋体" w:hAnsi="宋体" w:eastAsia="宋体" w:cs="宋体"/>
          <w:color w:val="000000"/>
        </w:rPr>
        <w:t>和</w:t>
      </w:r>
      <w:r>
        <w:pict>
          <v:shape id="_x0000_i710063"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92" o:title="eqIdab94459e87c666facddbe1a23ae1899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是线段</w:t>
      </w:r>
      <w:r>
        <w:rPr>
          <w:rFonts w:ascii="Times New Roman" w:hAnsi="Times New Roman" w:eastAsia="Times New Roman" w:cs="Times New Roman"/>
          <w:i/>
          <w:color w:val="000000"/>
        </w:rPr>
        <w:t>AB</w:t>
      </w:r>
      <w:r>
        <w:rPr>
          <w:rFonts w:ascii="宋体" w:hAnsi="宋体" w:eastAsia="宋体" w:cs="宋体"/>
          <w:color w:val="000000"/>
        </w:rPr>
        <w:t>的闭二倍关联点，</w:t>
      </w:r>
    </w:p>
    <w:p>
      <w:pPr>
        <w:spacing w:line="360" w:lineRule="auto"/>
        <w:jc w:val="left"/>
        <w:textAlignment w:val="center"/>
        <w:rPr>
          <w:color w:val="000000"/>
        </w:rPr>
      </w:pPr>
      <w:r>
        <w:rPr>
          <w:rFonts w:ascii="宋体" w:hAnsi="宋体" w:eastAsia="宋体" w:cs="宋体"/>
          <w:color w:val="000000"/>
        </w:rPr>
        <w:t>∴</w:t>
      </w:r>
      <w:r>
        <w:pict>
          <v:shape id="_x0000_i710064" o:spt="75" alt="学科网(www.zxxk.com)--教育资源门户，提供试卷、教案、课件、论文、素材以及各类教学资源下载，还有大量而丰富的教学相关资讯！" type="#_x0000_t75" style="height:19.8pt;width:88.2pt;" o:ole="t" filled="f" o:preferrelative="t" stroked="f" coordsize="21600,21600">
            <v:path/>
            <v:fill on="f" focussize="0,0"/>
            <v:stroke on="f" joinstyle="miter"/>
            <v:imagedata r:id="rId293" o:title="eqIdba2317e94c33d4956349914ed1a497e2"/>
            <o:lock v:ext="edit" aspectratio="t"/>
            <w10:wrap type="none"/>
            <w10:anchorlock/>
          </v:shape>
        </w:pict>
      </w:r>
      <w:r>
        <w:rPr>
          <w:rFonts w:ascii="宋体" w:hAnsi="宋体" w:eastAsia="宋体" w:cs="宋体"/>
          <w:color w:val="000000"/>
        </w:rPr>
        <w:t>，</w:t>
      </w:r>
      <w:r>
        <w:pict>
          <v:shape id="_x0000_i710065" o:spt="75" alt="学科网(www.zxxk.com)--教育资源门户，提供试卷、教案、课件、论文、素材以及各类教学资源下载，还有大量而丰富的教学相关资讯！" type="#_x0000_t75" style="height:13.8pt;width:55.2pt;" o:ole="t" filled="f" o:preferrelative="t" stroked="f" coordsize="21600,21600">
            <v:path/>
            <v:fill on="f" focussize="0,0"/>
            <v:stroke on="f" joinstyle="miter"/>
            <v:imagedata r:id="rId294" o:title="eqIdc76b8ba7d07cf341d1206a5e0e67c5a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066"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295" o:title="eqId3d3976d08e5f9e24e76ce9579c06a8dc"/>
            <o:lock v:ext="edit" aspectratio="t"/>
            <w10:wrap type="none"/>
            <w10:anchorlock/>
          </v:shape>
        </w:pict>
      </w:r>
      <w:r>
        <w:rPr>
          <w:rFonts w:ascii="宋体" w:hAnsi="宋体" w:eastAsia="宋体" w:cs="宋体"/>
          <w:color w:val="000000"/>
        </w:rPr>
        <w:t>时，即</w:t>
      </w:r>
      <w:r>
        <w:pict>
          <v:shape id="_x0000_i710067" o:spt="75" alt="学科网(www.zxxk.com)--教育资源门户，提供试卷、教案、课件、论文、素材以及各类教学资源下载，还有大量而丰富的教学相关资讯！" type="#_x0000_t75" style="height:19.8pt;width:61.2pt;" o:ole="t" filled="f" o:preferrelative="t" stroked="f" coordsize="21600,21600">
            <v:path/>
            <v:fill on="f" focussize="0,0"/>
            <v:stroke on="f" joinstyle="miter"/>
            <v:imagedata r:id="rId296" o:title="eqIdb505e4f07a87b072c07ad6cec4be0b3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006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97" o:title="eqId57daa4f0848d98b95c1ae054a3c9a5a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069" o:spt="75" alt="学科网(www.zxxk.com)--教育资源门户，提供试卷、教案、课件、论文、素材以及各类教学资源下载，还有大量而丰富的教学相关资讯！" type="#_x0000_t75" style="height:13.95pt;width:56pt;" o:ole="t" filled="f" o:preferrelative="t" stroked="f" coordsize="21600,21600">
            <v:path/>
            <v:fill on="f" focussize="0,0"/>
            <v:stroke on="f" joinstyle="miter"/>
            <v:imagedata r:id="rId298" o:title="eqIde7777a27259d26724229b604df42656c"/>
            <o:lock v:ext="edit" aspectratio="t"/>
            <w10:wrap type="none"/>
            <w10:anchorlock/>
          </v:shape>
        </w:pict>
      </w:r>
      <w:r>
        <w:rPr>
          <w:rFonts w:ascii="宋体" w:hAnsi="宋体" w:eastAsia="宋体" w:cs="宋体"/>
          <w:color w:val="000000"/>
        </w:rPr>
        <w:t>时，即</w:t>
      </w:r>
      <w:r>
        <w:pict>
          <v:shape id="_x0000_i710070" o:spt="75" alt="学科网(www.zxxk.com)--教育资源门户，提供试卷、教案、课件、论文、素材以及各类教学资源下载，还有大量而丰富的教学相关资讯！" type="#_x0000_t75" style="height:14.4pt;width:44.4pt;" o:ole="t" filled="f" o:preferrelative="t" stroked="f" coordsize="21600,21600">
            <v:path/>
            <v:fill on="f" focussize="0,0"/>
            <v:stroke on="f" joinstyle="miter"/>
            <v:imagedata r:id="rId299" o:title="eqIddde9fe96887bdbf7ceb99cb9bf951a8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0071"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00" o:title="eqId224d30ca84f1aeeeda7a718e751a492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3.5</w:t>
      </w:r>
      <w:r>
        <w:rPr>
          <w:rFonts w:ascii="宋体" w:hAnsi="宋体" w:eastAsia="宋体" w:cs="宋体"/>
          <w:color w:val="000000"/>
        </w:rPr>
        <w:t>或</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是线段</w:t>
      </w:r>
      <w:r>
        <w:rPr>
          <w:rFonts w:ascii="Times New Roman" w:hAnsi="Times New Roman" w:eastAsia="Times New Roman" w:cs="Times New Roman"/>
          <w:i/>
          <w:color w:val="000000"/>
        </w:rPr>
        <w:t>AB</w:t>
      </w:r>
      <w:r>
        <w:rPr>
          <w:rFonts w:ascii="宋体" w:hAnsi="宋体" w:eastAsia="宋体" w:cs="宋体"/>
          <w:color w:val="000000"/>
        </w:rPr>
        <w:t>的闭二倍关联点，</w:t>
      </w:r>
    </w:p>
    <w:p>
      <w:pPr>
        <w:spacing w:line="360" w:lineRule="auto"/>
        <w:jc w:val="left"/>
        <w:textAlignment w:val="center"/>
        <w:rPr>
          <w:color w:val="000000"/>
        </w:rPr>
      </w:pPr>
      <w:r>
        <w:rPr>
          <w:rFonts w:ascii="宋体" w:hAnsi="宋体" w:eastAsia="宋体" w:cs="宋体"/>
          <w:color w:val="000000"/>
        </w:rPr>
        <w:t>∴</w:t>
      </w:r>
      <w:r>
        <w:pict>
          <v:shape id="_x0000_i710072" o:spt="75" alt="学科网(www.zxxk.com)--教育资源门户，提供试卷、教案、课件、论文、素材以及各类教学资源下载，还有大量而丰富的教学相关资讯！" type="#_x0000_t75" style="height:13.8pt;width:60pt;" o:ole="t" filled="f" o:preferrelative="t" stroked="f" coordsize="21600,21600">
            <v:path/>
            <v:fill on="f" focussize="0,0"/>
            <v:stroke on="f" joinstyle="miter"/>
            <v:imagedata r:id="rId301" o:title="eqId8b06de27396a01240b5a927e742362dc"/>
            <o:lock v:ext="edit" aspectratio="t"/>
            <w10:wrap type="none"/>
            <w10:anchorlock/>
          </v:shape>
        </w:pict>
      </w:r>
      <w:r>
        <w:rPr>
          <w:rFonts w:ascii="宋体" w:hAnsi="宋体" w:eastAsia="宋体" w:cs="宋体"/>
          <w:color w:val="000000"/>
        </w:rPr>
        <w:t>，</w:t>
      </w:r>
      <w:r>
        <w:pict>
          <v:shape id="_x0000_i710073" o:spt="75" alt="学科网(www.zxxk.com)--教育资源门户，提供试卷、教案、课件、论文、素材以及各类教学资源下载，还有大量而丰富的教学相关资讯！" type="#_x0000_t75" style="height:15pt;width:63pt;" o:ole="t" filled="f" o:preferrelative="t" stroked="f" coordsize="21600,21600">
            <v:path/>
            <v:fill on="f" focussize="0,0"/>
            <v:stroke on="f" joinstyle="miter"/>
            <v:imagedata r:id="rId302" o:title="eqId840f1dbb725d3b6f9eb9f92cfd6362b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074" o:spt="75" alt="学科网(www.zxxk.com)--教育资源门户，提供试卷、教案、课件、论文、素材以及各类教学资源下载，还有大量而丰富的教学相关资讯！" type="#_x0000_t75" style="height:13.2pt;width:61.8pt;" o:ole="t" filled="f" o:preferrelative="t" stroked="f" coordsize="21600,21600">
            <v:path/>
            <v:fill on="f" focussize="0,0"/>
            <v:stroke on="f" joinstyle="miter"/>
            <v:imagedata r:id="rId303" o:title="eqId9619c5d5ac876196302e4c08f99ecbd0"/>
            <o:lock v:ext="edit" aspectratio="t"/>
            <w10:wrap type="none"/>
            <w10:anchorlock/>
          </v:shape>
        </w:pict>
      </w:r>
      <w:r>
        <w:rPr>
          <w:rFonts w:ascii="宋体" w:hAnsi="宋体" w:eastAsia="宋体" w:cs="宋体"/>
          <w:color w:val="000000"/>
        </w:rPr>
        <w:t>时，即</w:t>
      </w:r>
      <w:r>
        <w:pict>
          <v:shape id="_x0000_i710075" o:spt="75" alt="学科网(www.zxxk.com)--教育资源门户，提供试卷、教案、课件、论文、素材以及各类教学资源下载，还有大量而丰富的教学相关资讯！" type="#_x0000_t75" style="height:16.2pt;width:79.2pt;" o:ole="t" filled="f" o:preferrelative="t" stroked="f" coordsize="21600,21600">
            <v:path/>
            <v:fill on="f" focussize="0,0"/>
            <v:stroke on="f" joinstyle="miter"/>
            <v:imagedata r:id="rId304" o:title="eqId6ecba8bde7da40794531a0f54a63277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76" o:spt="75" alt="学科网(www.zxxk.com)--教育资源门户，提供试卷、教案、课件、论文、素材以及各类教学资源下载，还有大量而丰富的教学相关资讯！" type="#_x0000_t75" style="height:31.2pt;width:54pt;" o:ole="t" filled="f" o:preferrelative="t" stroked="f" coordsize="21600,21600">
            <v:path/>
            <v:fill on="f" focussize="0,0"/>
            <v:stroke on="f" joinstyle="miter"/>
            <v:imagedata r:id="rId305" o:title="eqIde2196dbed13d50f50d2a6f0658ee574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在线段</w:t>
      </w:r>
      <w:r>
        <w:rPr>
          <w:rFonts w:ascii="Times New Roman" w:hAnsi="Times New Roman" w:eastAsia="Times New Roman" w:cs="Times New Roman"/>
          <w:i/>
          <w:color w:val="000000"/>
        </w:rPr>
        <w:t>CD</w:t>
      </w:r>
      <w:r>
        <w:rPr>
          <w:rFonts w:ascii="宋体" w:hAnsi="宋体" w:eastAsia="宋体" w:cs="宋体"/>
          <w:color w:val="000000"/>
        </w:rPr>
        <w:t>上，且</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表示的数分别为</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77" o:spt="75" alt="学科网(www.zxxk.com)--教育资源门户，提供试卷、教案、课件、论文、素材以及各类教学资源下载，还有大量而丰富的教学相关资讯！" type="#_x0000_t75" style="height:31.2pt;width:70.8pt;" o:ole="t" filled="f" o:preferrelative="t" stroked="f" coordsize="21600,21600">
            <v:path/>
            <v:fill on="f" focussize="0,0"/>
            <v:stroke on="f" joinstyle="miter"/>
            <v:imagedata r:id="rId306" o:title="eqId77e8ef81e6462c003773cf72bdf1a5d8"/>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0078"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307" o:title="eqId70a9b58b5e196adadbfba081cf1088e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079" o:spt="75" alt="学科网(www.zxxk.com)--教育资源门户，提供试卷、教案、课件、论文、素材以及各类教学资源下载，还有大量而丰富的教学相关资讯！" type="#_x0000_t75" style="height:13pt;width:62pt;" o:ole="t" filled="f" o:preferrelative="t" stroked="f" coordsize="21600,21600">
            <v:path/>
            <v:fill on="f" focussize="0,0"/>
            <v:stroke on="f" joinstyle="miter"/>
            <v:imagedata r:id="rId308" o:title="eqId3b2c37d26e98d1acea56ccda551c1623"/>
            <o:lock v:ext="edit" aspectratio="t"/>
            <w10:wrap type="none"/>
            <w10:anchorlock/>
          </v:shape>
        </w:pict>
      </w:r>
      <w:r>
        <w:rPr>
          <w:rFonts w:ascii="宋体" w:hAnsi="宋体" w:eastAsia="宋体" w:cs="宋体"/>
          <w:color w:val="000000"/>
        </w:rPr>
        <w:t>时，即</w:t>
      </w:r>
      <w:r>
        <w:pict>
          <v:shape id="_x0000_i710080" o:spt="75" alt="学科网(www.zxxk.com)--教育资源门户，提供试卷、教案、课件、论文、素材以及各类教学资源下载，还有大量而丰富的教学相关资讯！" type="#_x0000_t75" style="height:16.2pt;width:75pt;" o:ole="t" filled="f" o:preferrelative="t" stroked="f" coordsize="21600,21600">
            <v:path/>
            <v:fill on="f" focussize="0,0"/>
            <v:stroke on="f" joinstyle="miter"/>
            <v:imagedata r:id="rId309" o:title="eqIdc2c4158bd487c94be17fc142cfc95f5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81"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310" o:title="eqId0117e06c4c338f10967b45f65c31526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在线段</w:t>
      </w:r>
      <w:r>
        <w:rPr>
          <w:rFonts w:ascii="Times New Roman" w:hAnsi="Times New Roman" w:eastAsia="Times New Roman" w:cs="Times New Roman"/>
          <w:i/>
          <w:color w:val="000000"/>
        </w:rPr>
        <w:t>CD</w:t>
      </w:r>
      <w:r>
        <w:rPr>
          <w:rFonts w:ascii="宋体" w:hAnsi="宋体" w:eastAsia="宋体" w:cs="宋体"/>
          <w:color w:val="000000"/>
        </w:rPr>
        <w:t>上，且</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表示的数分别为</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082" o:spt="75" alt="学科网(www.zxxk.com)--教育资源门户，提供试卷、教案、课件、论文、素材以及各类教学资源下载，还有大量而丰富的教学相关资讯！" type="#_x0000_t75" style="height:13.8pt;width:70.8pt;" o:ole="t" filled="f" o:preferrelative="t" stroked="f" coordsize="21600,21600">
            <v:path/>
            <v:fill on="f" focussize="0,0"/>
            <v:stroke on="f" joinstyle="miter"/>
            <v:imagedata r:id="rId311" o:title="eqId5b4a2b62453b37acfe2cb424288ffc84"/>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0083"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312" o:title="eqIdb51a01e7f149eb75b350e69a23afce8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0084" o:spt="75" alt="学科网(www.zxxk.com)--教育资源门户，提供试卷、教案、课件、论文、素材以及各类教学资源下载，还有大量而丰富的教学相关资讯！" type="#_x0000_t75" style="height:14.25pt;width:48.25pt;" o:ole="t" filled="f" o:preferrelative="t" stroked="f" coordsize="21600,21600">
            <v:path/>
            <v:fill on="f" focussize="0,0"/>
            <v:stroke on="f" joinstyle="miter"/>
            <v:imagedata r:id="rId313" o:title="eqIdd2a3adf1300fbef4de6b745bd2c6f73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本题主要考查了用数轴表示有理数，数轴上两点的距离，解题的关键在于正确理解题意．</w:t>
      </w:r>
    </w:p>
    <w:p>
      <w:pPr>
        <w:pStyle w:val="Heading2"/>
      </w:pPr>
      <w:r>
        <w:t>海淀区首都师范大学附属中学第一分校</w:t>
      </w:r>
    </w:p>
    <w:p>
      <w:pPr>
        <w:spacing w:line="360" w:lineRule="auto"/>
        <w:jc w:val="both"/>
        <w:textAlignment w:val="center"/>
        <w:rPr>
          <w:color w:val="000000"/>
        </w:rPr>
      </w:pPr>
      <w:r>
        <w:rPr>
          <w:color w:val="000000"/>
        </w:rPr>
        <w:t xml:space="preserve">26. </w:t>
      </w:r>
      <w:r>
        <w:rPr>
          <w:rFonts w:ascii="宋体" w:hAnsi="宋体" w:eastAsia="宋体" w:cs="宋体"/>
          <w:color w:val="000000"/>
        </w:rPr>
        <w:t>如图，直线</w:t>
      </w:r>
      <w:r>
        <w:pict>
          <v:shape id="_x0000_i710085" o:spt="75" alt="学科网(www.zxxk.com)--教育资源门户，提供试卷、教案、课件、论文、素材以及各类教学资源下载，还有大量而丰富的教学相关资讯！" type="#_x0000_t75" style="height:13.3pt;width:74.3pt;" o:ole="t" filled="f" o:preferrelative="t" stroked="f" coordsize="21600,21600">
            <v:path/>
            <v:fill on="f" focussize="0,0"/>
            <v:stroke on="f" joinstyle="miter"/>
            <v:imagedata r:id="rId314" o:title="eqId8c30ac5adb0b9c4419d61b68b72dbd8d"/>
            <o:lock v:ext="edit" aspectratio="t"/>
            <w10:wrap type="none"/>
            <w10:anchorlock/>
          </v:shape>
        </w:pict>
      </w:r>
      <w:r>
        <w:rPr>
          <w:rFonts w:ascii="宋体" w:hAnsi="宋体" w:eastAsia="宋体" w:cs="宋体"/>
          <w:color w:val="000000"/>
        </w:rPr>
        <w:t>相交于点</w:t>
      </w:r>
      <w:r>
        <w:rPr>
          <w:rFonts w:ascii="Times New Roman" w:hAnsi="Times New Roman" w:eastAsia="Times New Roman" w:cs="Times New Roman"/>
          <w:i/>
          <w:color w:val="000000"/>
        </w:rPr>
        <w:t>O</w:t>
      </w:r>
      <w:r>
        <w:rPr>
          <w:rFonts w:ascii="宋体" w:hAnsi="宋体" w:eastAsia="宋体" w:cs="宋体"/>
          <w:color w:val="000000"/>
        </w:rPr>
        <w:t>，且</w:t>
      </w:r>
      <w:r>
        <w:pict>
          <v:shape id="_x0000_i710086" o:spt="75" alt="学科网(www.zxxk.com)--教育资源门户，提供试卷、教案、课件、论文、素材以及各类教学资源下载，还有大量而丰富的教学相关资讯！" type="#_x0000_t75" style="height:12.75pt;width:60.75pt;" o:ole="t" filled="f" o:preferrelative="t" stroked="f" coordsize="21600,21600">
            <v:path/>
            <v:fill on="f" focussize="0,0"/>
            <v:stroke on="f" joinstyle="miter"/>
            <v:imagedata r:id="rId315" o:title="eqId1cff606045e964c1ca1948eadb44c2b8"/>
            <o:lock v:ext="edit" aspectratio="t"/>
            <w10:wrap type="none"/>
            <w10:anchorlock/>
          </v:shape>
        </w:pict>
      </w:r>
      <w:r>
        <w:rPr>
          <w:rFonts w:ascii="宋体" w:hAnsi="宋体" w:eastAsia="宋体" w:cs="宋体"/>
          <w:color w:val="000000"/>
        </w:rPr>
        <w:t>，</w:t>
      </w:r>
      <w:r>
        <w:pict>
          <v:shape id="_x0000_i71008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16" o:title="eqId307bd991211ec79b47a4be52933bb8e7"/>
            <o:lock v:ext="edit" aspectratio="t"/>
            <w10:wrap type="none"/>
            <w10:anchorlock/>
          </v:shape>
        </w:pict>
      </w:r>
      <w:r>
        <w:rPr>
          <w:rFonts w:ascii="宋体" w:hAnsi="宋体" w:eastAsia="宋体" w:cs="宋体"/>
          <w:color w:val="000000"/>
        </w:rPr>
        <w:t>平分</w:t>
      </w:r>
      <w:r>
        <w:pict>
          <v:shape id="_x0000_i710088"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317" o:title="eqId843adec8fba1741ccb81a9017cfb815f"/>
            <o:lock v:ext="edit" aspectratio="t"/>
            <w10:wrap type="none"/>
            <w10:anchorlock/>
          </v:shape>
        </w:pict>
      </w:r>
      <w:r>
        <w:rPr>
          <w:rFonts w:ascii="宋体" w:hAnsi="宋体" w:eastAsia="宋体" w:cs="宋体"/>
          <w:color w:val="000000"/>
        </w:rPr>
        <w:t>，若</w:t>
      </w:r>
      <w:r>
        <w:pict>
          <v:shape id="_x0000_i710089" o:spt="75" alt="学科网(www.zxxk.com)--教育资源门户，提供试卷、教案、课件、论文、素材以及各类教学资源下载，还有大量而丰富的教学相关资讯！" type="#_x0000_t75" style="height:12.75pt;width:57.75pt;" o:ole="t" filled="f" o:preferrelative="t" stroked="f" coordsize="21600,21600">
            <v:path/>
            <v:fill on="f" focussize="0,0"/>
            <v:stroke on="f" joinstyle="miter"/>
            <v:imagedata r:id="rId318" o:title="eqId934cead64d5333ff222a17e31c364280"/>
            <o:lock v:ext="edit" aspectratio="t"/>
            <w10:wrap type="none"/>
            <w10:anchorlock/>
          </v:shape>
        </w:pict>
      </w:r>
      <w:r>
        <w:rPr>
          <w:rFonts w:ascii="宋体" w:hAnsi="宋体" w:eastAsia="宋体" w:cs="宋体"/>
          <w:color w:val="000000"/>
        </w:rPr>
        <w:t>，求</w:t>
      </w:r>
      <w:r>
        <w:pict>
          <v:shape id="_x0000_i710090"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19" o:title="eqId0fb60036876b3c5aa09bb9570e57328b"/>
            <o:lock v:ext="edit" aspectratio="t"/>
            <w10:wrap type="none"/>
            <w10:anchorlock/>
          </v:shape>
        </w:pict>
      </w:r>
      <w:r>
        <w:rPr>
          <w:rFonts w:ascii="宋体" w:hAnsi="宋体" w:eastAsia="宋体" w:cs="宋体"/>
          <w:color w:val="000000"/>
        </w:rPr>
        <w:t>的度数．</w:t>
      </w:r>
    </w:p>
    <w:p>
      <w:pPr>
        <w:spacing w:line="360" w:lineRule="auto"/>
        <w:jc w:val="both"/>
        <w:textAlignment w:val="center"/>
        <w:rPr>
          <w:color w:val="000000"/>
        </w:rPr>
      </w:pPr>
      <w:r>
        <w:rPr>
          <w:color w:val="000000"/>
        </w:rPr>
        <w:drawing>
          <wp:inline distT="0" distB="0" distL="114300" distR="114300">
            <wp:extent cx="1952625" cy="2028825"/>
            <wp:effectExtent l="0" t="0" r="0" b="0"/>
            <wp:docPr id="310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 name="图片 100037" descr="学科网(www.zxxk.com)--教育资源门户，提供试卷、教案、课件、论文、素材以及各类教学资源下载，还有大量而丰富的教学相关资讯！"/>
                    <pic:cNvPicPr>
                      <a:picLocks noChangeAspect="1"/>
                    </pic:cNvPicPr>
                  </pic:nvPicPr>
                  <pic:blipFill>
                    <a:blip r:embed="rId320"/>
                    <a:stretch>
                      <a:fillRect/>
                    </a:stretch>
                  </pic:blipFill>
                  <pic:spPr>
                    <a:xfrm>
                      <a:off x="0" y="0"/>
                      <a:ext cx="1952625" cy="20288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pict>
          <v:shape id="_x0000_i710091"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321" o:title="eqIdad36099d4f257b472895e2c5209ea286"/>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根据对顶角相等得到</w:t>
      </w:r>
      <w:r>
        <w:pict>
          <v:shape id="_x0000_i710092" o:spt="75" alt="学科网(www.zxxk.com)--教育资源门户，提供试卷、教案、课件、论文、素材以及各类教学资源下载，还有大量而丰富的教学相关资讯！" type="#_x0000_t75" style="height:14.25pt;width:111pt;" o:ole="t" filled="f" o:preferrelative="t" stroked="f" coordsize="21600,21600">
            <v:path/>
            <v:fill on="f" focussize="0,0"/>
            <v:stroke on="f" joinstyle="miter"/>
            <v:imagedata r:id="rId322" o:title="eqId4de84707053d344e682832210797458d"/>
            <o:lock v:ext="edit" aspectratio="t"/>
            <w10:wrap type="none"/>
            <w10:anchorlock/>
          </v:shape>
        </w:pict>
      </w:r>
      <w:r>
        <w:rPr>
          <w:rFonts w:ascii="宋体" w:hAnsi="宋体" w:eastAsia="宋体" w:cs="宋体"/>
          <w:color w:val="000000"/>
        </w:rPr>
        <w:t>，由角平分线定义得到</w:t>
      </w:r>
      <w:r>
        <w:pict>
          <v:shape id="_x0000_i710093" o:spt="75" alt="学科网(www.zxxk.com)--教育资源门户，提供试卷、教案、课件、论文、素材以及各类教学资源下载，还有大量而丰富的教学相关资讯！" type="#_x0000_t75" style="height:31pt;width:121pt;" o:ole="t" filled="f" o:preferrelative="t" stroked="f" coordsize="21600,21600">
            <v:path/>
            <v:fill on="f" focussize="0,0"/>
            <v:stroke on="f" joinstyle="miter"/>
            <v:imagedata r:id="rId323" o:title="eqId4cddccd5dcca886452ff162ad6ff39cf"/>
            <o:lock v:ext="edit" aspectratio="t"/>
            <w10:wrap type="none"/>
            <w10:anchorlock/>
          </v:shape>
        </w:pict>
      </w:r>
      <w:r>
        <w:rPr>
          <w:rFonts w:ascii="宋体" w:hAnsi="宋体" w:eastAsia="宋体" w:cs="宋体"/>
          <w:color w:val="000000"/>
        </w:rPr>
        <w:t>，由平角的定义得到</w:t>
      </w:r>
      <w:r>
        <w:pict>
          <v:shape id="_x0000_i710094" o:spt="75" alt="学科网(www.zxxk.com)--教育资源门户，提供试卷、教案、课件、论文、素材以及各类教学资源下载，还有大量而丰富的教学相关资讯！" type="#_x0000_t75" style="height:13pt;width:173pt;" o:ole="t" filled="f" o:preferrelative="t" stroked="f" coordsize="21600,21600">
            <v:path/>
            <v:fill on="f" focussize="0,0"/>
            <v:stroke on="f" joinstyle="miter"/>
            <v:imagedata r:id="rId324" o:title="eqId286a193d23c99018e6df43462dd04ba9"/>
            <o:lock v:ext="edit" aspectratio="t"/>
            <w10:wrap type="none"/>
            <w10:anchorlock/>
          </v:shape>
        </w:pict>
      </w:r>
      <w:r>
        <w:rPr>
          <w:rFonts w:ascii="宋体" w:hAnsi="宋体" w:eastAsia="宋体" w:cs="宋体"/>
          <w:color w:val="000000"/>
        </w:rPr>
        <w:t>，再利用</w:t>
      </w:r>
      <w:r>
        <w:pict>
          <v:shape id="_x0000_i710095" o:spt="75" alt="学科网(www.zxxk.com)--教育资源门户，提供试卷、教案、课件、论文、素材以及各类教学资源下载，还有大量而丰富的教学相关资讯！" type="#_x0000_t75" style="height:14pt;width:130pt;" o:ole="t" filled="f" o:preferrelative="t" stroked="f" coordsize="21600,21600">
            <v:path/>
            <v:fill on="f" focussize="0,0"/>
            <v:stroke on="f" joinstyle="miter"/>
            <v:imagedata r:id="rId325" o:title="eqId9b92433c0e4621853a0a7e37ee602fb0"/>
            <o:lock v:ext="edit" aspectratio="t"/>
            <w10:wrap type="none"/>
            <w10:anchorlock/>
          </v:shape>
        </w:pict>
      </w:r>
      <w:r>
        <w:rPr>
          <w:rFonts w:ascii="宋体" w:hAnsi="宋体" w:eastAsia="宋体" w:cs="宋体"/>
          <w:color w:val="000000"/>
        </w:rPr>
        <w:t>即可得到</w:t>
      </w:r>
      <w:r>
        <w:pict>
          <v:shape id="_x0000_i710096"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26" o:title="eqId0fb60036876b3c5aa09bb9570e57328b"/>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pict>
          <v:shape id="_x0000_i710097" o:spt="75" alt="学科网(www.zxxk.com)--教育资源门户，提供试卷、教案、课件、论文、素材以及各类教学资源下载，还有大量而丰富的教学相关资讯！" type="#_x0000_t75" style="height:12.75pt;width:57.75pt;" o:ole="t" filled="f" o:preferrelative="t" stroked="f" coordsize="21600,21600">
            <v:path/>
            <v:fill on="f" focussize="0,0"/>
            <v:stroke on="f" joinstyle="miter"/>
            <v:imagedata r:id="rId327" o:title="eqId934cead64d5333ff222a17e31c364280"/>
            <o:lock v:ext="edit" aspectratio="t"/>
            <w10:wrap type="none"/>
            <w10:anchorlock/>
          </v:shape>
        </w:pict>
      </w:r>
      <w:r>
        <w:rPr>
          <w:rFonts w:ascii="宋体" w:hAnsi="宋体" w:eastAsia="宋体" w:cs="宋体"/>
          <w:color w:val="000000"/>
        </w:rPr>
        <w:t>，</w:t>
      </w:r>
      <w:r>
        <w:pict>
          <v:shape id="_x0000_i71009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28" o:title="eqId418ebb89d29f4f631b055c911e8d178a"/>
            <o:lock v:ext="edit" aspectratio="t"/>
            <w10:wrap type="none"/>
            <w10:anchorlock/>
          </v:shape>
        </w:pict>
      </w:r>
      <w:r>
        <w:rPr>
          <w:rFonts w:ascii="宋体" w:hAnsi="宋体" w:eastAsia="宋体" w:cs="宋体"/>
          <w:color w:val="000000"/>
        </w:rPr>
        <w:t>与</w:t>
      </w:r>
      <w:r>
        <w:pict>
          <v:shape id="_x0000_i710099"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329" o:title="eqId843adec8fba1741ccb81a9017cfb815f"/>
            <o:lock v:ext="edit" aspectratio="t"/>
            <w10:wrap type="none"/>
            <w10:anchorlock/>
          </v:shape>
        </w:pict>
      </w:r>
      <w:r>
        <w:rPr>
          <w:rFonts w:ascii="宋体" w:hAnsi="宋体" w:eastAsia="宋体" w:cs="宋体"/>
          <w:color w:val="000000"/>
        </w:rPr>
        <w:t>是对顶角，</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0100" o:spt="75" alt="学科网(www.zxxk.com)--教育资源门户，提供试卷、教案、课件、论文、素材以及各类教学资源下载，还有大量而丰富的教学相关资讯！" type="#_x0000_t75" style="height:14.25pt;width:111pt;" o:ole="t" filled="f" o:preferrelative="t" stroked="f" coordsize="21600,21600">
            <v:path/>
            <v:fill on="f" focussize="0,0"/>
            <v:stroke on="f" joinstyle="miter"/>
            <v:imagedata r:id="rId330" o:title="eqId4de84707053d344e682832210797458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010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31" o:title="eqId307bd991211ec79b47a4be52933bb8e7"/>
            <o:lock v:ext="edit" aspectratio="t"/>
            <w10:wrap type="none"/>
            <w10:anchorlock/>
          </v:shape>
        </w:pict>
      </w:r>
      <w:r>
        <w:rPr>
          <w:rFonts w:ascii="宋体" w:hAnsi="宋体" w:eastAsia="宋体" w:cs="宋体"/>
          <w:color w:val="000000"/>
        </w:rPr>
        <w:t>平分</w:t>
      </w:r>
      <w:r>
        <w:pict>
          <v:shape id="_x0000_i710102"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332" o:title="eqId843adec8fba1741ccb81a9017cfb815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0103" o:spt="75" alt="学科网(www.zxxk.com)--教育资源门户，提供试卷、教案、课件、论文、素材以及各类教学资源下载，还有大量而丰富的教学相关资讯！" type="#_x0000_t75" style="height:28.05pt;width:146.8pt;" o:ole="t" filled="f" o:preferrelative="t" stroked="f" coordsize="21600,21600">
            <v:path/>
            <v:fill on="f" focussize="0,0"/>
            <v:stroke on="f" joinstyle="miter"/>
            <v:imagedata r:id="rId333" o:title="eqId8aeb2e66126887a32694907f514289e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0104" o:spt="75" alt="学科网(www.zxxk.com)--教育资源门户，提供试卷、教案、课件、论文、素材以及各类教学资源下载，还有大量而丰富的教学相关资讯！" type="#_x0000_t75" style="height:12.75pt;width:60.75pt;" o:ole="t" filled="f" o:preferrelative="t" stroked="f" coordsize="21600,21600">
            <v:path/>
            <v:fill on="f" focussize="0,0"/>
            <v:stroke on="f" joinstyle="miter"/>
            <v:imagedata r:id="rId334" o:title="eqId1cff606045e964c1ca1948eadb44c2b8"/>
            <o:lock v:ext="edit" aspectratio="t"/>
            <w10:wrap type="none"/>
            <w10:anchorlock/>
          </v:shape>
        </w:pict>
      </w:r>
      <w:r>
        <w:rPr>
          <w:rFonts w:ascii="宋体" w:hAnsi="宋体" w:eastAsia="宋体" w:cs="宋体"/>
          <w:color w:val="000000"/>
        </w:rPr>
        <w:t>，</w:t>
      </w:r>
      <w:r>
        <w:pict>
          <v:shape id="_x0000_i710105" o:spt="75" alt="学科网(www.zxxk.com)--教育资源门户，提供试卷、教案、课件、论文、素材以及各类教学资源下载，还有大量而丰富的教学相关资讯！" type="#_x0000_t75" style="height:12.75pt;width:57.75pt;" o:ole="t" filled="f" o:preferrelative="t" stroked="f" coordsize="21600,21600">
            <v:path/>
            <v:fill on="f" focussize="0,0"/>
            <v:stroke on="f" joinstyle="miter"/>
            <v:imagedata r:id="rId335" o:title="eqId934cead64d5333ff222a17e31c36428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0106" o:spt="75" alt="学科网(www.zxxk.com)--教育资源门户，提供试卷、教案、课件、论文、素材以及各类教学资源下载，还有大量而丰富的教学相关资讯！" type="#_x0000_t75" style="height:13pt;width:253pt;" o:ole="t" filled="f" o:preferrelative="t" stroked="f" coordsize="21600,21600">
            <v:path/>
            <v:fill on="f" focussize="0,0"/>
            <v:stroke on="f" joinstyle="miter"/>
            <v:imagedata r:id="rId336" o:title="eqId588ad3855ac5b2c3dda283e33a836e9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0107" o:spt="75" alt="学科网(www.zxxk.com)--教育资源门户，提供试卷、教案、课件、论文、素材以及各类教学资源下载，还有大量而丰富的教学相关资讯！" type="#_x0000_t75" style="height:14pt;width:214pt;" o:ole="t" filled="f" o:preferrelative="t" stroked="f" coordsize="21600,21600">
            <v:path/>
            <v:fill on="f" focussize="0,0"/>
            <v:stroke on="f" joinstyle="miter"/>
            <v:imagedata r:id="rId337" o:title="eqId8bfbcb77479f1814aee921363f854a1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pict>
          <v:shape id="_x0000_i710108"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39" o:title="eqId0fb60036876b3c5aa09bb9570e57328b"/>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109" name="图片 5902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 name="图片 590245988"/>
                    <pic:cNvPicPr>
                      <a:picLocks noChangeAspect="1"/>
                    </pic:cNvPicPr>
                  </pic:nvPicPr>
                  <pic:blipFill>
                    <a:blip r:embed="rId33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度数为</w:t>
      </w:r>
      <w:r>
        <w:pict>
          <v:shape id="_x0000_i710109"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340" o:title="eqIdad36099d4f257b472895e2c5209ea28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此题考查了对顶角的性质、角平分线的定义、角之间的计算等知识，熟练掌握对顶角的性质、角平分线的定义是解题的关键．</w:t>
      </w:r>
    </w:p>
    <w:p>
      <w:pPr>
        <w:spacing w:line="360" w:lineRule="auto"/>
        <w:jc w:val="left"/>
        <w:textAlignment w:val="center"/>
        <w:rPr>
          <w:color w:val="000000"/>
        </w:rPr>
      </w:pPr>
      <w:r>
        <w:rPr>
          <w:rFonts w:ascii="宋体" w:hAnsi="宋体" w:eastAsia="宋体" w:cs="宋体"/>
          <w:b/>
          <w:color w:val="000000"/>
          <w:sz w:val="24"/>
        </w:rPr>
        <w:t>四、选做题（</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27.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r>
        <w:pict>
          <v:shape id="_x0000_i710110" o:spt="75" alt="学科网(www.zxxk.com)--教育资源门户，提供试卷、教案、课件、论文、素材以及各类教学资源下载，还有大量而丰富的教学相关资讯！" type="#_x0000_t75" style="height:12.75pt;width:49.5pt;" o:ole="t" filled="f" o:preferrelative="t" stroked="f" coordsize="21600,21600">
            <v:path/>
            <v:fill on="f" focussize="0,0"/>
            <v:stroke on="f" joinstyle="miter"/>
            <v:imagedata r:id="rId341" o:title="eqIdeec6ce73c6786d50028addff089bbb64"/>
            <o:lock v:ext="edit" aspectratio="t"/>
            <w10:wrap type="none"/>
            <w10:anchorlock/>
          </v:shape>
        </w:pict>
      </w:r>
      <w:r>
        <w:rPr>
          <w:rFonts w:ascii="宋体" w:hAnsi="宋体" w:eastAsia="宋体" w:cs="宋体"/>
          <w:color w:val="000000"/>
        </w:rPr>
        <w:t>，</w:t>
      </w:r>
      <w:r>
        <w:pict>
          <v:shape id="_x0000_i710111" o:spt="75" alt="学科网(www.zxxk.com)--教育资源门户，提供试卷、教案、课件、论文、素材以及各类教学资源下载，还有大量而丰富的教学相关资讯！" type="#_x0000_t75" style="height:15.85pt;width:59.25pt;" o:ole="t" filled="f" o:preferrelative="t" stroked="f" coordsize="21600,21600">
            <v:path/>
            <v:fill on="f" focussize="0,0"/>
            <v:stroke on="f" joinstyle="miter"/>
            <v:imagedata r:id="rId342" o:title="eqId654287b1c90c3d14d22b5c36cc8f930c"/>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OM</w:t>
      </w:r>
      <w:r>
        <w:rPr>
          <w:rFonts w:ascii="宋体" w:hAnsi="宋体" w:eastAsia="宋体" w:cs="宋体"/>
          <w:color w:val="000000"/>
        </w:rPr>
        <w:t>，</w:t>
      </w:r>
      <w:r>
        <w:rPr>
          <w:rFonts w:ascii="Times New Roman" w:hAnsi="Times New Roman" w:eastAsia="Times New Roman" w:cs="Times New Roman"/>
          <w:i/>
          <w:color w:val="000000"/>
        </w:rPr>
        <w:t>ON</w:t>
      </w:r>
      <w:r>
        <w:rPr>
          <w:rFonts w:ascii="宋体" w:hAnsi="宋体" w:eastAsia="宋体" w:cs="宋体"/>
          <w:color w:val="000000"/>
        </w:rPr>
        <w:t>分别是</w:t>
      </w:r>
      <w:r>
        <w:pict>
          <v:shape id="_x0000_i710112"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343" o:title="eqId9fed1f57a835af4e9022e27603d12d31"/>
            <o:lock v:ext="edit" aspectratio="t"/>
            <w10:wrap type="none"/>
            <w10:anchorlock/>
          </v:shape>
        </w:pict>
      </w:r>
      <w:r>
        <w:rPr>
          <w:rFonts w:ascii="宋体" w:hAnsi="宋体" w:eastAsia="宋体" w:cs="宋体"/>
          <w:color w:val="000000"/>
        </w:rPr>
        <w:t>，</w:t>
      </w:r>
      <w:r>
        <w:pict>
          <v:shape id="_x0000_i71011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44" o:title="eqIddc9f91270ddbe1cf3c1362e1b95aee14"/>
            <o:lock v:ext="edit" aspectratio="t"/>
            <w10:wrap type="none"/>
            <w10:anchorlock/>
          </v:shape>
        </w:pict>
      </w:r>
      <w:r>
        <w:rPr>
          <w:rFonts w:ascii="宋体" w:hAnsi="宋体" w:eastAsia="宋体" w:cs="宋体"/>
          <w:color w:val="000000"/>
        </w:rPr>
        <w:t>的角平分线．</w:t>
      </w:r>
    </w:p>
    <w:p>
      <w:pPr>
        <w:spacing w:line="360" w:lineRule="auto"/>
        <w:jc w:val="both"/>
        <w:textAlignment w:val="center"/>
        <w:rPr>
          <w:color w:val="000000"/>
        </w:rPr>
      </w:pPr>
      <w:r>
        <w:rPr>
          <w:color w:val="000000"/>
        </w:rPr>
        <w:drawing>
          <wp:inline distT="0" distB="0" distL="114300" distR="114300">
            <wp:extent cx="1457325" cy="1323975"/>
            <wp:effectExtent l="0" t="0" r="0" b="0"/>
            <wp:docPr id="3111"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 name="图片 100039" descr="学科网(www.zxxk.com)--教育资源门户，提供试卷、教案、课件、论文、素材以及各类教学资源下载，还有大量而丰富的教学相关资讯！"/>
                    <pic:cNvPicPr>
                      <a:picLocks noChangeAspect="1"/>
                    </pic:cNvPicPr>
                  </pic:nvPicPr>
                  <pic:blipFill>
                    <a:blip r:embed="rId345"/>
                    <a:stretch>
                      <a:fillRect/>
                    </a:stretch>
                  </pic:blipFill>
                  <pic:spPr>
                    <a:xfrm>
                      <a:off x="0" y="0"/>
                      <a:ext cx="1457325" cy="13239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0114"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346" o:title="eqIdbe616944953f6020d8b7e41741d8e14a"/>
            <o:lock v:ext="edit" aspectratio="t"/>
            <w10:wrap type="none"/>
            <w10:anchorlock/>
          </v:shape>
        </w:pict>
      </w:r>
      <w:r>
        <w:rPr>
          <w:rFonts w:ascii="宋体" w:hAnsi="宋体" w:eastAsia="宋体" w:cs="宋体"/>
          <w:color w:val="000000"/>
        </w:rPr>
        <w:t>，</w:t>
      </w:r>
      <w:r>
        <w:pict>
          <v:shape id="_x0000_i710115" o:spt="75" alt="学科网(www.zxxk.com)--教育资源门户，提供试卷、教案、课件、论文、素材以及各类教学资源下载，还有大量而丰富的教学相关资讯！" type="#_x0000_t75" style="height:14.55pt;width:64.35pt;" o:ole="t" filled="f" o:preferrelative="t" stroked="f" coordsize="21600,21600">
            <v:path/>
            <v:fill on="f" focussize="0,0"/>
            <v:stroke on="f" joinstyle="miter"/>
            <v:imagedata r:id="rId347" o:title="eqId06a327b3c7ec05a5da39530fd3b34379"/>
            <o:lock v:ext="edit" aspectratio="t"/>
            <w10:wrap type="none"/>
            <w10:anchorlock/>
          </v:shape>
        </w:pict>
      </w:r>
      <w:r>
        <w:rPr>
          <w:rFonts w:ascii="宋体" w:hAnsi="宋体" w:eastAsia="宋体" w:cs="宋体"/>
          <w:color w:val="000000"/>
        </w:rPr>
        <w:t>，当</w:t>
      </w:r>
      <w:r>
        <w:pict>
          <v:shape id="_x0000_i710116"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348" o:title="eqIded66570f697459aba9daa2eaf9460bcb"/>
            <o:lock v:ext="edit" aspectratio="t"/>
            <w10:wrap type="none"/>
            <w10:anchorlock/>
          </v:shape>
        </w:pict>
      </w:r>
      <w:r>
        <w:rPr>
          <w:rFonts w:ascii="宋体" w:hAnsi="宋体" w:eastAsia="宋体" w:cs="宋体"/>
          <w:color w:val="000000"/>
        </w:rPr>
        <w:t>绕着点</w:t>
      </w:r>
      <w:r>
        <w:rPr>
          <w:rFonts w:ascii="Times New Roman" w:hAnsi="Times New Roman" w:eastAsia="Times New Roman" w:cs="Times New Roman"/>
          <w:i/>
          <w:color w:val="000000"/>
        </w:rPr>
        <w:t>O</w:t>
      </w:r>
      <w:r>
        <w:rPr>
          <w:rFonts w:ascii="宋体" w:hAnsi="宋体" w:eastAsia="宋体" w:cs="宋体"/>
          <w:color w:val="000000"/>
        </w:rPr>
        <w:t>逆时针旋转至射线</w:t>
      </w:r>
      <w:r>
        <w:rPr>
          <w:rFonts w:ascii="Times New Roman" w:hAnsi="Times New Roman" w:eastAsia="Times New Roman" w:cs="Times New Roman"/>
          <w:i/>
          <w:color w:val="000000"/>
        </w:rPr>
        <w:t>OB</w:t>
      </w:r>
      <w:r>
        <w:rPr>
          <w:rFonts w:ascii="宋体" w:hAnsi="宋体" w:eastAsia="宋体" w:cs="宋体"/>
          <w:color w:val="000000"/>
        </w:rPr>
        <w:t>与</w:t>
      </w:r>
      <w:r>
        <w:rPr>
          <w:rFonts w:ascii="Times New Roman" w:hAnsi="Times New Roman" w:eastAsia="Times New Roman" w:cs="Times New Roman"/>
          <w:i/>
          <w:color w:val="000000"/>
        </w:rPr>
        <w:t>OC</w:t>
      </w:r>
      <w:r>
        <w:rPr>
          <w:rFonts w:ascii="宋体" w:hAnsi="宋体" w:eastAsia="宋体" w:cs="宋体"/>
          <w:color w:val="000000"/>
        </w:rPr>
        <w:t>重合时（如图</w:t>
      </w:r>
      <w:r>
        <w:rPr>
          <w:rFonts w:ascii="Times New Roman" w:hAnsi="Times New Roman" w:eastAsia="Times New Roman" w:cs="Times New Roman"/>
          <w:color w:val="000000"/>
        </w:rPr>
        <w:t>2</w:t>
      </w:r>
      <w:r>
        <w:rPr>
          <w:rFonts w:ascii="宋体" w:hAnsi="宋体" w:eastAsia="宋体" w:cs="宋体"/>
          <w:color w:val="000000"/>
        </w:rPr>
        <w:t>），则</w:t>
      </w:r>
      <w:r>
        <w:pict>
          <v:shape id="_x0000_i710117"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349" o:title="eqId27935c1ef4df2d52ac697678a3c8f39d"/>
            <o:lock v:ext="edit" aspectratio="t"/>
            <w10:wrap type="none"/>
            <w10:anchorlock/>
          </v:shape>
        </w:pict>
      </w:r>
      <w:r>
        <w:rPr>
          <w:rFonts w:ascii="宋体" w:hAnsi="宋体" w:eastAsia="宋体" w:cs="宋体"/>
          <w:color w:val="000000"/>
        </w:rPr>
        <w:t>的大小为</w:t>
      </w:r>
      <w:r>
        <w:rPr>
          <w:rFonts w:ascii="Times New Roman" w:hAnsi="Times New Roman" w:eastAsia="Times New Roman" w:cs="Times New Roman"/>
          <w:color w:val="000000"/>
        </w:rPr>
        <w:t>_______</w:t>
      </w:r>
      <w:r>
        <w:rPr>
          <w:rFonts w:ascii="宋体" w:hAnsi="宋体" w:eastAsia="宋体" w:cs="宋体"/>
          <w:color w:val="000000"/>
        </w:rPr>
        <w:t>；</w:t>
      </w:r>
    </w:p>
    <w:p>
      <w:pPr>
        <w:spacing w:line="360" w:lineRule="auto"/>
        <w:jc w:val="both"/>
        <w:textAlignment w:val="center"/>
        <w:rPr>
          <w:color w:val="000000"/>
        </w:rPr>
      </w:pPr>
      <w:r>
        <w:rPr>
          <w:color w:val="000000"/>
        </w:rPr>
        <w:br w:type="textWrapping"/>
      </w:r>
      <w:r>
        <w:rPr>
          <w:color w:val="000000"/>
        </w:rPr>
        <w:drawing>
          <wp:inline distT="0" distB="0" distL="114300" distR="114300">
            <wp:extent cx="1343025" cy="1304925"/>
            <wp:effectExtent l="0" t="0" r="0" b="0"/>
            <wp:docPr id="3113"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 name="图片 100041" descr="学科网(www.zxxk.com)--教育资源门户，提供试卷、教案、课件、论文、素材以及各类教学资源下载，还有大量而丰富的教学相关资讯！"/>
                    <pic:cNvPicPr>
                      <a:picLocks noChangeAspect="1"/>
                    </pic:cNvPicPr>
                  </pic:nvPicPr>
                  <pic:blipFill>
                    <a:blip r:embed="rId350"/>
                    <a:stretch>
                      <a:fillRect/>
                    </a:stretch>
                  </pic:blipFill>
                  <pic:spPr>
                    <a:xfrm>
                      <a:off x="0" y="0"/>
                      <a:ext cx="1343025" cy="13049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（2）</w:t>
      </w:r>
      <w:r>
        <w:rPr>
          <w:rFonts w:ascii="宋体" w:hAnsi="宋体" w:eastAsia="宋体" w:cs="宋体"/>
          <w:color w:val="000000"/>
        </w:rPr>
        <w:t>在（</w:t>
      </w:r>
      <w:r>
        <w:rPr>
          <w:rFonts w:ascii="Times New Roman" w:hAnsi="Times New Roman" w:eastAsia="Times New Roman" w:cs="Times New Roman"/>
          <w:color w:val="000000"/>
        </w:rPr>
        <w:t>1</w:t>
      </w:r>
      <w:r>
        <w:rPr>
          <w:rFonts w:ascii="宋体" w:hAnsi="宋体" w:eastAsia="宋体" w:cs="宋体"/>
          <w:color w:val="000000"/>
        </w:rPr>
        <w:t>）的条件下，继续绕着点</w:t>
      </w:r>
      <w:r>
        <w:rPr>
          <w:rFonts w:ascii="Times New Roman" w:hAnsi="Times New Roman" w:eastAsia="Times New Roman" w:cs="Times New Roman"/>
          <w:i/>
          <w:color w:val="000000"/>
        </w:rPr>
        <w:t>O</w:t>
      </w:r>
      <w:r>
        <w:rPr>
          <w:rFonts w:ascii="宋体" w:hAnsi="宋体" w:eastAsia="宋体" w:cs="宋体"/>
          <w:color w:val="000000"/>
        </w:rPr>
        <w:t>逆时针旋转</w:t>
      </w:r>
      <w:r>
        <w:pict>
          <v:shape id="_x0000_i710118"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351" o:title="eqIded66570f697459aba9daa2eaf9460bcb"/>
            <o:lock v:ext="edit" aspectratio="t"/>
            <w10:wrap type="none"/>
            <w10:anchorlock/>
          </v:shape>
        </w:pict>
      </w:r>
      <w:r>
        <w:rPr>
          <w:rFonts w:ascii="宋体" w:hAnsi="宋体" w:eastAsia="宋体" w:cs="宋体"/>
          <w:color w:val="000000"/>
        </w:rPr>
        <w:t>，当</w:t>
      </w:r>
      <w:r>
        <w:pict>
          <v:shape id="_x0000_i710119"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352" o:title="eqId25aff6459b42a3451cacd41f0200ecb8"/>
            <o:lock v:ext="edit" aspectratio="t"/>
            <w10:wrap type="none"/>
            <w10:anchorlock/>
          </v:shape>
        </w:pict>
      </w:r>
      <w:r>
        <w:rPr>
          <w:rFonts w:ascii="宋体" w:hAnsi="宋体" w:eastAsia="宋体" w:cs="宋体"/>
          <w:color w:val="000000"/>
        </w:rPr>
        <w:t>时（如图</w:t>
      </w:r>
      <w:r>
        <w:rPr>
          <w:rFonts w:ascii="Times New Roman" w:hAnsi="Times New Roman" w:eastAsia="Times New Roman" w:cs="Times New Roman"/>
          <w:color w:val="000000"/>
        </w:rPr>
        <w:t>3</w:t>
      </w:r>
      <w:r>
        <w:rPr>
          <w:rFonts w:ascii="宋体" w:hAnsi="宋体" w:eastAsia="宋体" w:cs="宋体"/>
          <w:color w:val="000000"/>
        </w:rPr>
        <w:t>），求</w:t>
      </w:r>
      <w:r>
        <w:pict>
          <v:shape id="_x0000_i710120"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353" o:title="eqId27935c1ef4df2d52ac697678a3c8f39d"/>
            <o:lock v:ext="edit" aspectratio="t"/>
            <w10:wrap type="none"/>
            <w10:anchorlock/>
          </v:shape>
        </w:pict>
      </w:r>
      <w:r>
        <w:rPr>
          <w:rFonts w:ascii="宋体" w:hAnsi="宋体" w:eastAsia="宋体" w:cs="宋体"/>
          <w:color w:val="000000"/>
        </w:rPr>
        <w:t>的大小并说明理由．</w:t>
      </w:r>
    </w:p>
    <w:p>
      <w:pPr>
        <w:spacing w:line="360" w:lineRule="auto"/>
        <w:jc w:val="both"/>
        <w:textAlignment w:val="center"/>
        <w:rPr>
          <w:color w:val="000000"/>
        </w:rPr>
      </w:pPr>
      <w:r>
        <w:rPr>
          <w:color w:val="000000"/>
        </w:rPr>
        <w:br w:type="textWrapping"/>
      </w:r>
      <w:r>
        <w:rPr>
          <w:color w:val="000000"/>
        </w:rPr>
        <w:drawing>
          <wp:inline distT="0" distB="0" distL="114300" distR="114300">
            <wp:extent cx="1343025" cy="1352550"/>
            <wp:effectExtent l="0" t="0" r="0" b="0"/>
            <wp:docPr id="3115"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 name="图片 100043" descr="学科网(www.zxxk.com)--教育资源门户，提供试卷、教案、课件、论文、素材以及各类教学资源下载，还有大量而丰富的教学相关资讯！"/>
                    <pic:cNvPicPr>
                      <a:picLocks noChangeAspect="1"/>
                    </pic:cNvPicPr>
                  </pic:nvPicPr>
                  <pic:blipFill>
                    <a:blip r:embed="rId354"/>
                    <a:stretch>
                      <a:fillRect/>
                    </a:stretch>
                  </pic:blipFill>
                  <pic:spPr>
                    <a:xfrm>
                      <a:off x="0" y="0"/>
                      <a:ext cx="1343025" cy="1352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在</w:t>
      </w:r>
      <w:r>
        <w:pict>
          <v:shape id="_x0000_i710121"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355" o:title="eqIded66570f697459aba9daa2eaf9460bcb"/>
            <o:lock v:ext="edit" aspectratio="t"/>
            <w10:wrap type="none"/>
            <w10:anchorlock/>
          </v:shape>
        </w:pict>
      </w:r>
      <w:r>
        <w:rPr>
          <w:rFonts w:ascii="宋体" w:hAnsi="宋体" w:eastAsia="宋体" w:cs="宋体"/>
          <w:color w:val="000000"/>
        </w:rPr>
        <w:t>绕点</w:t>
      </w:r>
      <w:r>
        <w:rPr>
          <w:rFonts w:ascii="Times New Roman" w:hAnsi="Times New Roman" w:eastAsia="Times New Roman" w:cs="Times New Roman"/>
          <w:i/>
          <w:color w:val="000000"/>
        </w:rPr>
        <w:t>O</w:t>
      </w:r>
      <w:r>
        <w:rPr>
          <w:rFonts w:ascii="宋体" w:hAnsi="宋体" w:eastAsia="宋体" w:cs="宋体"/>
          <w:color w:val="000000"/>
        </w:rPr>
        <w:t>逆时针旋转过程中，</w:t>
      </w:r>
      <w:r>
        <w:pict>
          <v:shape id="_x0000_i710122"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56" o:title="eqIdcecad6cdbd87811e90c95331da8a8eff"/>
            <o:lock v:ext="edit" aspectratio="t"/>
            <w10:wrap type="none"/>
            <w10:anchorlock/>
          </v:shape>
        </w:pict>
      </w:r>
      <w:r>
        <w:rPr>
          <w:rFonts w:ascii="Times New Roman" w:hAnsi="Times New Roman" w:eastAsia="Times New Roman" w:cs="Times New Roman"/>
          <w:color w:val="000000"/>
        </w:rPr>
        <w:t>________</w:t>
      </w:r>
      <w:r>
        <w:rPr>
          <w:rFonts w:ascii="宋体" w:hAnsi="宋体" w:eastAsia="宋体" w:cs="宋体"/>
          <w:color w:val="000000"/>
        </w:rPr>
        <w:t>．（用含</w:t>
      </w:r>
      <w:r>
        <w:pict>
          <v:shape id="_x0000_i710123"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357" o:title="eqIde170f206fdbbd834aad7580c727e2cc6"/>
            <o:lock v:ext="edit" aspectratio="t"/>
            <w10:wrap type="none"/>
            <w10:anchorlock/>
          </v:shape>
        </w:pict>
      </w:r>
      <w:r>
        <w:rPr>
          <w:rFonts w:ascii="宋体" w:hAnsi="宋体" w:eastAsia="宋体" w:cs="宋体"/>
          <w:color w:val="000000"/>
        </w:rPr>
        <w:t>，</w:t>
      </w:r>
      <w:r>
        <w:pict>
          <v:shape id="_x0000_i710124" o:spt="75" alt="学科网(www.zxxk.com)--教育资源门户，提供试卷、教案、课件、论文、素材以及各类教学资源下载，还有大量而丰富的教学相关资讯！" type="#_x0000_t75" style="height:16.3pt;width:13.15pt;" o:ole="t" filled="f" o:preferrelative="t" stroked="f" coordsize="21600,21600">
            <v:path/>
            <v:fill on="f" focussize="0,0"/>
            <v:stroke on="f" joinstyle="miter"/>
            <v:imagedata r:id="rId358" o:title="eqId5b5858ee1ce52b251816757257a11c29"/>
            <o:lock v:ext="edit" aspectratio="t"/>
            <w10:wrap type="none"/>
            <w10:anchorlock/>
          </v:shape>
        </w:pict>
      </w:r>
      <w:r>
        <w:rPr>
          <w:rFonts w:ascii="宋体" w:hAnsi="宋体" w:eastAsia="宋体" w:cs="宋体"/>
          <w:color w:val="000000"/>
        </w:rPr>
        <w:t>的式子表示）</w:t>
      </w:r>
    </w:p>
    <w:p>
      <w:pPr>
        <w:spacing w:line="360" w:lineRule="auto"/>
        <w:textAlignment w:val="center"/>
        <w:rPr>
          <w:color w:val="000000"/>
        </w:rPr>
      </w:pPr>
      <w:r>
        <w:rPr>
          <w:color w:val="2E75B6"/>
        </w:rPr>
        <w:t>【答案】</w:t>
      </w:r>
      <w:r>
        <w:rPr>
          <w:color w:val="000000"/>
        </w:rPr>
        <w:t>（1）</w:t>
      </w:r>
      <w:r>
        <w:pict>
          <v:shape id="_x0000_i71012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9" o:title="eqIdd36581140ebac5d28438ea63b1b23b65"/>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0126" o:spt="75" alt="学科网(www.zxxk.com)--教育资源门户，提供试卷、教案、课件、论文、素材以及各类教学资源下载，还有大量而丰富的教学相关资讯！" type="#_x0000_t75" style="height:14.25pt;width:69pt;" o:ole="t" filled="f" o:preferrelative="t" stroked="f" coordsize="21600,21600">
            <v:path/>
            <v:fill on="f" focussize="0,0"/>
            <v:stroke on="f" joinstyle="miter"/>
            <v:imagedata r:id="rId360" o:title="eqIda9b0eb72986587ffecf87c22a224bcd2"/>
            <o:lock v:ext="edit" aspectratio="t"/>
            <w10:wrap type="none"/>
            <w10:anchorlock/>
          </v:shape>
        </w:pict>
      </w:r>
      <w:r>
        <w:rPr>
          <w:rFonts w:ascii="宋体" w:hAnsi="宋体" w:eastAsia="宋体" w:cs="宋体"/>
          <w:color w:val="000000"/>
        </w:rPr>
        <w:t>，理由见解析．</w:t>
      </w:r>
      <w:r>
        <w:rPr>
          <w:color w:val="000000"/>
        </w:rPr>
        <w:t xml:space="preserve">    </w:t>
      </w:r>
    </w:p>
    <w:p>
      <w:pPr>
        <w:spacing w:line="360" w:lineRule="auto"/>
        <w:textAlignment w:val="center"/>
        <w:rPr>
          <w:color w:val="000000"/>
        </w:rPr>
      </w:pPr>
      <w:r>
        <w:rPr>
          <w:color w:val="000000"/>
        </w:rPr>
        <w:t>（3）</w:t>
      </w:r>
      <w:r>
        <w:pict>
          <v:shape id="_x0000_i710127" o:spt="75" alt="学科网(www.zxxk.com)--教育资源门户，提供试卷、教案、课件、论文、素材以及各类教学资源下载，还有大量而丰富的教学相关资讯！" type="#_x0000_t75" style="height:30.7pt;width:33.2pt;" o:ole="t" filled="f" o:preferrelative="t" stroked="f" coordsize="21600,21600">
            <v:path/>
            <v:fill on="f" focussize="0,0"/>
            <v:stroke on="f" joinstyle="miter"/>
            <v:imagedata r:id="rId361" o:title="eqIda63b73f281010e2107dd706af993e944"/>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）根据角平分线的定义可求得</w:t>
      </w:r>
      <w:r>
        <w:pict>
          <v:shape id="_x0000_i710128" o:spt="75" alt="学科网(www.zxxk.com)--教育资源门户，提供试卷、教案、课件、论文、素材以及各类教学资源下载，还有大量而丰富的教学相关资讯！" type="#_x0000_t75" style="height:29pt;width:120pt;" o:ole="t" filled="f" o:preferrelative="t" stroked="f" coordsize="21600,21600">
            <v:path/>
            <v:fill on="f" focussize="0,0"/>
            <v:stroke on="f" joinstyle="miter"/>
            <v:imagedata r:id="rId362" o:title="eqIdcce5c8f21a3cc302e980ca2692e81909"/>
            <o:lock v:ext="edit" aspectratio="t"/>
            <w10:wrap type="none"/>
            <w10:anchorlock/>
          </v:shape>
        </w:pict>
      </w:r>
      <w:r>
        <w:rPr>
          <w:rFonts w:ascii="宋体" w:hAnsi="宋体" w:eastAsia="宋体" w:cs="宋体"/>
          <w:color w:val="000000"/>
        </w:rPr>
        <w:t>，</w:t>
      </w:r>
      <w:r>
        <w:pict>
          <v:shape id="_x0000_i710129" o:spt="75" alt="学科网(www.zxxk.com)--教育资源门户，提供试卷、教案、课件、论文、素材以及各类教学资源下载，还有大量而丰富的教学相关资讯！" type="#_x0000_t75" style="height:30.75pt;width:132pt;" o:ole="t" filled="f" o:preferrelative="t" stroked="f" coordsize="21600,21600">
            <v:path/>
            <v:fill on="f" focussize="0,0"/>
            <v:stroke on="f" joinstyle="miter"/>
            <v:imagedata r:id="rId363" o:title="eqId5178e3d6bb0165d52dc2cbfd2bad8a50"/>
            <o:lock v:ext="edit" aspectratio="t"/>
            <w10:wrap type="none"/>
            <w10:anchorlock/>
          </v:shape>
        </w:pict>
      </w:r>
      <w:r>
        <w:rPr>
          <w:rFonts w:ascii="宋体" w:hAnsi="宋体" w:eastAsia="宋体" w:cs="宋体"/>
          <w:color w:val="000000"/>
        </w:rPr>
        <w:t>，结合</w:t>
      </w:r>
      <w:r>
        <w:pict>
          <v:shape id="_x0000_i710130" o:spt="75" alt="学科网(www.zxxk.com)--教育资源门户，提供试卷、教案、课件、论文、素材以及各类教学资源下载，还有大量而丰富的教学相关资讯！" type="#_x0000_t75" style="height:18pt;width:156pt;" o:ole="t" filled="f" o:preferrelative="t" stroked="f" coordsize="21600,21600">
            <v:path/>
            <v:fill on="f" focussize="0,0"/>
            <v:stroke on="f" joinstyle="miter"/>
            <v:imagedata r:id="rId364" o:title="eqIda5ba590cfac05a30168a00e6c32fa888"/>
            <o:lock v:ext="edit" aspectratio="t"/>
            <w10:wrap type="none"/>
            <w10:anchorlock/>
          </v:shape>
        </w:pict>
      </w:r>
      <w:r>
        <w:rPr>
          <w:rFonts w:ascii="宋体" w:hAnsi="宋体" w:eastAsia="宋体" w:cs="宋体"/>
          <w:color w:val="000000"/>
        </w:rPr>
        <w:t>，即可求得答案．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）根据角平分线的定义可求得</w:t>
      </w:r>
      <w:r>
        <w:pict>
          <v:shape id="_x0000_i710131" o:spt="75" alt="学科网(www.zxxk.com)--教育资源门户，提供试卷、教案、课件、论文、素材以及各类教学资源下载，还有大量而丰富的教学相关资讯！" type="#_x0000_t75" style="height:29pt;width:186pt;" o:ole="t" filled="f" o:preferrelative="t" stroked="f" coordsize="21600,21600">
            <v:path/>
            <v:fill on="f" focussize="0,0"/>
            <v:stroke on="f" joinstyle="miter"/>
            <v:imagedata r:id="rId365" o:title="eqId245b011a87aa1bbc5230db68302c9191"/>
            <o:lock v:ext="edit" aspectratio="t"/>
            <w10:wrap type="none"/>
            <w10:anchorlock/>
          </v:shape>
        </w:pict>
      </w:r>
      <w:r>
        <w:rPr>
          <w:rFonts w:ascii="宋体" w:hAnsi="宋体" w:eastAsia="宋体" w:cs="宋体"/>
          <w:color w:val="000000"/>
        </w:rPr>
        <w:t>，</w:t>
      </w:r>
      <w:r>
        <w:pict>
          <v:shape id="_x0000_i710132" o:spt="75" alt="学科网(www.zxxk.com)--教育资源门户，提供试卷、教案、课件、论文、素材以及各类教学资源下载，还有大量而丰富的教学相关资讯！" type="#_x0000_t75" style="height:29pt;width:185pt;" o:ole="t" filled="f" o:preferrelative="t" stroked="f" coordsize="21600,21600">
            <v:path/>
            <v:fill on="f" focussize="0,0"/>
            <v:stroke on="f" joinstyle="miter"/>
            <v:imagedata r:id="rId366" o:title="eqId82cf71575759682797371e935800b23e"/>
            <o:lock v:ext="edit" aspectratio="t"/>
            <w10:wrap type="none"/>
            <w10:anchorlock/>
          </v:shape>
        </w:pict>
      </w:r>
      <w:r>
        <w:rPr>
          <w:rFonts w:ascii="宋体" w:hAnsi="宋体" w:eastAsia="宋体" w:cs="宋体"/>
          <w:color w:val="000000"/>
        </w:rPr>
        <w:t>，结合</w:t>
      </w:r>
      <w:r>
        <w:pict>
          <v:shape id="_x0000_i710133" o:spt="75" alt="学科网(www.zxxk.com)--教育资源门户，提供试卷、教案、课件、论文、素材以及各类教学资源下载，还有大量而丰富的教学相关资讯！" type="#_x0000_t75" style="height:13.5pt;width:177pt;" o:ole="t" filled="f" o:preferrelative="t" stroked="f" coordsize="21600,21600">
            <v:path/>
            <v:fill on="f" focussize="0,0"/>
            <v:stroke on="f" joinstyle="miter"/>
            <v:imagedata r:id="rId367" o:title="eqIda09dbe2ed74e4e2077d43c4c53874ef5"/>
            <o:lock v:ext="edit" aspectratio="t"/>
            <w10:wrap type="none"/>
            <w10:anchorlock/>
          </v:shape>
        </w:pict>
      </w:r>
      <w:r>
        <w:rPr>
          <w:rFonts w:ascii="宋体" w:hAnsi="宋体" w:eastAsia="宋体" w:cs="宋体"/>
          <w:color w:val="000000"/>
        </w:rPr>
        <w:t>，即可求得答案．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）需要分三种情况讨论：射线</w:t>
      </w:r>
      <w:r>
        <w:rPr>
          <w:rFonts w:ascii="Times New Roman" w:hAnsi="Times New Roman" w:eastAsia="Times New Roman" w:cs="Times New Roman"/>
          <w:i/>
          <w:color w:val="000000"/>
        </w:rPr>
        <w:t>OB</w:t>
      </w:r>
      <w:r>
        <w:rPr>
          <w:rFonts w:ascii="宋体" w:hAnsi="宋体" w:eastAsia="宋体" w:cs="宋体"/>
          <w:color w:val="000000"/>
        </w:rPr>
        <w:t>与</w:t>
      </w:r>
      <w:r>
        <w:rPr>
          <w:rFonts w:ascii="Times New Roman" w:hAnsi="Times New Roman" w:eastAsia="Times New Roman" w:cs="Times New Roman"/>
          <w:i/>
          <w:color w:val="000000"/>
        </w:rPr>
        <w:t>OC</w:t>
      </w:r>
      <w:r>
        <w:rPr>
          <w:rFonts w:ascii="宋体" w:hAnsi="宋体" w:eastAsia="宋体" w:cs="宋体"/>
          <w:color w:val="000000"/>
        </w:rPr>
        <w:t>重合；射线</w:t>
      </w:r>
      <w:r>
        <w:rPr>
          <w:rFonts w:ascii="Times New Roman" w:hAnsi="Times New Roman" w:eastAsia="Times New Roman" w:cs="Times New Roman"/>
          <w:i/>
          <w:color w:val="000000"/>
        </w:rPr>
        <w:t>OB</w:t>
      </w:r>
      <w:r>
        <w:rPr>
          <w:rFonts w:ascii="宋体" w:hAnsi="宋体" w:eastAsia="宋体" w:cs="宋体"/>
          <w:color w:val="000000"/>
        </w:rPr>
        <w:t>在</w:t>
      </w:r>
      <w:r>
        <w:rPr>
          <w:rFonts w:ascii="Times New Roman" w:hAnsi="Times New Roman" w:eastAsia="Times New Roman" w:cs="Times New Roman"/>
          <w:i/>
          <w:color w:val="000000"/>
        </w:rPr>
        <w:t>OC</w:t>
      </w:r>
      <w:r>
        <w:rPr>
          <w:rFonts w:ascii="宋体" w:hAnsi="宋体" w:eastAsia="宋体" w:cs="宋体"/>
          <w:color w:val="000000"/>
        </w:rPr>
        <w:t>下方；射线</w:t>
      </w:r>
      <w:r>
        <w:rPr>
          <w:rFonts w:ascii="Times New Roman" w:hAnsi="Times New Roman" w:eastAsia="Times New Roman" w:cs="Times New Roman"/>
          <w:i/>
          <w:color w:val="000000"/>
        </w:rPr>
        <w:t>OB</w:t>
      </w:r>
      <w:r>
        <w:rPr>
          <w:rFonts w:ascii="宋体" w:hAnsi="宋体" w:eastAsia="宋体" w:cs="宋体"/>
          <w:color w:val="000000"/>
        </w:rPr>
        <w:t>在</w:t>
      </w:r>
      <w:r>
        <w:rPr>
          <w:rFonts w:ascii="Times New Roman" w:hAnsi="Times New Roman" w:eastAsia="Times New Roman" w:cs="Times New Roman"/>
          <w:i/>
          <w:color w:val="000000"/>
        </w:rPr>
        <w:t>OC</w:t>
      </w:r>
      <w:r>
        <w:rPr>
          <w:rFonts w:ascii="宋体" w:hAnsi="宋体" w:eastAsia="宋体" w:cs="宋体"/>
          <w:color w:val="000000"/>
        </w:rPr>
        <w:t>上方．</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w:t>
      </w:r>
      <w:r>
        <w:pict>
          <v:shape id="_x0000_i710134"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68" o:title="eqIdaaf3369e0ea90e8d5cf4b6b3c45c0fd8"/>
            <o:lock v:ext="edit" aspectratio="t"/>
            <w10:wrap type="none"/>
            <w10:anchorlock/>
          </v:shape>
        </w:pict>
      </w:r>
      <w:r>
        <w:rPr>
          <w:rFonts w:ascii="宋体" w:hAnsi="宋体" w:eastAsia="宋体" w:cs="宋体"/>
          <w:color w:val="000000"/>
        </w:rPr>
        <w:t>，</w:t>
      </w:r>
      <w:r>
        <w:pict>
          <v:shape id="_x0000_i710135"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369" o:title="eqId88e9f7d1272b7344346b58b660aa260a"/>
            <o:lock v:ext="edit" aspectratio="t"/>
            <w10:wrap type="none"/>
            <w10:anchorlock/>
          </v:shape>
        </w:pict>
      </w:r>
      <w:r>
        <w:rPr>
          <w:rFonts w:ascii="宋体" w:hAnsi="宋体" w:eastAsia="宋体" w:cs="宋体"/>
          <w:color w:val="000000"/>
        </w:rPr>
        <w:t>分别是</w:t>
      </w:r>
      <w:r>
        <w:pict>
          <v:shape id="_x0000_i710136"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370" o:title="eqId9fed1f57a835af4e9022e27603d12d31"/>
            <o:lock v:ext="edit" aspectratio="t"/>
            <w10:wrap type="none"/>
            <w10:anchorlock/>
          </v:shape>
        </w:pict>
      </w:r>
      <w:r>
        <w:rPr>
          <w:rFonts w:ascii="宋体" w:hAnsi="宋体" w:eastAsia="宋体" w:cs="宋体"/>
          <w:color w:val="000000"/>
        </w:rPr>
        <w:t>，</w:t>
      </w:r>
      <w:r>
        <w:pict>
          <v:shape id="_x0000_i71013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71" o:title="eqIddc9f91270ddbe1cf3c1362e1b95aee14"/>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0138" o:spt="75" alt="学科网(www.zxxk.com)--教育资源门户，提供试卷、教案、课件、论文、素材以及各类教学资源下载，还有大量而丰富的教学相关资讯！" type="#_x0000_t75" style="height:29pt;width:146pt;" o:ole="t" filled="f" o:preferrelative="t" stroked="f" coordsize="21600,21600">
            <v:path/>
            <v:fill on="f" focussize="0,0"/>
            <v:stroke on="f" joinstyle="miter"/>
            <v:imagedata r:id="rId372" o:title="eqId89d6ec525bb2065593e448c503429e59"/>
            <o:lock v:ext="edit" aspectratio="t"/>
            <w10:wrap type="none"/>
            <w10:anchorlock/>
          </v:shape>
        </w:pict>
      </w:r>
      <w:r>
        <w:rPr>
          <w:rFonts w:ascii="宋体" w:hAnsi="宋体" w:eastAsia="宋体" w:cs="宋体"/>
          <w:color w:val="000000"/>
        </w:rPr>
        <w:t>，</w:t>
      </w:r>
      <w:r>
        <w:pict>
          <v:shape id="_x0000_i710139" o:spt="75" alt="学科网(www.zxxk.com)--教育资源门户，提供试卷、教案、课件、论文、素材以及各类教学资源下载，还有大量而丰富的教学相关资讯！" type="#_x0000_t75" style="height:30.75pt;width:159.75pt;" o:ole="t" filled="f" o:preferrelative="t" stroked="f" coordsize="21600,21600">
            <v:path/>
            <v:fill on="f" focussize="0,0"/>
            <v:stroke on="f" joinstyle="miter"/>
            <v:imagedata r:id="rId373" o:title="eqId23e30ed8e15a1be975e0b76c3c6bffc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140" o:spt="75" alt="学科网(www.zxxk.com)--教育资源门户，提供试卷、教案、课件、论文、素材以及各类教学资源下载，还有大量而丰富的教学相关资讯！" type="#_x0000_t75" style="height:18pt;width:233pt;" o:ole="t" filled="f" o:preferrelative="t" stroked="f" coordsize="21600,21600">
            <v:path/>
            <v:fill on="f" focussize="0,0"/>
            <v:stroke on="f" joinstyle="miter"/>
            <v:imagedata r:id="rId374" o:title="eqIdc7148e891917f04229cefea9177c7b8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014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75" o:title="eqIdd36581140ebac5d28438ea63b1b23b6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w:t>
      </w:r>
      <w:r>
        <w:pict>
          <v:shape id="_x0000_i710142"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77" o:title="eqIdaaf3369e0ea90e8d5cf4b6b3c45c0fd8"/>
            <o:lock v:ext="edit" aspectratio="t"/>
            <w10:wrap type="none"/>
            <w10:anchorlock/>
          </v:shape>
        </w:pict>
      </w:r>
      <w:r>
        <w:rPr>
          <w:rFonts w:ascii="宋体" w:hAnsi="宋体" w:eastAsia="宋体" w:cs="宋体"/>
          <w:color w:val="000000"/>
        </w:rPr>
        <w:t>，</w:t>
      </w:r>
      <w:r>
        <w:pict>
          <v:shape id="_x0000_i710143"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378" o:title="eqId88e9f7d1272b7344346b58b660aa260a"/>
            <o:lock v:ext="edit" aspectratio="t"/>
            <w10:wrap type="none"/>
            <w10:anchorlock/>
          </v:shape>
        </w:pict>
      </w:r>
      <w:r>
        <w:rPr>
          <w:rFonts w:ascii="宋体" w:hAnsi="宋体" w:eastAsia="宋体" w:cs="宋体"/>
          <w:color w:val="000000"/>
        </w:rPr>
        <w:t>分别是</w:t>
      </w:r>
      <w:r>
        <w:pict>
          <v:shape id="_x0000_i710144"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379" o:title="eqId9fed1f57a835af4e9022e27603d12d31"/>
            <o:lock v:ext="edit" aspectratio="t"/>
            <w10:wrap type="none"/>
            <w10:anchorlock/>
          </v:shape>
        </w:pict>
      </w:r>
      <w:r>
        <w:rPr>
          <w:rFonts w:ascii="宋体" w:hAnsi="宋体" w:eastAsia="宋体" w:cs="宋体"/>
          <w:color w:val="000000"/>
        </w:rPr>
        <w:t>，</w:t>
      </w:r>
      <w:r>
        <w:pict>
          <v:shape id="_x0000_i71014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80" o:title="eqIddc9f91270ddbe1cf3c1362e1b95aee14"/>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117" name="图片 590245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 name="图片 590245992"/>
                    <pic:cNvPicPr>
                      <a:picLocks noChangeAspect="1"/>
                    </pic:cNvPicPr>
                  </pic:nvPicPr>
                  <pic:blipFill>
                    <a:blip r:embed="rId37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角平分线，</w:t>
      </w:r>
    </w:p>
    <w:p>
      <w:pPr>
        <w:spacing w:line="360" w:lineRule="auto"/>
        <w:jc w:val="left"/>
        <w:textAlignment w:val="center"/>
        <w:rPr>
          <w:color w:val="000000"/>
        </w:rPr>
      </w:pPr>
      <w:r>
        <w:rPr>
          <w:rFonts w:ascii="宋体" w:hAnsi="宋体" w:eastAsia="宋体" w:cs="宋体"/>
          <w:color w:val="000000"/>
        </w:rPr>
        <w:t>∴</w:t>
      </w:r>
      <w:r>
        <w:pict>
          <v:shape id="_x0000_i710146" o:spt="75" alt="学科网(www.zxxk.com)--教育资源门户，提供试卷、教案、课件、论文、素材以及各类教学资源下载，还有大量而丰富的教学相关资讯！" type="#_x0000_t75" style="height:29pt;width:264pt;" o:ole="t" filled="f" o:preferrelative="t" stroked="f" coordsize="21600,21600">
            <v:path/>
            <v:fill on="f" focussize="0,0"/>
            <v:stroke on="f" joinstyle="miter"/>
            <v:imagedata r:id="rId381" o:title="eqIdce490c5c8dea008b86e565dd9ad6fae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0147" o:spt="75" alt="学科网(www.zxxk.com)--教育资源门户，提供试卷、教案、课件、论文、素材以及各类教学资源下载，还有大量而丰富的教学相关资讯！" type="#_x0000_t75" style="height:29pt;width:263pt;" o:ole="t" filled="f" o:preferrelative="t" stroked="f" coordsize="21600,21600">
            <v:path/>
            <v:fill on="f" focussize="0,0"/>
            <v:stroke on="f" joinstyle="miter"/>
            <v:imagedata r:id="rId382" o:title="eqId5b981dd2dc8f68cd5bd1b86fd49c4bf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148" o:spt="75" alt="学科网(www.zxxk.com)--教育资源门户，提供试卷、教案、课件、论文、素材以及各类教学资源下载，还有大量而丰富的教学相关资讯！" type="#_x0000_t75" style="height:13pt;width:265pt;" o:ole="t" filled="f" o:preferrelative="t" stroked="f" coordsize="21600,21600">
            <v:path/>
            <v:fill on="f" focussize="0,0"/>
            <v:stroke on="f" joinstyle="miter"/>
            <v:imagedata r:id="rId383" o:title="eqId2ff314ad53e2171616a488382ec98fb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①如图所示，射线</w:t>
      </w:r>
      <w:r>
        <w:rPr>
          <w:rFonts w:ascii="Times New Roman" w:hAnsi="Times New Roman" w:eastAsia="Times New Roman" w:cs="Times New Roman"/>
          <w:i/>
          <w:color w:val="000000"/>
        </w:rPr>
        <w:t>OB</w:t>
      </w:r>
      <w:r>
        <w:rPr>
          <w:rFonts w:ascii="宋体" w:hAnsi="宋体" w:eastAsia="宋体" w:cs="宋体"/>
          <w:color w:val="000000"/>
        </w:rPr>
        <w:t>与</w:t>
      </w:r>
      <w:r>
        <w:rPr>
          <w:rFonts w:ascii="Times New Roman" w:hAnsi="Times New Roman" w:eastAsia="Times New Roman" w:cs="Times New Roman"/>
          <w:i/>
          <w:color w:val="000000"/>
        </w:rPr>
        <w:t>OC</w:t>
      </w:r>
      <w:r>
        <w:rPr>
          <w:rFonts w:ascii="宋体" w:hAnsi="宋体" w:eastAsia="宋体" w:cs="宋体"/>
          <w:color w:val="000000"/>
        </w:rPr>
        <w:t>重合．</w:t>
      </w:r>
    </w:p>
    <w:p>
      <w:pPr>
        <w:spacing w:line="360" w:lineRule="auto"/>
        <w:jc w:val="left"/>
        <w:textAlignment w:val="center"/>
        <w:rPr>
          <w:color w:val="000000"/>
        </w:rPr>
      </w:pPr>
      <w:r>
        <w:rPr>
          <w:color w:val="000000"/>
        </w:rPr>
        <w:drawing>
          <wp:inline distT="0" distB="0" distL="114300" distR="114300">
            <wp:extent cx="1314450" cy="1143000"/>
            <wp:effectExtent l="0" t="0" r="0" b="0"/>
            <wp:docPr id="3119"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 name="图片 100045" descr="学科网(www.zxxk.com)--教育资源门户，提供试卷、教案、课件、论文、素材以及各类教学资源下载，还有大量而丰富的教学相关资讯！"/>
                    <pic:cNvPicPr>
                      <a:picLocks noChangeAspect="1"/>
                    </pic:cNvPicPr>
                  </pic:nvPicPr>
                  <pic:blipFill>
                    <a:blip r:embed="rId384"/>
                    <a:stretch>
                      <a:fillRect/>
                    </a:stretch>
                  </pic:blipFill>
                  <pic:spPr>
                    <a:xfrm>
                      <a:off x="0" y="0"/>
                      <a:ext cx="1314450" cy="1143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0149"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85" o:title="eqIdaaf3369e0ea90e8d5cf4b6b3c45c0fd8"/>
            <o:lock v:ext="edit" aspectratio="t"/>
            <w10:wrap type="none"/>
            <w10:anchorlock/>
          </v:shape>
        </w:pict>
      </w:r>
      <w:r>
        <w:rPr>
          <w:rFonts w:ascii="宋体" w:hAnsi="宋体" w:eastAsia="宋体" w:cs="宋体"/>
          <w:color w:val="000000"/>
        </w:rPr>
        <w:t>，</w:t>
      </w:r>
      <w:r>
        <w:pict>
          <v:shape id="_x0000_i710150"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386" o:title="eqId88e9f7d1272b7344346b58b660aa260a"/>
            <o:lock v:ext="edit" aspectratio="t"/>
            <w10:wrap type="none"/>
            <w10:anchorlock/>
          </v:shape>
        </w:pict>
      </w:r>
      <w:r>
        <w:rPr>
          <w:rFonts w:ascii="宋体" w:hAnsi="宋体" w:eastAsia="宋体" w:cs="宋体"/>
          <w:color w:val="000000"/>
        </w:rPr>
        <w:t>分别是</w:t>
      </w:r>
      <w:r>
        <w:pict>
          <v:shape id="_x0000_i710151"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387" o:title="eqId9fed1f57a835af4e9022e27603d12d31"/>
            <o:lock v:ext="edit" aspectratio="t"/>
            <w10:wrap type="none"/>
            <w10:anchorlock/>
          </v:shape>
        </w:pict>
      </w:r>
      <w:r>
        <w:rPr>
          <w:rFonts w:ascii="宋体" w:hAnsi="宋体" w:eastAsia="宋体" w:cs="宋体"/>
          <w:color w:val="000000"/>
        </w:rPr>
        <w:t>，</w:t>
      </w:r>
      <w:r>
        <w:pict>
          <v:shape id="_x0000_i71015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88" o:title="eqIddc9f91270ddbe1cf3c1362e1b95aee14"/>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0153" o:spt="75" alt="学科网(www.zxxk.com)--教育资源门户，提供试卷、教案、课件、论文、素材以及各类教学资源下载，还有大量而丰富的教学相关资讯！" type="#_x0000_t75" style="height:29pt;width:140pt;" o:ole="t" filled="f" o:preferrelative="t" stroked="f" coordsize="21600,21600">
            <v:path/>
            <v:fill on="f" focussize="0,0"/>
            <v:stroke on="f" joinstyle="miter"/>
            <v:imagedata r:id="rId389" o:title="eqId710c9f9e8eec666e8d11d39316925767"/>
            <o:lock v:ext="edit" aspectratio="t"/>
            <w10:wrap type="none"/>
            <w10:anchorlock/>
          </v:shape>
        </w:pict>
      </w:r>
      <w:r>
        <w:rPr>
          <w:rFonts w:ascii="宋体" w:hAnsi="宋体" w:eastAsia="宋体" w:cs="宋体"/>
          <w:color w:val="000000"/>
        </w:rPr>
        <w:t>，</w:t>
      </w:r>
      <w:r>
        <w:pict>
          <v:shape id="_x0000_i710154" o:spt="75" alt="学科网(www.zxxk.com)--教育资源门户，提供试卷、教案、课件、论文、素材以及各类教学资源下载，还有大量而丰富的教学相关资讯！" type="#_x0000_t75" style="height:30.75pt;width:155.25pt;" o:ole="t" filled="f" o:preferrelative="t" stroked="f" coordsize="21600,21600">
            <v:path/>
            <v:fill on="f" focussize="0,0"/>
            <v:stroke on="f" joinstyle="miter"/>
            <v:imagedata r:id="rId390" o:title="eqIdbd6b2f7b34ceb147f28db94dc487583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155" o:spt="75" alt="学科网(www.zxxk.com)--教育资源门户，提供试卷、教案、课件、论文、素材以及各类教学资源下载，还有大量而丰富的教学相关资讯！" type="#_x0000_t75" style="height:29pt;width:234pt;" o:ole="t" filled="f" o:preferrelative="t" stroked="f" coordsize="21600,21600">
            <v:path/>
            <v:fill on="f" focussize="0,0"/>
            <v:stroke on="f" joinstyle="miter"/>
            <v:imagedata r:id="rId391" o:title="eqId2059a43d5c7e382d7ebccaef2bc9855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②如图所示，射线</w:t>
      </w:r>
      <w:r>
        <w:rPr>
          <w:rFonts w:ascii="Times New Roman" w:hAnsi="Times New Roman" w:eastAsia="Times New Roman" w:cs="Times New Roman"/>
          <w:i/>
          <w:color w:val="000000"/>
        </w:rPr>
        <w:t>OB</w:t>
      </w:r>
      <w:r>
        <w:rPr>
          <w:rFonts w:ascii="宋体" w:hAnsi="宋体" w:eastAsia="宋体" w:cs="宋体"/>
          <w:color w:val="000000"/>
          <w:position w:val="-1"/>
        </w:rPr>
        <w:drawing>
          <wp:inline distT="0" distB="0" distL="114300" distR="114300">
            <wp:extent cx="139700" cy="190500"/>
            <wp:effectExtent l="0" t="0" r="0" b="0"/>
            <wp:docPr id="3121" name="图片 59024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 name="图片 590245986"/>
                    <pic:cNvPicPr>
                      <a:picLocks noChangeAspect="1"/>
                    </pic:cNvPicPr>
                  </pic:nvPicPr>
                  <pic:blipFill>
                    <a:blip r:embed="rId392"/>
                    <a:stretch>
                      <a:fillRect/>
                    </a:stretch>
                  </pic:blipFill>
                  <pic:spPr>
                    <a:xfrm>
                      <a:off x="0" y="0"/>
                      <a:ext cx="139700" cy="190500"/>
                    </a:xfrm>
                    <a:prstGeom prst="rect">
                      <a:avLst/>
                    </a:prstGeom>
                  </pic:spPr>
                </pic:pic>
              </a:graphicData>
            </a:graphic>
          </wp:inline>
        </w:drawing>
      </w:r>
      <w:r>
        <w:rPr>
          <w:rFonts w:ascii="Times New Roman" w:hAnsi="Times New Roman" w:eastAsia="Times New Roman" w:cs="Times New Roman"/>
          <w:i/>
          <w:color w:val="000000"/>
        </w:rPr>
        <w:t>OC</w:t>
      </w:r>
      <w:r>
        <w:rPr>
          <w:rFonts w:ascii="宋体" w:hAnsi="宋体" w:eastAsia="宋体" w:cs="宋体"/>
          <w:color w:val="000000"/>
        </w:rPr>
        <w:t>下方．</w:t>
      </w:r>
    </w:p>
    <w:p>
      <w:pPr>
        <w:spacing w:line="360" w:lineRule="auto"/>
        <w:jc w:val="left"/>
        <w:textAlignment w:val="center"/>
        <w:rPr>
          <w:color w:val="000000"/>
        </w:rPr>
      </w:pPr>
      <w:r>
        <w:rPr>
          <w:color w:val="000000"/>
        </w:rPr>
        <w:drawing>
          <wp:inline distT="0" distB="0" distL="114300" distR="114300">
            <wp:extent cx="1400175" cy="1228725"/>
            <wp:effectExtent l="0" t="0" r="0" b="0"/>
            <wp:docPr id="3123"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 name="图片 100047" descr="学科网(www.zxxk.com)--教育资源门户，提供试卷、教案、课件、论文、素材以及各类教学资源下载，还有大量而丰富的教学相关资讯！"/>
                    <pic:cNvPicPr>
                      <a:picLocks noChangeAspect="1"/>
                    </pic:cNvPicPr>
                  </pic:nvPicPr>
                  <pic:blipFill>
                    <a:blip r:embed="rId393"/>
                    <a:stretch>
                      <a:fillRect/>
                    </a:stretch>
                  </pic:blipFill>
                  <pic:spPr>
                    <a:xfrm>
                      <a:off x="0" y="0"/>
                      <a:ext cx="1400175" cy="12287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0156"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94" o:title="eqIdaaf3369e0ea90e8d5cf4b6b3c45c0fd8"/>
            <o:lock v:ext="edit" aspectratio="t"/>
            <w10:wrap type="none"/>
            <w10:anchorlock/>
          </v:shape>
        </w:pict>
      </w:r>
      <w:r>
        <w:rPr>
          <w:rFonts w:ascii="宋体" w:hAnsi="宋体" w:eastAsia="宋体" w:cs="宋体"/>
          <w:color w:val="000000"/>
        </w:rPr>
        <w:t>，</w:t>
      </w:r>
      <w:r>
        <w:pict>
          <v:shape id="_x0000_i710157"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395" o:title="eqId88e9f7d1272b7344346b58b660aa260a"/>
            <o:lock v:ext="edit" aspectratio="t"/>
            <w10:wrap type="none"/>
            <w10:anchorlock/>
          </v:shape>
        </w:pict>
      </w:r>
      <w:r>
        <w:rPr>
          <w:rFonts w:ascii="宋体" w:hAnsi="宋体" w:eastAsia="宋体" w:cs="宋体"/>
          <w:color w:val="000000"/>
        </w:rPr>
        <w:t>分别是</w:t>
      </w:r>
      <w:r>
        <w:pict>
          <v:shape id="_x0000_i710158"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396" o:title="eqId9fed1f57a835af4e9022e27603d12d31"/>
            <o:lock v:ext="edit" aspectratio="t"/>
            <w10:wrap type="none"/>
            <w10:anchorlock/>
          </v:shape>
        </w:pict>
      </w:r>
      <w:r>
        <w:rPr>
          <w:rFonts w:ascii="宋体" w:hAnsi="宋体" w:eastAsia="宋体" w:cs="宋体"/>
          <w:color w:val="000000"/>
        </w:rPr>
        <w:t>，</w:t>
      </w:r>
      <w:r>
        <w:pict>
          <v:shape id="_x0000_i71015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97" o:title="eqIddc9f91270ddbe1cf3c1362e1b95aee14"/>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0160" o:spt="75" alt="学科网(www.zxxk.com)--教育资源门户，提供试卷、教案、课件、论文、素材以及各类教学资源下载，还有大量而丰富的教学相关资讯！" type="#_x0000_t75" style="height:29pt;width:247pt;" o:ole="t" filled="f" o:preferrelative="t" stroked="f" coordsize="21600,21600">
            <v:path/>
            <v:fill on="f" focussize="0,0"/>
            <v:stroke on="f" joinstyle="miter"/>
            <v:imagedata r:id="rId398" o:title="eqId6c0cdf278b018a06dd25f3760c9ba7cd"/>
            <o:lock v:ext="edit" aspectratio="t"/>
            <w10:wrap type="none"/>
            <w10:anchorlock/>
          </v:shape>
        </w:pict>
      </w:r>
      <w:r>
        <w:rPr>
          <w:rFonts w:ascii="宋体" w:hAnsi="宋体" w:eastAsia="宋体" w:cs="宋体"/>
          <w:color w:val="000000"/>
        </w:rPr>
        <w:t>，</w:t>
      </w:r>
      <w:r>
        <w:pict>
          <v:shape id="_x0000_i710161" o:spt="75" alt="学科网(www.zxxk.com)--教育资源门户，提供试卷、教案、课件、论文、素材以及各类教学资源下载，还有大量而丰富的教学相关资讯！" type="#_x0000_t75" style="height:29pt;width:247pt;" o:ole="t" filled="f" o:preferrelative="t" stroked="f" coordsize="21600,21600">
            <v:path/>
            <v:fill on="f" focussize="0,0"/>
            <v:stroke on="f" joinstyle="miter"/>
            <v:imagedata r:id="rId399" o:title="eqId1ecd4998b99e5c0a505dcde6af13c45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162" o:spt="75" alt="学科网(www.zxxk.com)--教育资源门户，提供试卷、教案、课件、论文、素材以及各类教学资源下载，还有大量而丰富的教学相关资讯！" type="#_x0000_t75" style="height:29pt;width:364pt;" o:ole="t" filled="f" o:preferrelative="t" stroked="f" coordsize="21600,21600">
            <v:path/>
            <v:fill on="f" focussize="0,0"/>
            <v:stroke on="f" joinstyle="miter"/>
            <v:imagedata r:id="rId400" o:title="eqIddaa670f19561fdd334f59895a14893e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③如图所示，射线</w:t>
      </w:r>
      <w:r>
        <w:rPr>
          <w:rFonts w:ascii="Times New Roman" w:hAnsi="Times New Roman" w:eastAsia="Times New Roman" w:cs="Times New Roman"/>
          <w:i/>
          <w:color w:val="000000"/>
        </w:rPr>
        <w:t>OB</w:t>
      </w:r>
      <w:r>
        <w:rPr>
          <w:rFonts w:ascii="宋体" w:hAnsi="宋体" w:eastAsia="宋体" w:cs="宋体"/>
          <w:color w:val="000000"/>
        </w:rPr>
        <w:t>在</w:t>
      </w:r>
      <w:r>
        <w:rPr>
          <w:rFonts w:ascii="Times New Roman" w:hAnsi="Times New Roman" w:eastAsia="Times New Roman" w:cs="Times New Roman"/>
          <w:i/>
          <w:color w:val="000000"/>
        </w:rPr>
        <w:t>OC</w:t>
      </w:r>
      <w:r>
        <w:rPr>
          <w:rFonts w:ascii="宋体" w:hAnsi="宋体" w:eastAsia="宋体" w:cs="宋体"/>
          <w:color w:val="000000"/>
        </w:rPr>
        <w:t>上方．</w:t>
      </w:r>
    </w:p>
    <w:p>
      <w:pPr>
        <w:spacing w:line="360" w:lineRule="auto"/>
        <w:jc w:val="left"/>
        <w:textAlignment w:val="center"/>
        <w:rPr>
          <w:color w:val="000000"/>
        </w:rPr>
      </w:pPr>
      <w:r>
        <w:rPr>
          <w:color w:val="000000"/>
        </w:rPr>
        <w:drawing>
          <wp:inline distT="0" distB="0" distL="114300" distR="114300">
            <wp:extent cx="1438275" cy="1200150"/>
            <wp:effectExtent l="0" t="0" r="0" b="0"/>
            <wp:docPr id="3125"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 name="图片 100049" descr="学科网(www.zxxk.com)--教育资源门户，提供试卷、教案、课件、论文、素材以及各类教学资源下载，还有大量而丰富的教学相关资讯！"/>
                    <pic:cNvPicPr>
                      <a:picLocks noChangeAspect="1"/>
                    </pic:cNvPicPr>
                  </pic:nvPicPr>
                  <pic:blipFill>
                    <a:blip r:embed="rId401"/>
                    <a:stretch>
                      <a:fillRect/>
                    </a:stretch>
                  </pic:blipFill>
                  <pic:spPr>
                    <a:xfrm>
                      <a:off x="0" y="0"/>
                      <a:ext cx="1438275" cy="12001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0163"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402" o:title="eqIdaaf3369e0ea90e8d5cf4b6b3c45c0fd8"/>
            <o:lock v:ext="edit" aspectratio="t"/>
            <w10:wrap type="none"/>
            <w10:anchorlock/>
          </v:shape>
        </w:pict>
      </w:r>
      <w:r>
        <w:rPr>
          <w:rFonts w:ascii="宋体" w:hAnsi="宋体" w:eastAsia="宋体" w:cs="宋体"/>
          <w:color w:val="000000"/>
        </w:rPr>
        <w:t>，</w:t>
      </w:r>
      <w:r>
        <w:pict>
          <v:shape id="_x0000_i710164"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403" o:title="eqId88e9f7d1272b7344346b58b660aa260a"/>
            <o:lock v:ext="edit" aspectratio="t"/>
            <w10:wrap type="none"/>
            <w10:anchorlock/>
          </v:shape>
        </w:pict>
      </w:r>
      <w:r>
        <w:rPr>
          <w:rFonts w:ascii="宋体" w:hAnsi="宋体" w:eastAsia="宋体" w:cs="宋体"/>
          <w:color w:val="000000"/>
        </w:rPr>
        <w:t>分别是</w:t>
      </w:r>
      <w:r>
        <w:pict>
          <v:shape id="_x0000_i710165"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404" o:title="eqId9fed1f57a835af4e9022e27603d12d31"/>
            <o:lock v:ext="edit" aspectratio="t"/>
            <w10:wrap type="none"/>
            <w10:anchorlock/>
          </v:shape>
        </w:pict>
      </w:r>
      <w:r>
        <w:rPr>
          <w:rFonts w:ascii="宋体" w:hAnsi="宋体" w:eastAsia="宋体" w:cs="宋体"/>
          <w:color w:val="000000"/>
        </w:rPr>
        <w:t>，</w:t>
      </w:r>
      <w:r>
        <w:pict>
          <v:shape id="_x0000_i71016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5" o:title="eqIddc9f91270ddbe1cf3c1362e1b95aee14"/>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0167" o:spt="75" alt="学科网(www.zxxk.com)--教育资源门户，提供试卷、教案、课件、论文、素材以及各类教学资源下载，还有大量而丰富的教学相关资讯！" type="#_x0000_t75" style="height:29pt;width:247pt;" o:ole="t" filled="f" o:preferrelative="t" stroked="f" coordsize="21600,21600">
            <v:path/>
            <v:fill on="f" focussize="0,0"/>
            <v:stroke on="f" joinstyle="miter"/>
            <v:imagedata r:id="rId406" o:title="eqId31f999c60e3afbf705659c8c37c2677c"/>
            <o:lock v:ext="edit" aspectratio="t"/>
            <w10:wrap type="none"/>
            <w10:anchorlock/>
          </v:shape>
        </w:pict>
      </w:r>
      <w:r>
        <w:rPr>
          <w:rFonts w:ascii="宋体" w:hAnsi="宋体" w:eastAsia="宋体" w:cs="宋体"/>
          <w:color w:val="000000"/>
        </w:rPr>
        <w:t>，</w:t>
      </w:r>
      <w:r>
        <w:pict>
          <v:shape id="_x0000_i710168" o:spt="75" alt="学科网(www.zxxk.com)--教育资源门户，提供试卷、教案、课件、论文、素材以及各类教学资源下载，还有大量而丰富的教学相关资讯！" type="#_x0000_t75" style="height:29pt;width:246pt;" o:ole="t" filled="f" o:preferrelative="t" stroked="f" coordsize="21600,21600">
            <v:path/>
            <v:fill on="f" focussize="0,0"/>
            <v:stroke on="f" joinstyle="miter"/>
            <v:imagedata r:id="rId407" o:title="eqIdbeb0ec17b323f9bc05f7eb4611b556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169" o:spt="75" alt="学科网(www.zxxk.com)--教育资源门户，提供试卷、教案、课件、论文、素材以及各类教学资源下载，还有大量而丰富的教学相关资讯！" type="#_x0000_t75" style="height:29pt;width:364pt;" o:ole="t" filled="f" o:preferrelative="t" stroked="f" coordsize="21600,21600">
            <v:path/>
            <v:fill on="f" focussize="0,0"/>
            <v:stroke on="f" joinstyle="miter"/>
            <v:imagedata r:id="rId408" o:title="eqId74e80c85961609b1ed1ea699c69319f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0170" o:spt="75" alt="学科网(www.zxxk.com)--教育资源门户，提供试卷、教案、课件、论文、素材以及各类教学资源下载，还有大量而丰富的教学相关资讯！" type="#_x0000_t75" style="height:31.2pt;width:82.8pt;" o:ole="t" filled="f" o:preferrelative="t" stroked="f" coordsize="21600,21600">
            <v:path/>
            <v:fill on="f" focussize="0,0"/>
            <v:stroke on="f" joinstyle="miter"/>
            <v:imagedata r:id="rId409" o:title="eqIdf8ba308089f8d2db8563b561721e249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0171" o:spt="75" alt="学科网(www.zxxk.com)--教育资源门户，提供试卷、教案、课件、论文、素材以及各类教学资源下载，还有大量而丰富的教学相关资讯！" type="#_x0000_t75" style="height:30.7pt;width:33.2pt;" o:ole="t" filled="f" o:preferrelative="t" stroked="f" coordsize="21600,21600">
            <v:path/>
            <v:fill on="f" focussize="0,0"/>
            <v:stroke on="f" joinstyle="miter"/>
            <v:imagedata r:id="rId410" o:title="eqIda63b73f281010e2107dd706af993e94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本题主要考查三角形的角平分线的定义，能采用分类讨论的思想分析问题是解题的关键．</w:t>
      </w:r>
    </w:p>
    <w:p>
      <w:pPr>
        <w:pStyle w:val="Heading2"/>
      </w:pPr>
      <w:r>
        <w:t>第一六六中学（12月月考）</w:t>
      </w:r>
    </w:p>
    <w:p>
      <w:pPr>
        <w:spacing w:line="360" w:lineRule="auto"/>
        <w:jc w:val="left"/>
        <w:textAlignment w:val="center"/>
        <w:rPr>
          <w:color w:val="000000"/>
        </w:rPr>
      </w:pPr>
      <w:r>
        <w:rPr>
          <w:color w:val="000000"/>
        </w:rPr>
        <w:t xml:space="preserve">21. </w:t>
      </w:r>
      <w:r>
        <w:rPr>
          <w:rFonts w:ascii="宋体" w:hAnsi="宋体" w:eastAsia="宋体" w:cs="宋体"/>
          <w:color w:val="000000"/>
        </w:rPr>
        <w:t>初一年级共</w:t>
      </w:r>
      <w:r>
        <w:rPr>
          <w:rFonts w:ascii="Times New Roman" w:hAnsi="Times New Roman" w:eastAsia="Times New Roman" w:cs="Times New Roman"/>
          <w:color w:val="000000"/>
        </w:rPr>
        <w:t>45</w:t>
      </w:r>
      <w:r>
        <w:rPr>
          <w:rFonts w:ascii="宋体" w:hAnsi="宋体" w:eastAsia="宋体" w:cs="宋体"/>
          <w:color w:val="000000"/>
        </w:rPr>
        <w:t>名学生参与科技节活动，制作纸飞机模型．每人每小时可做</w:t>
      </w:r>
      <w:r>
        <w:rPr>
          <w:rFonts w:ascii="Times New Roman" w:hAnsi="Times New Roman" w:eastAsia="Times New Roman" w:cs="Times New Roman"/>
          <w:color w:val="000000"/>
        </w:rPr>
        <w:t>20</w:t>
      </w:r>
      <w:r>
        <w:rPr>
          <w:rFonts w:ascii="宋体" w:hAnsi="宋体" w:eastAsia="宋体" w:cs="宋体"/>
          <w:color w:val="000000"/>
        </w:rPr>
        <w:t>个机身或</w:t>
      </w:r>
      <w:r>
        <w:rPr>
          <w:rFonts w:ascii="Times New Roman" w:hAnsi="Times New Roman" w:eastAsia="Times New Roman" w:cs="Times New Roman"/>
          <w:color w:val="000000"/>
        </w:rPr>
        <w:t>60</w:t>
      </w:r>
      <w:r>
        <w:rPr>
          <w:rFonts w:ascii="宋体" w:hAnsi="宋体" w:eastAsia="宋体" w:cs="宋体"/>
          <w:color w:val="000000"/>
        </w:rPr>
        <w:t>个机翼，一个飞机模型要</w:t>
      </w:r>
      <w:r>
        <w:rPr>
          <w:rFonts w:ascii="Times New Roman" w:hAnsi="Times New Roman" w:eastAsia="Times New Roman" w:cs="Times New Roman"/>
          <w:color w:val="000000"/>
        </w:rPr>
        <w:t>1</w:t>
      </w:r>
      <w:r>
        <w:rPr>
          <w:rFonts w:ascii="宋体" w:hAnsi="宋体" w:eastAsia="宋体" w:cs="宋体"/>
          <w:color w:val="000000"/>
        </w:rPr>
        <w:t>个机身配</w:t>
      </w:r>
      <w:r>
        <w:rPr>
          <w:rFonts w:ascii="Times New Roman" w:hAnsi="Times New Roman" w:eastAsia="Times New Roman" w:cs="Times New Roman"/>
          <w:color w:val="000000"/>
        </w:rPr>
        <w:t>2</w:t>
      </w:r>
      <w:r>
        <w:rPr>
          <w:rFonts w:ascii="宋体" w:hAnsi="宋体" w:eastAsia="宋体" w:cs="宋体"/>
          <w:color w:val="000000"/>
        </w:rPr>
        <w:t>个机翼，为了使每小时制作的成品刚好配套，应该分配多少名学生做机身？多少名学生做机翼？在刚好配套的情况下，每小时能够做出多少套？</w:t>
      </w:r>
    </w:p>
    <w:p>
      <w:pPr>
        <w:spacing w:line="360" w:lineRule="auto"/>
        <w:textAlignment w:val="center"/>
        <w:rPr>
          <w:color w:val="000000"/>
        </w:rPr>
      </w:pPr>
      <w:r>
        <w:rPr>
          <w:color w:val="2E75B6"/>
        </w:rPr>
        <w:t>【答案】</w:t>
      </w:r>
      <w:r>
        <w:rPr>
          <w:rFonts w:ascii="宋体" w:hAnsi="宋体" w:eastAsia="宋体" w:cs="宋体"/>
          <w:color w:val="000000"/>
        </w:rPr>
        <w:t>应该分配</w:t>
      </w:r>
      <w:r>
        <w:rPr>
          <w:rFonts w:ascii="Times New Roman" w:hAnsi="Times New Roman" w:eastAsia="Times New Roman" w:cs="Times New Roman"/>
          <w:color w:val="000000"/>
        </w:rPr>
        <w:t>27</w:t>
      </w:r>
      <w:r>
        <w:rPr>
          <w:rFonts w:ascii="宋体" w:hAnsi="宋体" w:eastAsia="宋体" w:cs="宋体"/>
          <w:color w:val="000000"/>
        </w:rPr>
        <w:t>名学生做机身，</w:t>
      </w:r>
      <w:r>
        <w:rPr>
          <w:rFonts w:ascii="Times New Roman" w:hAnsi="Times New Roman" w:eastAsia="Times New Roman" w:cs="Times New Roman"/>
          <w:color w:val="000000"/>
        </w:rPr>
        <w:t>18</w:t>
      </w:r>
      <w:r>
        <w:rPr>
          <w:rFonts w:ascii="宋体" w:hAnsi="宋体" w:eastAsia="宋体" w:cs="宋体"/>
          <w:color w:val="000000"/>
        </w:rPr>
        <w:t>名学生做机翼，每小时能够做出</w:t>
      </w:r>
      <w:r>
        <w:rPr>
          <w:rFonts w:ascii="Times New Roman" w:hAnsi="Times New Roman" w:eastAsia="Times New Roman" w:cs="Times New Roman"/>
          <w:color w:val="000000"/>
        </w:rPr>
        <w:t>540</w:t>
      </w:r>
      <w:r>
        <w:rPr>
          <w:rFonts w:ascii="宋体" w:hAnsi="宋体" w:eastAsia="宋体" w:cs="宋体"/>
          <w:color w:val="000000"/>
        </w:rPr>
        <w:t>套</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设出未知数，根据等量关系：制作的机翼总数＝</w:t>
      </w:r>
      <w:r>
        <w:rPr>
          <w:rFonts w:ascii="Times New Roman" w:hAnsi="Times New Roman" w:eastAsia="Times New Roman" w:cs="Times New Roman"/>
          <w:color w:val="000000"/>
        </w:rPr>
        <w:t>2×</w:t>
      </w:r>
      <w:r>
        <w:rPr>
          <w:rFonts w:ascii="宋体" w:hAnsi="宋体" w:eastAsia="宋体" w:cs="宋体"/>
          <w:color w:val="000000"/>
        </w:rPr>
        <w:t>机身总数，列出方程求解即可解决问题．</w:t>
      </w:r>
    </w:p>
    <w:p>
      <w:pPr>
        <w:spacing w:line="360" w:lineRule="auto"/>
        <w:jc w:val="left"/>
        <w:textAlignment w:val="center"/>
        <w:rPr>
          <w:color w:val="000000"/>
        </w:rPr>
      </w:pPr>
      <w:r>
        <w:rPr>
          <w:color w:val="000000"/>
        </w:rPr>
        <w:t>【详解】</w:t>
      </w:r>
      <w:r>
        <w:rPr>
          <w:rFonts w:ascii="宋体" w:hAnsi="宋体" w:eastAsia="宋体" w:cs="宋体"/>
          <w:color w:val="000000"/>
        </w:rPr>
        <w:t>解：设应该分配</w:t>
      </w:r>
      <w:r>
        <w:rPr>
          <w:rFonts w:ascii="Times New Roman" w:hAnsi="Times New Roman" w:eastAsia="Times New Roman" w:cs="Times New Roman"/>
          <w:i/>
          <w:color w:val="000000"/>
        </w:rPr>
        <w:t>x</w:t>
      </w:r>
      <w:r>
        <w:rPr>
          <w:rFonts w:ascii="宋体" w:hAnsi="宋体" w:eastAsia="宋体" w:cs="宋体"/>
          <w:color w:val="000000"/>
        </w:rPr>
        <w:t>名学生做机身，则有</w:t>
      </w:r>
      <w:r>
        <w:pict>
          <v:shape id="_x0000_i710172"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411" o:title="eqId1eb40318d2201521106711f63a5e2f1a"/>
            <o:lock v:ext="edit" aspectratio="t"/>
            <w10:wrap type="none"/>
            <w10:anchorlock/>
          </v:shape>
        </w:pict>
      </w:r>
      <w:r>
        <w:rPr>
          <w:rFonts w:ascii="宋体" w:hAnsi="宋体" w:eastAsia="宋体" w:cs="宋体"/>
          <w:color w:val="000000"/>
        </w:rPr>
        <w:t>名学生做机翼，</w:t>
      </w:r>
    </w:p>
    <w:p>
      <w:pPr>
        <w:spacing w:line="360" w:lineRule="auto"/>
        <w:jc w:val="left"/>
        <w:textAlignment w:val="center"/>
        <w:rPr>
          <w:color w:val="000000"/>
        </w:rPr>
      </w:pPr>
      <w:r>
        <w:rPr>
          <w:rFonts w:ascii="宋体" w:hAnsi="宋体" w:eastAsia="宋体" w:cs="宋体"/>
          <w:color w:val="000000"/>
        </w:rPr>
        <w:t>由题意得：</w:t>
      </w:r>
      <w:r>
        <w:pict>
          <v:shape id="_x0000_i710173" o:spt="75" alt="学科网(www.zxxk.com)--教育资源门户，提供试卷、教案、课件、论文、素材以及各类教学资源下载，还有大量而丰富的教学相关资讯！" type="#_x0000_t75" style="height:19.8pt;width:100.2pt;" o:ole="t" filled="f" o:preferrelative="t" stroked="f" coordsize="21600,21600">
            <v:path/>
            <v:fill on="f" focussize="0,0"/>
            <v:stroke on="f" joinstyle="miter"/>
            <v:imagedata r:id="rId412" o:title="eqIdd5d717ab2dc13b0a3b3fefb7afe644d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017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13" o:title="eqId6ccb12b2fb6e7e0830f0a1cbeaf5d70d"/>
            <o:lock v:ext="edit" aspectratio="t"/>
            <w10:wrap type="none"/>
            <w10:anchorlock/>
          </v:shape>
        </w:pict>
      </w:r>
      <w:r>
        <w:rPr>
          <w:rFonts w:ascii="宋体" w:hAnsi="宋体" w:eastAsia="宋体" w:cs="宋体"/>
          <w:color w:val="000000"/>
        </w:rPr>
        <w:t>，</w:t>
      </w:r>
      <w:r>
        <w:pict>
          <v:shape id="_x0000_i710175" o:spt="75" alt="学科网(www.zxxk.com)--教育资源门户，提供试卷、教案、课件、论文、素材以及各类教学资源下载，还有大量而丰富的教学相关资讯！" type="#_x0000_t75" style="height:13.8pt;width:55.2pt;" o:ole="t" filled="f" o:preferrelative="t" stroked="f" coordsize="21600,21600">
            <v:path/>
            <v:fill on="f" focussize="0,0"/>
            <v:stroke on="f" joinstyle="miter"/>
            <v:imagedata r:id="rId414" o:title="eqId4edf13a188232978729ef0b189cb8c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即应该分配</w:t>
      </w:r>
      <w:r>
        <w:rPr>
          <w:rFonts w:ascii="Times New Roman" w:hAnsi="Times New Roman" w:eastAsia="Times New Roman" w:cs="Times New Roman"/>
          <w:color w:val="000000"/>
        </w:rPr>
        <w:t>27</w:t>
      </w:r>
      <w:r>
        <w:rPr>
          <w:rFonts w:ascii="宋体" w:hAnsi="宋体" w:eastAsia="宋体" w:cs="宋体"/>
          <w:color w:val="000000"/>
        </w:rPr>
        <w:t>学生做机身，</w:t>
      </w:r>
      <w:r>
        <w:rPr>
          <w:rFonts w:ascii="Times New Roman" w:hAnsi="Times New Roman" w:eastAsia="Times New Roman" w:cs="Times New Roman"/>
          <w:color w:val="000000"/>
        </w:rPr>
        <w:t>18</w:t>
      </w:r>
      <w:r>
        <w:rPr>
          <w:rFonts w:ascii="宋体" w:hAnsi="宋体" w:eastAsia="宋体" w:cs="宋体"/>
          <w:color w:val="000000"/>
        </w:rPr>
        <w:t>名学生做机翼，</w:t>
      </w:r>
    </w:p>
    <w:p>
      <w:pPr>
        <w:spacing w:line="360" w:lineRule="auto"/>
        <w:jc w:val="left"/>
        <w:textAlignment w:val="center"/>
        <w:rPr>
          <w:color w:val="000000"/>
        </w:rPr>
      </w:pPr>
      <w:r>
        <w:pict>
          <v:shape id="_x0000_i710176"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415" o:title="eqIdc3d46d45b0666ffb393591ce55a45bb8"/>
            <o:lock v:ext="edit" aspectratio="t"/>
            <w10:wrap type="none"/>
            <w10:anchorlock/>
          </v:shape>
        </w:pict>
      </w:r>
      <w:r>
        <w:rPr>
          <w:rFonts w:ascii="宋体" w:hAnsi="宋体" w:eastAsia="宋体" w:cs="宋体"/>
          <w:color w:val="000000"/>
        </w:rPr>
        <w:t>（套），</w:t>
      </w:r>
    </w:p>
    <w:p>
      <w:pPr>
        <w:spacing w:line="360" w:lineRule="auto"/>
        <w:jc w:val="left"/>
        <w:textAlignment w:val="center"/>
        <w:rPr>
          <w:color w:val="000000"/>
        </w:rPr>
      </w:pPr>
      <w:r>
        <w:rPr>
          <w:rFonts w:ascii="宋体" w:hAnsi="宋体" w:eastAsia="宋体" w:cs="宋体"/>
          <w:color w:val="000000"/>
        </w:rPr>
        <w:t>答：应该分配</w:t>
      </w:r>
      <w:r>
        <w:rPr>
          <w:rFonts w:ascii="Times New Roman" w:hAnsi="Times New Roman" w:eastAsia="Times New Roman" w:cs="Times New Roman"/>
          <w:color w:val="000000"/>
        </w:rPr>
        <w:t>27</w:t>
      </w:r>
      <w:r>
        <w:rPr>
          <w:rFonts w:ascii="宋体" w:hAnsi="宋体" w:eastAsia="宋体" w:cs="宋体"/>
          <w:color w:val="000000"/>
        </w:rPr>
        <w:t>名学生做机身，</w:t>
      </w:r>
      <w:r>
        <w:rPr>
          <w:rFonts w:ascii="Times New Roman" w:hAnsi="Times New Roman" w:eastAsia="Times New Roman" w:cs="Times New Roman"/>
          <w:color w:val="000000"/>
        </w:rPr>
        <w:t>18</w:t>
      </w:r>
      <w:r>
        <w:rPr>
          <w:rFonts w:ascii="宋体" w:hAnsi="宋体" w:eastAsia="宋体" w:cs="宋体"/>
          <w:color w:val="000000"/>
        </w:rPr>
        <w:t>名学生做机翼，每小时能够做出</w:t>
      </w:r>
      <w:r>
        <w:rPr>
          <w:rFonts w:ascii="Times New Roman" w:hAnsi="Times New Roman" w:eastAsia="Times New Roman" w:cs="Times New Roman"/>
          <w:color w:val="000000"/>
        </w:rPr>
        <w:t>540</w:t>
      </w:r>
      <w:r>
        <w:rPr>
          <w:rFonts w:ascii="宋体" w:hAnsi="宋体" w:eastAsia="宋体" w:cs="宋体"/>
          <w:color w:val="000000"/>
        </w:rPr>
        <w:t>套．</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本题主要考查了列一元一次方程来解决现实生活中的分配问题；准确找出命题中隐含的等量关系、正确列出方程是解题的关键．</w:t>
      </w:r>
    </w:p>
    <w:p>
      <w:pPr>
        <w:spacing w:line="360" w:lineRule="auto"/>
        <w:jc w:val="left"/>
        <w:textAlignment w:val="center"/>
        <w:rPr>
          <w:color w:val="000000"/>
        </w:rPr>
      </w:pPr>
      <w:r>
        <w:rPr>
          <w:color w:val="000000"/>
        </w:rPr>
        <w:t xml:space="preserve">22. </w:t>
      </w:r>
      <w:r>
        <w:rPr>
          <w:rFonts w:ascii="宋体" w:hAnsi="宋体" w:eastAsia="宋体" w:cs="宋体"/>
          <w:color w:val="000000"/>
        </w:rPr>
        <w:t>对于数轴上的</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三点，给出如下定义：若其中一个点与其它两个点的距离恰好满足2倍的数量关系，则称该点是其它两个点的“联盟点”.</w:t>
      </w:r>
    </w:p>
    <w:p>
      <w:pPr>
        <w:spacing w:line="360" w:lineRule="auto"/>
        <w:jc w:val="left"/>
        <w:textAlignment w:val="center"/>
        <w:rPr>
          <w:color w:val="000000"/>
        </w:rPr>
      </w:pPr>
      <w:r>
        <w:rPr>
          <w:rFonts w:ascii="宋体" w:hAnsi="宋体" w:eastAsia="宋体" w:cs="宋体"/>
          <w:color w:val="000000"/>
        </w:rPr>
        <w:t>例如数轴上点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所表示的数分别为1，3，4，此时点</w:t>
      </w:r>
      <w:r>
        <w:rPr>
          <w:rFonts w:ascii="Times New Roman" w:hAnsi="Times New Roman" w:eastAsia="Times New Roman" w:cs="Times New Roman"/>
          <w:i/>
          <w:color w:val="000000"/>
        </w:rPr>
        <w:t>B</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 xml:space="preserve"> C</w:t>
      </w:r>
      <w:r>
        <w:rPr>
          <w:rFonts w:ascii="宋体" w:hAnsi="宋体" w:eastAsia="宋体" w:cs="宋体"/>
          <w:color w:val="000000"/>
        </w:rPr>
        <w:t>的“联盟点”</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1943100" cy="381000"/>
            <wp:effectExtent l="0" t="0" r="0" b="0"/>
            <wp:docPr id="3127"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 name="图片 100025" descr="学科网(www.zxxk.com)--教育资源门户，提供试卷、教案、课件、论文、素材以及各类教学资源下载，还有大量而丰富的教学相关资讯！"/>
                    <pic:cNvPicPr>
                      <a:picLocks noChangeAspect="1"/>
                    </pic:cNvPicPr>
                  </pic:nvPicPr>
                  <pic:blipFill>
                    <a:blip r:embed="rId416"/>
                    <a:stretch>
                      <a:fillRect/>
                    </a:stretch>
                  </pic:blipFill>
                  <pic:spPr>
                    <a:xfrm>
                      <a:off x="0" y="0"/>
                      <a:ext cx="1943100" cy="3810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表示数-2, 点</w:t>
      </w:r>
      <w:r>
        <w:rPr>
          <w:rFonts w:ascii="Times New Roman" w:hAnsi="Times New Roman" w:eastAsia="Times New Roman" w:cs="Times New Roman"/>
          <w:i/>
          <w:color w:val="000000"/>
        </w:rPr>
        <w:t>B</w:t>
      </w:r>
      <w:r>
        <w:rPr>
          <w:rFonts w:ascii="宋体" w:hAnsi="宋体" w:eastAsia="宋体" w:cs="宋体"/>
          <w:color w:val="000000"/>
        </w:rPr>
        <w:t>表示的数2，下列各数</w:t>
      </w:r>
      <w:r>
        <w:pict>
          <v:shape id="_x0000_i710177"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417" o:title="eqId459c84c9addfbd1cdd0a877ba7c584e4"/>
            <o:lock v:ext="edit" aspectratio="t"/>
            <w10:wrap type="none"/>
            <w10:anchorlock/>
          </v:shape>
        </w:pict>
      </w:r>
      <w:r>
        <w:rPr>
          <w:rFonts w:ascii="宋体" w:hAnsi="宋体" w:eastAsia="宋体" w:cs="宋体"/>
          <w:color w:val="000000"/>
        </w:rPr>
        <w:t>，0，4，6所对应的点分别是</w:t>
      </w:r>
      <w:r>
        <w:rPr>
          <w:rFonts w:ascii="Times New Roman" w:hAnsi="Times New Roman" w:eastAsia="Times New Roman" w:cs="Times New Roman"/>
          <w:i/>
          <w:color w:val="000000"/>
        </w:rPr>
        <w:t>C</w:t>
      </w:r>
      <w:r>
        <w:rPr>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2</w:t>
      </w:r>
      <w:r>
        <w:rPr>
          <w:rFonts w:ascii="Times New Roman" w:hAnsi="Times New Roman" w:eastAsia="Times New Roman" w:cs="Times New Roman"/>
          <w:i/>
          <w:color w:val="000000"/>
        </w:rPr>
        <w:t xml:space="preserve"> </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3</w:t>
      </w:r>
      <w:r>
        <w:rPr>
          <w:rFonts w:ascii="Times New Roman" w:hAnsi="Times New Roman" w:eastAsia="Times New Roman" w:cs="Times New Roman"/>
          <w:i/>
          <w:color w:val="000000"/>
        </w:rPr>
        <w:t xml:space="preserve"> </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4</w: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的“联盟点”的是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（2）点</w:t>
      </w:r>
      <w:r>
        <w:rPr>
          <w:rFonts w:ascii="Times New Roman" w:hAnsi="Times New Roman" w:eastAsia="Times New Roman" w:cs="Times New Roman"/>
          <w:i/>
          <w:color w:val="000000"/>
        </w:rPr>
        <w:t>A</w:t>
      </w:r>
      <w:r>
        <w:rPr>
          <w:rFonts w:ascii="宋体" w:hAnsi="宋体" w:eastAsia="宋体" w:cs="宋体"/>
          <w:color w:val="000000"/>
        </w:rPr>
        <w:t>表示数-10, 点</w:t>
      </w:r>
      <w:r>
        <w:rPr>
          <w:rFonts w:ascii="Times New Roman" w:hAnsi="Times New Roman" w:eastAsia="Times New Roman" w:cs="Times New Roman"/>
          <w:i/>
          <w:color w:val="000000"/>
        </w:rPr>
        <w:t>B</w:t>
      </w:r>
      <w:r>
        <w:rPr>
          <w:rFonts w:ascii="宋体" w:hAnsi="宋体" w:eastAsia="宋体" w:cs="宋体"/>
          <w:color w:val="000000"/>
        </w:rPr>
        <w:t>表示的数30，</w:t>
      </w:r>
      <w:r>
        <w:rPr>
          <w:rFonts w:ascii="Times New Roman" w:hAnsi="Times New Roman" w:eastAsia="Times New Roman" w:cs="Times New Roman"/>
          <w:i/>
          <w:color w:val="000000"/>
        </w:rPr>
        <w:t>P</w:t>
      </w:r>
      <w:r>
        <w:rPr>
          <w:rFonts w:ascii="宋体" w:hAnsi="宋体" w:eastAsia="宋体" w:cs="宋体"/>
          <w:color w:val="000000"/>
        </w:rPr>
        <w:t>在为数轴上一个动点：</w:t>
      </w:r>
    </w:p>
    <w:p>
      <w:pPr>
        <w:spacing w:line="360" w:lineRule="auto"/>
        <w:jc w:val="left"/>
        <w:textAlignment w:val="center"/>
        <w:rPr>
          <w:color w:val="000000"/>
        </w:rPr>
      </w:pPr>
      <w:r>
        <w:rPr>
          <w:rFonts w:ascii="宋体" w:hAnsi="宋体" w:eastAsia="宋体" w:cs="宋体"/>
          <w:color w:val="000000"/>
        </w:rPr>
        <w:t>①若点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position w:val="0"/>
        </w:rPr>
        <w:drawing>
          <wp:inline distT="0" distB="0" distL="114300" distR="114300">
            <wp:extent cx="133350" cy="177800"/>
            <wp:effectExtent l="0" t="0" r="0" b="0"/>
            <wp:docPr id="3129" name="图片 176225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 name="图片 1762250781"/>
                    <pic:cNvPicPr>
                      <a:picLocks noChangeAspect="1"/>
                    </pic:cNvPicPr>
                  </pic:nvPicPr>
                  <pic:blipFill>
                    <a:blip r:embed="rId4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左侧，且点</w:t>
      </w:r>
      <w:r>
        <w:rPr>
          <w:rFonts w:ascii="Times New Roman" w:hAnsi="Times New Roman" w:eastAsia="Times New Roman" w:cs="Times New Roman"/>
          <w:i/>
          <w:color w:val="000000"/>
        </w:rPr>
        <w:t>P</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 xml:space="preserve"> B</w:t>
      </w:r>
      <w:r>
        <w:rPr>
          <w:rFonts w:ascii="宋体" w:hAnsi="宋体" w:eastAsia="宋体" w:cs="宋体"/>
          <w:color w:val="000000"/>
        </w:rPr>
        <w:t>的“联盟点”，求此时点</w:t>
      </w:r>
      <w:r>
        <w:rPr>
          <w:rFonts w:ascii="Times New Roman" w:hAnsi="Times New Roman" w:eastAsia="Times New Roman" w:cs="Times New Roman"/>
          <w:i/>
          <w:color w:val="000000"/>
        </w:rPr>
        <w:t>P</w:t>
      </w:r>
      <w:r>
        <w:rPr>
          <w:rFonts w:ascii="宋体" w:hAnsi="宋体" w:eastAsia="宋体" w:cs="宋体"/>
          <w:color w:val="000000"/>
        </w:rPr>
        <w:t>表示的数；</w:t>
      </w:r>
    </w:p>
    <w:p>
      <w:pPr>
        <w:spacing w:line="360" w:lineRule="auto"/>
        <w:jc w:val="left"/>
        <w:textAlignment w:val="center"/>
        <w:rPr>
          <w:color w:val="000000"/>
        </w:rPr>
      </w:pPr>
      <w:r>
        <w:rPr>
          <w:rFonts w:ascii="宋体" w:hAnsi="宋体" w:eastAsia="宋体" w:cs="宋体"/>
          <w:color w:val="000000"/>
        </w:rPr>
        <w:t>②若点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的右侧，点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B</w:t>
      </w:r>
      <w:r>
        <w:rPr>
          <w:rFonts w:ascii="宋体" w:hAnsi="宋体" w:eastAsia="宋体" w:cs="宋体"/>
          <w:color w:val="000000"/>
        </w:rPr>
        <w:t>中，有一个点恰好是其它两个点的“联盟点”，写出此时点</w:t>
      </w:r>
      <w:r>
        <w:rPr>
          <w:rFonts w:ascii="Times New Roman" w:hAnsi="Times New Roman" w:eastAsia="Times New Roman" w:cs="Times New Roman"/>
          <w:i/>
          <w:color w:val="000000"/>
        </w:rPr>
        <w:t>P</w:t>
      </w:r>
      <w:r>
        <w:rPr>
          <w:rFonts w:ascii="宋体" w:hAnsi="宋体" w:eastAsia="宋体" w:cs="宋体"/>
          <w:color w:val="000000"/>
        </w:rPr>
        <w:t>表示的数</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w:t>
      </w:r>
      <w:r>
        <w:rPr>
          <w:rFonts w:ascii="Calibri" w:hAnsi="Calibri" w:eastAsia="Calibri" w:cs="Calibri"/>
          <w:color w:val="000000"/>
        </w:rPr>
        <w:t>1</w:t>
      </w:r>
      <w:r>
        <w:rPr>
          <w:rFonts w:ascii="宋体" w:hAnsi="宋体" w:eastAsia="宋体" w:cs="宋体"/>
          <w:color w:val="000000"/>
        </w:rPr>
        <w:t>）</w:t>
      </w:r>
      <w:r>
        <w:pict>
          <v:shape id="_x0000_i710178"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419" o:title="eqIdb1241216f3c1cb5e73043dd1037f556d"/>
            <o:lock v:ext="edit" aspectratio="t"/>
            <w10:wrap type="none"/>
            <w10:anchorlock/>
          </v:shape>
        </w:pict>
      </w:r>
      <w:r>
        <w:rPr>
          <w:rFonts w:ascii="宋体" w:hAnsi="宋体" w:eastAsia="宋体" w:cs="宋体"/>
          <w:color w:val="000000"/>
        </w:rPr>
        <w:t>，</w:t>
      </w:r>
      <w:r>
        <w:pict>
          <v:shape id="_x0000_i71017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20" o:title="eqId384bef25d6a7f4c661e83498628c1409"/>
            <o:lock v:ext="edit" aspectratio="t"/>
            <w10:wrap type="none"/>
            <w10:anchorlock/>
          </v:shape>
        </w:pict>
      </w:r>
      <w:r>
        <w:rPr>
          <w:rFonts w:ascii="宋体" w:hAnsi="宋体" w:eastAsia="宋体" w:cs="宋体"/>
          <w:color w:val="000000"/>
        </w:rPr>
        <w:t>；（</w:t>
      </w:r>
      <w:r>
        <w:rPr>
          <w:rFonts w:ascii="Calibri" w:hAnsi="Calibri" w:eastAsia="Calibri" w:cs="Calibri"/>
          <w:color w:val="000000"/>
        </w:rPr>
        <w:t>2</w:t>
      </w:r>
      <w:r>
        <w:rPr>
          <w:rFonts w:ascii="宋体" w:hAnsi="宋体" w:eastAsia="宋体" w:cs="宋体"/>
          <w:color w:val="000000"/>
        </w:rPr>
        <w:t>）①－</w:t>
      </w:r>
      <w:r>
        <w:rPr>
          <w:rFonts w:ascii="Calibri" w:hAnsi="Calibri" w:eastAsia="Calibri" w:cs="Calibri"/>
          <w:color w:val="000000"/>
        </w:rPr>
        <w:t>50</w:t>
      </w:r>
      <w:r>
        <w:rPr>
          <w:rFonts w:ascii="宋体" w:hAnsi="宋体" w:eastAsia="宋体" w:cs="宋体"/>
          <w:color w:val="000000"/>
        </w:rPr>
        <w:t>或</w:t>
      </w:r>
      <w:r>
        <w:pict>
          <v:shape id="_x0000_i710180"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421" o:title="eqId5991e9ec7666f533a528a4173c58f0ff"/>
            <o:lock v:ext="edit" aspectratio="t"/>
            <w10:wrap type="none"/>
            <w10:anchorlock/>
          </v:shape>
        </w:pict>
      </w:r>
      <w:r>
        <w:rPr>
          <w:rFonts w:ascii="宋体" w:hAnsi="宋体" w:eastAsia="宋体" w:cs="宋体"/>
          <w:color w:val="000000"/>
        </w:rPr>
        <w:t>或</w:t>
      </w:r>
      <w:r>
        <w:pict>
          <v:shape id="_x0000_i710181"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422" o:title="eqIdb7f5a566e9905ebdca5e064e1dc7d5e9"/>
            <o:lock v:ext="edit" aspectratio="t"/>
            <w10:wrap type="none"/>
            <w10:anchorlock/>
          </v:shape>
        </w:pict>
      </w:r>
      <w:r>
        <w:rPr>
          <w:rFonts w:ascii="宋体" w:hAnsi="宋体" w:eastAsia="宋体" w:cs="宋体"/>
          <w:color w:val="000000"/>
        </w:rPr>
        <w:t>；②</w:t>
      </w:r>
      <w:r>
        <w:rPr>
          <w:rFonts w:ascii="Calibri" w:hAnsi="Calibri" w:eastAsia="Calibri" w:cs="Calibri"/>
          <w:color w:val="000000"/>
        </w:rPr>
        <w:t>50</w:t>
      </w:r>
      <w:r>
        <w:rPr>
          <w:rFonts w:ascii="宋体" w:hAnsi="宋体" w:eastAsia="宋体" w:cs="宋体"/>
          <w:color w:val="000000"/>
        </w:rPr>
        <w:t>或</w:t>
      </w:r>
      <w:r>
        <w:rPr>
          <w:rFonts w:ascii="Calibri" w:hAnsi="Calibri" w:eastAsia="Calibri" w:cs="Calibri"/>
          <w:color w:val="000000"/>
        </w:rPr>
        <w:t>70</w:t>
      </w:r>
      <w:r>
        <w:rPr>
          <w:rFonts w:ascii="宋体" w:hAnsi="宋体" w:eastAsia="宋体" w:cs="宋体"/>
          <w:color w:val="000000"/>
        </w:rPr>
        <w:t>或</w:t>
      </w:r>
      <w:r>
        <w:rPr>
          <w:rFonts w:ascii="Calibri" w:hAnsi="Calibri" w:eastAsia="Calibri" w:cs="Calibri"/>
          <w:color w:val="000000"/>
        </w:rPr>
        <w:t xml:space="preserve">110. </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）题目给定的规律，联盟点必须满足其中一个点与其它两个点的距离恰好满足</w:t>
      </w:r>
      <w:r>
        <w:rPr>
          <w:rFonts w:ascii="Times New Roman" w:hAnsi="Times New Roman" w:eastAsia="Times New Roman" w:cs="Times New Roman"/>
          <w:color w:val="000000"/>
        </w:rPr>
        <w:t>2</w:t>
      </w:r>
      <w:r>
        <w:rPr>
          <w:rFonts w:ascii="宋体" w:hAnsi="宋体" w:eastAsia="宋体" w:cs="宋体"/>
          <w:color w:val="000000"/>
        </w:rPr>
        <w:t>倍的数量关系，根据规律找出即可（</w:t>
      </w:r>
      <w:r>
        <w:rPr>
          <w:rFonts w:ascii="Times New Roman" w:hAnsi="Times New Roman" w:eastAsia="Times New Roman" w:cs="Times New Roman"/>
          <w:color w:val="000000"/>
        </w:rPr>
        <w:t>2</w:t>
      </w:r>
      <w:r>
        <w:rPr>
          <w:rFonts w:ascii="宋体" w:hAnsi="宋体" w:eastAsia="宋体" w:cs="宋体"/>
          <w:color w:val="000000"/>
        </w:rPr>
        <w:t>）已知点</w:t>
      </w:r>
      <w:r>
        <w:rPr>
          <w:rFonts w:ascii="Times New Roman" w:hAnsi="Times New Roman" w:eastAsia="Times New Roman" w:cs="Times New Roman"/>
          <w:color w:val="000000"/>
        </w:rPr>
        <w:t>A</w:t>
      </w:r>
      <w:r>
        <w:rPr>
          <w:rFonts w:ascii="宋体" w:hAnsi="宋体" w:eastAsia="宋体" w:cs="宋体"/>
          <w:color w:val="000000"/>
        </w:rPr>
        <w:t>的大小，点</w:t>
      </w:r>
      <w:r>
        <w:rPr>
          <w:rFonts w:ascii="Times New Roman" w:hAnsi="Times New Roman" w:eastAsia="Times New Roman" w:cs="Times New Roman"/>
          <w:color w:val="000000"/>
        </w:rPr>
        <w:t>B</w:t>
      </w:r>
      <w:r>
        <w:rPr>
          <w:rFonts w:ascii="宋体" w:hAnsi="宋体" w:eastAsia="宋体" w:cs="宋体"/>
          <w:color w:val="000000"/>
        </w:rPr>
        <w:t>的大小，根据不同的位置分别找出点</w:t>
      </w:r>
      <w:r>
        <w:rPr>
          <w:rFonts w:ascii="Times New Roman" w:hAnsi="Times New Roman" w:eastAsia="Times New Roman" w:cs="Times New Roman"/>
          <w:color w:val="000000"/>
        </w:rPr>
        <w:t>P</w:t>
      </w:r>
      <w:r>
        <w:rPr>
          <w:rFonts w:ascii="宋体" w:hAnsi="宋体" w:eastAsia="宋体" w:cs="宋体"/>
          <w:color w:val="000000"/>
        </w:rPr>
        <w:t>的坐标即可</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【详解】</w:t>
      </w:r>
      <w:r>
        <w:rPr>
          <w:rFonts w:ascii="宋体" w:hAnsi="宋体" w:eastAsia="宋体" w:cs="宋体"/>
          <w:color w:val="000000"/>
        </w:rPr>
        <w:t>解：（</w:t>
      </w:r>
      <w:r>
        <w:rPr>
          <w:color w:val="000000"/>
        </w:rPr>
        <w:t>1</w:t>
      </w:r>
      <w:r>
        <w:rPr>
          <w:rFonts w:ascii="宋体" w:hAnsi="宋体" w:eastAsia="宋体" w:cs="宋体"/>
          <w:color w:val="000000"/>
        </w:rPr>
        <w:t>）</w:t>
      </w:r>
      <w:r>
        <w:pict>
          <v:shape id="_x0000_i710182"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423" o:title="eqIdafb6101e45f8d7013bc3dc4197188c0c"/>
            <o:lock v:ext="edit" aspectratio="t"/>
            <w10:wrap type="none"/>
            <w10:anchorlock/>
          </v:shape>
        </w:pict>
      </w:r>
      <w:r>
        <w:rPr>
          <w:rFonts w:ascii="宋体" w:hAnsi="宋体" w:eastAsia="宋体" w:cs="宋体"/>
          <w:color w:val="000000"/>
        </w:rPr>
        <w:t>，</w:t>
      </w:r>
      <w:r>
        <w:pict>
          <v:shape id="_x0000_i71018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24" o:title="eqIdadfb30eb5f7b2354b439ce51de4420c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color w:val="000000"/>
        </w:rPr>
        <w:t>2</w:t>
      </w:r>
      <w:r>
        <w:rPr>
          <w:rFonts w:ascii="宋体" w:hAnsi="宋体" w:eastAsia="宋体" w:cs="宋体"/>
          <w:color w:val="000000"/>
        </w:rPr>
        <w:t>）①</w:t>
      </w:r>
      <w:r>
        <w:rPr>
          <w:color w:val="000000"/>
        </w:rPr>
        <w:t xml:space="preserve"> </w:t>
      </w:r>
      <w:r>
        <w:rPr>
          <w:rFonts w:ascii="宋体" w:hAnsi="宋体" w:eastAsia="宋体" w:cs="宋体"/>
          <w:color w:val="000000"/>
        </w:rPr>
        <w:t>设点</w:t>
      </w:r>
      <w:r>
        <w:rPr>
          <w:i/>
          <w:color w:val="000000"/>
        </w:rPr>
        <w:t>P</w:t>
      </w:r>
      <w:r>
        <w:rPr>
          <w:rFonts w:ascii="宋体" w:hAnsi="宋体" w:eastAsia="宋体" w:cs="宋体"/>
          <w:color w:val="000000"/>
        </w:rPr>
        <w:t>表示的数为</w:t>
      </w:r>
      <w:r>
        <w:rPr>
          <w:i/>
          <w:color w:val="000000"/>
        </w:rPr>
        <w:t>x</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981200" cy="381000"/>
            <wp:effectExtent l="0" t="0" r="0" b="0"/>
            <wp:docPr id="3131"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 name="图片 100027" descr="学科网(www.zxxk.com)--教育资源门户，提供试卷、教案、课件、论文、素材以及各类教学资源下载，还有大量而丰富的教学相关资讯！"/>
                    <pic:cNvPicPr>
                      <a:picLocks noChangeAspect="1"/>
                    </pic:cNvPicPr>
                  </pic:nvPicPr>
                  <pic:blipFill>
                    <a:blip r:embed="rId425"/>
                    <a:stretch>
                      <a:fillRect/>
                    </a:stretch>
                  </pic:blipFill>
                  <pic:spPr>
                    <a:xfrm>
                      <a:off x="0" y="0"/>
                      <a:ext cx="1981200" cy="381000"/>
                    </a:xfrm>
                    <a:prstGeom prst="rect">
                      <a:avLst/>
                    </a:prstGeom>
                  </pic:spPr>
                </pic:pic>
              </a:graphicData>
            </a:graphic>
          </wp:inline>
        </w:drawing>
      </w:r>
    </w:p>
    <w:p>
      <w:pPr>
        <w:spacing w:line="360" w:lineRule="auto"/>
        <w:jc w:val="left"/>
        <w:textAlignment w:val="center"/>
        <w:rPr>
          <w:color w:val="000000"/>
        </w:rPr>
      </w:pPr>
      <w:r>
        <w:rPr>
          <w:color w:val="000000"/>
        </w:rPr>
        <w:t xml:space="preserve"> </w:t>
      </w:r>
      <w:r>
        <w:rPr>
          <w:rFonts w:ascii="宋体" w:hAnsi="宋体" w:eastAsia="宋体" w:cs="宋体"/>
          <w:color w:val="000000"/>
        </w:rPr>
        <w:t>如图，当点</w:t>
      </w:r>
      <w:r>
        <w:pict>
          <v:shape id="_x0000_i710184"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426" o:title="eqId85d85d8c1f8add55bdc8c393be3ba2ae"/>
            <o:lock v:ext="edit" aspectratio="t"/>
            <w10:wrap type="none"/>
            <w10:anchorlock/>
          </v:shape>
        </w:pict>
      </w:r>
      <w:r>
        <w:rPr>
          <w:rFonts w:ascii="宋体" w:hAnsi="宋体" w:eastAsia="宋体" w:cs="宋体"/>
          <w:color w:val="000000"/>
        </w:rPr>
        <w:t>在点</w:t>
      </w:r>
      <w:r>
        <w:rPr>
          <w:i/>
          <w:color w:val="000000"/>
        </w:rPr>
        <w:t>A</w:t>
      </w:r>
      <w:r>
        <w:rPr>
          <w:rFonts w:ascii="宋体" w:hAnsi="宋体" w:eastAsia="宋体" w:cs="宋体"/>
          <w:color w:val="000000"/>
        </w:rPr>
        <w:t>左侧时，</w:t>
      </w:r>
      <w:r>
        <w:pict>
          <v:shape id="_x0000_i710185" o:spt="75" alt="学科网(www.zxxk.com)--教育资源门户，提供试卷、教案、课件、论文、素材以及各类教学资源下载，还有大量而丰富的教学相关资讯！" type="#_x0000_t75" style="height:18pt;width:54.75pt;" o:ole="t" filled="f" o:preferrelative="t" stroked="f" coordsize="21600,21600">
            <v:path/>
            <v:fill on="f" focussize="0,0"/>
            <v:stroke on="f" joinstyle="miter"/>
            <v:imagedata r:id="rId427" o:title="eqId2224af09a1a7a07e29e6ae21418d28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rPr>
          <w:color w:val="000000"/>
        </w:rPr>
        <w:t xml:space="preserve">  30</w:t>
      </w:r>
      <w:r>
        <w:rPr>
          <w:rFonts w:ascii="宋体" w:hAnsi="宋体" w:eastAsia="宋体" w:cs="宋体"/>
          <w:color w:val="000000"/>
        </w:rPr>
        <w:t>－</w:t>
      </w:r>
      <w:r>
        <w:rPr>
          <w:i/>
          <w:color w:val="000000"/>
        </w:rPr>
        <w:t>x</w:t>
      </w:r>
      <w:r>
        <w:rPr>
          <w:rFonts w:ascii="宋体" w:hAnsi="宋体" w:eastAsia="宋体" w:cs="宋体"/>
          <w:color w:val="000000"/>
        </w:rPr>
        <w:t>＝</w:t>
      </w:r>
      <w:r>
        <w:rPr>
          <w:color w:val="000000"/>
        </w:rPr>
        <w:t>2</w:t>
      </w:r>
      <w:r>
        <w:rPr>
          <w:rFonts w:ascii="宋体" w:hAnsi="宋体" w:eastAsia="宋体" w:cs="宋体"/>
          <w:color w:val="000000"/>
        </w:rPr>
        <w:t>（－</w:t>
      </w:r>
      <w:r>
        <w:rPr>
          <w:color w:val="000000"/>
        </w:rPr>
        <w:t>10</w:t>
      </w:r>
      <w:r>
        <w:rPr>
          <w:rFonts w:ascii="宋体" w:hAnsi="宋体" w:eastAsia="宋体" w:cs="宋体"/>
          <w:color w:val="000000"/>
        </w:rPr>
        <w:t>－</w:t>
      </w:r>
      <w:r>
        <w:rPr>
          <w:i/>
          <w:color w:val="000000"/>
        </w:rPr>
        <w:t>x</w:t>
      </w:r>
      <w:r>
        <w:rPr>
          <w:rFonts w:ascii="宋体" w:hAnsi="宋体" w:eastAsia="宋体" w:cs="宋体"/>
          <w:color w:val="000000"/>
        </w:rPr>
        <w:t>），</w:t>
      </w:r>
    </w:p>
    <w:p>
      <w:pPr>
        <w:spacing w:line="360" w:lineRule="auto"/>
        <w:jc w:val="left"/>
        <w:textAlignment w:val="center"/>
        <w:rPr>
          <w:color w:val="000000"/>
        </w:rPr>
      </w:pPr>
      <w:r>
        <w:rPr>
          <w:color w:val="000000"/>
        </w:rPr>
        <w:t xml:space="preserve">解得  </w:t>
      </w:r>
      <w:r>
        <w:rPr>
          <w:i/>
          <w:color w:val="000000"/>
        </w:rPr>
        <w:t>x</w:t>
      </w:r>
      <w:r>
        <w:rPr>
          <w:color w:val="000000"/>
        </w:rPr>
        <w:t>＝－50.</w:t>
      </w:r>
    </w:p>
    <w:p>
      <w:pPr>
        <w:spacing w:line="360" w:lineRule="auto"/>
        <w:jc w:val="left"/>
        <w:textAlignment w:val="center"/>
        <w:rPr>
          <w:color w:val="000000"/>
        </w:rPr>
      </w:pPr>
      <w:r>
        <w:rPr>
          <w:rFonts w:ascii="宋体" w:hAnsi="宋体" w:eastAsia="宋体" w:cs="宋体"/>
          <w:color w:val="000000"/>
        </w:rPr>
        <w:t>所以点</w:t>
      </w:r>
      <w:r>
        <w:pict>
          <v:shape id="_x0000_i710186"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428" o:title="eqId85d85d8c1f8add55bdc8c393be3ba2ae"/>
            <o:lock v:ext="edit" aspectratio="t"/>
            <w10:wrap type="none"/>
            <w10:anchorlock/>
          </v:shape>
        </w:pict>
      </w:r>
      <w:r>
        <w:rPr>
          <w:rFonts w:ascii="宋体" w:hAnsi="宋体" w:eastAsia="宋体" w:cs="宋体"/>
          <w:color w:val="000000"/>
        </w:rPr>
        <w:t>表示的数为－</w:t>
      </w:r>
      <w:r>
        <w:rPr>
          <w:color w:val="000000"/>
        </w:rPr>
        <w:t>50</w:t>
      </w:r>
      <w:r>
        <w:rPr>
          <w:rFonts w:ascii="宋体" w:hAnsi="宋体" w:eastAsia="宋体" w:cs="宋体"/>
          <w:color w:val="000000"/>
        </w:rPr>
        <w:t>；</w:t>
      </w:r>
    </w:p>
    <w:p>
      <w:pPr>
        <w:spacing w:line="360" w:lineRule="auto"/>
        <w:jc w:val="left"/>
        <w:textAlignment w:val="center"/>
        <w:rPr>
          <w:color w:val="000000"/>
        </w:rPr>
      </w:pPr>
      <w:r>
        <w:rPr>
          <w:color w:val="000000"/>
        </w:rPr>
        <w:t xml:space="preserve"> </w:t>
      </w:r>
      <w:r>
        <w:rPr>
          <w:rFonts w:ascii="宋体" w:hAnsi="宋体" w:eastAsia="宋体" w:cs="宋体"/>
          <w:color w:val="000000"/>
        </w:rPr>
        <w:t>如图，当点</w:t>
      </w:r>
      <w:r>
        <w:pict>
          <v:shape id="_x0000_i710187"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29" o:title="eqId0ac64da7f096fea95c25cfe54fe83d3c"/>
            <o:lock v:ext="edit" aspectratio="t"/>
            <w10:wrap type="none"/>
            <w10:anchorlock/>
          </v:shape>
        </w:pict>
      </w:r>
      <w:r>
        <w:rPr>
          <w:rFonts w:ascii="宋体" w:hAnsi="宋体" w:eastAsia="宋体" w:cs="宋体"/>
          <w:color w:val="000000"/>
        </w:rPr>
        <w:t>在线段</w:t>
      </w:r>
      <w:r>
        <w:rPr>
          <w:i/>
          <w:color w:val="000000"/>
        </w:rPr>
        <w:t>AB</w:t>
      </w:r>
      <w:r>
        <w:rPr>
          <w:rFonts w:ascii="宋体" w:hAnsi="宋体" w:eastAsia="宋体" w:cs="宋体"/>
          <w:color w:val="000000"/>
        </w:rPr>
        <w:t>上且</w:t>
      </w:r>
      <w:r>
        <w:pict>
          <v:shape id="_x0000_i710188"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430" o:title="eqId49b539e7e0a19d92e46f6e9a8f37869c"/>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color w:val="000000"/>
        </w:rPr>
        <w:drawing>
          <wp:inline distT="0" distB="0" distL="114300" distR="114300">
            <wp:extent cx="1981200" cy="381000"/>
            <wp:effectExtent l="0" t="0" r="0" b="0"/>
            <wp:docPr id="3133"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 name="图片 100029" descr="学科网(www.zxxk.com)--教育资源门户，提供试卷、教案、课件、论文、素材以及各类教学资源下载，还有大量而丰富的教学相关资讯！"/>
                    <pic:cNvPicPr>
                      <a:picLocks noChangeAspect="1"/>
                    </pic:cNvPicPr>
                  </pic:nvPicPr>
                  <pic:blipFill>
                    <a:blip r:embed="rId431"/>
                    <a:stretch>
                      <a:fillRect/>
                    </a:stretch>
                  </pic:blipFill>
                  <pic:spPr>
                    <a:xfrm>
                      <a:off x="0" y="0"/>
                      <a:ext cx="1981200" cy="3810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rPr>
          <w:color w:val="000000"/>
        </w:rPr>
        <w:t xml:space="preserve">  30</w:t>
      </w:r>
      <w:r>
        <w:rPr>
          <w:rFonts w:ascii="宋体" w:hAnsi="宋体" w:eastAsia="宋体" w:cs="宋体"/>
          <w:color w:val="000000"/>
        </w:rPr>
        <w:t>－</w:t>
      </w:r>
      <w:r>
        <w:rPr>
          <w:i/>
          <w:color w:val="000000"/>
        </w:rPr>
        <w:t>x</w:t>
      </w:r>
      <w:r>
        <w:rPr>
          <w:rFonts w:ascii="宋体" w:hAnsi="宋体" w:eastAsia="宋体" w:cs="宋体"/>
          <w:color w:val="000000"/>
        </w:rPr>
        <w:t>＝</w:t>
      </w:r>
      <w:r>
        <w:rPr>
          <w:color w:val="000000"/>
        </w:rPr>
        <w:t>2</w:t>
      </w:r>
      <w:r>
        <w:rPr>
          <w:rFonts w:ascii="宋体" w:hAnsi="宋体" w:eastAsia="宋体" w:cs="宋体"/>
          <w:color w:val="000000"/>
        </w:rPr>
        <w:t>（</w:t>
      </w:r>
      <w:r>
        <w:rPr>
          <w:i/>
          <w:color w:val="000000"/>
        </w:rPr>
        <w:t>x</w:t>
      </w:r>
      <w:r>
        <w:rPr>
          <w:rFonts w:ascii="宋体" w:hAnsi="宋体" w:eastAsia="宋体" w:cs="宋体"/>
          <w:color w:val="000000"/>
        </w:rPr>
        <w:t>＋</w:t>
      </w:r>
      <w:r>
        <w:rPr>
          <w:color w:val="000000"/>
        </w:rPr>
        <w:t>10</w:t>
      </w:r>
      <w:r>
        <w:rPr>
          <w:rFonts w:ascii="宋体" w:hAnsi="宋体" w:eastAsia="宋体" w:cs="宋体"/>
          <w:color w:val="000000"/>
        </w:rPr>
        <w:t>），</w:t>
      </w:r>
    </w:p>
    <w:p>
      <w:pPr>
        <w:spacing w:line="360" w:lineRule="auto"/>
        <w:jc w:val="left"/>
        <w:textAlignment w:val="center"/>
        <w:rPr>
          <w:color w:val="000000"/>
        </w:rPr>
      </w:pPr>
      <w:r>
        <w:rPr>
          <w:color w:val="000000"/>
        </w:rPr>
        <w:t xml:space="preserve">解得  </w:t>
      </w:r>
      <w:r>
        <w:rPr>
          <w:i/>
          <w:color w:val="000000"/>
        </w:rPr>
        <w:t>x</w:t>
      </w:r>
      <w:r>
        <w:rPr>
          <w:color w:val="000000"/>
        </w:rPr>
        <w:t>＝</w:t>
      </w:r>
      <w:r>
        <w:pict>
          <v:shape id="_x0000_i710189"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432" o:title="eqId0fa3ec12945aec8d8cbda49ebf49bde9"/>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所以点</w:t>
      </w:r>
      <w:r>
        <w:pict>
          <v:shape id="_x0000_i71019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33" o:title="eqId0ac64da7f096fea95c25cfe54fe83d3c"/>
            <o:lock v:ext="edit" aspectratio="t"/>
            <w10:wrap type="none"/>
            <w10:anchorlock/>
          </v:shape>
        </w:pict>
      </w:r>
      <w:r>
        <w:rPr>
          <w:rFonts w:ascii="宋体" w:hAnsi="宋体" w:eastAsia="宋体" w:cs="宋体"/>
          <w:color w:val="000000"/>
        </w:rPr>
        <w:t>表示的数为</w:t>
      </w:r>
      <w:r>
        <w:pict>
          <v:shape id="_x0000_i710191"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434" o:title="eqId0fa3ec12945aec8d8cbda49ebf49bde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 </w:t>
      </w:r>
      <w:r>
        <w:rPr>
          <w:rFonts w:ascii="宋体" w:hAnsi="宋体" w:eastAsia="宋体" w:cs="宋体"/>
          <w:color w:val="000000"/>
        </w:rPr>
        <w:t>如图，当点</w:t>
      </w:r>
      <w:r>
        <w:pict>
          <v:shape id="_x0000_i710192"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35" o:title="eqIdfa9d7cb07ff7f2c4da5f7b33c5484c09"/>
            <o:lock v:ext="edit" aspectratio="t"/>
            <w10:wrap type="none"/>
            <w10:anchorlock/>
          </v:shape>
        </w:pict>
      </w:r>
      <w:r>
        <w:rPr>
          <w:rFonts w:ascii="宋体" w:hAnsi="宋体" w:eastAsia="宋体" w:cs="宋体"/>
          <w:color w:val="000000"/>
        </w:rPr>
        <w:t>在线段</w:t>
      </w:r>
      <w:r>
        <w:rPr>
          <w:i/>
          <w:color w:val="000000"/>
        </w:rPr>
        <w:t>AB</w:t>
      </w:r>
      <w:r>
        <w:rPr>
          <w:rFonts w:ascii="宋体" w:hAnsi="宋体" w:eastAsia="宋体" w:cs="宋体"/>
          <w:color w:val="000000"/>
        </w:rPr>
        <w:t>上且</w:t>
      </w:r>
      <w:r>
        <w:pict>
          <v:shape id="_x0000_i710193"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436" o:title="eqId8799c7342e3bd49462383747bd190e45"/>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color w:val="000000"/>
        </w:rPr>
        <w:drawing>
          <wp:inline distT="0" distB="0" distL="114300" distR="114300">
            <wp:extent cx="1981200" cy="381000"/>
            <wp:effectExtent l="0" t="0" r="0" b="0"/>
            <wp:docPr id="3135"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 name="图片 100031" descr="学科网(www.zxxk.com)--教育资源门户，提供试卷、教案、课件、论文、素材以及各类教学资源下载，还有大量而丰富的教学相关资讯！"/>
                    <pic:cNvPicPr>
                      <a:picLocks noChangeAspect="1"/>
                    </pic:cNvPicPr>
                  </pic:nvPicPr>
                  <pic:blipFill>
                    <a:blip r:embed="rId437"/>
                    <a:stretch>
                      <a:fillRect/>
                    </a:stretch>
                  </pic:blipFill>
                  <pic:spPr>
                    <a:xfrm>
                      <a:off x="0" y="0"/>
                      <a:ext cx="1981200" cy="3810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rPr>
          <w:color w:val="000000"/>
        </w:rPr>
        <w:t xml:space="preserve">  </w:t>
      </w:r>
      <w:r>
        <w:rPr>
          <w:i/>
          <w:color w:val="000000"/>
        </w:rPr>
        <w:t>x</w:t>
      </w:r>
      <w:r>
        <w:rPr>
          <w:rFonts w:ascii="宋体" w:hAnsi="宋体" w:eastAsia="宋体" w:cs="宋体"/>
          <w:color w:val="000000"/>
        </w:rPr>
        <w:t>＋</w:t>
      </w:r>
      <w:r>
        <w:rPr>
          <w:color w:val="000000"/>
        </w:rPr>
        <w:t>10</w:t>
      </w:r>
      <w:r>
        <w:rPr>
          <w:rFonts w:ascii="宋体" w:hAnsi="宋体" w:eastAsia="宋体" w:cs="宋体"/>
          <w:color w:val="000000"/>
        </w:rPr>
        <w:t>＝</w:t>
      </w:r>
      <w:r>
        <w:rPr>
          <w:color w:val="000000"/>
        </w:rPr>
        <w:t>2</w:t>
      </w:r>
      <w:r>
        <w:rPr>
          <w:rFonts w:ascii="宋体" w:hAnsi="宋体" w:eastAsia="宋体" w:cs="宋体"/>
          <w:color w:val="000000"/>
        </w:rPr>
        <w:t>（</w:t>
      </w:r>
      <w:r>
        <w:rPr>
          <w:color w:val="000000"/>
        </w:rPr>
        <w:t>30</w:t>
      </w:r>
      <w:r>
        <w:rPr>
          <w:rFonts w:ascii="宋体" w:hAnsi="宋体" w:eastAsia="宋体" w:cs="宋体"/>
          <w:color w:val="000000"/>
        </w:rPr>
        <w:t>－</w:t>
      </w:r>
      <w:r>
        <w:rPr>
          <w:i/>
          <w:color w:val="000000"/>
        </w:rPr>
        <w:t>x</w:t>
      </w:r>
      <w:r>
        <w:rPr>
          <w:rFonts w:ascii="宋体" w:hAnsi="宋体" w:eastAsia="宋体" w:cs="宋体"/>
          <w:color w:val="000000"/>
        </w:rPr>
        <w:t>），</w:t>
      </w:r>
    </w:p>
    <w:p>
      <w:pPr>
        <w:spacing w:line="360" w:lineRule="auto"/>
        <w:jc w:val="left"/>
        <w:textAlignment w:val="center"/>
        <w:rPr>
          <w:color w:val="000000"/>
        </w:rPr>
      </w:pPr>
      <w:r>
        <w:rPr>
          <w:color w:val="000000"/>
        </w:rPr>
        <w:t xml:space="preserve">解得  </w:t>
      </w:r>
      <w:r>
        <w:rPr>
          <w:i/>
          <w:color w:val="000000"/>
        </w:rPr>
        <w:t>x</w:t>
      </w:r>
      <w:r>
        <w:rPr>
          <w:color w:val="000000"/>
        </w:rPr>
        <w:t>＝</w:t>
      </w:r>
      <w:r>
        <w:pict>
          <v:shape id="_x0000_i710194"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438" o:title="eqIdd7e612de2b8fb8621e81b5d603500cce"/>
            <o:lock v:ext="edit" aspectratio="t"/>
            <w10:wrap type="none"/>
            <w10:anchorlock/>
          </v:shape>
        </w:pict>
      </w:r>
      <w:r>
        <w:rPr>
          <w:color w:val="000000"/>
        </w:rPr>
        <w:t xml:space="preserve">. </w:t>
      </w:r>
    </w:p>
    <w:p>
      <w:pPr>
        <w:spacing w:line="360" w:lineRule="auto"/>
        <w:jc w:val="left"/>
        <w:textAlignment w:val="center"/>
        <w:rPr>
          <w:color w:val="000000"/>
        </w:rPr>
      </w:pPr>
      <w:r>
        <w:rPr>
          <w:color w:val="000000"/>
        </w:rPr>
        <w:t>所以点</w:t>
      </w:r>
      <w:r>
        <w:pict>
          <v:shape id="_x0000_i71019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39" o:title="eqIdfa9d7cb07ff7f2c4da5f7b33c5484c09"/>
            <o:lock v:ext="edit" aspectratio="t"/>
            <w10:wrap type="none"/>
            <w10:anchorlock/>
          </v:shape>
        </w:pict>
      </w:r>
      <w:r>
        <w:rPr>
          <w:color w:val="000000"/>
        </w:rPr>
        <w:t>表示的数为</w:t>
      </w:r>
      <w:r>
        <w:pict>
          <v:shape id="_x0000_i710196"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440" o:title="eqIdd7e612de2b8fb8621e81b5d603500cce"/>
            <o:lock v:ext="edit" aspectratio="t"/>
            <w10:wrap type="none"/>
            <w10:anchorlock/>
          </v:shape>
        </w:pict>
      </w:r>
      <w:r>
        <w:rPr>
          <w:color w:val="000000"/>
        </w:rPr>
        <w:t>.</w:t>
      </w:r>
    </w:p>
    <w:p>
      <w:pPr>
        <w:spacing w:line="360" w:lineRule="auto"/>
        <w:jc w:val="left"/>
        <w:textAlignment w:val="center"/>
        <w:rPr>
          <w:color w:val="000000"/>
        </w:rPr>
      </w:pPr>
      <w:r>
        <w:rPr>
          <w:color w:val="000000"/>
        </w:rPr>
        <w:t>综上所述，当点</w:t>
      </w:r>
      <w:r>
        <w:rPr>
          <w:i/>
          <w:color w:val="000000"/>
        </w:rPr>
        <w:t>P</w:t>
      </w:r>
      <w:r>
        <w:rPr>
          <w:color w:val="000000"/>
        </w:rPr>
        <w:t>在点</w:t>
      </w:r>
      <w:r>
        <w:rPr>
          <w:i/>
          <w:color w:val="000000"/>
        </w:rPr>
        <w:t>B</w:t>
      </w:r>
      <w:r>
        <w:rPr>
          <w:color w:val="000000"/>
        </w:rPr>
        <w:t>的左侧时，点</w:t>
      </w:r>
      <w:r>
        <w:rPr>
          <w:i/>
          <w:color w:val="000000"/>
        </w:rPr>
        <w:t>P</w:t>
      </w:r>
      <w:r>
        <w:rPr>
          <w:color w:val="000000"/>
        </w:rPr>
        <w:t>表示的数为－50或</w:t>
      </w:r>
      <w:r>
        <w:pict>
          <v:shape id="_x0000_i710197"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441" o:title="eqId0fa3ec12945aec8d8cbda49ebf49bde9"/>
            <o:lock v:ext="edit" aspectratio="t"/>
            <w10:wrap type="none"/>
            <w10:anchorlock/>
          </v:shape>
        </w:pict>
      </w:r>
      <w:r>
        <w:rPr>
          <w:color w:val="000000"/>
        </w:rPr>
        <w:t>或</w:t>
      </w:r>
      <w:r>
        <w:pict>
          <v:shape id="_x0000_i710198"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442" o:title="eqIdd7e612de2b8fb8621e81b5d603500cce"/>
            <o:lock v:ext="edit" aspectratio="t"/>
            <w10:wrap type="none"/>
            <w10:anchorlock/>
          </v:shape>
        </w:pict>
      </w:r>
      <w:r>
        <w:rPr>
          <w:color w:val="000000"/>
        </w:rPr>
        <w:t xml:space="preserve">. </w:t>
      </w:r>
    </w:p>
    <w:p>
      <w:pPr>
        <w:spacing w:line="360" w:lineRule="auto"/>
        <w:jc w:val="left"/>
        <w:textAlignment w:val="center"/>
        <w:rPr>
          <w:color w:val="000000"/>
        </w:rPr>
      </w:pPr>
      <w:r>
        <w:rPr>
          <w:rFonts w:ascii="宋体" w:hAnsi="宋体" w:eastAsia="宋体" w:cs="宋体"/>
          <w:color w:val="000000"/>
        </w:rPr>
        <w:t>②</w:t>
      </w:r>
      <w:r>
        <w:rPr>
          <w:color w:val="000000"/>
        </w:rPr>
        <w:t xml:space="preserve"> 50或70或110.</w:t>
      </w:r>
    </w:p>
    <w:p>
      <w:pPr>
        <w:spacing w:line="360" w:lineRule="auto"/>
        <w:jc w:val="left"/>
        <w:textAlignment w:val="center"/>
        <w:rPr>
          <w:color w:val="000000"/>
        </w:rPr>
      </w:pPr>
      <w:r>
        <w:rPr>
          <w:color w:val="000000"/>
        </w:rPr>
        <w:t>【点睛】</w:t>
      </w:r>
      <w:r>
        <w:rPr>
          <w:rFonts w:ascii="宋体" w:hAnsi="宋体" w:eastAsia="宋体" w:cs="宋体"/>
          <w:color w:val="000000"/>
        </w:rPr>
        <w:t>此题重点考查学生对坐标轴上的点的大小的理解，理解数轴上的点的大小是解题的关键</w:t>
      </w:r>
      <w:r>
        <w:rPr>
          <w:rFonts w:ascii="Times New Roman" w:hAnsi="Times New Roman" w:eastAsia="Times New Roman" w:cs="Times New Roman"/>
          <w:color w:val="000000"/>
        </w:rPr>
        <w:t>.</w:t>
      </w:r>
    </w:p>
    <w:p>
      <w:pPr>
        <w:pStyle w:val="Heading2"/>
      </w:pPr>
      <w:r>
        <w:t>第二十中学（12月月考）</w:t>
      </w:r>
    </w:p>
    <w:p>
      <w:pPr>
        <w:spacing w:line="360" w:lineRule="auto"/>
        <w:jc w:val="left"/>
        <w:textAlignment w:val="center"/>
        <w:rPr>
          <w:color w:val="000000"/>
        </w:rPr>
      </w:pPr>
      <w:r>
        <w:rPr>
          <w:color w:val="000000"/>
        </w:rPr>
        <w:t xml:space="preserve">25. </w:t>
      </w:r>
      <w:r>
        <w:rPr>
          <w:rFonts w:ascii="宋体" w:hAnsi="宋体" w:eastAsia="宋体" w:cs="宋体"/>
          <w:color w:val="000000"/>
        </w:rPr>
        <w:t>甲、乙两个仓库要向</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两地运送水泥．已知甲库可调出</w:t>
      </w:r>
      <w:r>
        <w:rPr>
          <w:rFonts w:ascii="Times New Roman" w:hAnsi="Times New Roman" w:eastAsia="Times New Roman" w:cs="Times New Roman"/>
          <w:color w:val="000000"/>
        </w:rPr>
        <w:t>100</w:t>
      </w:r>
      <w:r>
        <w:rPr>
          <w:rFonts w:ascii="宋体" w:hAnsi="宋体" w:eastAsia="宋体" w:cs="宋体"/>
          <w:color w:val="000000"/>
        </w:rPr>
        <w:t>吨水泥，乙库可调出</w:t>
      </w:r>
      <w:r>
        <w:rPr>
          <w:rFonts w:ascii="Times New Roman" w:hAnsi="Times New Roman" w:eastAsia="Times New Roman" w:cs="Times New Roman"/>
          <w:color w:val="000000"/>
        </w:rPr>
        <w:t>80</w:t>
      </w:r>
      <w:r>
        <w:rPr>
          <w:rFonts w:ascii="宋体" w:hAnsi="宋体" w:eastAsia="宋体" w:cs="宋体"/>
          <w:color w:val="000000"/>
        </w:rPr>
        <w:t>吨水泥，</w:t>
      </w:r>
      <w:r>
        <w:rPr>
          <w:rFonts w:ascii="Times New Roman" w:hAnsi="Times New Roman" w:eastAsia="Times New Roman" w:cs="Times New Roman"/>
          <w:i/>
          <w:color w:val="000000"/>
        </w:rPr>
        <w:t>A</w:t>
      </w:r>
      <w:r>
        <w:rPr>
          <w:rFonts w:ascii="宋体" w:hAnsi="宋体" w:eastAsia="宋体" w:cs="宋体"/>
          <w:color w:val="000000"/>
        </w:rPr>
        <w:t>地需</w:t>
      </w:r>
      <w:r>
        <w:rPr>
          <w:rFonts w:ascii="Times New Roman" w:hAnsi="Times New Roman" w:eastAsia="Times New Roman" w:cs="Times New Roman"/>
          <w:color w:val="000000"/>
        </w:rPr>
        <w:t>70</w:t>
      </w:r>
      <w:r>
        <w:rPr>
          <w:rFonts w:ascii="宋体" w:hAnsi="宋体" w:eastAsia="宋体" w:cs="宋体"/>
          <w:color w:val="000000"/>
        </w:rPr>
        <w:t>吨水泥，</w:t>
      </w:r>
      <w:r>
        <w:rPr>
          <w:rFonts w:ascii="Times New Roman" w:hAnsi="Times New Roman" w:eastAsia="Times New Roman" w:cs="Times New Roman"/>
          <w:i/>
          <w:color w:val="000000"/>
        </w:rPr>
        <w:t>B</w:t>
      </w:r>
      <w:r>
        <w:rPr>
          <w:rFonts w:ascii="宋体" w:hAnsi="宋体" w:eastAsia="宋体" w:cs="宋体"/>
          <w:color w:val="000000"/>
        </w:rPr>
        <w:t>地需</w:t>
      </w:r>
      <w:r>
        <w:rPr>
          <w:rFonts w:ascii="Times New Roman" w:hAnsi="Times New Roman" w:eastAsia="Times New Roman" w:cs="Times New Roman"/>
          <w:color w:val="000000"/>
        </w:rPr>
        <w:t>110</w:t>
      </w:r>
      <w:r>
        <w:rPr>
          <w:rFonts w:ascii="宋体" w:hAnsi="宋体" w:eastAsia="宋体" w:cs="宋体"/>
          <w:color w:val="000000"/>
        </w:rPr>
        <w:t>吨水泥，两库到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两地的路程和运费如下表（表中的运费栏“元</w:t>
      </w:r>
      <w:r>
        <w:rPr>
          <w:rFonts w:ascii="Times New Roman" w:hAnsi="Times New Roman" w:eastAsia="Times New Roman" w:cs="Times New Roman"/>
          <w:color w:val="000000"/>
        </w:rPr>
        <w:t>/</w:t>
      </w:r>
      <w:r>
        <w:rPr>
          <w:rFonts w:ascii="宋体" w:hAnsi="宋体" w:eastAsia="宋体" w:cs="宋体"/>
          <w:color w:val="000000"/>
        </w:rPr>
        <w:t>吨，千米”表示每吨水泥运送</w:t>
      </w:r>
      <w:r>
        <w:rPr>
          <w:rFonts w:ascii="Times New Roman" w:hAnsi="Times New Roman" w:eastAsia="Times New Roman" w:cs="Times New Roman"/>
          <w:color w:val="000000"/>
        </w:rPr>
        <w:t>1</w:t>
      </w:r>
      <w:r>
        <w:rPr>
          <w:rFonts w:ascii="宋体" w:hAnsi="宋体" w:eastAsia="宋体" w:cs="宋体"/>
          <w:color w:val="000000"/>
        </w:rPr>
        <w:t>千米所需人民币）：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70"/>
        <w:gridCol w:w="750"/>
        <w:gridCol w:w="750"/>
        <w:gridCol w:w="1106"/>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出发地</w:t>
            </w:r>
          </w:p>
          <w:p>
            <w:pPr>
              <w:spacing w:line="360" w:lineRule="auto"/>
              <w:jc w:val="center"/>
              <w:textAlignment w:val="center"/>
              <w:rPr>
                <w:color w:val="000000"/>
              </w:rPr>
            </w:pPr>
            <w:r>
              <w:rPr>
                <w:rFonts w:ascii="宋体" w:hAnsi="宋体" w:eastAsia="宋体" w:cs="宋体"/>
                <w:color w:val="000000"/>
              </w:rPr>
              <w:t>目的地</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路程（千米）</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运费（元</w:t>
            </w:r>
            <w:r>
              <w:rPr>
                <w:rFonts w:ascii="Calibri" w:hAnsi="Calibri" w:eastAsia="Calibri" w:cs="Calibri"/>
                <w:color w:val="000000"/>
              </w:rPr>
              <w:t>/</w:t>
            </w:r>
            <w:r>
              <w:rPr>
                <w:rFonts w:ascii="宋体" w:hAnsi="宋体" w:eastAsia="宋体" w:cs="宋体"/>
                <w:color w:val="000000"/>
              </w:rPr>
              <w:t>吨·千米）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甲库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乙库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甲库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乙库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i/>
                <w:color w:val="000000"/>
              </w:rPr>
              <w:t>A</w:t>
            </w:r>
            <w:r>
              <w:rPr>
                <w:rFonts w:ascii="宋体" w:hAnsi="宋体" w:eastAsia="宋体" w:cs="宋体"/>
                <w:color w:val="000000"/>
              </w:rPr>
              <w:t>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i/>
                <w:color w:val="000000"/>
              </w:rPr>
              <w:t>B</w:t>
            </w:r>
            <w:r>
              <w:rPr>
                <w:rFonts w:ascii="宋体" w:hAnsi="宋体" w:eastAsia="宋体" w:cs="宋体"/>
                <w:color w:val="000000"/>
              </w:rPr>
              <w:t>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8</w:t>
            </w:r>
          </w:p>
        </w:tc>
      </w:tr>
    </w:tbl>
    <w:p>
      <w:pPr>
        <w:spacing w:line="360" w:lineRule="auto"/>
        <w:jc w:val="left"/>
        <w:textAlignment w:val="center"/>
        <w:rPr>
          <w:color w:val="000000"/>
        </w:rPr>
      </w:pPr>
      <w:r>
        <w:rPr>
          <w:color w:val="000000"/>
        </w:rPr>
        <w:t>（1）</w:t>
      </w:r>
      <w:r>
        <w:rPr>
          <w:rFonts w:ascii="宋体" w:hAnsi="宋体" w:eastAsia="宋体" w:cs="宋体"/>
          <w:color w:val="000000"/>
        </w:rPr>
        <w:t>设甲库运往</w:t>
      </w:r>
      <w:r>
        <w:rPr>
          <w:rFonts w:ascii="Times New Roman" w:hAnsi="Times New Roman" w:eastAsia="Times New Roman" w:cs="Times New Roman"/>
          <w:i/>
          <w:color w:val="000000"/>
        </w:rPr>
        <w:t>A</w:t>
      </w:r>
      <w:r>
        <w:rPr>
          <w:rFonts w:ascii="宋体" w:hAnsi="宋体" w:eastAsia="宋体" w:cs="宋体"/>
          <w:color w:val="000000"/>
        </w:rPr>
        <w:t>地水泥</w:t>
      </w:r>
      <w:r>
        <w:rPr>
          <w:rFonts w:ascii="Times New Roman" w:hAnsi="Times New Roman" w:eastAsia="Times New Roman" w:cs="Times New Roman"/>
          <w:i/>
          <w:color w:val="000000"/>
        </w:rPr>
        <w:t>x</w:t>
      </w:r>
      <w:r>
        <w:rPr>
          <w:rFonts w:ascii="宋体" w:hAnsi="宋体" w:eastAsia="宋体" w:cs="宋体"/>
          <w:color w:val="000000"/>
        </w:rPr>
        <w:t>吨，则从乙库运往</w:t>
      </w:r>
      <w:r>
        <w:rPr>
          <w:rFonts w:ascii="Times New Roman" w:hAnsi="Times New Roman" w:eastAsia="Times New Roman" w:cs="Times New Roman"/>
          <w:i/>
          <w:color w:val="000000"/>
        </w:rPr>
        <w:t>A</w:t>
      </w:r>
      <w:r>
        <w:rPr>
          <w:rFonts w:ascii="宋体" w:hAnsi="宋体" w:eastAsia="宋体" w:cs="宋体"/>
          <w:color w:val="000000"/>
        </w:rPr>
        <w:t>地水泥</w:t>
      </w:r>
      <w:r>
        <w:rPr>
          <w:rFonts w:ascii="Times New Roman" w:hAnsi="Times New Roman" w:eastAsia="Times New Roman" w:cs="Times New Roman"/>
          <w:color w:val="000000"/>
        </w:rPr>
        <w:t>___________</w:t>
      </w:r>
      <w:r>
        <w:rPr>
          <w:rFonts w:ascii="宋体" w:hAnsi="宋体" w:eastAsia="宋体" w:cs="宋体"/>
          <w:color w:val="000000"/>
        </w:rPr>
        <w:t>吨．</w:t>
      </w:r>
    </w:p>
    <w:p>
      <w:pPr>
        <w:spacing w:line="360" w:lineRule="auto"/>
        <w:jc w:val="left"/>
        <w:textAlignment w:val="center"/>
        <w:rPr>
          <w:color w:val="000000"/>
        </w:rPr>
      </w:pPr>
      <w:r>
        <w:rPr>
          <w:color w:val="000000"/>
        </w:rPr>
        <w:t>（2）</w:t>
      </w:r>
      <w:r>
        <w:rPr>
          <w:rFonts w:ascii="宋体" w:hAnsi="宋体" w:eastAsia="宋体" w:cs="宋体"/>
          <w:color w:val="000000"/>
        </w:rPr>
        <w:t>用含</w:t>
      </w:r>
      <w:r>
        <w:rPr>
          <w:rFonts w:ascii="Times New Roman" w:hAnsi="Times New Roman" w:eastAsia="Times New Roman" w:cs="Times New Roman"/>
          <w:i/>
          <w:color w:val="000000"/>
        </w:rPr>
        <w:t>x</w:t>
      </w:r>
      <w:r>
        <w:rPr>
          <w:rFonts w:ascii="宋体" w:hAnsi="宋体" w:eastAsia="宋体" w:cs="宋体"/>
          <w:color w:val="000000"/>
          <w:position w:val="0"/>
        </w:rPr>
        <w:drawing>
          <wp:inline distT="0" distB="0" distL="114300" distR="114300">
            <wp:extent cx="133350" cy="177800"/>
            <wp:effectExtent l="0" t="0" r="0" b="0"/>
            <wp:docPr id="3137" name="图片 64371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图片 643710260"/>
                    <pic:cNvPicPr>
                      <a:picLocks noChangeAspect="1"/>
                    </pic:cNvPicPr>
                  </pic:nvPicPr>
                  <pic:blipFill>
                    <a:blip r:embed="rId44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式子表示出总运输费；</w:t>
      </w:r>
    </w:p>
    <w:p>
      <w:pPr>
        <w:spacing w:line="360" w:lineRule="auto"/>
        <w:jc w:val="left"/>
        <w:textAlignment w:val="center"/>
        <w:rPr>
          <w:color w:val="000000"/>
        </w:rPr>
      </w:pPr>
      <w:r>
        <w:rPr>
          <w:color w:val="000000"/>
        </w:rPr>
        <w:t>（3）</w:t>
      </w:r>
      <w:r>
        <w:rPr>
          <w:rFonts w:ascii="宋体" w:hAnsi="宋体" w:eastAsia="宋体" w:cs="宋体"/>
          <w:color w:val="000000"/>
        </w:rPr>
        <w:t>求总运费为</w:t>
      </w:r>
      <w:r>
        <w:rPr>
          <w:rFonts w:ascii="Times New Roman" w:hAnsi="Times New Roman" w:eastAsia="Times New Roman" w:cs="Times New Roman"/>
          <w:color w:val="000000"/>
        </w:rPr>
        <w:t>38000</w:t>
      </w:r>
      <w:r>
        <w:rPr>
          <w:rFonts w:ascii="宋体" w:hAnsi="宋体" w:eastAsia="宋体" w:cs="宋体"/>
          <w:color w:val="000000"/>
        </w:rPr>
        <w:t>时的具体运输方案．</w:t>
      </w:r>
    </w:p>
    <w:p>
      <w:pPr>
        <w:spacing w:line="360" w:lineRule="auto"/>
        <w:textAlignment w:val="center"/>
        <w:rPr>
          <w:color w:val="000000"/>
        </w:rPr>
      </w:pPr>
      <w:r>
        <w:rPr>
          <w:color w:val="2E75B6"/>
        </w:rPr>
        <w:t>【答案】</w:t>
      </w:r>
      <w:r>
        <w:rPr>
          <w:color w:val="000000"/>
        </w:rPr>
        <w:t>（1）</w:t>
      </w:r>
      <w:r>
        <w:pict>
          <v:shape id="_x0000_i710199"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444" o:title="eqIdc1eebd3a319f7fe4a45c019f46677302"/>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0200" o:spt="75" alt="学科网(www.zxxk.com)--教育资源门户，提供试卷、教案、课件、论文、素材以及各类教学资源下载，还有大量而丰富的教学相关资讯！" type="#_x0000_t75" style="height:15.75pt;width:125.25pt;" o:ole="t" filled="f" o:preferrelative="t" stroked="f" coordsize="21600,21600">
            <v:path/>
            <v:fill on="f" focussize="0,0"/>
            <v:stroke on="f" joinstyle="miter"/>
            <v:imagedata r:id="rId445" o:title="eqId2bab43d452b664ee8c19c37c86d2b17d"/>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甲库运往</w:t>
      </w:r>
      <w:r>
        <w:rPr>
          <w:rFonts w:ascii="Times New Roman" w:hAnsi="Times New Roman" w:eastAsia="Times New Roman" w:cs="Times New Roman"/>
          <w:i/>
          <w:color w:val="000000"/>
        </w:rPr>
        <w:t>A</w:t>
      </w:r>
      <w:r>
        <w:rPr>
          <w:rFonts w:ascii="宋体" w:hAnsi="宋体" w:eastAsia="宋体" w:cs="宋体"/>
          <w:color w:val="000000"/>
        </w:rPr>
        <w:t>地</w:t>
      </w:r>
      <w:r>
        <w:rPr>
          <w:rFonts w:ascii="Times New Roman" w:hAnsi="Times New Roman" w:eastAsia="Times New Roman" w:cs="Times New Roman"/>
          <w:color w:val="000000"/>
        </w:rPr>
        <w:t>40</w:t>
      </w:r>
      <w:r>
        <w:rPr>
          <w:rFonts w:ascii="宋体" w:hAnsi="宋体" w:eastAsia="宋体" w:cs="宋体"/>
          <w:color w:val="000000"/>
        </w:rPr>
        <w:t>吨，甲库运往</w:t>
      </w:r>
      <w:r>
        <w:rPr>
          <w:rFonts w:ascii="Times New Roman" w:hAnsi="Times New Roman" w:eastAsia="Times New Roman" w:cs="Times New Roman"/>
          <w:i/>
          <w:color w:val="000000"/>
        </w:rPr>
        <w:t>B</w:t>
      </w:r>
      <w:r>
        <w:rPr>
          <w:rFonts w:ascii="宋体" w:hAnsi="宋体" w:eastAsia="宋体" w:cs="宋体"/>
          <w:color w:val="000000"/>
        </w:rPr>
        <w:t>地</w:t>
      </w:r>
      <w:r>
        <w:rPr>
          <w:rFonts w:ascii="Times New Roman" w:hAnsi="Times New Roman" w:eastAsia="Times New Roman" w:cs="Times New Roman"/>
          <w:color w:val="000000"/>
        </w:rPr>
        <w:t>60</w:t>
      </w:r>
      <w:r>
        <w:rPr>
          <w:rFonts w:ascii="宋体" w:hAnsi="宋体" w:eastAsia="宋体" w:cs="宋体"/>
          <w:color w:val="000000"/>
        </w:rPr>
        <w:t>吨，乙库运往</w:t>
      </w:r>
      <w:r>
        <w:rPr>
          <w:rFonts w:ascii="Times New Roman" w:hAnsi="Times New Roman" w:eastAsia="Times New Roman" w:cs="Times New Roman"/>
          <w:i/>
          <w:color w:val="000000"/>
        </w:rPr>
        <w:t>A</w:t>
      </w:r>
      <w:r>
        <w:rPr>
          <w:rFonts w:ascii="宋体" w:hAnsi="宋体" w:eastAsia="宋体" w:cs="宋体"/>
          <w:color w:val="000000"/>
        </w:rPr>
        <w:t>地</w:t>
      </w:r>
      <w:r>
        <w:rPr>
          <w:rFonts w:ascii="Times New Roman" w:hAnsi="Times New Roman" w:eastAsia="Times New Roman" w:cs="Times New Roman"/>
          <w:color w:val="000000"/>
        </w:rPr>
        <w:t>30</w:t>
      </w:r>
      <w:r>
        <w:rPr>
          <w:rFonts w:ascii="宋体" w:hAnsi="宋体" w:eastAsia="宋体" w:cs="宋体"/>
          <w:color w:val="000000"/>
        </w:rPr>
        <w:t>吨，乙库运往</w:t>
      </w:r>
      <w:r>
        <w:rPr>
          <w:rFonts w:ascii="Times New Roman" w:hAnsi="Times New Roman" w:eastAsia="Times New Roman" w:cs="Times New Roman"/>
          <w:i/>
          <w:color w:val="000000"/>
        </w:rPr>
        <w:t>B</w:t>
      </w:r>
      <w:r>
        <w:rPr>
          <w:rFonts w:ascii="宋体" w:hAnsi="宋体" w:eastAsia="宋体" w:cs="宋体"/>
          <w:color w:val="000000"/>
        </w:rPr>
        <w:t>地</w:t>
      </w:r>
      <w:r>
        <w:rPr>
          <w:rFonts w:ascii="Times New Roman" w:hAnsi="Times New Roman" w:eastAsia="Times New Roman" w:cs="Times New Roman"/>
          <w:color w:val="000000"/>
        </w:rPr>
        <w:t>50</w:t>
      </w:r>
      <w:r>
        <w:rPr>
          <w:rFonts w:ascii="宋体" w:hAnsi="宋体" w:eastAsia="宋体" w:cs="宋体"/>
          <w:color w:val="000000"/>
        </w:rPr>
        <w:t>吨</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rPr>
          <w:rFonts w:ascii="Times New Roman" w:hAnsi="Times New Roman" w:eastAsia="Times New Roman" w:cs="Times New Roman"/>
          <w:i/>
          <w:color w:val="000000"/>
        </w:rPr>
        <w:t>A</w:t>
      </w:r>
      <w:r>
        <w:rPr>
          <w:rFonts w:ascii="宋体" w:hAnsi="宋体" w:eastAsia="宋体" w:cs="宋体"/>
          <w:color w:val="000000"/>
        </w:rPr>
        <w:t>地需</w:t>
      </w:r>
      <w:r>
        <w:rPr>
          <w:rFonts w:ascii="Times New Roman" w:hAnsi="Times New Roman" w:eastAsia="Times New Roman" w:cs="Times New Roman"/>
          <w:color w:val="000000"/>
        </w:rPr>
        <w:t>70</w:t>
      </w:r>
      <w:r>
        <w:rPr>
          <w:rFonts w:ascii="宋体" w:hAnsi="宋体" w:eastAsia="宋体" w:cs="宋体"/>
          <w:color w:val="000000"/>
        </w:rPr>
        <w:t>吨水泥，列代数式即可；</w:t>
      </w:r>
    </w:p>
    <w:p>
      <w:pPr>
        <w:spacing w:line="360" w:lineRule="auto"/>
        <w:jc w:val="both"/>
        <w:textAlignment w:val="center"/>
        <w:rPr>
          <w:color w:val="000000"/>
        </w:rPr>
      </w:pPr>
      <w:r>
        <w:rPr>
          <w:rFonts w:ascii="宋体" w:hAnsi="宋体" w:eastAsia="宋体" w:cs="宋体"/>
          <w:color w:val="000000"/>
        </w:rPr>
        <w:t>（2）根据题意，列出代数式即可；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）使（</w:t>
      </w:r>
      <w:r>
        <w:rPr>
          <w:rFonts w:ascii="Times New Roman" w:hAnsi="Times New Roman" w:eastAsia="Times New Roman" w:cs="Times New Roman"/>
          <w:color w:val="000000"/>
        </w:rPr>
        <w:t>2</w:t>
      </w:r>
      <w:r>
        <w:rPr>
          <w:rFonts w:ascii="宋体" w:hAnsi="宋体" w:eastAsia="宋体" w:cs="宋体"/>
          <w:color w:val="000000"/>
        </w:rPr>
        <w:t>）中代数式等于</w:t>
      </w:r>
      <w:r>
        <w:rPr>
          <w:rFonts w:ascii="Times New Roman" w:hAnsi="Times New Roman" w:eastAsia="Times New Roman" w:cs="Times New Roman"/>
          <w:color w:val="000000"/>
        </w:rPr>
        <w:t>38000</w:t>
      </w:r>
      <w:r>
        <w:rPr>
          <w:rFonts w:ascii="宋体" w:hAnsi="宋体" w:eastAsia="宋体" w:cs="宋体"/>
          <w:color w:val="000000"/>
        </w:rPr>
        <w:t>，解方程求解即可．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i/>
          <w:color w:val="000000"/>
        </w:rPr>
        <w:t>A</w:t>
      </w:r>
      <w:r>
        <w:rPr>
          <w:rFonts w:ascii="宋体" w:hAnsi="宋体" w:eastAsia="宋体" w:cs="宋体"/>
          <w:color w:val="000000"/>
        </w:rPr>
        <w:t>地需</w:t>
      </w:r>
      <w:r>
        <w:rPr>
          <w:rFonts w:ascii="Times New Roman" w:hAnsi="Times New Roman" w:eastAsia="Times New Roman" w:cs="Times New Roman"/>
          <w:color w:val="000000"/>
        </w:rPr>
        <w:t>70</w:t>
      </w:r>
      <w:r>
        <w:rPr>
          <w:rFonts w:ascii="宋体" w:hAnsi="宋体" w:eastAsia="宋体" w:cs="宋体"/>
          <w:color w:val="000000"/>
        </w:rPr>
        <w:t>吨水泥，甲库运往</w:t>
      </w:r>
      <w:r>
        <w:rPr>
          <w:rFonts w:ascii="Times New Roman" w:hAnsi="Times New Roman" w:eastAsia="Times New Roman" w:cs="Times New Roman"/>
          <w:i/>
          <w:color w:val="000000"/>
        </w:rPr>
        <w:t>A</w:t>
      </w:r>
      <w:r>
        <w:rPr>
          <w:rFonts w:ascii="宋体" w:hAnsi="宋体" w:eastAsia="宋体" w:cs="宋体"/>
          <w:color w:val="000000"/>
        </w:rPr>
        <w:t>地水泥</w:t>
      </w:r>
      <w:r>
        <w:rPr>
          <w:rFonts w:ascii="Times New Roman" w:hAnsi="Times New Roman" w:eastAsia="Times New Roman" w:cs="Times New Roman"/>
          <w:i/>
          <w:color w:val="000000"/>
        </w:rPr>
        <w:t>x</w:t>
      </w:r>
      <w:r>
        <w:rPr>
          <w:rFonts w:ascii="宋体" w:hAnsi="宋体" w:eastAsia="宋体" w:cs="宋体"/>
          <w:color w:val="000000"/>
        </w:rPr>
        <w:t>吨，</w:t>
      </w:r>
    </w:p>
    <w:p>
      <w:pPr>
        <w:spacing w:line="360" w:lineRule="auto"/>
        <w:jc w:val="left"/>
        <w:textAlignment w:val="center"/>
        <w:rPr>
          <w:color w:val="000000"/>
        </w:rPr>
      </w:pPr>
      <w:r>
        <w:rPr>
          <w:rFonts w:ascii="宋体" w:hAnsi="宋体" w:eastAsia="宋体" w:cs="宋体"/>
          <w:color w:val="000000"/>
        </w:rPr>
        <w:t>则：从乙库运往</w:t>
      </w:r>
      <w:r>
        <w:rPr>
          <w:rFonts w:ascii="Times New Roman" w:hAnsi="Times New Roman" w:eastAsia="Times New Roman" w:cs="Times New Roman"/>
          <w:i/>
          <w:color w:val="000000"/>
        </w:rPr>
        <w:t>A</w:t>
      </w:r>
      <w:r>
        <w:rPr>
          <w:rFonts w:ascii="宋体" w:hAnsi="宋体" w:eastAsia="宋体" w:cs="宋体"/>
          <w:color w:val="000000"/>
        </w:rPr>
        <w:t>地水泥为：</w:t>
      </w:r>
      <w:r>
        <w:pict>
          <v:shape id="_x0000_i710201"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446" o:title="eqIdc1eebd3a319f7fe4a45c019f46677302"/>
            <o:lock v:ext="edit" aspectratio="t"/>
            <w10:wrap type="none"/>
            <w10:anchorlock/>
          </v:shape>
        </w:pict>
      </w:r>
      <w:r>
        <w:rPr>
          <w:rFonts w:ascii="宋体" w:hAnsi="宋体" w:eastAsia="宋体" w:cs="宋体"/>
          <w:color w:val="000000"/>
        </w:rPr>
        <w:t>吨；</w:t>
      </w:r>
    </w:p>
    <w:p>
      <w:pPr>
        <w:spacing w:line="360" w:lineRule="auto"/>
        <w:jc w:val="left"/>
        <w:textAlignment w:val="center"/>
        <w:rPr>
          <w:color w:val="000000"/>
        </w:rPr>
      </w:pPr>
      <w:r>
        <w:rPr>
          <w:rFonts w:ascii="宋体" w:hAnsi="宋体" w:eastAsia="宋体" w:cs="宋体"/>
          <w:color w:val="000000"/>
        </w:rPr>
        <w:t>故答案为：</w:t>
      </w:r>
      <w:r>
        <w:pict>
          <v:shape id="_x0000_i710202"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447" o:title="eqIdc1eebd3a319f7fe4a45c019f46677302"/>
            <o:lock v:ext="edit" aspectratio="t"/>
            <w10:wrap type="none"/>
            <w10:anchorlock/>
          </v:shape>
        </w:pic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解：由题意得：从甲库运往</w:t>
      </w:r>
      <w:r>
        <w:pict>
          <v:shape id="_x0000_i71020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48" o:title="eqId7f9e8449aad35c5d840a3395ea86df6d"/>
            <o:lock v:ext="edit" aspectratio="t"/>
            <w10:wrap type="none"/>
            <w10:anchorlock/>
          </v:shape>
        </w:pict>
      </w:r>
      <w:r>
        <w:rPr>
          <w:rFonts w:ascii="宋体" w:hAnsi="宋体" w:eastAsia="宋体" w:cs="宋体"/>
          <w:color w:val="000000"/>
        </w:rPr>
        <w:t>地</w:t>
      </w:r>
      <w:r>
        <w:pict>
          <v:shape id="_x0000_i710204" o:spt="75" alt="学科网(www.zxxk.com)--教育资源门户，提供试卷、教案、课件、论文、素材以及各类教学资源下载，还有大量而丰富的教学相关资讯！" type="#_x0000_t75" style="height:20.4pt;width:46.2pt;" o:ole="t" filled="f" o:preferrelative="t" stroked="f" coordsize="21600,21600">
            <v:path/>
            <v:fill on="f" focussize="0,0"/>
            <v:stroke on="f" joinstyle="miter"/>
            <v:imagedata r:id="rId449" o:title="eqIdd0054181c7b1ec6dabeb177bb0ea639f"/>
            <o:lock v:ext="edit" aspectratio="t"/>
            <w10:wrap type="none"/>
            <w10:anchorlock/>
          </v:shape>
        </w:pict>
      </w:r>
      <w:r>
        <w:rPr>
          <w:rFonts w:ascii="宋体" w:hAnsi="宋体" w:eastAsia="宋体" w:cs="宋体"/>
          <w:color w:val="000000"/>
        </w:rPr>
        <w:t>吨，从乙库运往</w:t>
      </w:r>
      <w:r>
        <w:pict>
          <v:shape id="_x0000_i71020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48" o:title="eqId7f9e8449aad35c5d840a3395ea86df6d"/>
            <o:lock v:ext="edit" aspectratio="t"/>
            <w10:wrap type="none"/>
            <w10:anchorlock/>
          </v:shape>
        </w:pict>
      </w:r>
      <w:r>
        <w:rPr>
          <w:rFonts w:ascii="宋体" w:hAnsi="宋体" w:eastAsia="宋体" w:cs="宋体"/>
          <w:color w:val="000000"/>
        </w:rPr>
        <w:t>地</w:t>
      </w:r>
      <w:r>
        <w:pict>
          <v:shape id="_x0000_i710206" o:spt="75" alt="学科网(www.zxxk.com)--教育资源门户，提供试卷、教案、课件、论文、素材以及各类教学资源下载，还有大量而丰富的教学相关资讯！" type="#_x0000_t75" style="height:20.25pt;width:122.25pt;" o:ole="t" filled="f" o:preferrelative="t" stroked="f" coordsize="21600,21600">
            <v:path/>
            <v:fill on="f" focussize="0,0"/>
            <v:stroke on="f" joinstyle="miter"/>
            <v:imagedata r:id="rId450" o:title="eqIdd3607065dd609962bfb649d72d2d68ca"/>
            <o:lock v:ext="edit" aspectratio="t"/>
            <w10:wrap type="none"/>
            <w10:anchorlock/>
          </v:shape>
        </w:pict>
      </w:r>
      <w:r>
        <w:rPr>
          <w:rFonts w:ascii="宋体" w:hAnsi="宋体" w:eastAsia="宋体" w:cs="宋体"/>
          <w:color w:val="000000"/>
        </w:rPr>
        <w:t>吨，</w:t>
      </w:r>
    </w:p>
    <w:p>
      <w:pPr>
        <w:spacing w:line="360" w:lineRule="auto"/>
        <w:jc w:val="left"/>
        <w:textAlignment w:val="center"/>
        <w:rPr>
          <w:color w:val="000000"/>
        </w:rPr>
      </w:pPr>
      <w:r>
        <w:rPr>
          <w:rFonts w:ascii="宋体" w:hAnsi="宋体" w:eastAsia="宋体" w:cs="宋体"/>
          <w:color w:val="000000"/>
        </w:rPr>
        <w:t>∴总费用</w:t>
      </w:r>
      <w:r>
        <w:pict>
          <v:shape id="_x0000_i710207" o:spt="75" alt="学科网(www.zxxk.com)--教育资源门户，提供试卷、教案、课件、论文、素材以及各类教学资源下载，还有大量而丰富的教学相关资讯！" type="#_x0000_t75" style="height:20.25pt;width:309.75pt;" o:ole="t" filled="f" o:preferrelative="t" stroked="f" coordsize="21600,21600">
            <v:path/>
            <v:fill on="f" focussize="0,0"/>
            <v:stroke on="f" joinstyle="miter"/>
            <v:imagedata r:id="rId451" o:title="eqIdbf6310bca6d8d1a7e5114c528fa7e7a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0208" o:spt="75" alt="学科网(www.zxxk.com)--教育资源门户，提供试卷、教案、课件、论文、素材以及各类教学资源下载，还有大量而丰富的教学相关资讯！" type="#_x0000_t75" style="height:16.3pt;width:156.9pt;" o:ole="t" filled="f" o:preferrelative="t" stroked="f" coordsize="21600,21600">
            <v:path/>
            <v:fill on="f" focussize="0,0"/>
            <v:stroke on="f" joinstyle="miter"/>
            <v:imagedata r:id="rId452" o:title="eqIdd8ec0e9ba0879718271c3dbabab1cd0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pict>
          <v:shape id="_x0000_i710209" o:spt="75" alt="学科网(www.zxxk.com)--教育资源门户，提供试卷、教案、课件、论文、素材以及各类教学资源下载，还有大量而丰富的教学相关资讯！" type="#_x0000_t75" style="height:14.25pt;width:111pt;" o:ole="t" filled="f" o:preferrelative="t" stroked="f" coordsize="21600,21600">
            <v:path/>
            <v:fill on="f" focussize="0,0"/>
            <v:stroke on="f" joinstyle="miter"/>
            <v:imagedata r:id="rId453" o:title="eqIdb999b1936c965586e180a884eddb6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021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54" o:title="eqId59897f734ed0cad093e356256eb5a89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具体运输方案为：</w:t>
      </w:r>
    </w:p>
    <w:p>
      <w:pPr>
        <w:spacing w:line="360" w:lineRule="auto"/>
        <w:jc w:val="left"/>
        <w:textAlignment w:val="center"/>
        <w:rPr>
          <w:color w:val="000000"/>
        </w:rPr>
      </w:pPr>
      <w:r>
        <w:rPr>
          <w:rFonts w:ascii="宋体" w:hAnsi="宋体" w:eastAsia="宋体" w:cs="宋体"/>
          <w:color w:val="000000"/>
        </w:rPr>
        <w:t>甲库运往</w:t>
      </w:r>
      <w:r>
        <w:rPr>
          <w:rFonts w:ascii="Times New Roman" w:hAnsi="Times New Roman" w:eastAsia="Times New Roman" w:cs="Times New Roman"/>
          <w:i/>
          <w:color w:val="000000"/>
        </w:rPr>
        <w:t>A</w:t>
      </w:r>
      <w:r>
        <w:rPr>
          <w:rFonts w:ascii="宋体" w:hAnsi="宋体" w:eastAsia="宋体" w:cs="宋体"/>
          <w:color w:val="000000"/>
        </w:rPr>
        <w:t>地</w:t>
      </w:r>
      <w:r>
        <w:rPr>
          <w:rFonts w:ascii="Times New Roman" w:hAnsi="Times New Roman" w:eastAsia="Times New Roman" w:cs="Times New Roman"/>
          <w:color w:val="000000"/>
        </w:rPr>
        <w:t>40</w:t>
      </w:r>
      <w:r>
        <w:rPr>
          <w:rFonts w:ascii="宋体" w:hAnsi="宋体" w:eastAsia="宋体" w:cs="宋体"/>
          <w:color w:val="000000"/>
        </w:rPr>
        <w:t>吨，甲库运往</w:t>
      </w:r>
      <w:r>
        <w:rPr>
          <w:rFonts w:ascii="Times New Roman" w:hAnsi="Times New Roman" w:eastAsia="Times New Roman" w:cs="Times New Roman"/>
          <w:i/>
          <w:color w:val="000000"/>
        </w:rPr>
        <w:t>B</w:t>
      </w:r>
      <w:r>
        <w:rPr>
          <w:rFonts w:ascii="宋体" w:hAnsi="宋体" w:eastAsia="宋体" w:cs="宋体"/>
          <w:color w:val="000000"/>
        </w:rPr>
        <w:t>地</w:t>
      </w:r>
      <w:r>
        <w:pict>
          <v:shape id="_x0000_i710211" o:spt="75" alt="学科网(www.zxxk.com)--教育资源门户，提供试卷、教案、课件、论文、素材以及各类教学资源下载，还有大量而丰富的教学相关资讯！" type="#_x0000_t75" style="height:13.95pt;width:67pt;" o:ole="t" filled="f" o:preferrelative="t" stroked="f" coordsize="21600,21600">
            <v:path/>
            <v:fill on="f" focussize="0,0"/>
            <v:stroke on="f" joinstyle="miter"/>
            <v:imagedata r:id="rId455" o:title="eqIdce0840bef4c0017522eaa98d67c75bf1"/>
            <o:lock v:ext="edit" aspectratio="t"/>
            <w10:wrap type="none"/>
            <w10:anchorlock/>
          </v:shape>
        </w:pict>
      </w:r>
      <w:r>
        <w:rPr>
          <w:rFonts w:ascii="宋体" w:hAnsi="宋体" w:eastAsia="宋体" w:cs="宋体"/>
          <w:color w:val="000000"/>
        </w:rPr>
        <w:t>吨，</w:t>
      </w:r>
    </w:p>
    <w:p>
      <w:pPr>
        <w:spacing w:line="360" w:lineRule="auto"/>
        <w:jc w:val="left"/>
        <w:textAlignment w:val="center"/>
        <w:rPr>
          <w:color w:val="000000"/>
        </w:rPr>
      </w:pPr>
      <w:r>
        <w:rPr>
          <w:rFonts w:ascii="宋体" w:hAnsi="宋体" w:eastAsia="宋体" w:cs="宋体"/>
          <w:color w:val="000000"/>
        </w:rPr>
        <w:t>乙库运往</w:t>
      </w:r>
      <w:r>
        <w:rPr>
          <w:rFonts w:ascii="Times New Roman" w:hAnsi="Times New Roman" w:eastAsia="Times New Roman" w:cs="Times New Roman"/>
          <w:i/>
          <w:color w:val="000000"/>
        </w:rPr>
        <w:t>A</w:t>
      </w:r>
      <w:r>
        <w:rPr>
          <w:rFonts w:ascii="宋体" w:hAnsi="宋体" w:eastAsia="宋体" w:cs="宋体"/>
          <w:color w:val="000000"/>
        </w:rPr>
        <w:t>地</w:t>
      </w:r>
      <w:r>
        <w:pict>
          <v:shape id="_x0000_i710212" o:spt="75" alt="学科网(www.zxxk.com)--教育资源门户，提供试卷、教案、课件、论文、素材以及各类教学资源下载，还有大量而丰富的教学相关资讯！" type="#_x0000_t75" style="height:13.95pt;width:62pt;" o:ole="t" filled="f" o:preferrelative="t" stroked="f" coordsize="21600,21600">
            <v:path/>
            <v:fill on="f" focussize="0,0"/>
            <v:stroke on="f" joinstyle="miter"/>
            <v:imagedata r:id="rId456" o:title="eqId6331ed2b3730ca210d742f6a38fb52e8"/>
            <o:lock v:ext="edit" aspectratio="t"/>
            <w10:wrap type="none"/>
            <w10:anchorlock/>
          </v:shape>
        </w:pict>
      </w:r>
      <w:r>
        <w:rPr>
          <w:rFonts w:ascii="宋体" w:hAnsi="宋体" w:eastAsia="宋体" w:cs="宋体"/>
          <w:color w:val="000000"/>
        </w:rPr>
        <w:t>吨，乙库运往</w:t>
      </w:r>
      <w:r>
        <w:rPr>
          <w:rFonts w:ascii="Times New Roman" w:hAnsi="Times New Roman" w:eastAsia="Times New Roman" w:cs="Times New Roman"/>
          <w:i/>
          <w:color w:val="000000"/>
        </w:rPr>
        <w:t>B</w:t>
      </w:r>
      <w:r>
        <w:rPr>
          <w:rFonts w:ascii="宋体" w:hAnsi="宋体" w:eastAsia="宋体" w:cs="宋体"/>
          <w:color w:val="000000"/>
        </w:rPr>
        <w:t>地</w:t>
      </w:r>
      <w:r>
        <w:pict>
          <v:shape id="_x0000_i710213" o:spt="75" alt="学科网(www.zxxk.com)--教育资源门户，提供试卷、教案、课件、论文、素材以及各类教学资源下载，还有大量而丰富的教学相关资讯！" type="#_x0000_t75" style="height:13.8pt;width:61.2pt;" o:ole="t" filled="f" o:preferrelative="t" stroked="f" coordsize="21600,21600">
            <v:path/>
            <v:fill on="f" focussize="0,0"/>
            <v:stroke on="f" joinstyle="miter"/>
            <v:imagedata r:id="rId457" o:title="eqId7c3f0d01fca08a4d3036e6a655184dc2"/>
            <o:lock v:ext="edit" aspectratio="t"/>
            <w10:wrap type="none"/>
            <w10:anchorlock/>
          </v:shape>
        </w:pict>
      </w:r>
      <w:r>
        <w:rPr>
          <w:rFonts w:ascii="宋体" w:hAnsi="宋体" w:eastAsia="宋体" w:cs="宋体"/>
          <w:color w:val="000000"/>
        </w:rPr>
        <w:t>吨．</w:t>
      </w:r>
    </w:p>
    <w:p>
      <w:pPr>
        <w:spacing w:line="360" w:lineRule="auto"/>
        <w:jc w:val="left"/>
        <w:textAlignment w:val="center"/>
        <w:rPr>
          <w:color w:val="000000"/>
        </w:rPr>
      </w:pPr>
      <w:r>
        <w:rPr>
          <w:color w:val="000000"/>
        </w:rPr>
        <w:t>【点睛】</w:t>
      </w:r>
      <w:r>
        <w:rPr>
          <w:rFonts w:ascii="宋体" w:hAnsi="宋体" w:eastAsia="宋体" w:cs="宋体"/>
          <w:color w:val="000000"/>
        </w:rPr>
        <w:t>本题考查列代数式，以及一元一次方程的应用．根据题意正确的列出代数式和一元一次方程是解题的关键．</w:t>
      </w:r>
    </w:p>
    <w:p>
      <w:pPr>
        <w:spacing w:line="360" w:lineRule="auto"/>
        <w:jc w:val="left"/>
        <w:textAlignment w:val="center"/>
        <w:rPr>
          <w:color w:val="000000"/>
        </w:rPr>
      </w:pPr>
      <w:r>
        <w:rPr>
          <w:color w:val="000000"/>
        </w:rPr>
        <w:t xml:space="preserve">26. </w:t>
      </w:r>
      <w:r>
        <w:rPr>
          <w:rFonts w:ascii="宋体" w:hAnsi="宋体" w:eastAsia="宋体" w:cs="宋体"/>
          <w:color w:val="000000"/>
        </w:rPr>
        <w:t>对数轴上的点</w:t>
      </w:r>
      <w:r>
        <w:rPr>
          <w:rFonts w:ascii="Times New Roman" w:hAnsi="Times New Roman" w:eastAsia="Times New Roman" w:cs="Times New Roman"/>
          <w:i/>
          <w:color w:val="000000"/>
        </w:rPr>
        <w:t>P</w:t>
      </w:r>
      <w:r>
        <w:rPr>
          <w:rFonts w:ascii="宋体" w:hAnsi="宋体" w:eastAsia="宋体" w:cs="宋体"/>
          <w:color w:val="000000"/>
        </w:rPr>
        <w:t>进行如下操作：将点</w:t>
      </w:r>
      <w:r>
        <w:rPr>
          <w:rFonts w:ascii="Times New Roman" w:hAnsi="Times New Roman" w:eastAsia="Times New Roman" w:cs="Times New Roman"/>
          <w:i/>
          <w:color w:val="000000"/>
        </w:rPr>
        <w:t>P</w:t>
      </w:r>
      <w:r>
        <w:rPr>
          <w:rFonts w:ascii="宋体" w:hAnsi="宋体" w:eastAsia="宋体" w:cs="宋体"/>
          <w:color w:val="000000"/>
        </w:rPr>
        <w:t>沿数轴水平方向，以每秒</w:t>
      </w:r>
      <w:r>
        <w:rPr>
          <w:rFonts w:ascii="Times New Roman" w:hAnsi="Times New Roman" w:eastAsia="Times New Roman" w:cs="Times New Roman"/>
          <w:i/>
          <w:color w:val="000000"/>
        </w:rPr>
        <w:t>m</w:t>
      </w:r>
      <w:r>
        <w:rPr>
          <w:rFonts w:ascii="宋体" w:hAnsi="宋体" w:eastAsia="宋体" w:cs="宋体"/>
          <w:color w:val="000000"/>
        </w:rPr>
        <w:t>个单位长度的速度，向右平移</w:t>
      </w:r>
      <w:r>
        <w:rPr>
          <w:rFonts w:ascii="Times New Roman" w:hAnsi="Times New Roman" w:eastAsia="Times New Roman" w:cs="Times New Roman"/>
          <w:i/>
          <w:color w:val="000000"/>
        </w:rPr>
        <w:t>n</w:t>
      </w:r>
      <w:r>
        <w:rPr>
          <w:rFonts w:ascii="宋体" w:hAnsi="宋体" w:eastAsia="宋体" w:cs="宋体"/>
          <w:color w:val="000000"/>
        </w:rPr>
        <w:t>秒，得到点</w:t>
      </w:r>
      <w:r>
        <w:pict>
          <v:shape id="_x0000_i710214"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458" o:title="eqIdcee6765a83140d745a6de4c85d9b6b50"/>
            <o:lock v:ext="edit" aspectratio="t"/>
            <w10:wrap type="none"/>
            <w10:anchorlock/>
          </v:shape>
        </w:pict>
      </w:r>
      <w:r>
        <w:rPr>
          <w:rFonts w:ascii="宋体" w:hAnsi="宋体" w:eastAsia="宋体" w:cs="宋体"/>
          <w:color w:val="000000"/>
        </w:rPr>
        <w:t>，称这样的操作为点</w:t>
      </w:r>
      <w:r>
        <w:pict>
          <v:shape id="_x0000_i71021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59" o:title="eqIddad2a36927223bd70f426ba06aea4b45"/>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m</w:t>
      </w:r>
      <w:r>
        <w:rPr>
          <w:rFonts w:ascii="宋体" w:hAnsi="宋体" w:eastAsia="宋体" w:cs="宋体"/>
          <w:color w:val="000000"/>
        </w:rPr>
        <w:t>速移”点</w:t>
      </w:r>
      <w:r>
        <w:pict>
          <v:shape id="_x0000_i710216"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458" o:title="eqIdcee6765a83140d745a6de4c85d9b6b50"/>
            <o:lock v:ext="edit" aspectratio="t"/>
            <w10:wrap type="none"/>
            <w10:anchorlock/>
          </v:shape>
        </w:pict>
      </w:r>
      <w:r>
        <w:rPr>
          <w:rFonts w:ascii="宋体" w:hAnsi="宋体" w:eastAsia="宋体" w:cs="宋体"/>
          <w:color w:val="000000"/>
        </w:rPr>
        <w:t>称为点</w:t>
      </w:r>
      <w:r>
        <w:pict>
          <v:shape id="_x0000_i71021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59" o:title="eqIddad2a36927223bd70f426ba06aea4b45"/>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m</w:t>
      </w:r>
      <w:r>
        <w:rPr>
          <w:rFonts w:ascii="宋体" w:hAnsi="宋体" w:eastAsia="宋体" w:cs="宋体"/>
          <w:color w:val="000000"/>
        </w:rPr>
        <w:t>速移”点．</w:t>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在数轴上对应的数分别是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，且</w:t>
      </w:r>
      <w:r>
        <w:pict>
          <v:shape id="_x0000_i710218" o:spt="75" alt="学科网(www.zxxk.com)--教育资源门户，提供试卷、教案、课件、论文、素材以及各类教学资源下载，还有大量而丰富的教学相关资讯！" type="#_x0000_t75" style="height:21.75pt;width:99.75pt;" o:ole="t" filled="f" o:preferrelative="t" stroked="f" coordsize="21600,21600">
            <v:path/>
            <v:fill on="f" focussize="0,0"/>
            <v:stroke on="f" joinstyle="miter"/>
            <v:imagedata r:id="rId460" o:title="eqId2c511e7e5efe144e23ba9478b3f2a8b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①若点</w:t>
      </w:r>
      <w:r>
        <w:rPr>
          <w:rFonts w:ascii="Times New Roman" w:hAnsi="Times New Roman" w:eastAsia="Times New Roman" w:cs="Times New Roman"/>
          <w:i/>
          <w:color w:val="000000"/>
        </w:rPr>
        <w:t>A</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5</w:t>
      </w:r>
      <w:r>
        <w:rPr>
          <w:rFonts w:ascii="宋体" w:hAnsi="宋体" w:eastAsia="宋体" w:cs="宋体"/>
          <w:color w:val="000000"/>
        </w:rPr>
        <w:t>速移”点</w:t>
      </w:r>
      <w:r>
        <w:pict>
          <v:shape id="_x0000_i71021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61" o:title="eqIde7c314398e26ffc7164b82946eeb4273"/>
            <o:lock v:ext="edit" aspectratio="t"/>
            <w10:wrap type="none"/>
            <w10:anchorlock/>
          </v:shape>
        </w:pic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重合，求</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②若点</w:t>
      </w:r>
      <w:r>
        <w:rPr>
          <w:rFonts w:ascii="Times New Roman" w:hAnsi="Times New Roman" w:eastAsia="Times New Roman" w:cs="Times New Roman"/>
          <w:i/>
          <w:color w:val="000000"/>
        </w:rPr>
        <w:t>A</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2</w:t>
      </w:r>
      <w:r>
        <w:rPr>
          <w:rFonts w:ascii="宋体" w:hAnsi="宋体" w:eastAsia="宋体" w:cs="宋体"/>
          <w:color w:val="000000"/>
        </w:rPr>
        <w:t>速移”点</w:t>
      </w:r>
      <w:r>
        <w:pict>
          <v:shape id="_x0000_i71022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62" o:title="eqIde7c314398e26ffc7164b82946eeb4273"/>
            <o:lock v:ext="edit" aspectratio="t"/>
            <w10:wrap type="none"/>
            <w10:anchorlock/>
          </v:shape>
        </w:pic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1</w:t>
      </w:r>
      <w:r>
        <w:rPr>
          <w:rFonts w:ascii="宋体" w:hAnsi="宋体" w:eastAsia="宋体" w:cs="宋体"/>
          <w:color w:val="000000"/>
        </w:rPr>
        <w:t>速移”点</w:t>
      </w:r>
      <w:r>
        <w:pict>
          <v:shape id="_x0000_i710221"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463" o:title="eqId3953cec61ac602ce5eb59b7912352179"/>
            <o:lock v:ext="edit" aspectratio="t"/>
            <w10:wrap type="none"/>
            <w10:anchorlock/>
          </v:shape>
        </w:pict>
      </w:r>
      <w:r>
        <w:rPr>
          <w:rFonts w:ascii="宋体" w:hAnsi="宋体" w:eastAsia="宋体" w:cs="宋体"/>
          <w:color w:val="000000"/>
        </w:rPr>
        <w:t>重合，求</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数轴上点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向右平移</w:t>
      </w:r>
      <w:r>
        <w:rPr>
          <w:rFonts w:ascii="Times New Roman" w:hAnsi="Times New Roman" w:eastAsia="Times New Roman" w:cs="Times New Roman"/>
          <w:color w:val="000000"/>
        </w:rPr>
        <w:t>3</w:t>
      </w:r>
      <w:r>
        <w:rPr>
          <w:rFonts w:ascii="宋体" w:hAnsi="宋体" w:eastAsia="宋体" w:cs="宋体"/>
          <w:color w:val="000000"/>
        </w:rPr>
        <w:t>秒的“</w:t>
      </w:r>
      <w:r>
        <w:rPr>
          <w:rFonts w:ascii="Times New Roman" w:hAnsi="Times New Roman" w:eastAsia="Times New Roman" w:cs="Times New Roman"/>
          <w:color w:val="000000"/>
        </w:rPr>
        <w:t>2</w:t>
      </w:r>
      <w:r>
        <w:rPr>
          <w:rFonts w:ascii="宋体" w:hAnsi="宋体" w:eastAsia="宋体" w:cs="宋体"/>
          <w:color w:val="000000"/>
        </w:rPr>
        <w:t>速移”点为点</w:t>
      </w:r>
      <w:r>
        <w:pict>
          <v:shape id="_x0000_i710222"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464" o:title="eqIdb4c8a9c4957431681ddfc77895a88508"/>
            <o:lock v:ext="edit" aspectratio="t"/>
            <w10:wrap type="none"/>
            <w10:anchorlock/>
          </v:shape>
        </w:pict>
      </w:r>
      <w:r>
        <w:rPr>
          <w:rFonts w:ascii="宋体" w:hAnsi="宋体" w:eastAsia="宋体" w:cs="宋体"/>
          <w:color w:val="000000"/>
        </w:rPr>
        <w:t>，如果</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pict>
          <v:shape id="_x0000_i710223"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464" o:title="eqIdb4c8a9c4957431681ddfc77895a88508"/>
            <o:lock v:ext="edit" aspectratio="t"/>
            <w10:wrap type="none"/>
            <w10:anchorlock/>
          </v:shape>
        </w:pict>
      </w:r>
      <w:r>
        <w:rPr>
          <w:rFonts w:ascii="宋体" w:hAnsi="宋体" w:eastAsia="宋体" w:cs="宋体"/>
          <w:color w:val="000000"/>
        </w:rPr>
        <w:t>三点中有一点是另外两点连线的中点，求点</w:t>
      </w:r>
      <w:r>
        <w:rPr>
          <w:rFonts w:ascii="Times New Roman" w:hAnsi="Times New Roman" w:eastAsia="Times New Roman" w:cs="Times New Roman"/>
          <w:i/>
          <w:color w:val="000000"/>
        </w:rPr>
        <w:t>C</w:t>
      </w:r>
      <w:r>
        <w:rPr>
          <w:rFonts w:ascii="宋体" w:hAnsi="宋体" w:eastAsia="宋体" w:cs="宋体"/>
          <w:color w:val="000000"/>
        </w:rPr>
        <w:t>表示的数；</w:t>
      </w:r>
    </w:p>
    <w:p>
      <w:pPr>
        <w:spacing w:line="360" w:lineRule="auto"/>
        <w:jc w:val="left"/>
        <w:textAlignment w:val="center"/>
        <w:rPr>
          <w:color w:val="000000"/>
        </w:rPr>
      </w:pPr>
      <w:r>
        <w:rPr>
          <w:color w:val="000000"/>
        </w:rPr>
        <w:t>（3）</w:t>
      </w:r>
      <w:r>
        <w:rPr>
          <w:rFonts w:ascii="宋体" w:hAnsi="宋体" w:eastAsia="宋体" w:cs="宋体"/>
          <w:color w:val="000000"/>
        </w:rPr>
        <w:t>数轴上</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两点间的距离为</w:t>
      </w:r>
      <w:r>
        <w:rPr>
          <w:rFonts w:ascii="Times New Roman" w:hAnsi="Times New Roman" w:eastAsia="Times New Roman" w:cs="Times New Roman"/>
          <w:color w:val="000000"/>
        </w:rPr>
        <w:t>3</w:t>
      </w:r>
      <w:r>
        <w:rPr>
          <w:rFonts w:ascii="宋体" w:hAnsi="宋体" w:eastAsia="宋体" w:cs="宋体"/>
          <w:color w:val="000000"/>
        </w:rPr>
        <w:t>，且点</w:t>
      </w:r>
      <w:r>
        <w:rPr>
          <w:rFonts w:ascii="Times New Roman" w:hAnsi="Times New Roman" w:eastAsia="Times New Roman" w:cs="Times New Roman"/>
          <w:i/>
          <w:color w:val="000000"/>
        </w:rPr>
        <w:t>E</w:t>
      </w:r>
      <w:r>
        <w:rPr>
          <w:rFonts w:ascii="宋体" w:hAnsi="宋体" w:eastAsia="宋体" w:cs="宋体"/>
          <w:color w:val="000000"/>
        </w:rPr>
        <w:t>在点</w:t>
      </w:r>
      <w:r>
        <w:rPr>
          <w:rFonts w:ascii="Times New Roman" w:hAnsi="Times New Roman" w:eastAsia="Times New Roman" w:cs="Times New Roman"/>
          <w:i/>
          <w:color w:val="000000"/>
        </w:rPr>
        <w:t>F</w:t>
      </w:r>
      <w:r>
        <w:rPr>
          <w:rFonts w:ascii="宋体" w:hAnsi="宋体" w:eastAsia="宋体" w:cs="宋体"/>
          <w:color w:val="000000"/>
        </w:rPr>
        <w:t>的左侧，点</w:t>
      </w:r>
      <w:r>
        <w:rPr>
          <w:rFonts w:ascii="Times New Roman" w:hAnsi="Times New Roman" w:eastAsia="Times New Roman" w:cs="Times New Roman"/>
          <w:i/>
          <w:color w:val="000000"/>
        </w:rPr>
        <w:t>E</w:t>
      </w:r>
      <w:r>
        <w:rPr>
          <w:rFonts w:ascii="宋体" w:hAnsi="宋体" w:eastAsia="宋体" w:cs="宋体"/>
          <w:color w:val="000000"/>
        </w:rPr>
        <w:t>向右平移</w:t>
      </w:r>
      <w:r>
        <w:rPr>
          <w:rFonts w:ascii="Times New Roman" w:hAnsi="Times New Roman" w:eastAsia="Times New Roman" w:cs="Times New Roman"/>
          <w:color w:val="000000"/>
        </w:rPr>
        <w:t>2</w:t>
      </w:r>
      <w:r>
        <w:rPr>
          <w:rFonts w:ascii="宋体" w:hAnsi="宋体" w:eastAsia="宋体" w:cs="宋体"/>
          <w:color w:val="000000"/>
        </w:rPr>
        <w:t>秒的“</w:t>
      </w:r>
      <w:r>
        <w:rPr>
          <w:rFonts w:ascii="Times New Roman" w:hAnsi="Times New Roman" w:eastAsia="Times New Roman" w:cs="Times New Roman"/>
          <w:i/>
          <w:color w:val="000000"/>
        </w:rPr>
        <w:t>x</w:t>
      </w:r>
      <w:r>
        <w:rPr>
          <w:rFonts w:ascii="宋体" w:hAnsi="宋体" w:eastAsia="宋体" w:cs="宋体"/>
          <w:color w:val="000000"/>
        </w:rPr>
        <w:t>速移”点为点</w:t>
      </w:r>
      <w:r>
        <w:pict>
          <v:shape id="_x0000_i710224" o:spt="75" alt="学科网(www.zxxk.com)--教育资源门户，提供试卷、教案、课件、论文、素材以及各类教学资源下载，还有大量而丰富的教学相关资讯！" type="#_x0000_t75" style="height:12.95pt;width:14.9pt;" o:ole="t" filled="f" o:preferrelative="t" stroked="f" coordsize="21600,21600">
            <v:path/>
            <v:fill on="f" focussize="0,0"/>
            <v:stroke on="f" joinstyle="miter"/>
            <v:imagedata r:id="rId465" o:title="eqIdd3b1a5427d8ff23df0f3ec194756c84c"/>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向右平移</w:t>
      </w:r>
      <w:r>
        <w:rPr>
          <w:rFonts w:ascii="Times New Roman" w:hAnsi="Times New Roman" w:eastAsia="Times New Roman" w:cs="Times New Roman"/>
          <w:color w:val="000000"/>
        </w:rPr>
        <w:t>2</w:t>
      </w:r>
      <w:r>
        <w:rPr>
          <w:rFonts w:ascii="宋体" w:hAnsi="宋体" w:eastAsia="宋体" w:cs="宋体"/>
          <w:color w:val="000000"/>
        </w:rPr>
        <w:t>秒的“</w:t>
      </w:r>
      <w:r>
        <w:rPr>
          <w:rFonts w:ascii="Times New Roman" w:hAnsi="Times New Roman" w:eastAsia="Times New Roman" w:cs="Times New Roman"/>
          <w:i/>
          <w:color w:val="000000"/>
        </w:rPr>
        <w:t>y</w:t>
      </w:r>
      <w:r>
        <w:rPr>
          <w:rFonts w:ascii="宋体" w:hAnsi="宋体" w:eastAsia="宋体" w:cs="宋体"/>
          <w:color w:val="000000"/>
        </w:rPr>
        <w:t>速移”点为点</w:t>
      </w:r>
      <w:r>
        <w:pict>
          <v:shape id="_x0000_i71022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66" o:title="eqIdf8e55590555905eb4f57889bbd16e39a"/>
            <o:lock v:ext="edit" aspectratio="t"/>
            <w10:wrap type="none"/>
            <w10:anchorlock/>
          </v:shape>
        </w:pict>
      </w:r>
      <w:r>
        <w:rPr>
          <w:rFonts w:ascii="宋体" w:hAnsi="宋体" w:eastAsia="宋体" w:cs="宋体"/>
          <w:color w:val="000000"/>
        </w:rPr>
        <w:t>，如果</w:t>
      </w:r>
      <w:r>
        <w:pict>
          <v:shape id="_x0000_i710226" o:spt="75" alt="学科网(www.zxxk.com)--教育资源门户，提供试卷、教案、课件、论文、素材以及各类教学资源下载，还有大量而丰富的教学相关资讯！" type="#_x0000_t75" style="height:13.8pt;width:59pt;" o:ole="t" filled="f" o:preferrelative="t" stroked="f" coordsize="21600,21600">
            <v:path/>
            <v:fill on="f" focussize="0,0"/>
            <v:stroke on="f" joinstyle="miter"/>
            <v:imagedata r:id="rId467" o:title="eqId3444da697c9e634d999b126dbc7080b4"/>
            <o:lock v:ext="edit" aspectratio="t"/>
            <w10:wrap type="none"/>
            <w10:anchorlock/>
          </v:shape>
        </w:pict>
      </w:r>
      <w:r>
        <w:rPr>
          <w:rFonts w:ascii="宋体" w:hAnsi="宋体" w:eastAsia="宋体" w:cs="宋体"/>
          <w:color w:val="000000"/>
        </w:rPr>
        <w:t>，请直接用等式表示</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的数量关系．</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rPr>
          <w:rFonts w:ascii="Times New Roman" w:hAnsi="Times New Roman" w:eastAsia="Times New Roman" w:cs="Times New Roman"/>
          <w:color w:val="000000"/>
        </w:rPr>
        <w:t>4</w:t>
      </w:r>
      <w:r>
        <w:rPr>
          <w:rFonts w:ascii="宋体" w:hAnsi="宋体" w:eastAsia="宋体" w:cs="宋体"/>
          <w:color w:val="000000"/>
        </w:rPr>
        <w:t>；②</w:t>
      </w:r>
      <w:r>
        <w:rPr>
          <w:rFonts w:ascii="Times New Roman" w:hAnsi="Times New Roman" w:eastAsia="Times New Roman" w:cs="Times New Roman"/>
          <w:color w:val="000000"/>
        </w:rPr>
        <w:t>20</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7</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或</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）①根据非负数的性质求出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的值，根据新定义列出方程，解方程即可得出答案；</w:t>
      </w:r>
    </w:p>
    <w:p>
      <w:pPr>
        <w:spacing w:line="360" w:lineRule="auto"/>
        <w:jc w:val="left"/>
        <w:textAlignment w:val="center"/>
        <w:rPr>
          <w:color w:val="000000"/>
        </w:rPr>
      </w:pPr>
      <w:r>
        <w:rPr>
          <w:rFonts w:ascii="宋体" w:hAnsi="宋体" w:eastAsia="宋体" w:cs="宋体"/>
          <w:color w:val="000000"/>
        </w:rPr>
        <w:t>②求出</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宋体" w:hAnsi="宋体" w:eastAsia="宋体" w:cs="宋体"/>
          <w:color w:val="000000"/>
        </w:rPr>
        <w:t>表示的数，根据题意列出方程，解方程即可得出答案；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三点中有一点是另外两点连线的中点，分三种情况分别计算即可；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rPr>
          <w:rFonts w:ascii="Times New Roman" w:hAnsi="Times New Roman" w:eastAsia="Times New Roman" w:cs="Times New Roman"/>
          <w:i/>
          <w:color w:val="000000"/>
        </w:rPr>
        <w:t>E</w:t>
      </w:r>
      <w:r>
        <w:rPr>
          <w:rFonts w:ascii="宋体" w:hAnsi="宋体" w:eastAsia="宋体" w:cs="宋体"/>
          <w:color w:val="000000"/>
        </w:rPr>
        <w:t>表示的数为</w:t>
      </w:r>
      <w:r>
        <w:rPr>
          <w:rFonts w:ascii="Times New Roman" w:hAnsi="Times New Roman" w:eastAsia="Times New Roman" w:cs="Times New Roman"/>
          <w:i/>
          <w:color w:val="000000"/>
        </w:rPr>
        <w:t>e</w: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表示的数为</w:t>
      </w:r>
      <w:r>
        <w:rPr>
          <w:rFonts w:ascii="Times New Roman" w:hAnsi="Times New Roman" w:eastAsia="Times New Roman" w:cs="Times New Roman"/>
          <w:i/>
          <w:color w:val="000000"/>
        </w:rPr>
        <w:t>f</w:t>
      </w:r>
      <w:r>
        <w:rPr>
          <w:rFonts w:ascii="宋体" w:hAnsi="宋体" w:eastAsia="宋体" w:cs="宋体"/>
          <w:color w:val="000000"/>
        </w:rPr>
        <w:t>，根据</w:t>
      </w:r>
      <w:r>
        <w:rPr>
          <w:rFonts w:ascii="Times New Roman" w:hAnsi="Times New Roman" w:eastAsia="Times New Roman" w:cs="Times New Roman"/>
          <w:i/>
          <w:color w:val="000000"/>
        </w:rPr>
        <w:t>E</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EF</w:t>
      </w:r>
      <w:r>
        <w:rPr>
          <w:rFonts w:ascii="宋体" w:hAnsi="宋体" w:eastAsia="宋体" w:cs="宋体"/>
          <w:color w:val="000000"/>
        </w:rPr>
        <w:t>列方程求解即可．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w:t>
      </w:r>
      <w:r>
        <w:pict>
          <v:shape id="_x0000_i710227"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468" o:title="eqId79731bd23c248c778707c2c4667afa20"/>
            <o:lock v:ext="edit" aspectratio="t"/>
            <w10:wrap type="none"/>
            <w10:anchorlock/>
          </v:shape>
        </w:pict>
      </w:r>
      <w:r>
        <w:rPr>
          <w:rFonts w:ascii="Times New Roman" w:hAnsi="Times New Roman" w:eastAsia="Times New Roman" w:cs="Times New Roman"/>
          <w:color w:val="000000"/>
        </w:rPr>
        <w:t xml:space="preserve"> ≥0</w:t>
      </w:r>
      <w:r>
        <w:rPr>
          <w:rFonts w:ascii="宋体" w:hAnsi="宋体" w:eastAsia="宋体" w:cs="宋体"/>
          <w:color w:val="000000"/>
        </w:rPr>
        <w:t>，</w:t>
      </w:r>
      <w:r>
        <w:pict>
          <v:shape id="_x0000_i710228" o:spt="75" alt="学科网(www.zxxk.com)--教育资源门户，提供试卷、教案、课件、论文、素材以及各类教学资源下载，还有大量而丰富的教学相关资讯！" type="#_x0000_t75" style="height:22.2pt;width:100.35pt;" o:ole="t" filled="f" o:preferrelative="t" stroked="f" coordsize="21600,21600">
            <v:path/>
            <v:fill on="f" focussize="0,0"/>
            <v:stroke on="f" joinstyle="miter"/>
            <v:imagedata r:id="rId469" o:title="eqId000219d771b9583f743f987c5580c25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①根据题意得：</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5</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②点</w:t>
      </w:r>
      <w:r>
        <w:pict>
          <v:shape id="_x0000_i71022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70" o:title="eqIde7c314398e26ffc7164b82946eeb4273"/>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rFonts w:ascii="宋体" w:hAnsi="宋体" w:eastAsia="宋体" w:cs="宋体"/>
          <w:color w:val="000000"/>
        </w:rPr>
        <w:t>，点</w:t>
      </w:r>
      <w:r>
        <w:pict>
          <v:shape id="_x0000_i710230"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471" o:title="eqId3953cec61ac602ce5eb59b7912352179"/>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根据题意得</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i/>
          <w:color w:val="000000"/>
        </w:rPr>
        <w:t>c</w:t>
      </w:r>
      <w:r>
        <w:rPr>
          <w:rFonts w:ascii="宋体" w:hAnsi="宋体" w:eastAsia="宋体" w:cs="宋体"/>
          <w:color w:val="000000"/>
        </w:rPr>
        <w:t>，则点</w:t>
      </w:r>
      <w:r>
        <w:pict>
          <v:shape id="_x0000_i710231"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472" o:title="eqIdb4c8a9c4957431681ddfc77895a88508"/>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若点</w:t>
      </w:r>
      <w:r>
        <w:pict>
          <v:shape id="_x0000_i710232"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473" o:title="eqIdb4c8a9c4957431681ddfc77895a88508"/>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是</w:t>
      </w:r>
      <w:r>
        <w:rPr>
          <w:rFonts w:ascii="Times New Roman" w:hAnsi="Times New Roman" w:eastAsia="Times New Roman" w:cs="Times New Roman"/>
          <w:i/>
          <w:color w:val="000000"/>
        </w:rPr>
        <w:t>CM</w:t>
      </w:r>
      <w:r>
        <w:rPr>
          <w:rFonts w:ascii="宋体" w:hAnsi="宋体" w:eastAsia="宋体" w:cs="宋体"/>
          <w:color w:val="000000"/>
        </w:rPr>
        <w:t>的中点，则</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），解得</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若点</w:t>
      </w:r>
      <w:r>
        <w:rPr>
          <w:rFonts w:ascii="Times New Roman" w:hAnsi="Times New Roman" w:eastAsia="Times New Roman" w:cs="Times New Roman"/>
          <w:i/>
          <w:color w:val="000000"/>
        </w:rPr>
        <w:t>M</w:t>
      </w:r>
      <w:r>
        <w:rPr>
          <w:rFonts w:ascii="宋体" w:hAnsi="宋体" w:eastAsia="宋体" w:cs="宋体"/>
          <w:color w:val="000000"/>
        </w:rPr>
        <w:t>是</w:t>
      </w:r>
      <w:r>
        <w:pict>
          <v:shape id="_x0000_i710233" o:spt="75" alt="学科网(www.zxxk.com)--教育资源门户，提供试卷、教案、课件、论文、素材以及各类教学资源下载，还有大量而丰富的教学相关资讯！" type="#_x0000_t75" style="height:13.95pt;width:23.1pt;" o:ole="t" filled="f" o:preferrelative="t" stroked="f" coordsize="21600,21600">
            <v:path/>
            <v:fill on="f" focussize="0,0"/>
            <v:stroke on="f" joinstyle="miter"/>
            <v:imagedata r:id="rId474" o:title="eqId20ecac2dad4cffdd971fd23deacff3fc"/>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的中点，则</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，解得</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是</w:t>
      </w:r>
      <w:r>
        <w:pict>
          <v:shape id="_x0000_i710234" o:spt="75" alt="学科网(www.zxxk.com)--教育资源门户，提供试卷、教案、课件、论文、素材以及各类教学资源下载，还有大量而丰富的教学相关资讯！" type="#_x0000_t75" style="height:18.75pt;width:24.75pt;" o:ole="t" filled="f" o:preferrelative="t" stroked="f" coordsize="21600,21600">
            <v:path/>
            <v:fill on="f" focussize="0,0"/>
            <v:stroke on="f" joinstyle="miter"/>
            <v:imagedata r:id="rId475" o:title="eqId199336204fbca97766bf24b1dc5fdc53"/>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的中点，则</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c</w:t>
      </w:r>
      <w:r>
        <w:rPr>
          <w:rFonts w:ascii="宋体" w:hAnsi="宋体" w:eastAsia="宋体" w:cs="宋体"/>
          <w:color w:val="000000"/>
        </w:rPr>
        <w:t>，解得</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E</w:t>
      </w:r>
      <w:r>
        <w:rPr>
          <w:rFonts w:ascii="宋体" w:hAnsi="宋体" w:eastAsia="宋体" w:cs="宋体"/>
          <w:color w:val="000000"/>
        </w:rPr>
        <w:t>表示的数为</w:t>
      </w:r>
      <w:r>
        <w:rPr>
          <w:rFonts w:ascii="Times New Roman" w:hAnsi="Times New Roman" w:eastAsia="Times New Roman" w:cs="Times New Roman"/>
          <w:i/>
          <w:color w:val="000000"/>
        </w:rPr>
        <w:t>e</w: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表示的数为</w:t>
      </w:r>
      <w:r>
        <w:rPr>
          <w:rFonts w:ascii="Times New Roman" w:hAnsi="Times New Roman" w:eastAsia="Times New Roman" w:cs="Times New Roman"/>
          <w:i/>
          <w:color w:val="000000"/>
        </w:rPr>
        <w:t>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则点</w:t>
      </w:r>
      <w:r>
        <w:pict>
          <v:shape id="_x0000_i710235" o:spt="75" alt="学科网(www.zxxk.com)--教育资源门户，提供试卷、教案、课件、论文、素材以及各类教学资源下载，还有大量而丰富的教学相关资讯！" type="#_x0000_t75" style="height:12.95pt;width:14.9pt;" o:ole="t" filled="f" o:preferrelative="t" stroked="f" coordsize="21600,21600">
            <v:path/>
            <v:fill on="f" focussize="0,0"/>
            <v:stroke on="f" joinstyle="miter"/>
            <v:imagedata r:id="rId476" o:title="eqIdd3b1a5427d8ff23df0f3ec194756c84c"/>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，点</w:t>
      </w:r>
      <w:r>
        <w:pict>
          <v:shape id="_x0000_i71023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77" o:title="eqIdf8e55590555905eb4f57889bbd16e39a"/>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i/>
          <w:color w:val="000000"/>
        </w:rPr>
        <w:t>f</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E</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EF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3×3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或</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jc w:val="left"/>
        <w:textAlignment w:val="center"/>
        <w:rPr>
          <w:color w:val="000000"/>
        </w:rPr>
      </w:pPr>
      <w:r>
        <w:rPr>
          <w:color w:val="000000"/>
        </w:rPr>
        <w:t>【点睛】</w:t>
      </w:r>
      <w:r>
        <w:rPr>
          <w:rFonts w:ascii="宋体" w:hAnsi="宋体" w:eastAsia="宋体" w:cs="宋体"/>
          <w:color w:val="000000"/>
        </w:rPr>
        <w:t>本题考查了数轴，非负性的性质，一元一次方程的应用，新定义，体现了分类讨论的数学思想，根据题意列出方程是解题的关键．</w:t>
      </w:r>
    </w:p>
    <w:p>
      <w:pPr>
        <w:pStyle w:val="Heading2"/>
      </w:pPr>
      <w:r>
        <w:t>西城区三帆中学</w:t>
      </w:r>
    </w:p>
    <w:p>
      <w:pPr>
        <w:spacing w:line="360" w:lineRule="auto"/>
        <w:jc w:val="left"/>
        <w:textAlignment w:val="center"/>
        <w:rPr>
          <w:color w:val="000000"/>
        </w:rPr>
      </w:pPr>
      <w:r>
        <w:rPr>
          <w:color w:val="000000"/>
        </w:rPr>
        <w:t xml:space="preserve">24. </w:t>
      </w:r>
      <w:r>
        <w:rPr>
          <w:rFonts w:ascii="宋体" w:hAnsi="宋体" w:eastAsia="宋体" w:cs="宋体"/>
          <w:color w:val="000000"/>
        </w:rPr>
        <w:t>当代印度著名诗人泰戈尔在《世界上最遥远的距离》中写道，</w:t>
      </w:r>
    </w:p>
    <w:p>
      <w:pPr>
        <w:spacing w:line="360" w:lineRule="auto"/>
        <w:jc w:val="left"/>
        <w:textAlignment w:val="center"/>
        <w:rPr>
          <w:color w:val="000000"/>
        </w:rPr>
      </w:pPr>
      <w:r>
        <w:rPr>
          <w:rFonts w:ascii="宋体" w:hAnsi="宋体" w:eastAsia="宋体" w:cs="宋体"/>
          <w:color w:val="000000"/>
        </w:rPr>
        <w:t>世界上最遥远的距离</w:t>
      </w:r>
    </w:p>
    <w:p>
      <w:pPr>
        <w:spacing w:line="360" w:lineRule="auto"/>
        <w:jc w:val="left"/>
        <w:textAlignment w:val="center"/>
        <w:rPr>
          <w:color w:val="000000"/>
        </w:rPr>
      </w:pPr>
      <w:r>
        <w:rPr>
          <w:rFonts w:ascii="宋体" w:hAnsi="宋体" w:eastAsia="宋体" w:cs="宋体"/>
          <w:color w:val="000000"/>
        </w:rPr>
        <w:t>不是瞬间便无处寻觅</w:t>
      </w:r>
    </w:p>
    <w:p>
      <w:pPr>
        <w:spacing w:line="360" w:lineRule="auto"/>
        <w:jc w:val="left"/>
        <w:textAlignment w:val="center"/>
        <w:rPr>
          <w:color w:val="000000"/>
        </w:rPr>
      </w:pPr>
      <w:r>
        <w:rPr>
          <w:rFonts w:ascii="宋体" w:hAnsi="宋体" w:eastAsia="宋体" w:cs="宋体"/>
          <w:color w:val="000000"/>
        </w:rPr>
        <w:t>而是尚未相遇</w:t>
      </w:r>
    </w:p>
    <w:p>
      <w:pPr>
        <w:spacing w:line="360" w:lineRule="auto"/>
        <w:jc w:val="left"/>
        <w:textAlignment w:val="center"/>
        <w:rPr>
          <w:color w:val="000000"/>
        </w:rPr>
      </w:pPr>
      <w:r>
        <w:rPr>
          <w:rFonts w:ascii="宋体" w:hAnsi="宋体" w:eastAsia="宋体" w:cs="宋体"/>
          <w:color w:val="000000"/>
        </w:rPr>
        <w:t>便注定无法相聚</w:t>
      </w:r>
    </w:p>
    <w:p>
      <w:pPr>
        <w:spacing w:line="360" w:lineRule="auto"/>
        <w:jc w:val="left"/>
        <w:textAlignment w:val="center"/>
        <w:rPr>
          <w:color w:val="000000"/>
        </w:rPr>
      </w:pPr>
      <w:r>
        <w:rPr>
          <w:rFonts w:ascii="宋体" w:hAnsi="宋体" w:eastAsia="宋体" w:cs="宋体"/>
          <w:color w:val="000000"/>
        </w:rPr>
        <w:t>距离是数学、天文学、物理学中的热门话题，唯有对宇宙距离进行测量，人类才能掌握世界尺度．我们可以从图形和代数化简两个角度来计算距离：</w:t>
      </w:r>
    </w:p>
    <w:p>
      <w:pPr>
        <w:spacing w:line="360" w:lineRule="auto"/>
        <w:jc w:val="left"/>
        <w:textAlignment w:val="center"/>
        <w:rPr>
          <w:color w:val="000000"/>
        </w:rPr>
      </w:pPr>
      <w:r>
        <w:rPr>
          <w:rFonts w:ascii="宋体" w:hAnsi="宋体" w:eastAsia="宋体" w:cs="宋体"/>
          <w:color w:val="000000"/>
        </w:rPr>
        <w:t>①已知点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在数轴上分别表示有理数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两点之间的距离表示为</w:t>
      </w:r>
      <w:r>
        <w:pict>
          <v:shape id="_x0000_i710237" o:spt="75" alt="学科网(www.zxxk.com)--教育资源门户，提供试卷、教案、课件、论文、素材以及各类教学资源下载，还有大量而丰富的教学相关资讯！" type="#_x0000_t75" style="height:16.2pt;width:60pt;" o:ole="t" filled="f" o:preferrelative="t" stroked="f" coordsize="21600,21600">
            <v:path/>
            <v:fill on="f" focussize="0,0"/>
            <v:stroke on="f" joinstyle="miter"/>
            <v:imagedata r:id="rId478" o:title="eqId019825f7b7bfc8aa59715cf21f3cf47f"/>
            <o:lock v:ext="edit" aspectratio="t"/>
            <w10:wrap type="none"/>
            <w10:anchorlock/>
          </v:shape>
        </w:pict>
      </w:r>
      <w:r>
        <w:rPr>
          <w:rFonts w:ascii="新宋体" w:hAnsi="新宋体" w:eastAsia="新宋体" w:cs="新宋体"/>
          <w:color w:val="000000"/>
        </w:rPr>
        <w:t>，例如</w:t>
      </w:r>
      <w:r>
        <w:pict>
          <v:shape id="_x0000_i710238" o:spt="75" alt="学科网(www.zxxk.com)--教育资源门户，提供试卷、教案、课件、论文、素材以及各类教学资源下载，还有大量而丰富的教学相关资讯！" type="#_x0000_t75" style="height:15pt;width:30.75pt;" o:ole="t" filled="f" o:preferrelative="t" stroked="f" coordsize="21600,21600">
            <v:path/>
            <v:fill on="f" focussize="0,0"/>
            <v:stroke on="f" joinstyle="miter"/>
            <v:imagedata r:id="rId479" o:title="eqId0e8428e1197c640372a3e7984182bc4e"/>
            <o:lock v:ext="edit" aspectratio="t"/>
            <w10:wrap type="none"/>
            <w10:anchorlock/>
          </v:shape>
        </w:pict>
      </w:r>
      <w:r>
        <w:rPr>
          <w:rFonts w:ascii="新宋体" w:hAnsi="新宋体" w:eastAsia="新宋体" w:cs="新宋体"/>
          <w:color w:val="000000"/>
        </w:rPr>
        <w:t>表示</w:t>
      </w:r>
      <w:r>
        <w:pict>
          <v:shape id="_x0000_i71023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80" o:title="eqId81dea63b8ce3e51adf66cf7b9982a248"/>
            <o:lock v:ext="edit" aspectratio="t"/>
            <w10:wrap type="none"/>
            <w10:anchorlock/>
          </v:shape>
        </w:pict>
      </w:r>
      <w:r>
        <w:rPr>
          <w:rFonts w:ascii="新宋体" w:hAnsi="新宋体" w:eastAsia="新宋体" w:cs="新宋体"/>
          <w:color w:val="000000"/>
        </w:rPr>
        <w:t>到</w:t>
      </w:r>
      <w:r>
        <w:rPr>
          <w:rFonts w:ascii="Times New Roman" w:hAnsi="Times New Roman" w:eastAsia="Times New Roman" w:cs="Times New Roman"/>
          <w:color w:val="000000"/>
        </w:rPr>
        <w:t>2</w:t>
      </w:r>
      <w:r>
        <w:rPr>
          <w:rFonts w:ascii="新宋体" w:hAnsi="新宋体" w:eastAsia="新宋体" w:cs="新宋体"/>
          <w:color w:val="000000"/>
        </w:rPr>
        <w:t>的距离，而</w:t>
      </w:r>
      <w:r>
        <w:pict>
          <v:shape id="_x0000_i710240" o:spt="75" alt="学科网(www.zxxk.com)--教育资源门户，提供试卷、教案、课件、论文、素材以及各类教学资源下载，还有大量而丰富的教学相关资讯！" type="#_x0000_t75" style="height:15.05pt;width:75.75pt;" o:ole="t" filled="f" o:preferrelative="t" stroked="f" coordsize="21600,21600">
            <v:path/>
            <v:fill on="f" focussize="0,0"/>
            <v:stroke on="f" joinstyle="miter"/>
            <v:imagedata r:id="rId481" o:title="eqIdc7980f68fb20ef8a6a06baa1d76eb29f"/>
            <o:lock v:ext="edit" aspectratio="t"/>
            <w10:wrap type="none"/>
            <w10:anchorlock/>
          </v:shape>
        </w:pict>
      </w:r>
      <w:r>
        <w:rPr>
          <w:rFonts w:ascii="新宋体" w:hAnsi="新宋体" w:eastAsia="新宋体" w:cs="新宋体"/>
          <w:color w:val="000000"/>
        </w:rPr>
        <w:t>则表示</w:t>
      </w:r>
      <w:r>
        <w:pict>
          <v:shape id="_x0000_i71024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82" o:title="eqId0a6936d370d6a238a608ca56f87198de"/>
            <o:lock v:ext="edit" aspectratio="t"/>
            <w10:wrap type="none"/>
            <w10:anchorlock/>
          </v:shape>
        </w:pict>
      </w:r>
      <w:r>
        <w:rPr>
          <w:rFonts w:ascii="新宋体" w:hAnsi="新宋体" w:eastAsia="新宋体" w:cs="新宋体"/>
          <w:color w:val="000000"/>
        </w:rPr>
        <w:t>到</w:t>
      </w:r>
      <w:r>
        <w:pict>
          <v:shape id="_x0000_i71024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483" o:title="eqIdacbc6a613224461ade69362d46550474"/>
            <o:lock v:ext="edit" aspectratio="t"/>
            <w10:wrap type="none"/>
            <w10:anchorlock/>
          </v:shape>
        </w:pict>
      </w:r>
      <w:r>
        <w:rPr>
          <w:rFonts w:ascii="宋体" w:hAnsi="宋体" w:eastAsia="宋体" w:cs="宋体"/>
          <w:color w:val="000000"/>
        </w:rPr>
        <w:t>的距离；</w:t>
      </w:r>
    </w:p>
    <w:p>
      <w:pPr>
        <w:spacing w:line="360" w:lineRule="auto"/>
        <w:jc w:val="both"/>
        <w:textAlignment w:val="center"/>
        <w:rPr>
          <w:color w:val="000000"/>
        </w:rPr>
      </w:pPr>
      <w:r>
        <w:rPr>
          <w:rFonts w:ascii="宋体" w:hAnsi="宋体" w:eastAsia="宋体" w:cs="宋体"/>
          <w:color w:val="000000"/>
        </w:rPr>
        <w:t>②我们知道：</w:t>
      </w:r>
      <w:r>
        <w:pict>
          <v:shape id="_x0000_i710243" o:spt="75" alt="学科网(www.zxxk.com)--教育资源门户，提供试卷、教案、课件、论文、素材以及各类教学资源下载，还有大量而丰富的教学相关资讯！" type="#_x0000_t75" style="height:56.25pt;width:77.25pt;" o:ole="t" filled="f" o:preferrelative="t" stroked="f" coordsize="21600,21600">
            <v:path/>
            <v:fill on="f" focussize="0,0"/>
            <v:stroke on="f" joinstyle="miter"/>
            <v:imagedata r:id="rId484" o:title="eqId53d8e4caa55675797002839658922bd3"/>
            <o:lock v:ext="edit" aspectratio="t"/>
            <w10:wrap type="none"/>
            <w10:anchorlock/>
          </v:shape>
        </w:pict>
      </w:r>
      <w:r>
        <w:rPr>
          <w:rFonts w:ascii="宋体" w:hAnsi="宋体" w:eastAsia="宋体" w:cs="宋体"/>
          <w:color w:val="000000"/>
        </w:rPr>
        <w:t>，于是可以用这一结论来化简含有绝对值的代数式．</w:t>
      </w:r>
    </w:p>
    <w:p>
      <w:pPr>
        <w:spacing w:line="360" w:lineRule="auto"/>
        <w:jc w:val="left"/>
        <w:textAlignment w:val="center"/>
        <w:rPr>
          <w:color w:val="000000"/>
        </w:rPr>
      </w:pPr>
      <w:r>
        <w:rPr>
          <w:rFonts w:ascii="宋体" w:hAnsi="宋体" w:eastAsia="宋体" w:cs="宋体"/>
          <w:color w:val="000000"/>
        </w:rPr>
        <w:t>例如化简</w:t>
      </w:r>
      <w:r>
        <w:pict>
          <v:shape id="_x0000_i710244" o:spt="75" alt="学科网(www.zxxk.com)--教育资源门户，提供试卷、教案、课件、论文、素材以及各类教学资源下载，还有大量而丰富的教学相关资讯！" type="#_x0000_t75" style="height:15pt;width:68.4pt;" o:ole="t" filled="f" o:preferrelative="t" stroked="f" coordsize="21600,21600">
            <v:path/>
            <v:fill on="f" focussize="0,0"/>
            <v:stroke on="f" joinstyle="miter"/>
            <v:imagedata r:id="rId485" o:title="eqId479e6df4ec81331c3e00ef341ccff745"/>
            <o:lock v:ext="edit" aspectratio="t"/>
            <w10:wrap type="none"/>
            <w10:anchorlock/>
          </v:shape>
        </w:pict>
      </w:r>
      <w:r>
        <w:rPr>
          <w:rFonts w:ascii="新宋体" w:hAnsi="新宋体" w:eastAsia="新宋体" w:cs="新宋体"/>
          <w:color w:val="000000"/>
        </w:rPr>
        <w:t>时，可先令</w:t>
      </w:r>
      <w:r>
        <w:pict>
          <v:shape id="_x0000_i710245"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486" o:title="eqId122fa7155f6858a570e8dee2495822a3"/>
            <o:lock v:ext="edit" aspectratio="t"/>
            <w10:wrap type="none"/>
            <w10:anchorlock/>
          </v:shape>
        </w:pict>
      </w:r>
      <w:r>
        <w:rPr>
          <w:rFonts w:ascii="新宋体" w:hAnsi="新宋体" w:eastAsia="新宋体" w:cs="新宋体"/>
          <w:color w:val="000000"/>
        </w:rPr>
        <w:t>和</w:t>
      </w:r>
      <w:r>
        <w:pict>
          <v:shape id="_x0000_i710246"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487" o:title="eqIdf9378f4030a56301dfdf892c0b36182b"/>
            <o:lock v:ext="edit" aspectratio="t"/>
            <w10:wrap type="none"/>
            <w10:anchorlock/>
          </v:shape>
        </w:pict>
      </w:r>
      <w:r>
        <w:rPr>
          <w:rFonts w:ascii="新宋体" w:hAnsi="新宋体" w:eastAsia="新宋体" w:cs="新宋体"/>
          <w:color w:val="000000"/>
        </w:rPr>
        <w:t>，分别求得</w:t>
      </w:r>
      <w:r>
        <w:pict>
          <v:shape id="_x0000_i710247" o:spt="75" alt="学科网(www.zxxk.com)--教育资源门户，提供试卷、教案、课件、论文、素材以及各类教学资源下载，还有大量而丰富的教学相关资讯！" type="#_x0000_t75" style="height:14.4pt;width:32.4pt;" o:ole="t" filled="f" o:preferrelative="t" stroked="f" coordsize="21600,21600">
            <v:path/>
            <v:fill on="f" focussize="0,0"/>
            <v:stroke on="f" joinstyle="miter"/>
            <v:imagedata r:id="rId488" o:title="eqId99c6875d552e9fff3c7d655f3a59b166"/>
            <o:lock v:ext="edit" aspectratio="t"/>
            <w10:wrap type="none"/>
            <w10:anchorlock/>
          </v:shape>
        </w:pict>
      </w:r>
      <w:r>
        <w:rPr>
          <w:rFonts w:ascii="新宋体" w:hAnsi="新宋体" w:eastAsia="新宋体" w:cs="新宋体"/>
          <w:color w:val="000000"/>
        </w:rPr>
        <w:t>，</w:t>
      </w:r>
      <w:r>
        <w:pict>
          <v:shape id="_x0000_i710248"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89" o:title="eqId707ea658f3a9359f5740d5aab48f7948"/>
            <o:lock v:ext="edit" aspectratio="t"/>
            <w10:wrap type="none"/>
            <w10:anchorlock/>
          </v:shape>
        </w:pict>
      </w:r>
      <w:r>
        <w:rPr>
          <w:rFonts w:ascii="新宋体" w:hAnsi="新宋体" w:eastAsia="新宋体" w:cs="新宋体"/>
          <w:color w:val="000000"/>
        </w:rPr>
        <w:t>（称</w:t>
      </w:r>
      <w:r>
        <w:pict>
          <v:shape id="_x0000_i71024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490" o:title="eqIdacbc6a613224461ade69362d46550474"/>
            <o:lock v:ext="edit" aspectratio="t"/>
            <w10:wrap type="none"/>
            <w10:anchorlock/>
          </v:shape>
        </w:pict>
      </w:r>
      <w:r>
        <w:rPr>
          <w:rFonts w:ascii="新宋体" w:hAnsi="新宋体" w:eastAsia="新宋体" w:cs="新宋体"/>
          <w:color w:val="000000"/>
        </w:rPr>
        <w:t>和</w:t>
      </w:r>
      <w:r>
        <w:rPr>
          <w:rFonts w:ascii="Times New Roman" w:hAnsi="Times New Roman" w:eastAsia="Times New Roman" w:cs="Times New Roman"/>
          <w:color w:val="000000"/>
        </w:rPr>
        <w:t>2</w:t>
      </w:r>
      <w:r>
        <w:rPr>
          <w:rFonts w:ascii="新宋体" w:hAnsi="新宋体" w:eastAsia="新宋体" w:cs="新宋体"/>
          <w:color w:val="000000"/>
        </w:rPr>
        <w:t>分别为</w:t>
      </w:r>
      <w:r>
        <w:pict>
          <v:shape id="_x0000_i710250" o:spt="75" alt="学科网(www.zxxk.com)--教育资源门户，提供试卷、教案、课件、论文、素材以及各类教学资源下载，还有大量而丰富的教学相关资讯！" type="#_x0000_t75" style="height:15pt;width:68.4pt;" o:ole="t" filled="f" o:preferrelative="t" stroked="f" coordsize="21600,21600">
            <v:path/>
            <v:fill on="f" focussize="0,0"/>
            <v:stroke on="f" joinstyle="miter"/>
            <v:imagedata r:id="rId485" o:title="eqId479e6df4ec81331c3e00ef341ccff745"/>
            <o:lock v:ext="edit" aspectratio="t"/>
            <w10:wrap type="none"/>
            <w10:anchorlock/>
          </v:shape>
        </w:pict>
      </w:r>
      <w:r>
        <w:rPr>
          <w:rFonts w:ascii="新宋体" w:hAnsi="新宋体" w:eastAsia="新宋体" w:cs="新宋体"/>
          <w:color w:val="000000"/>
        </w:rPr>
        <w:t>的零点值），在实数范围内，零点值</w:t>
      </w:r>
      <w:r>
        <w:pict>
          <v:shape id="_x0000_i710251" o:spt="75" alt="学科网(www.zxxk.com)--教育资源门户，提供试卷、教案、课件、论文、素材以及各类教学资源下载，还有大量而丰富的教学相关资讯！" type="#_x0000_t75" style="height:14.4pt;width:32.4pt;" o:ole="t" filled="f" o:preferrelative="t" stroked="f" coordsize="21600,21600">
            <v:path/>
            <v:fill on="f" focussize="0,0"/>
            <v:stroke on="f" joinstyle="miter"/>
            <v:imagedata r:id="rId488" o:title="eqId99c6875d552e9fff3c7d655f3a59b166"/>
            <o:lock v:ext="edit" aspectratio="t"/>
            <w10:wrap type="none"/>
            <w10:anchorlock/>
          </v:shape>
        </w:pict>
      </w:r>
      <w:r>
        <w:rPr>
          <w:rFonts w:ascii="新宋体" w:hAnsi="新宋体" w:eastAsia="新宋体" w:cs="新宋体"/>
          <w:color w:val="000000"/>
        </w:rPr>
        <w:t>和</w:t>
      </w:r>
      <w:r>
        <w:pict>
          <v:shape id="_x0000_i710252"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89" o:title="eqId707ea658f3a9359f5740d5aab48f7948"/>
            <o:lock v:ext="edit" aspectratio="t"/>
            <w10:wrap type="none"/>
            <w10:anchorlock/>
          </v:shape>
        </w:pict>
      </w:r>
      <w:r>
        <w:rPr>
          <w:rFonts w:ascii="宋体" w:hAnsi="宋体" w:eastAsia="宋体" w:cs="宋体"/>
          <w:color w:val="000000"/>
        </w:rPr>
        <w:t>可将全体实数分成不重复且不遗漏的如下</w:t>
      </w:r>
      <w:r>
        <w:rPr>
          <w:rFonts w:ascii="Times New Roman" w:hAnsi="Times New Roman" w:eastAsia="Times New Roman" w:cs="Times New Roman"/>
          <w:color w:val="000000"/>
        </w:rPr>
        <w:t>3</w:t>
      </w:r>
      <w:r>
        <w:rPr>
          <w:rFonts w:ascii="宋体" w:hAnsi="宋体" w:eastAsia="宋体" w:cs="宋体"/>
          <w:color w:val="000000"/>
        </w:rPr>
        <w:t>种情况：①</w:t>
      </w:r>
      <w:r>
        <w:pict>
          <v:shape id="_x0000_i710253"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491" o:title="eqId7da6d82d173ad18cc040e94c925b5ab9"/>
            <o:lock v:ext="edit" aspectratio="t"/>
            <w10:wrap type="none"/>
            <w10:anchorlock/>
          </v:shape>
        </w:pict>
      </w:r>
      <w:r>
        <w:rPr>
          <w:rFonts w:ascii="宋体" w:hAnsi="宋体" w:eastAsia="宋体" w:cs="宋体"/>
          <w:color w:val="000000"/>
        </w:rPr>
        <w:t>；②</w:t>
      </w:r>
      <w:r>
        <w:pict>
          <v:shape id="_x0000_i710254"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492" o:title="eqId964fd15ed03eefd8a51b29e9e99deaf5"/>
            <o:lock v:ext="edit" aspectratio="t"/>
            <w10:wrap type="none"/>
            <w10:anchorlock/>
          </v:shape>
        </w:pict>
      </w:r>
      <w:r>
        <w:rPr>
          <w:rFonts w:ascii="宋体" w:hAnsi="宋体" w:eastAsia="宋体" w:cs="宋体"/>
          <w:color w:val="000000"/>
        </w:rPr>
        <w:t>；③</w:t>
      </w:r>
      <w:r>
        <w:pict>
          <v:shape id="_x0000_i71025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493" o:title="eqIdb27f27cbb8185c1974d715ff95f8801c"/>
            <o:lock v:ext="edit" aspectratio="t"/>
            <w10:wrap type="none"/>
            <w10:anchorlock/>
          </v:shape>
        </w:pict>
      </w:r>
      <w:r>
        <w:rPr>
          <w:rFonts w:ascii="宋体" w:hAnsi="宋体" w:eastAsia="宋体" w:cs="宋体"/>
          <w:color w:val="000000"/>
        </w:rPr>
        <w:t>．从而化简</w:t>
      </w:r>
      <w:r>
        <w:pict>
          <v:shape id="_x0000_i710256" o:spt="75" alt="学科网(www.zxxk.com)--教育资源门户，提供试卷、教案、课件、论文、素材以及各类教学资源下载，还有大量而丰富的教学相关资讯！" type="#_x0000_t75" style="height:15pt;width:68.4pt;" o:ole="t" filled="f" o:preferrelative="t" stroked="f" coordsize="21600,21600">
            <v:path/>
            <v:fill on="f" focussize="0,0"/>
            <v:stroke on="f" joinstyle="miter"/>
            <v:imagedata r:id="rId485" o:title="eqId479e6df4ec81331c3e00ef341ccff745"/>
            <o:lock v:ext="edit" aspectratio="t"/>
            <w10:wrap type="none"/>
            <w10:anchorlock/>
          </v:shape>
        </w:pict>
      </w:r>
      <w:r>
        <w:rPr>
          <w:rFonts w:ascii="宋体" w:hAnsi="宋体" w:eastAsia="宋体" w:cs="宋体"/>
          <w:color w:val="000000"/>
        </w:rPr>
        <w:t>可分以下</w:t>
      </w:r>
      <w:r>
        <w:rPr>
          <w:rFonts w:ascii="Times New Roman" w:hAnsi="Times New Roman" w:eastAsia="Times New Roman" w:cs="Times New Roman"/>
          <w:color w:val="000000"/>
        </w:rPr>
        <w:t>3</w:t>
      </w:r>
      <w:r>
        <w:rPr>
          <w:rFonts w:ascii="宋体" w:hAnsi="宋体" w:eastAsia="宋体" w:cs="宋体"/>
          <w:color w:val="000000"/>
        </w:rPr>
        <w:t>种情况：</w:t>
      </w:r>
    </w:p>
    <w:p>
      <w:pPr>
        <w:spacing w:line="360" w:lineRule="auto"/>
        <w:jc w:val="left"/>
        <w:textAlignment w:val="center"/>
        <w:rPr>
          <w:color w:val="000000"/>
        </w:rPr>
      </w:pPr>
      <w:r>
        <w:rPr>
          <w:rFonts w:ascii="宋体" w:hAnsi="宋体" w:eastAsia="宋体" w:cs="宋体"/>
          <w:color w:val="000000"/>
        </w:rPr>
        <w:t>①</w:t>
      </w:r>
      <w:r>
        <w:rPr>
          <w:rFonts w:ascii="新宋体" w:hAnsi="新宋体" w:eastAsia="新宋体" w:cs="新宋体"/>
          <w:color w:val="000000"/>
        </w:rPr>
        <w:t>当</w:t>
      </w:r>
      <w:r>
        <w:pict>
          <v:shape id="_x0000_i710257"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494" o:title="eqId7da6d82d173ad18cc040e94c925b5ab9"/>
            <o:lock v:ext="edit" aspectratio="t"/>
            <w10:wrap type="none"/>
            <w10:anchorlock/>
          </v:shape>
        </w:pict>
      </w:r>
      <w:r>
        <w:rPr>
          <w:rFonts w:ascii="新宋体" w:hAnsi="新宋体" w:eastAsia="新宋体" w:cs="新宋体"/>
          <w:color w:val="000000"/>
        </w:rPr>
        <w:t>时，原式</w:t>
      </w:r>
      <w:r>
        <w:pict>
          <v:shape id="_x0000_i710258" o:spt="75" alt="学科网(www.zxxk.com)--教育资源门户，提供试卷、教案、课件、论文、素材以及各类教学资源下载，还有大量而丰富的教学相关资讯！" type="#_x0000_t75" style="height:16.5pt;width:136.5pt;" o:ole="t" filled="f" o:preferrelative="t" stroked="f" coordsize="21600,21600">
            <v:path/>
            <v:fill on="f" focussize="0,0"/>
            <v:stroke on="f" joinstyle="miter"/>
            <v:imagedata r:id="rId495" o:title="eqId28795e8b545895d3d6a0dc2f648ca193"/>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宋体" w:hAnsi="宋体" w:eastAsia="宋体" w:cs="宋体"/>
          <w:color w:val="000000"/>
        </w:rPr>
        <w:t>②</w:t>
      </w:r>
      <w:r>
        <w:rPr>
          <w:rFonts w:ascii="新宋体" w:hAnsi="新宋体" w:eastAsia="新宋体" w:cs="新宋体"/>
          <w:color w:val="000000"/>
        </w:rPr>
        <w:t>当</w:t>
      </w:r>
      <w:r>
        <w:pict>
          <v:shape id="_x0000_i710259"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496" o:title="eqId964fd15ed03eefd8a51b29e9e99deaf5"/>
            <o:lock v:ext="edit" aspectratio="t"/>
            <w10:wrap type="none"/>
            <w10:anchorlock/>
          </v:shape>
        </w:pict>
      </w:r>
      <w:r>
        <w:rPr>
          <w:rFonts w:ascii="新宋体" w:hAnsi="新宋体" w:eastAsia="新宋体" w:cs="新宋体"/>
          <w:color w:val="000000"/>
        </w:rPr>
        <w:t>时，原式</w:t>
      </w:r>
      <w:r>
        <w:pict>
          <v:shape id="_x0000_i710260" o:spt="75" alt="学科网(www.zxxk.com)--教育资源门户，提供试卷、教案、课件、论文、素材以及各类教学资源下载，还有大量而丰富的教学相关资讯！" type="#_x0000_t75" style="height:16.2pt;width:94.8pt;" o:ole="t" filled="f" o:preferrelative="t" stroked="f" coordsize="21600,21600">
            <v:path/>
            <v:fill on="f" focussize="0,0"/>
            <v:stroke on="f" joinstyle="miter"/>
            <v:imagedata r:id="rId497" o:title="eqIde097d2f7392cf9cb44e52f40fef6f70e"/>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宋体" w:hAnsi="宋体" w:eastAsia="宋体" w:cs="宋体"/>
          <w:color w:val="000000"/>
        </w:rPr>
        <w:t>③</w:t>
      </w:r>
      <w:r>
        <w:rPr>
          <w:rFonts w:ascii="新宋体" w:hAnsi="新宋体" w:eastAsia="新宋体" w:cs="新宋体"/>
          <w:color w:val="000000"/>
        </w:rPr>
        <w:t>当</w:t>
      </w:r>
      <w:r>
        <w:pict>
          <v:shape id="_x0000_i710261"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498" o:title="eqIdb27f27cbb8185c1974d715ff95f8801c"/>
            <o:lock v:ext="edit" aspectratio="t"/>
            <w10:wrap type="none"/>
            <w10:anchorlock/>
          </v:shape>
        </w:pict>
      </w:r>
      <w:r>
        <w:rPr>
          <w:rFonts w:ascii="新宋体" w:hAnsi="新宋体" w:eastAsia="新宋体" w:cs="新宋体"/>
          <w:color w:val="000000"/>
        </w:rPr>
        <w:t>时，原式</w:t>
      </w:r>
      <w:r>
        <w:pict>
          <v:shape id="_x0000_i710262" o:spt="75" alt="学科网(www.zxxk.com)--教育资源门户，提供试卷、教案、课件、论文、素材以及各类教学资源下载，还有大量而丰富的教学相关资讯！" type="#_x0000_t75" style="height:14.2pt;width:105.8pt;" o:ole="t" filled="f" o:preferrelative="t" stroked="f" coordsize="21600,21600">
            <v:path/>
            <v:fill on="f" focussize="0,0"/>
            <v:stroke on="f" joinstyle="miter"/>
            <v:imagedata r:id="rId499" o:title="eqIdb3514a90dcbd80ddddd127c877750cd1"/>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宋体" w:hAnsi="宋体" w:eastAsia="宋体" w:cs="宋体"/>
          <w:color w:val="000000"/>
        </w:rPr>
        <w:t>综上，原式＝</w:t>
      </w:r>
      <w:r>
        <w:pict>
          <v:shape id="_x0000_i710263" o:spt="75" alt="学科网(www.zxxk.com)--教育资源门户，提供试卷、教案、课件、论文、素材以及各类教学资源下载，还有大量而丰富的教学相关资讯！" type="#_x0000_t75" style="height:56.25pt;width:81pt;" o:ole="t" filled="f" o:preferrelative="t" stroked="f" coordsize="21600,21600">
            <v:path/>
            <v:fill on="f" focussize="0,0"/>
            <v:stroke on="f" joinstyle="miter"/>
            <v:imagedata r:id="rId500" o:title="eqId48a62f6cb953380c7005945345c1b56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结合以上材料，回答以下问题：</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0264" o:spt="75" alt="学科网(www.zxxk.com)--教育资源门户，提供试卷、教案、课件、论文、素材以及各类教学资源下载，还有大量而丰富的教学相关资讯！" type="#_x0000_t75" style="height:16pt;width:48pt;" o:ole="t" filled="f" o:preferrelative="t" stroked="f" coordsize="21600,21600">
            <v:path/>
            <v:fill on="f" focussize="0,0"/>
            <v:stroke on="f" joinstyle="miter"/>
            <v:imagedata r:id="rId501" o:title="eqId093bb9407a6933ed39874286418a47f2"/>
            <o:lock v:ext="edit" aspectratio="t"/>
            <w10:wrap type="none"/>
            <w10:anchorlock/>
          </v:shape>
        </w:pict>
      </w:r>
      <w:r>
        <w:rPr>
          <w:rFonts w:ascii="新宋体" w:hAnsi="新宋体" w:eastAsia="新宋体" w:cs="新宋体"/>
          <w:color w:val="000000"/>
        </w:rPr>
        <w:t>，则</w:t>
      </w:r>
      <w:r>
        <w:pict>
          <v:shape id="_x0000_i710265"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502" o:title="eqId4ec0618ae3a4fde6d6220010af229b9a"/>
            <o:lock v:ext="edit" aspectratio="t"/>
            <w10:wrap type="none"/>
            <w10:anchorlock/>
          </v:shape>
        </w:pic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当代数式</w:t>
      </w:r>
      <w:r>
        <w:pict>
          <v:shape id="_x0000_i710266" o:spt="75" alt="学科网(www.zxxk.com)--教育资源门户，提供试卷、教案、课件、论文、素材以及各类教学资源下载，还有大量而丰富的教学相关资讯！" type="#_x0000_t75" style="height:15pt;width:68.4pt;" o:ole="t" filled="f" o:preferrelative="t" stroked="f" coordsize="21600,21600">
            <v:path/>
            <v:fill on="f" focussize="0,0"/>
            <v:stroke on="f" joinstyle="miter"/>
            <v:imagedata r:id="rId503" o:title="eqId479e6df4ec81331c3e00ef341ccff745"/>
            <o:lock v:ext="edit" aspectratio="t"/>
            <w10:wrap type="none"/>
            <w10:anchorlock/>
          </v:shape>
        </w:pict>
      </w:r>
      <w:r>
        <w:rPr>
          <w:rFonts w:ascii="宋体" w:hAnsi="宋体" w:eastAsia="宋体" w:cs="宋体"/>
          <w:color w:val="000000"/>
        </w:rPr>
        <w:t>取最小值时，</w:t>
      </w:r>
      <w:r>
        <w:rPr>
          <w:rFonts w:ascii="Times New Roman" w:hAnsi="Times New Roman" w:eastAsia="Times New Roman" w:cs="Times New Roman"/>
          <w:i/>
          <w:color w:val="000000"/>
        </w:rPr>
        <w:t>x</w:t>
      </w:r>
      <w:r>
        <w:rPr>
          <w:rFonts w:ascii="宋体" w:hAnsi="宋体" w:eastAsia="宋体" w:cs="宋体"/>
          <w:color w:val="000000"/>
        </w:rPr>
        <w:t>的取值范围是</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代数式</w:t>
      </w:r>
      <w:r>
        <w:pict>
          <v:shape id="_x0000_i710267" o:spt="75" alt="学科网(www.zxxk.com)--教育资源门户，提供试卷、教案、课件、论文、素材以及各类教学资源下载，还有大量而丰富的教学相关资讯！" type="#_x0000_t75" style="height:15.05pt;width:71.35pt;" o:ole="t" filled="f" o:preferrelative="t" stroked="f" coordsize="21600,21600">
            <v:path/>
            <v:fill on="f" focussize="0,0"/>
            <v:stroke on="f" joinstyle="miter"/>
            <v:imagedata r:id="rId504" o:title="eqIdd3e0d96e932c53d7cca568e516c44093"/>
            <o:lock v:ext="edit" aspectratio="t"/>
            <w10:wrap type="none"/>
            <w10:anchorlock/>
          </v:shape>
        </w:pict>
      </w:r>
      <w:r>
        <w:rPr>
          <w:rFonts w:ascii="宋体" w:hAnsi="宋体" w:eastAsia="宋体" w:cs="宋体"/>
          <w:color w:val="000000"/>
        </w:rPr>
        <w:t>有最大值，这个值是</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3</w:t>
      </w:r>
      <w:r>
        <w:rPr>
          <w:rFonts w:ascii="宋体" w:hAnsi="宋体" w:eastAsia="宋体" w:cs="宋体"/>
          <w:color w:val="000000"/>
        </w:rPr>
        <w:t>或</w:t>
      </w:r>
      <w:r>
        <w:pict>
          <v:shape id="_x0000_i71026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05" o:title="eqIdacbc6a613224461ade69362d4655047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0269"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506" o:title="eqId55a12a30935c79ae769818043a496f53"/>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）根据数轴上两点之间的距离公式计算即可；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）若代数式</w:t>
      </w:r>
      <w:r>
        <w:pict>
          <v:shape id="_x0000_i710270" o:spt="75" alt="学科网(www.zxxk.com)--教育资源门户，提供试卷、教案、课件、论文、素材以及各类教学资源下载，还有大量而丰富的教学相关资讯！" type="#_x0000_t75" style="height:15pt;width:68.4pt;" o:ole="t" filled="f" o:preferrelative="t" stroked="f" coordsize="21600,21600">
            <v:path/>
            <v:fill on="f" focussize="0,0"/>
            <v:stroke on="f" joinstyle="miter"/>
            <v:imagedata r:id="rId507" o:title="eqId479e6df4ec81331c3e00ef341ccff745"/>
            <o:lock v:ext="edit" aspectratio="t"/>
            <w10:wrap type="none"/>
            <w10:anchorlock/>
          </v:shape>
        </w:pict>
      </w:r>
      <w:r>
        <w:rPr>
          <w:rFonts w:ascii="宋体" w:hAnsi="宋体" w:eastAsia="宋体" w:cs="宋体"/>
          <w:color w:val="000000"/>
        </w:rPr>
        <w:t>取最小值时，表示在数轴上找一点</w:t>
      </w:r>
      <w:r>
        <w:pict>
          <v:shape id="_x0000_i71027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08" o:title="eqId81dea63b8ce3e51adf66cf7b9982a248"/>
            <o:lock v:ext="edit" aspectratio="t"/>
            <w10:wrap type="none"/>
            <w10:anchorlock/>
          </v:shape>
        </w:pict>
      </w:r>
      <w:r>
        <w:rPr>
          <w:rFonts w:ascii="宋体" w:hAnsi="宋体" w:eastAsia="宋体" w:cs="宋体"/>
          <w:color w:val="000000"/>
        </w:rPr>
        <w:t>到</w:t>
      </w:r>
      <w:r>
        <w:pict>
          <v:shape id="_x0000_i71027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09" o:title="eqIdacbc6a613224461ade69362d46550474"/>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的距离之和最小，据此可解；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w:t>
      </w:r>
      <w:r>
        <w:pict>
          <v:shape id="_x0000_i710273"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510" o:title="eqId7da6d82d173ad18cc040e94c925b5ab9"/>
            <o:lock v:ext="edit" aspectratio="t"/>
            <w10:wrap type="none"/>
            <w10:anchorlock/>
          </v:shape>
        </w:pict>
      </w:r>
      <w:r>
        <w:rPr>
          <w:rFonts w:ascii="宋体" w:hAnsi="宋体" w:eastAsia="宋体" w:cs="宋体"/>
          <w:color w:val="000000"/>
        </w:rPr>
        <w:t>、</w:t>
      </w:r>
      <w:r>
        <w:pict>
          <v:shape id="_x0000_i71027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511" o:title="eqId6343069217cd6d8dd32446da428dae46"/>
            <o:lock v:ext="edit" aspectratio="t"/>
            <w10:wrap type="none"/>
            <w10:anchorlock/>
          </v:shape>
        </w:pict>
      </w:r>
      <w:r>
        <w:rPr>
          <w:rFonts w:ascii="宋体" w:hAnsi="宋体" w:eastAsia="宋体" w:cs="宋体"/>
          <w:color w:val="000000"/>
        </w:rPr>
        <w:t>、</w:t>
      </w:r>
      <w:r>
        <w:pict>
          <v:shape id="_x0000_i710275" o:spt="75" alt="学科网(www.zxxk.com)--教育资源门户，提供试卷、教案、课件、论文、素材以及各类教学资源下载，还有大量而丰富的教学相关资讯！" type="#_x0000_t75" style="height:14.25pt;width:25.5pt;" o:ole="t" filled="f" o:preferrelative="t" stroked="f" coordsize="21600,21600">
            <v:path/>
            <v:fill on="f" focussize="0,0"/>
            <v:stroke on="f" joinstyle="miter"/>
            <v:imagedata r:id="rId512" o:title="eqId0fde64f4d3c38e43fbdee24eadc4b0dd"/>
            <o:lock v:ext="edit" aspectratio="t"/>
            <w10:wrap type="none"/>
            <w10:anchorlock/>
          </v:shape>
        </w:pict>
      </w:r>
      <w:r>
        <w:rPr>
          <w:rFonts w:ascii="宋体" w:hAnsi="宋体" w:eastAsia="宋体" w:cs="宋体"/>
          <w:color w:val="000000"/>
        </w:rPr>
        <w:t>分别化简，结合</w:t>
      </w:r>
      <w:r>
        <w:pict>
          <v:shape id="_x0000_i71027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13" o:title="eqId81dea63b8ce3e51adf66cf7b9982a248"/>
            <o:lock v:ext="edit" aspectratio="t"/>
            <w10:wrap type="none"/>
            <w10:anchorlock/>
          </v:shape>
        </w:pict>
      </w:r>
      <w:r>
        <w:rPr>
          <w:rFonts w:ascii="宋体" w:hAnsi="宋体" w:eastAsia="宋体" w:cs="宋体"/>
          <w:color w:val="000000"/>
        </w:rPr>
        <w:t>的取值范围确定代数式值的范围，从而求出代数式的最大值．</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解：由绝对值的几何意义知：</w:t>
      </w:r>
      <w:r>
        <w:pict>
          <v:shape id="_x0000_i710277" o:spt="75" alt="学科网(www.zxxk.com)--教育资源门户，提供试卷、教案、课件、论文、素材以及各类教学资源下载，还有大量而丰富的教学相关资讯！" type="#_x0000_t75" style="height:16pt;width:48pt;" o:ole="t" filled="f" o:preferrelative="t" stroked="f" coordsize="21600,21600">
            <v:path/>
            <v:fill on="f" focussize="0,0"/>
            <v:stroke on="f" joinstyle="miter"/>
            <v:imagedata r:id="rId514" o:title="eqId093bb9407a6933ed39874286418a47f2"/>
            <o:lock v:ext="edit" aspectratio="t"/>
            <w10:wrap type="none"/>
            <w10:anchorlock/>
          </v:shape>
        </w:pict>
      </w:r>
      <w:r>
        <w:rPr>
          <w:rFonts w:ascii="宋体" w:hAnsi="宋体" w:eastAsia="宋体" w:cs="宋体"/>
          <w:color w:val="000000"/>
        </w:rPr>
        <w:t>表示在数轴上</w:t>
      </w:r>
      <w:r>
        <w:pict>
          <v:shape id="_x0000_i71027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15" o:title="eqId81dea63b8ce3e51adf66cf7b9982a248"/>
            <o:lock v:ext="edit" aspectratio="t"/>
            <w10:wrap type="none"/>
            <w10:anchorlock/>
          </v:shape>
        </w:pict>
      </w:r>
      <w:r>
        <w:rPr>
          <w:rFonts w:ascii="宋体" w:hAnsi="宋体" w:eastAsia="宋体" w:cs="宋体"/>
          <w:color w:val="000000"/>
        </w:rPr>
        <w:t>表示的点到</w:t>
      </w:r>
      <w:r>
        <w:rPr>
          <w:rFonts w:ascii="Times New Roman" w:hAnsi="Times New Roman" w:eastAsia="Times New Roman" w:cs="Times New Roman"/>
          <w:color w:val="000000"/>
        </w:rPr>
        <w:t>1</w:t>
      </w:r>
      <w:r>
        <w:rPr>
          <w:rFonts w:ascii="宋体" w:hAnsi="宋体" w:eastAsia="宋体" w:cs="宋体"/>
          <w:color w:val="000000"/>
        </w:rPr>
        <w:t>的距离等于</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pict>
          <v:shape id="_x0000_i710279" o:spt="75" alt="学科网(www.zxxk.com)--教育资源门户，提供试卷、教案、课件、论文、素材以及各类教学资源下载，还有大量而丰富的教学相关资讯！" type="#_x0000_t75" style="height:15.65pt;width:65.1pt;" o:ole="t" filled="f" o:preferrelative="t" stroked="f" coordsize="21600,21600">
            <v:path/>
            <v:fill on="f" focussize="0,0"/>
            <v:stroke on="f" joinstyle="miter"/>
            <v:imagedata r:id="rId516" o:title="eqId0e960f5b3f428d4b69fe908b96a0495a"/>
            <o:lock v:ext="edit" aspectratio="t"/>
            <w10:wrap type="none"/>
            <w10:anchorlock/>
          </v:shape>
        </w:pict>
      </w:r>
      <w:r>
        <w:rPr>
          <w:rFonts w:ascii="宋体" w:hAnsi="宋体" w:eastAsia="宋体" w:cs="宋体"/>
          <w:color w:val="000000"/>
        </w:rPr>
        <w:t>，</w:t>
      </w:r>
      <w:r>
        <w:pict>
          <v:shape id="_x0000_i710280" o:spt="75" alt="学科网(www.zxxk.com)--教育资源门户，提供试卷、教案、课件、论文、素材以及各类教学资源下载，还有大量而丰富的教学相关资讯！" type="#_x0000_t75" style="height:15.65pt;width:63.25pt;" o:ole="t" filled="f" o:preferrelative="t" stroked="f" coordsize="21600,21600">
            <v:path/>
            <v:fill on="f" focussize="0,0"/>
            <v:stroke on="f" joinstyle="miter"/>
            <v:imagedata r:id="rId517" o:title="eqId3a2b98bdf5b38f949f74eba4dc85f6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0281"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18" o:title="eqIde576ec49d4e9bb04c2934b54842ea307"/>
            <o:lock v:ext="edit" aspectratio="t"/>
            <w10:wrap type="none"/>
            <w10:anchorlock/>
          </v:shape>
        </w:pict>
      </w:r>
      <w:r>
        <w:rPr>
          <w:rFonts w:ascii="宋体" w:hAnsi="宋体" w:eastAsia="宋体" w:cs="宋体"/>
          <w:color w:val="000000"/>
        </w:rPr>
        <w:t>或</w:t>
      </w:r>
      <w:r>
        <w:pict>
          <v:shape id="_x0000_i71028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19" o:title="eqIdacbc6a613224461ade69362d465504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解：若代数式</w:t>
      </w:r>
      <w:r>
        <w:pict>
          <v:shape id="_x0000_i710283" o:spt="75" alt="学科网(www.zxxk.com)--教育资源门户，提供试卷、教案、课件、论文、素材以及各类教学资源下载，还有大量而丰富的教学相关资讯！" type="#_x0000_t75" style="height:15pt;width:68.4pt;" o:ole="t" filled="f" o:preferrelative="t" stroked="f" coordsize="21600,21600">
            <v:path/>
            <v:fill on="f" focussize="0,0"/>
            <v:stroke on="f" joinstyle="miter"/>
            <v:imagedata r:id="rId520" o:title="eqId479e6df4ec81331c3e00ef341ccff745"/>
            <o:lock v:ext="edit" aspectratio="t"/>
            <w10:wrap type="none"/>
            <w10:anchorlock/>
          </v:shape>
        </w:pict>
      </w:r>
      <w:r>
        <w:rPr>
          <w:rFonts w:ascii="宋体" w:hAnsi="宋体" w:eastAsia="宋体" w:cs="宋体"/>
          <w:color w:val="000000"/>
        </w:rPr>
        <w:t>取最小值时，</w:t>
      </w:r>
    </w:p>
    <w:p>
      <w:pPr>
        <w:spacing w:line="360" w:lineRule="auto"/>
        <w:jc w:val="both"/>
        <w:textAlignment w:val="center"/>
        <w:rPr>
          <w:color w:val="000000"/>
        </w:rPr>
      </w:pPr>
      <w:r>
        <w:rPr>
          <w:rFonts w:ascii="宋体" w:hAnsi="宋体" w:eastAsia="宋体" w:cs="宋体"/>
          <w:color w:val="000000"/>
        </w:rPr>
        <w:t>表示在数轴上找一点</w:t>
      </w:r>
      <w:r>
        <w:pict>
          <v:shape id="_x0000_i71028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22" o:title="eqId81dea63b8ce3e51adf66cf7b9982a248"/>
            <o:lock v:ext="edit" aspectratio="t"/>
            <w10:wrap type="none"/>
            <w10:anchorlock/>
          </v:shape>
        </w:pict>
      </w:r>
      <w:r>
        <w:rPr>
          <w:rFonts w:ascii="宋体" w:hAnsi="宋体" w:eastAsia="宋体" w:cs="宋体"/>
          <w:color w:val="000000"/>
        </w:rPr>
        <w:t>，到</w:t>
      </w:r>
      <w:r>
        <w:pict>
          <v:shape id="_x0000_i71028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23" o:title="eqIdacbc6a613224461ade69362d46550474"/>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position w:val="0"/>
        </w:rPr>
        <w:drawing>
          <wp:inline distT="0" distB="0" distL="114300" distR="114300">
            <wp:extent cx="133350" cy="177800"/>
            <wp:effectExtent l="0" t="0" r="0" b="13335"/>
            <wp:docPr id="3139" name="图片 95447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 name="图片 954476708"/>
                    <pic:cNvPicPr>
                      <a:picLocks noChangeAspect="1"/>
                    </pic:cNvPicPr>
                  </pic:nvPicPr>
                  <pic:blipFill>
                    <a:blip r:embed="rId52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距离之和最小，显然这个点</w:t>
      </w:r>
      <w:r>
        <w:pict>
          <v:shape id="_x0000_i71028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22" o:title="eqId81dea63b8ce3e51adf66cf7b9982a248"/>
            <o:lock v:ext="edit" aspectratio="t"/>
            <w10:wrap type="none"/>
            <w10:anchorlock/>
          </v:shape>
        </w:pict>
      </w:r>
      <w:r>
        <w:rPr>
          <w:rFonts w:ascii="宋体" w:hAnsi="宋体" w:eastAsia="宋体" w:cs="宋体"/>
          <w:color w:val="000000"/>
        </w:rPr>
        <w:t>在</w:t>
      </w:r>
      <w:r>
        <w:pict>
          <v:shape id="_x0000_i710287"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23" o:title="eqIdacbc6a613224461ade69362d46550474"/>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之间，</w:t>
      </w:r>
    </w:p>
    <w:p>
      <w:pPr>
        <w:spacing w:line="360" w:lineRule="auto"/>
        <w:jc w:val="left"/>
        <w:textAlignment w:val="center"/>
        <w:rPr>
          <w:color w:val="000000"/>
        </w:rPr>
      </w:pPr>
      <w:r>
        <w:pict>
          <v:shape id="_x0000_i71028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24" o:title="eqId2de0d10ef8b748d4531250c37c5d3f9e"/>
            <o:lock v:ext="edit" aspectratio="t"/>
            <w10:wrap type="none"/>
            <w10:anchorlock/>
          </v:shape>
        </w:pict>
      </w:r>
      <w:r>
        <w:rPr>
          <w:rFonts w:ascii="宋体" w:hAnsi="宋体" w:eastAsia="宋体" w:cs="宋体"/>
          <w:color w:val="000000"/>
        </w:rPr>
        <w:t>当</w:t>
      </w:r>
      <w:r>
        <w:pict>
          <v:shape id="_x0000_i710289"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525" o:title="eqId55a12a30935c79ae769818043a496f53"/>
            <o:lock v:ext="edit" aspectratio="t"/>
            <w10:wrap type="none"/>
            <w10:anchorlock/>
          </v:shape>
        </w:pict>
      </w:r>
      <w:r>
        <w:rPr>
          <w:rFonts w:ascii="宋体" w:hAnsi="宋体" w:eastAsia="宋体" w:cs="宋体"/>
          <w:color w:val="000000"/>
        </w:rPr>
        <w:t>时，</w:t>
      </w:r>
      <w:r>
        <w:pict>
          <v:shape id="_x0000_i710290" o:spt="75" alt="学科网(www.zxxk.com)--教育资源门户，提供试卷、教案、课件、论文、素材以及各类教学资源下载，还有大量而丰富的教学相关资讯！" type="#_x0000_t75" style="height:15pt;width:68.4pt;" o:ole="t" filled="f" o:preferrelative="t" stroked="f" coordsize="21600,21600">
            <v:path/>
            <v:fill on="f" focussize="0,0"/>
            <v:stroke on="f" joinstyle="miter"/>
            <v:imagedata r:id="rId526" o:title="eqId479e6df4ec81331c3e00ef341ccff745"/>
            <o:lock v:ext="edit" aspectratio="t"/>
            <w10:wrap type="none"/>
            <w10:anchorlock/>
          </v:shape>
        </w:pict>
      </w:r>
      <w:r>
        <w:rPr>
          <w:rFonts w:ascii="宋体" w:hAnsi="宋体" w:eastAsia="宋体" w:cs="宋体"/>
          <w:color w:val="000000"/>
        </w:rPr>
        <w:t>有最小值</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当</w:t>
      </w:r>
      <w:r>
        <w:pict>
          <v:shape id="_x0000_i710291"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527" o:title="eqId7da6d82d173ad18cc040e94c925b5ab9"/>
            <o:lock v:ext="edit" aspectratio="t"/>
            <w10:wrap type="none"/>
            <w10:anchorlock/>
          </v:shape>
        </w:pict>
      </w:r>
      <w:r>
        <w:rPr>
          <w:rFonts w:ascii="宋体" w:hAnsi="宋体" w:eastAsia="宋体" w:cs="宋体"/>
          <w:color w:val="000000"/>
        </w:rPr>
        <w:t>时，原式</w:t>
      </w:r>
      <w:r>
        <w:pict>
          <v:shape id="_x0000_i710292" o:spt="75" alt="学科网(www.zxxk.com)--教育资源门户，提供试卷、教案、课件、论文、素材以及各类教学资源下载，还有大量而丰富的教学相关资讯！" type="#_x0000_t75" style="height:15.05pt;width:129.6pt;" o:ole="t" filled="f" o:preferrelative="t" stroked="f" coordsize="21600,21600">
            <v:path/>
            <v:fill on="f" focussize="0,0"/>
            <v:stroke on="f" joinstyle="miter"/>
            <v:imagedata r:id="rId528" o:title="eqIdefd4d5a7ee77b81f6becd448c466175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0293"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529" o:title="eqId6343069217cd6d8dd32446da428dae46"/>
            <o:lock v:ext="edit" aspectratio="t"/>
            <w10:wrap type="none"/>
            <w10:anchorlock/>
          </v:shape>
        </w:pict>
      </w:r>
      <w:r>
        <w:rPr>
          <w:rFonts w:ascii="宋体" w:hAnsi="宋体" w:eastAsia="宋体" w:cs="宋体"/>
          <w:color w:val="000000"/>
        </w:rPr>
        <w:t>时，原式</w:t>
      </w:r>
      <w:r>
        <w:pict>
          <v:shape id="_x0000_i710294" o:spt="75" alt="学科网(www.zxxk.com)--教育资源门户，提供试卷、教案、课件、论文、素材以及各类教学资源下载，还有大量而丰富的教学相关资讯！" type="#_x0000_t75" style="height:15.05pt;width:105.8pt;" o:ole="t" filled="f" o:preferrelative="t" stroked="f" coordsize="21600,21600">
            <v:path/>
            <v:fill on="f" focussize="0,0"/>
            <v:stroke on="f" joinstyle="miter"/>
            <v:imagedata r:id="rId530" o:title="eqIdd80f3e28128bef1931086cb58d3e9fc7"/>
            <o:lock v:ext="edit" aspectratio="t"/>
            <w10:wrap type="none"/>
            <w10:anchorlock/>
          </v:shape>
        </w:pict>
      </w:r>
      <w:r>
        <w:rPr>
          <w:rFonts w:ascii="宋体" w:hAnsi="宋体" w:eastAsia="宋体" w:cs="宋体"/>
          <w:color w:val="000000"/>
        </w:rPr>
        <w:t>，</w:t>
      </w:r>
      <w:r>
        <w:pict>
          <v:shape id="_x0000_i710295" o:spt="75" alt="学科网(www.zxxk.com)--教育资源门户，提供试卷、教案、课件、论文、素材以及各类教学资源下载，还有大量而丰富的教学相关资讯！" type="#_x0000_t75" style="height:12.75pt;width:63.75pt;" o:ole="t" filled="f" o:preferrelative="t" stroked="f" coordsize="21600,21600">
            <v:path/>
            <v:fill on="f" focussize="0,0"/>
            <v:stroke on="f" joinstyle="miter"/>
            <v:imagedata r:id="rId531" o:title="eqId49e96676790ba39bf8804673524d5dc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0296" o:spt="75" alt="学科网(www.zxxk.com)--教育资源门户，提供试卷、教案、课件、论文、素材以及各类教学资源下载，还有大量而丰富的教学相关资讯！" type="#_x0000_t75" style="height:14.25pt;width:25.5pt;" o:ole="t" filled="f" o:preferrelative="t" stroked="f" coordsize="21600,21600">
            <v:path/>
            <v:fill on="f" focussize="0,0"/>
            <v:stroke on="f" joinstyle="miter"/>
            <v:imagedata r:id="rId532" o:title="eqId0fde64f4d3c38e43fbdee24eadc4b0dd"/>
            <o:lock v:ext="edit" aspectratio="t"/>
            <w10:wrap type="none"/>
            <w10:anchorlock/>
          </v:shape>
        </w:pict>
      </w:r>
      <w:r>
        <w:rPr>
          <w:rFonts w:ascii="宋体" w:hAnsi="宋体" w:eastAsia="宋体" w:cs="宋体"/>
          <w:color w:val="000000"/>
        </w:rPr>
        <w:t>时，原式</w:t>
      </w:r>
      <w:r>
        <w:pict>
          <v:shape id="_x0000_i710297" o:spt="75" alt="学科网(www.zxxk.com)--教育资源门户，提供试卷、教案、课件、论文、素材以及各类教学资源下载，还有大量而丰富的教学相关资讯！" type="#_x0000_t75" style="height:15.05pt;width:123.95pt;" o:ole="t" filled="f" o:preferrelative="t" stroked="f" coordsize="21600,21600">
            <v:path/>
            <v:fill on="f" focussize="0,0"/>
            <v:stroke on="f" joinstyle="miter"/>
            <v:imagedata r:id="rId533" o:title="eqId495a70485ff152e3bd3f81798fe7b85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0298" o:spt="75" alt="学科网(www.zxxk.com)--教育资源门户，提供试卷、教案、课件、论文、素材以及各类教学资源下载，还有大量而丰富的教学相关资讯！" type="#_x0000_t75" style="height:15.05pt;width:71.35pt;" o:ole="t" filled="f" o:preferrelative="t" stroked="f" coordsize="21600,21600">
            <v:path/>
            <v:fill on="f" focussize="0,0"/>
            <v:stroke on="f" joinstyle="miter"/>
            <v:imagedata r:id="rId534" o:title="eqIdd3e0d96e932c53d7cca568e516c44093"/>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本题考查了数轴上的点与点之间的距离及代数式的最值问题，明确数轴上的点之间的距离及绝对值的运算法则，是解题的关键．</w:t>
      </w:r>
    </w:p>
    <w:p>
      <w:pPr>
        <w:spacing w:line="360" w:lineRule="auto"/>
        <w:jc w:val="left"/>
        <w:textAlignment w:val="center"/>
        <w:rPr>
          <w:color w:val="000000"/>
        </w:rPr>
      </w:pPr>
      <w:r>
        <w:rPr>
          <w:color w:val="000000"/>
        </w:rPr>
        <w:t xml:space="preserve">25. </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的代数式，当</w:t>
      </w:r>
      <w:r>
        <w:rPr>
          <w:rFonts w:ascii="Times New Roman" w:hAnsi="Times New Roman" w:eastAsia="Times New Roman" w:cs="Times New Roman"/>
          <w:i/>
          <w:color w:val="000000"/>
        </w:rPr>
        <w:t>x</w:t>
      </w:r>
      <w:r>
        <w:rPr>
          <w:rFonts w:ascii="宋体" w:hAnsi="宋体" w:eastAsia="宋体" w:cs="宋体"/>
          <w:color w:val="000000"/>
        </w:rPr>
        <w:t>取任意一组相反数</w:t>
      </w:r>
      <w:r>
        <w:rPr>
          <w:rFonts w:ascii="Times New Roman" w:hAnsi="Times New Roman" w:eastAsia="Times New Roman" w:cs="Times New Roman"/>
          <w:i/>
          <w:color w:val="000000"/>
        </w:rPr>
        <w:t>a</w:t>
      </w:r>
      <w:r>
        <w:rPr>
          <w:rFonts w:ascii="宋体" w:hAnsi="宋体" w:eastAsia="宋体" w:cs="宋体"/>
          <w:color w:val="000000"/>
        </w:rPr>
        <w:t>与</w:t>
      </w:r>
      <w:r>
        <w:pict>
          <v:shape id="_x0000_i710299" o:spt="75" alt="学科网(www.zxxk.com)--教育资源门户，提供试卷、教案、课件、论文、素材以及各类教学资源下载，还有大量而丰富的教学相关资讯！" type="#_x0000_t75" style="height:11.05pt;width:17.25pt;" o:ole="t" filled="f" o:preferrelative="t" stroked="f" coordsize="21600,21600">
            <v:path/>
            <v:fill on="f" focussize="0,0"/>
            <v:stroke on="f" joinstyle="miter"/>
            <v:imagedata r:id="rId535" o:title="eqIdb5060ad37c403f248c937c1d59af5c71"/>
            <o:lock v:ext="edit" aspectratio="t"/>
            <w10:wrap type="none"/>
            <w10:anchorlock/>
          </v:shape>
        </w:pict>
      </w:r>
      <w:r>
        <w:rPr>
          <w:rFonts w:ascii="宋体" w:hAnsi="宋体" w:eastAsia="宋体" w:cs="宋体"/>
          <w:color w:val="000000"/>
        </w:rPr>
        <w:t>时，若代数式的值相等，则称之为</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；若代数式的值互为相反数，则称之为</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，例如代数式</w:t>
      </w:r>
      <w:r>
        <w:pict>
          <v:shape id="_x0000_i710300" o:spt="75" alt="学科网(www.zxxk.com)--教育资源门户，提供试卷、教案、课件、论文、素材以及各类教学资源下载，还有大量而丰富的教学相关资讯！" type="#_x0000_t75" style="height:16.2pt;width:13.8pt;" o:ole="t" filled="f" o:preferrelative="t" stroked="f" coordsize="21600,21600">
            <v:path/>
            <v:fill on="f" focussize="0,0"/>
            <v:stroke on="f" joinstyle="miter"/>
            <v:imagedata r:id="rId536" o:title="eqId9b0a89e3c30f6e4d4c5db4378b05d987"/>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w:t>
      </w:r>
      <w:r>
        <w:pict>
          <v:shape id="_x0000_i710301"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537" o:title="eqIdd800f03de80068a1172beac3a2c75587"/>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以下代数式中，是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的有</w:t>
      </w:r>
      <w:r>
        <w:rPr>
          <w:rFonts w:ascii="Times New Roman" w:hAnsi="Times New Roman" w:eastAsia="Times New Roman" w:cs="Times New Roman"/>
          <w:color w:val="000000"/>
        </w:rPr>
        <w:t>_______</w: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的有</w:t>
      </w:r>
      <w:r>
        <w:rPr>
          <w:rFonts w:ascii="Times New Roman" w:hAnsi="Times New Roman" w:eastAsia="Times New Roman" w:cs="Times New Roman"/>
          <w:color w:val="000000"/>
        </w:rPr>
        <w:t>________</w:t>
      </w:r>
      <w:r>
        <w:rPr>
          <w:rFonts w:ascii="宋体" w:hAnsi="宋体" w:eastAsia="宋体" w:cs="宋体"/>
          <w:color w:val="000000"/>
        </w:rPr>
        <w:t>；（将正确选项的序号填写在横线上．</w:t>
      </w:r>
    </w:p>
    <w:p>
      <w:pPr>
        <w:spacing w:line="360" w:lineRule="auto"/>
        <w:jc w:val="left"/>
        <w:textAlignment w:val="center"/>
        <w:rPr>
          <w:color w:val="000000"/>
        </w:rPr>
      </w:pPr>
      <w:r>
        <w:rPr>
          <w:rFonts w:ascii="宋体" w:hAnsi="宋体" w:eastAsia="宋体" w:cs="宋体"/>
          <w:color w:val="000000"/>
        </w:rPr>
        <w:t>①</w:t>
      </w:r>
      <w:r>
        <w:pict>
          <v:shape id="_x0000_i710302"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538" o:title="eqId69bec47696d940d7c4c84cd1ed33511f"/>
            <o:lock v:ext="edit" aspectratio="t"/>
            <w10:wrap type="none"/>
            <w10:anchorlock/>
          </v:shape>
        </w:pict>
      </w:r>
      <w:r>
        <w:rPr>
          <w:rFonts w:ascii="宋体" w:hAnsi="宋体" w:eastAsia="宋体" w:cs="宋体"/>
          <w:color w:val="000000"/>
        </w:rPr>
        <w:t>；②</w:t>
      </w:r>
      <w:r>
        <w:pict>
          <v:shape id="_x0000_i710303"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539" o:title="eqIde3f8f25f22f66e14cc102b2ebbc9398e"/>
            <o:lock v:ext="edit" aspectratio="t"/>
            <w10:wrap type="none"/>
            <w10:anchorlock/>
          </v:shape>
        </w:pict>
      </w:r>
      <w:r>
        <w:rPr>
          <w:rFonts w:ascii="宋体" w:hAnsi="宋体" w:eastAsia="宋体" w:cs="宋体"/>
          <w:color w:val="000000"/>
        </w:rPr>
        <w:t>；③</w:t>
      </w:r>
      <w:r>
        <w:pict>
          <v:shape id="_x0000_i710304" o:spt="75" alt="学科网(www.zxxk.com)--教育资源门户，提供试卷、教案、课件、论文、素材以及各类教学资源下载，还有大量而丰富的教学相关资讯！" type="#_x0000_t75" style="height:15.35pt;width:36pt;" o:ole="t" filled="f" o:preferrelative="t" stroked="f" coordsize="21600,21600">
            <v:path/>
            <v:fill on="f" focussize="0,0"/>
            <v:stroke on="f" joinstyle="miter"/>
            <v:imagedata r:id="rId540" o:title="eqIdbff39e12af5e6508145a6fbf89eb912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某个奇代数式，当</w:t>
      </w:r>
      <w:r>
        <w:rPr>
          <w:rFonts w:ascii="Times New Roman" w:hAnsi="Times New Roman" w:eastAsia="Times New Roman" w:cs="Times New Roman"/>
          <w:i/>
          <w:color w:val="000000"/>
        </w:rPr>
        <w:t>x</w:t>
      </w:r>
      <w:r>
        <w:rPr>
          <w:rFonts w:ascii="宋体" w:hAnsi="宋体" w:eastAsia="宋体" w:cs="宋体"/>
          <w:color w:val="000000"/>
        </w:rPr>
        <w:t>取</w:t>
      </w:r>
      <w:r>
        <w:rPr>
          <w:rFonts w:ascii="Times New Roman" w:hAnsi="Times New Roman" w:eastAsia="Times New Roman" w:cs="Times New Roman"/>
          <w:color w:val="000000"/>
        </w:rPr>
        <w:t>2</w:t>
      </w:r>
      <w:r>
        <w:rPr>
          <w:rFonts w:ascii="宋体" w:hAnsi="宋体" w:eastAsia="宋体" w:cs="宋体"/>
          <w:color w:val="000000"/>
        </w:rPr>
        <w:t>时，代数式的值为</w:t>
      </w:r>
      <w:r>
        <w:rPr>
          <w:rFonts w:ascii="Times New Roman" w:hAnsi="Times New Roman" w:eastAsia="Times New Roman" w:cs="Times New Roman"/>
          <w:color w:val="000000"/>
        </w:rPr>
        <w:t>3</w:t>
      </w:r>
      <w:r>
        <w:rPr>
          <w:rFonts w:ascii="宋体" w:hAnsi="宋体" w:eastAsia="宋体" w:cs="宋体"/>
          <w:color w:val="000000"/>
        </w:rPr>
        <w:t>，问：当</w:t>
      </w:r>
      <w:r>
        <w:rPr>
          <w:rFonts w:ascii="Times New Roman" w:hAnsi="Times New Roman" w:eastAsia="Times New Roman" w:cs="Times New Roman"/>
          <w:i/>
          <w:color w:val="000000"/>
        </w:rPr>
        <w:t>x</w:t>
      </w:r>
      <w:r>
        <w:rPr>
          <w:rFonts w:ascii="宋体" w:hAnsi="宋体" w:eastAsia="宋体" w:cs="宋体"/>
          <w:color w:val="000000"/>
        </w:rPr>
        <w:t>取</w:t>
      </w:r>
      <w:r>
        <w:pict>
          <v:shape id="_x0000_i71030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41" o:title="eqId274a9dc37509f01c2606fb3086a46f4f"/>
            <o:lock v:ext="edit" aspectratio="t"/>
            <w10:wrap type="none"/>
            <w10:anchorlock/>
          </v:shape>
        </w:pict>
      </w:r>
      <w:r>
        <w:rPr>
          <w:rFonts w:ascii="宋体" w:hAnsi="宋体" w:eastAsia="宋体" w:cs="宋体"/>
          <w:color w:val="000000"/>
        </w:rPr>
        <w:t>时，代数式的值为多少？</w:t>
      </w:r>
    </w:p>
    <w:p>
      <w:pPr>
        <w:spacing w:line="360" w:lineRule="auto"/>
        <w:jc w:val="left"/>
        <w:textAlignment w:val="center"/>
        <w:rPr>
          <w:color w:val="000000"/>
        </w:rPr>
      </w:pPr>
      <w:r>
        <w:rPr>
          <w:color w:val="000000"/>
        </w:rPr>
        <w:t>（3）</w:t>
      </w:r>
      <w:r>
        <w:rPr>
          <w:rFonts w:ascii="宋体" w:hAnsi="宋体" w:eastAsia="宋体" w:cs="宋体"/>
          <w:color w:val="000000"/>
        </w:rPr>
        <w:t>对于整式</w:t>
      </w:r>
      <w:r>
        <w:pict>
          <v:shape id="_x0000_i710306" o:spt="75" alt="学科网(www.zxxk.com)--教育资源门户，提供试卷、教案、课件、论文、素材以及各类教学资源下载，还有大量而丰富的教学相关资讯！" type="#_x0000_t75" style="height:15.75pt;width:89.25pt;" o:ole="t" filled="f" o:preferrelative="t" stroked="f" coordsize="21600,21600">
            <v:path/>
            <v:fill on="f" focussize="0,0"/>
            <v:stroke on="f" joinstyle="miter"/>
            <v:imagedata r:id="rId542" o:title="eqId135255387c7814e21212ce2c18aeb81c"/>
            <o:lock v:ext="edit" aspectratio="t"/>
            <w10:wrap type="none"/>
            <w10:anchorlock/>
          </v:shape>
        </w:pict>
      </w:r>
      <w:r>
        <w:rPr>
          <w:rFonts w:ascii="宋体" w:hAnsi="宋体" w:eastAsia="宋体" w:cs="宋体"/>
          <w:color w:val="000000"/>
        </w:rPr>
        <w:t>，当</w:t>
      </w:r>
      <w:r>
        <w:rPr>
          <w:rFonts w:ascii="Times New Roman" w:hAnsi="Times New Roman" w:eastAsia="Times New Roman" w:cs="Times New Roman"/>
          <w:i/>
          <w:color w:val="000000"/>
        </w:rPr>
        <w:t>x</w:t>
      </w:r>
      <w:r>
        <w:rPr>
          <w:rFonts w:ascii="宋体" w:hAnsi="宋体" w:eastAsia="宋体" w:cs="宋体"/>
          <w:color w:val="000000"/>
        </w:rPr>
        <w:t>分别取</w:t>
      </w:r>
      <w:r>
        <w:pict>
          <v:shape id="_x0000_i710307"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43" o:title="eqId3edbd40e04e2a943051fa83d6e511add"/>
            <o:lock v:ext="edit" aspectratio="t"/>
            <w10:wrap type="none"/>
            <w10:anchorlock/>
          </v:shape>
        </w:pict>
      </w:r>
      <w:r>
        <w:rPr>
          <w:rFonts w:ascii="宋体" w:hAnsi="宋体" w:eastAsia="宋体" w:cs="宋体"/>
          <w:color w:val="000000"/>
        </w:rPr>
        <w:t>，</w:t>
      </w:r>
      <w:r>
        <w:pict>
          <v:shape id="_x0000_i710308"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44" o:title="eqId81fb134b2b48acc99213fff6ccfee65f"/>
            <o:lock v:ext="edit" aspectratio="t"/>
            <w10:wrap type="none"/>
            <w10:anchorlock/>
          </v:shape>
        </w:pict>
      </w:r>
      <w:r>
        <w:rPr>
          <w:rFonts w:ascii="宋体" w:hAnsi="宋体" w:eastAsia="宋体" w:cs="宋体"/>
          <w:color w:val="000000"/>
        </w:rPr>
        <w:t>，</w:t>
      </w:r>
      <w:r>
        <w:pict>
          <v:shape id="_x0000_i71030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45" o:title="eqId274a9dc37509f01c2606fb3086a46f4f"/>
            <o:lock v:ext="edit" aspectratio="t"/>
            <w10:wrap type="none"/>
            <w10:anchorlock/>
          </v:shape>
        </w:pict>
      </w:r>
      <w:r>
        <w:rPr>
          <w:rFonts w:ascii="宋体" w:hAnsi="宋体" w:eastAsia="宋体" w:cs="宋体"/>
          <w:color w:val="000000"/>
        </w:rPr>
        <w:t>，</w:t>
      </w:r>
      <w:r>
        <w:pict>
          <v:shape id="_x0000_i71031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46"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时，这九个整式的值之和是_______．</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①③；②；</w:t>
      </w:r>
      <w:r>
        <w:rPr>
          <w:color w:val="000000"/>
        </w:rPr>
        <w:t xml:space="preserve">    </w:t>
      </w:r>
    </w:p>
    <w:p>
      <w:pPr>
        <w:spacing w:line="360" w:lineRule="auto"/>
        <w:textAlignment w:val="center"/>
        <w:rPr>
          <w:color w:val="000000"/>
        </w:rPr>
      </w:pPr>
      <w:r>
        <w:rPr>
          <w:color w:val="000000"/>
        </w:rPr>
        <w:t>（2）</w:t>
      </w:r>
      <w:r>
        <w:pict>
          <v:shape id="_x0000_i710311"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47" o:title="eqId81fb134b2b48acc99213fff6ccfee65f"/>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0312" o:spt="75" alt="学科网(www.zxxk.com)--教育资源门户，提供试卷、教案、课件、论文、素材以及各类教学资源下载，还有大量而丰富的教学相关资讯！" type="#_x0000_t75" style="height:13.95pt;width:16pt;" o:ole="t" filled="f" o:preferrelative="t" stroked="f" coordsize="21600,21600">
            <v:path/>
            <v:fill on="f" focussize="0,0"/>
            <v:stroke on="f" joinstyle="miter"/>
            <v:imagedata r:id="rId548" o:title="eqId93ddce6dd8d5630af4c38cf4010dbefa"/>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）根据定义即可判定；</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的定义即可得到答案；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）先证明</w:t>
      </w:r>
      <w:r>
        <w:pict>
          <v:shape id="_x0000_i710313"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549" o:title="eqId1f442862ff86017373b2de693153477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，则当</w:t>
      </w:r>
      <w:r>
        <w:rPr>
          <w:rFonts w:ascii="Times New Roman" w:hAnsi="Times New Roman" w:eastAsia="Times New Roman" w:cs="Times New Roman"/>
          <w:i/>
          <w:color w:val="000000"/>
        </w:rPr>
        <w:t>x</w:t>
      </w:r>
      <w:r>
        <w:rPr>
          <w:rFonts w:ascii="宋体" w:hAnsi="宋体" w:eastAsia="宋体" w:cs="宋体"/>
          <w:color w:val="000000"/>
        </w:rPr>
        <w:t>分别取</w:t>
      </w:r>
      <w:r>
        <w:pict>
          <v:shape id="_x0000_i710314"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50" o:title="eqId3edbd40e04e2a943051fa83d6e511add"/>
            <o:lock v:ext="edit" aspectratio="t"/>
            <w10:wrap type="none"/>
            <w10:anchorlock/>
          </v:shape>
        </w:pict>
      </w:r>
      <w:r>
        <w:rPr>
          <w:rFonts w:ascii="宋体" w:hAnsi="宋体" w:eastAsia="宋体" w:cs="宋体"/>
          <w:color w:val="000000"/>
        </w:rPr>
        <w:t>，</w:t>
      </w:r>
      <w:r>
        <w:pict>
          <v:shape id="_x0000_i710315"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51" o:title="eqId81fb134b2b48acc99213fff6ccfee65f"/>
            <o:lock v:ext="edit" aspectratio="t"/>
            <w10:wrap type="none"/>
            <w10:anchorlock/>
          </v:shape>
        </w:pict>
      </w:r>
      <w:r>
        <w:rPr>
          <w:rFonts w:ascii="宋体" w:hAnsi="宋体" w:eastAsia="宋体" w:cs="宋体"/>
          <w:color w:val="000000"/>
        </w:rPr>
        <w:t>，</w:t>
      </w:r>
      <w:r>
        <w:pict>
          <v:shape id="_x0000_i71031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52" o:title="eqId274a9dc37509f01c2606fb3086a46f4f"/>
            <o:lock v:ext="edit" aspectratio="t"/>
            <w10:wrap type="none"/>
            <w10:anchorlock/>
          </v:shape>
        </w:pict>
      </w:r>
      <w:r>
        <w:rPr>
          <w:rFonts w:ascii="宋体" w:hAnsi="宋体" w:eastAsia="宋体" w:cs="宋体"/>
          <w:color w:val="000000"/>
        </w:rPr>
        <w:t>，</w:t>
      </w:r>
      <w:r>
        <w:pict>
          <v:shape id="_x0000_i710317"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53"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时，它们的和为</w:t>
      </w:r>
      <w:r>
        <w:rPr>
          <w:rFonts w:ascii="Times New Roman" w:hAnsi="Times New Roman" w:eastAsia="Times New Roman" w:cs="Times New Roman"/>
          <w:color w:val="000000"/>
        </w:rPr>
        <w:t>0</w:t>
      </w:r>
      <w:r>
        <w:rPr>
          <w:rFonts w:ascii="宋体" w:hAnsi="宋体" w:eastAsia="宋体" w:cs="宋体"/>
          <w:color w:val="000000"/>
        </w:rPr>
        <w:t>，再证明</w:t>
      </w:r>
      <w:r>
        <w:pict>
          <v:shape id="_x0000_i710318" o:spt="75" alt="学科网(www.zxxk.com)--教育资源门户，提供试卷、教案、课件、论文、素材以及各类教学资源下载，还有大量而丰富的教学相关资讯！" type="#_x0000_t75" style="height:16pt;width:29pt;" o:ole="t" filled="f" o:preferrelative="t" stroked="f" coordsize="21600,21600">
            <v:path/>
            <v:fill on="f" focussize="0,0"/>
            <v:stroke on="f" joinstyle="miter"/>
            <v:imagedata r:id="rId554" o:title="eqId81843351cfa63bb76c9f39aa9643428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，则当</w:t>
      </w:r>
      <w:r>
        <w:rPr>
          <w:rFonts w:ascii="Times New Roman" w:hAnsi="Times New Roman" w:eastAsia="Times New Roman" w:cs="Times New Roman"/>
          <w:i/>
          <w:color w:val="000000"/>
        </w:rPr>
        <w:t>x</w:t>
      </w:r>
      <w:r>
        <w:rPr>
          <w:rFonts w:ascii="宋体" w:hAnsi="宋体" w:eastAsia="宋体" w:cs="宋体"/>
          <w:color w:val="000000"/>
        </w:rPr>
        <w:t>分别取</w:t>
      </w:r>
      <w:r>
        <w:pict>
          <v:shape id="_x0000_i710319"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50" o:title="eqId3edbd40e04e2a943051fa83d6e511add"/>
            <o:lock v:ext="edit" aspectratio="t"/>
            <w10:wrap type="none"/>
            <w10:anchorlock/>
          </v:shape>
        </w:pict>
      </w:r>
      <w:r>
        <w:rPr>
          <w:rFonts w:ascii="宋体" w:hAnsi="宋体" w:eastAsia="宋体" w:cs="宋体"/>
          <w:color w:val="000000"/>
        </w:rPr>
        <w:t>，</w:t>
      </w:r>
      <w:r>
        <w:pict>
          <v:shape id="_x0000_i71032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51" o:title="eqId81fb134b2b48acc99213fff6ccfee65f"/>
            <o:lock v:ext="edit" aspectratio="t"/>
            <w10:wrap type="none"/>
            <w10:anchorlock/>
          </v:shape>
        </w:pict>
      </w:r>
      <w:r>
        <w:rPr>
          <w:rFonts w:ascii="宋体" w:hAnsi="宋体" w:eastAsia="宋体" w:cs="宋体"/>
          <w:color w:val="000000"/>
        </w:rPr>
        <w:t>，</w:t>
      </w:r>
      <w:r>
        <w:pict>
          <v:shape id="_x0000_i71032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52" o:title="eqId274a9dc37509f01c2606fb3086a46f4f"/>
            <o:lock v:ext="edit" aspectratio="t"/>
            <w10:wrap type="none"/>
            <w10:anchorlock/>
          </v:shape>
        </w:pict>
      </w:r>
      <w:r>
        <w:rPr>
          <w:rFonts w:ascii="宋体" w:hAnsi="宋体" w:eastAsia="宋体" w:cs="宋体"/>
          <w:color w:val="000000"/>
        </w:rPr>
        <w:t>，</w:t>
      </w:r>
      <w:r>
        <w:pict>
          <v:shape id="_x0000_i71032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53"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时，它们的和是</w:t>
      </w:r>
      <w:r>
        <w:pict>
          <v:shape id="_x0000_i710323" o:spt="75" alt="学科网(www.zxxk.com)--教育资源门户，提供试卷、教案、课件、论文、素材以及各类教学资源下载，还有大量而丰富的教学相关资讯！" type="#_x0000_t75" style="height:22.05pt;width:191.85pt;" o:ole="t" filled="f" o:preferrelative="t" stroked="f" coordsize="21600,21600">
            <v:path/>
            <v:fill on="f" focussize="0,0"/>
            <v:stroke on="f" joinstyle="miter"/>
            <v:imagedata r:id="rId555" o:title="eqId86522c8b330dc8fd586c3f6cc4cb4638"/>
            <o:lock v:ext="edit" aspectratio="t"/>
            <w10:wrap type="none"/>
            <w10:anchorlock/>
          </v:shape>
        </w:pict>
      </w:r>
      <w:r>
        <w:rPr>
          <w:rFonts w:ascii="宋体" w:hAnsi="宋体" w:eastAsia="宋体" w:cs="宋体"/>
          <w:color w:val="000000"/>
        </w:rPr>
        <w:t>，即可得到对于</w:t>
      </w:r>
      <w:r>
        <w:pict>
          <v:shape id="_x0000_i710324" o:spt="75" alt="学科网(www.zxxk.com)--教育资源门户，提供试卷、教案、课件、论文、素材以及各类教学资源下载，还有大量而丰富的教学相关资讯！" type="#_x0000_t75" style="height:22.05pt;width:204.75pt;" o:ole="t" filled="f" o:preferrelative="t" stroked="f" coordsize="21600,21600">
            <v:path/>
            <v:fill on="f" focussize="0,0"/>
            <v:stroke on="f" joinstyle="miter"/>
            <v:imagedata r:id="rId556" o:title="eqId88cd48c044a42828b6808f1ab47a6dcd"/>
            <o:lock v:ext="edit" aspectratio="t"/>
            <w10:wrap type="none"/>
            <w10:anchorlock/>
          </v:shape>
        </w:pict>
      </w:r>
      <w:r>
        <w:rPr>
          <w:rFonts w:ascii="宋体" w:hAnsi="宋体" w:eastAsia="宋体" w:cs="宋体"/>
          <w:color w:val="000000"/>
        </w:rPr>
        <w:t>，当</w:t>
      </w:r>
      <w:r>
        <w:rPr>
          <w:rFonts w:ascii="Times New Roman" w:hAnsi="Times New Roman" w:eastAsia="Times New Roman" w:cs="Times New Roman"/>
          <w:i/>
          <w:color w:val="000000"/>
        </w:rPr>
        <w:t>x</w:t>
      </w:r>
      <w:r>
        <w:rPr>
          <w:rFonts w:ascii="宋体" w:hAnsi="宋体" w:eastAsia="宋体" w:cs="宋体"/>
          <w:color w:val="000000"/>
        </w:rPr>
        <w:t>分别取</w:t>
      </w:r>
      <w:r>
        <w:pict>
          <v:shape id="_x0000_i710325"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50" o:title="eqId3edbd40e04e2a943051fa83d6e511add"/>
            <o:lock v:ext="edit" aspectratio="t"/>
            <w10:wrap type="none"/>
            <w10:anchorlock/>
          </v:shape>
        </w:pict>
      </w:r>
      <w:r>
        <w:rPr>
          <w:rFonts w:ascii="宋体" w:hAnsi="宋体" w:eastAsia="宋体" w:cs="宋体"/>
          <w:color w:val="000000"/>
        </w:rPr>
        <w:t>，</w:t>
      </w:r>
      <w:r>
        <w:pict>
          <v:shape id="_x0000_i710326"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51" o:title="eqId81fb134b2b48acc99213fff6ccfee65f"/>
            <o:lock v:ext="edit" aspectratio="t"/>
            <w10:wrap type="none"/>
            <w10:anchorlock/>
          </v:shape>
        </w:pict>
      </w:r>
      <w:r>
        <w:rPr>
          <w:rFonts w:ascii="宋体" w:hAnsi="宋体" w:eastAsia="宋体" w:cs="宋体"/>
          <w:color w:val="000000"/>
        </w:rPr>
        <w:t>，</w:t>
      </w:r>
      <w:r>
        <w:pict>
          <v:shape id="_x0000_i71032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52" o:title="eqId274a9dc37509f01c2606fb3086a46f4f"/>
            <o:lock v:ext="edit" aspectratio="t"/>
            <w10:wrap type="none"/>
            <w10:anchorlock/>
          </v:shape>
        </w:pict>
      </w:r>
      <w:r>
        <w:rPr>
          <w:rFonts w:ascii="宋体" w:hAnsi="宋体" w:eastAsia="宋体" w:cs="宋体"/>
          <w:color w:val="000000"/>
        </w:rPr>
        <w:t>，</w:t>
      </w:r>
      <w:r>
        <w:pict>
          <v:shape id="_x0000_i71032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53"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时，这九个整式的值之和．</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0329" o:spt="75" alt="学科网(www.zxxk.com)--教育资源门户，提供试卷、教案、课件、论文、素材以及各类教学资源下载，还有大量而丰富的教学相关资讯！" type="#_x0000_t75" style="height:20pt;width:76.15pt;" o:ole="t" filled="f" o:preferrelative="t" stroked="f" coordsize="21600,21600">
            <v:path/>
            <v:fill on="f" focussize="0,0"/>
            <v:stroke on="f" joinstyle="miter"/>
            <v:imagedata r:id="rId557" o:title="eqId7ae4d4a9d244dbfdb6dfd29697cf51dd"/>
            <o:lock v:ext="edit" aspectratio="t"/>
            <w10:wrap type="none"/>
            <w10:anchorlock/>
          </v:shape>
        </w:pict>
      </w:r>
      <w:r>
        <w:rPr>
          <w:rFonts w:ascii="宋体" w:hAnsi="宋体" w:eastAsia="宋体" w:cs="宋体"/>
          <w:color w:val="000000"/>
        </w:rPr>
        <w:t>，</w:t>
      </w:r>
      <w:r>
        <w:pict>
          <v:shape id="_x0000_i710330" o:spt="75" alt="学科网(www.zxxk.com)--教育资源门户，提供试卷、教案、课件、论文、素材以及各类教学资源下载，还有大量而丰富的教学相关资讯！" type="#_x0000_t75" style="height:22.9pt;width:166.9pt;" o:ole="t" filled="f" o:preferrelative="t" stroked="f" coordsize="21600,21600">
            <v:path/>
            <v:fill on="f" focussize="0,0"/>
            <v:stroke on="f" joinstyle="miter"/>
            <v:imagedata r:id="rId558" o:title="eqId78370af00fdf41983fef1ee6961764d2"/>
            <o:lock v:ext="edit" aspectratio="t"/>
            <w10:wrap type="none"/>
            <w10:anchorlock/>
          </v:shape>
        </w:pict>
      </w:r>
      <w:r>
        <w:rPr>
          <w:rFonts w:ascii="宋体" w:hAnsi="宋体" w:eastAsia="宋体" w:cs="宋体"/>
          <w:color w:val="000000"/>
        </w:rPr>
        <w:t>，</w:t>
      </w:r>
      <w:r>
        <w:pict>
          <v:shape id="_x0000_i710331" o:spt="75" alt="学科网(www.zxxk.com)--教育资源门户，提供试卷、教案、课件、论文、素材以及各类教学资源下载，还有大量而丰富的教学相关资讯！" type="#_x0000_t75" style="height:22.05pt;width:96.95pt;" o:ole="t" filled="f" o:preferrelative="t" stroked="f" coordsize="21600,21600">
            <v:path/>
            <v:fill on="f" focussize="0,0"/>
            <v:stroke on="f" joinstyle="miter"/>
            <v:imagedata r:id="rId559" o:title="eqIdaa0402df3f4f647d69ecdaabf03e1c1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有①③，</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有②</w:t>
      </w:r>
    </w:p>
    <w:p>
      <w:pPr>
        <w:spacing w:line="360" w:lineRule="auto"/>
        <w:jc w:val="left"/>
        <w:textAlignment w:val="center"/>
        <w:rPr>
          <w:color w:val="000000"/>
        </w:rPr>
      </w:pPr>
      <w:r>
        <w:rPr>
          <w:rFonts w:ascii="宋体" w:hAnsi="宋体" w:eastAsia="宋体" w:cs="宋体"/>
          <w:color w:val="000000"/>
        </w:rPr>
        <w:t>故答案为：①③；②；</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x</w:t>
      </w:r>
      <w:r>
        <w:rPr>
          <w:rFonts w:ascii="宋体" w:hAnsi="宋体" w:eastAsia="宋体" w:cs="宋体"/>
          <w:color w:val="000000"/>
        </w:rPr>
        <w:t>取任意一组相反数</w:t>
      </w:r>
      <w:r>
        <w:rPr>
          <w:rFonts w:ascii="Times New Roman" w:hAnsi="Times New Roman" w:eastAsia="Times New Roman" w:cs="Times New Roman"/>
          <w:i/>
          <w:color w:val="000000"/>
        </w:rPr>
        <w:t>a</w:t>
      </w:r>
      <w:r>
        <w:rPr>
          <w:rFonts w:ascii="宋体" w:hAnsi="宋体" w:eastAsia="宋体" w:cs="宋体"/>
          <w:color w:val="000000"/>
        </w:rPr>
        <w:t>与</w:t>
      </w:r>
      <w:r>
        <w:pict>
          <v:shape id="_x0000_i710332" o:spt="75" alt="学科网(www.zxxk.com)--教育资源门户，提供试卷、教案、课件、论文、素材以及各类教学资源下载，还有大量而丰富的教学相关资讯！" type="#_x0000_t75" style="height:11.05pt;width:17.25pt;" o:ole="t" filled="f" o:preferrelative="t" stroked="f" coordsize="21600,21600">
            <v:path/>
            <v:fill on="f" focussize="0,0"/>
            <v:stroke on="f" joinstyle="miter"/>
            <v:imagedata r:id="rId560" o:title="eqIdb5060ad37c403f248c937c1d59af5c71"/>
            <o:lock v:ext="edit" aspectratio="t"/>
            <w10:wrap type="none"/>
            <w10:anchorlock/>
          </v:shape>
        </w:pict>
      </w:r>
      <w:r>
        <w:rPr>
          <w:rFonts w:ascii="宋体" w:hAnsi="宋体" w:eastAsia="宋体" w:cs="宋体"/>
          <w:color w:val="000000"/>
        </w:rPr>
        <w:t>时，若代数式的值互为相反数，则称之为</w:t>
      </w:r>
      <w:r>
        <w:rPr>
          <w:rFonts w:ascii="Times New Roman" w:hAnsi="Times New Roman" w:eastAsia="Times New Roman" w:cs="Times New Roman"/>
          <w:color w:val="000000"/>
        </w:rPr>
        <w:t>“</w:t>
      </w:r>
      <w:r>
        <w:rPr>
          <w:rFonts w:ascii="宋体" w:hAnsi="宋体" w:eastAsia="宋体" w:cs="宋体"/>
          <w:color w:val="000000"/>
        </w:rPr>
        <w:t>奇代效式</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∴某个奇代数式，当</w:t>
      </w:r>
      <w:r>
        <w:rPr>
          <w:rFonts w:ascii="Times New Roman" w:hAnsi="Times New Roman" w:eastAsia="Times New Roman" w:cs="Times New Roman"/>
          <w:i/>
          <w:color w:val="000000"/>
        </w:rPr>
        <w:t>x</w:t>
      </w:r>
      <w:r>
        <w:rPr>
          <w:rFonts w:ascii="宋体" w:hAnsi="宋体" w:eastAsia="宋体" w:cs="宋体"/>
          <w:color w:val="000000"/>
        </w:rPr>
        <w:t>取</w:t>
      </w:r>
      <w:r>
        <w:rPr>
          <w:rFonts w:ascii="Times New Roman" w:hAnsi="Times New Roman" w:eastAsia="Times New Roman" w:cs="Times New Roman"/>
          <w:color w:val="000000"/>
        </w:rPr>
        <w:t>2</w:t>
      </w:r>
      <w:r>
        <w:rPr>
          <w:rFonts w:ascii="宋体" w:hAnsi="宋体" w:eastAsia="宋体" w:cs="宋体"/>
          <w:color w:val="000000"/>
        </w:rPr>
        <w:t>时，代数式的值为</w:t>
      </w:r>
      <w:r>
        <w:rPr>
          <w:rFonts w:ascii="Times New Roman" w:hAnsi="Times New Roman" w:eastAsia="Times New Roman" w:cs="Times New Roman"/>
          <w:color w:val="000000"/>
        </w:rPr>
        <w:t>3</w:t>
      </w:r>
      <w:r>
        <w:rPr>
          <w:rFonts w:ascii="宋体" w:hAnsi="宋体" w:eastAsia="宋体" w:cs="宋体"/>
          <w:color w:val="000000"/>
        </w:rPr>
        <w:t>，当</w:t>
      </w:r>
      <w:r>
        <w:rPr>
          <w:rFonts w:ascii="Times New Roman" w:hAnsi="Times New Roman" w:eastAsia="Times New Roman" w:cs="Times New Roman"/>
          <w:i/>
          <w:color w:val="000000"/>
        </w:rPr>
        <w:t>x</w:t>
      </w:r>
      <w:r>
        <w:rPr>
          <w:rFonts w:ascii="宋体" w:hAnsi="宋体" w:eastAsia="宋体" w:cs="宋体"/>
          <w:color w:val="000000"/>
        </w:rPr>
        <w:t>取</w:t>
      </w:r>
      <w:r>
        <w:pict>
          <v:shape id="_x0000_i71033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61" o:title="eqId274a9dc37509f01c2606fb3086a46f4f"/>
            <o:lock v:ext="edit" aspectratio="t"/>
            <w10:wrap type="none"/>
            <w10:anchorlock/>
          </v:shape>
        </w:pict>
      </w:r>
      <w:r>
        <w:rPr>
          <w:rFonts w:ascii="宋体" w:hAnsi="宋体" w:eastAsia="宋体" w:cs="宋体"/>
          <w:color w:val="000000"/>
        </w:rPr>
        <w:t>时，代数式的值为</w:t>
      </w:r>
      <w:r>
        <w:pict>
          <v:shape id="_x0000_i710334"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62" o:title="eqId81fb134b2b48acc99213fff6ccfee65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w:t>
      </w:r>
      <w:r>
        <w:pict>
          <v:shape id="_x0000_i710335" o:spt="75" alt="学科网(www.zxxk.com)--教育资源门户，提供试卷、教案、课件、论文、素材以及各类教学资源下载，还有大量而丰富的教学相关资讯！" type="#_x0000_t75" style="height:22.9pt;width:247.95pt;" o:ole="t" filled="f" o:preferrelative="t" stroked="f" coordsize="21600,21600">
            <v:path/>
            <v:fill on="f" focussize="0,0"/>
            <v:stroke on="f" joinstyle="miter"/>
            <v:imagedata r:id="rId563" o:title="eqId1a1e1592557ac4bfcb5a3462a66f14d5"/>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0336"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564" o:title="eqId1f442862ff86017373b2de693153477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分别取</w:t>
      </w:r>
      <w:r>
        <w:pict>
          <v:shape id="_x0000_i710337"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65" o:title="eqId3edbd40e04e2a943051fa83d6e511add"/>
            <o:lock v:ext="edit" aspectratio="t"/>
            <w10:wrap type="none"/>
            <w10:anchorlock/>
          </v:shape>
        </w:pict>
      </w:r>
      <w:r>
        <w:rPr>
          <w:rFonts w:ascii="宋体" w:hAnsi="宋体" w:eastAsia="宋体" w:cs="宋体"/>
          <w:color w:val="000000"/>
        </w:rPr>
        <w:t>，</w:t>
      </w:r>
      <w:r>
        <w:pict>
          <v:shape id="_x0000_i710338"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66" o:title="eqId81fb134b2b48acc99213fff6ccfee65f"/>
            <o:lock v:ext="edit" aspectratio="t"/>
            <w10:wrap type="none"/>
            <w10:anchorlock/>
          </v:shape>
        </w:pict>
      </w:r>
      <w:r>
        <w:rPr>
          <w:rFonts w:ascii="宋体" w:hAnsi="宋体" w:eastAsia="宋体" w:cs="宋体"/>
          <w:color w:val="000000"/>
        </w:rPr>
        <w:t>，</w:t>
      </w:r>
      <w:r>
        <w:pict>
          <v:shape id="_x0000_i71033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67" o:title="eqId274a9dc37509f01c2606fb3086a46f4f"/>
            <o:lock v:ext="edit" aspectratio="t"/>
            <w10:wrap type="none"/>
            <w10:anchorlock/>
          </v:shape>
        </w:pict>
      </w:r>
      <w:r>
        <w:rPr>
          <w:rFonts w:ascii="宋体" w:hAnsi="宋体" w:eastAsia="宋体" w:cs="宋体"/>
          <w:color w:val="000000"/>
        </w:rPr>
        <w:t>，</w:t>
      </w:r>
      <w:r>
        <w:pict>
          <v:shape id="_x0000_i71034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68"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时，它们的和为</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341" o:spt="75" alt="学科网(www.zxxk.com)--教育资源门户，提供试卷、教案、课件、论文、素材以及各类教学资源下载，还有大量而丰富的教学相关资讯！" type="#_x0000_t75" style="height:22.05pt;width:82.75pt;" o:ole="t" filled="f" o:preferrelative="t" stroked="f" coordsize="21600,21600">
            <v:path/>
            <v:fill on="f" focussize="0,0"/>
            <v:stroke on="f" joinstyle="miter"/>
            <v:imagedata r:id="rId569" o:title="eqIdb0ffaf890f7c45a5f11d211d51d811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342" o:spt="75" alt="学科网(www.zxxk.com)--教育资源门户，提供试卷、教案、课件、论文、素材以及各类教学资源下载，还有大量而丰富的教学相关资讯！" type="#_x0000_t75" style="height:16pt;width:29pt;" o:ole="t" filled="f" o:preferrelative="t" stroked="f" coordsize="21600,21600">
            <v:path/>
            <v:fill on="f" focussize="0,0"/>
            <v:stroke on="f" joinstyle="miter"/>
            <v:imagedata r:id="rId570" o:title="eqId81843351cfa63bb76c9f39aa9643428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分别取</w:t>
      </w:r>
      <w:r>
        <w:pict>
          <v:shape id="_x0000_i710343"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71" o:title="eqId3edbd40e04e2a943051fa83d6e511add"/>
            <o:lock v:ext="edit" aspectratio="t"/>
            <w10:wrap type="none"/>
            <w10:anchorlock/>
          </v:shape>
        </w:pict>
      </w:r>
      <w:r>
        <w:rPr>
          <w:rFonts w:ascii="宋体" w:hAnsi="宋体" w:eastAsia="宋体" w:cs="宋体"/>
          <w:color w:val="000000"/>
        </w:rPr>
        <w:t>，</w:t>
      </w:r>
      <w:r>
        <w:pict>
          <v:shape id="_x0000_i710344"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72" o:title="eqId81fb134b2b48acc99213fff6ccfee65f"/>
            <o:lock v:ext="edit" aspectratio="t"/>
            <w10:wrap type="none"/>
            <w10:anchorlock/>
          </v:shape>
        </w:pict>
      </w:r>
      <w:r>
        <w:rPr>
          <w:rFonts w:ascii="宋体" w:hAnsi="宋体" w:eastAsia="宋体" w:cs="宋体"/>
          <w:color w:val="000000"/>
        </w:rPr>
        <w:t>，</w:t>
      </w:r>
      <w:r>
        <w:pict>
          <v:shape id="_x0000_i71034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73" o:title="eqId274a9dc37509f01c2606fb3086a46f4f"/>
            <o:lock v:ext="edit" aspectratio="t"/>
            <w10:wrap type="none"/>
            <w10:anchorlock/>
          </v:shape>
        </w:pict>
      </w:r>
      <w:r>
        <w:rPr>
          <w:rFonts w:ascii="宋体" w:hAnsi="宋体" w:eastAsia="宋体" w:cs="宋体"/>
          <w:color w:val="000000"/>
        </w:rPr>
        <w:t>，</w:t>
      </w:r>
      <w:r>
        <w:pict>
          <v:shape id="_x0000_i710346"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74"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时，九个整式的值之和是</w:t>
      </w:r>
      <w:r>
        <w:pict>
          <v:shape id="_x0000_i710347" o:spt="75" alt="学科网(www.zxxk.com)--教育资源门户，提供试卷、教案、课件、论文、素材以及各类教学资源下载，还有大量而丰富的教学相关资讯！" type="#_x0000_t75" style="height:22.05pt;width:191.85pt;" o:ole="t" filled="f" o:preferrelative="t" stroked="f" coordsize="21600,21600">
            <v:path/>
            <v:fill on="f" focussize="0,0"/>
            <v:stroke on="f" joinstyle="miter"/>
            <v:imagedata r:id="rId575" o:title="eqId86522c8b330dc8fd586c3f6cc4cb463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∴对于</w:t>
      </w:r>
      <w:r>
        <w:pict>
          <v:shape id="_x0000_i710348" o:spt="75" alt="学科网(www.zxxk.com)--教育资源门户，提供试卷、教案、课件、论文、素材以及各类教学资源下载，还有大量而丰富的教学相关资讯！" type="#_x0000_t75" style="height:22.05pt;width:204.75pt;" o:ole="t" filled="f" o:preferrelative="t" stroked="f" coordsize="21600,21600">
            <v:path/>
            <v:fill on="f" focussize="0,0"/>
            <v:stroke on="f" joinstyle="miter"/>
            <v:imagedata r:id="rId576" o:title="eqId88cd48c044a42828b6808f1ab47a6dcd"/>
            <o:lock v:ext="edit" aspectratio="t"/>
            <w10:wrap type="none"/>
            <w10:anchorlock/>
          </v:shape>
        </w:pict>
      </w:r>
      <w:r>
        <w:rPr>
          <w:rFonts w:ascii="宋体" w:hAnsi="宋体" w:eastAsia="宋体" w:cs="宋体"/>
          <w:color w:val="000000"/>
        </w:rPr>
        <w:t>，当</w:t>
      </w:r>
      <w:r>
        <w:rPr>
          <w:rFonts w:ascii="Times New Roman" w:hAnsi="Times New Roman" w:eastAsia="Times New Roman" w:cs="Times New Roman"/>
          <w:i/>
          <w:color w:val="000000"/>
        </w:rPr>
        <w:t>x</w:t>
      </w:r>
      <w:r>
        <w:rPr>
          <w:rFonts w:ascii="宋体" w:hAnsi="宋体" w:eastAsia="宋体" w:cs="宋体"/>
          <w:color w:val="000000"/>
        </w:rPr>
        <w:t>分别取</w:t>
      </w:r>
      <w:r>
        <w:pict>
          <v:shape id="_x0000_i710349"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77" o:title="eqId3edbd40e04e2a943051fa83d6e511add"/>
            <o:lock v:ext="edit" aspectratio="t"/>
            <w10:wrap type="none"/>
            <w10:anchorlock/>
          </v:shape>
        </w:pict>
      </w:r>
      <w:r>
        <w:rPr>
          <w:rFonts w:ascii="宋体" w:hAnsi="宋体" w:eastAsia="宋体" w:cs="宋体"/>
          <w:color w:val="000000"/>
        </w:rPr>
        <w:t>，</w:t>
      </w:r>
      <w:r>
        <w:pict>
          <v:shape id="_x0000_i71035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78" o:title="eqId81fb134b2b48acc99213fff6ccfee65f"/>
            <o:lock v:ext="edit" aspectratio="t"/>
            <w10:wrap type="none"/>
            <w10:anchorlock/>
          </v:shape>
        </w:pict>
      </w:r>
      <w:r>
        <w:rPr>
          <w:rFonts w:ascii="宋体" w:hAnsi="宋体" w:eastAsia="宋体" w:cs="宋体"/>
          <w:color w:val="000000"/>
        </w:rPr>
        <w:t>，</w:t>
      </w:r>
      <w:r>
        <w:pict>
          <v:shape id="_x0000_i71035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79" o:title="eqId274a9dc37509f01c2606fb3086a46f4f"/>
            <o:lock v:ext="edit" aspectratio="t"/>
            <w10:wrap type="none"/>
            <w10:anchorlock/>
          </v:shape>
        </w:pict>
      </w:r>
      <w:r>
        <w:rPr>
          <w:rFonts w:ascii="宋体" w:hAnsi="宋体" w:eastAsia="宋体" w:cs="宋体"/>
          <w:color w:val="000000"/>
        </w:rPr>
        <w:t>，</w:t>
      </w:r>
      <w:r>
        <w:pict>
          <v:shape id="_x0000_i71035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80"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时，这九个整式的值之和是</w:t>
      </w:r>
      <w:r>
        <w:pict>
          <v:shape id="_x0000_i710353" o:spt="75" alt="学科网(www.zxxk.com)--教育资源门户，提供试卷、教案、课件、论文、素材以及各类教学资源下载，还有大量而丰富的教学相关资讯！" type="#_x0000_t75" style="height:14.15pt;width:56.2pt;" o:ole="t" filled="f" o:preferrelative="t" stroked="f" coordsize="21600,21600">
            <v:path/>
            <v:fill on="f" focussize="0,0"/>
            <v:stroke on="f" joinstyle="miter"/>
            <v:imagedata r:id="rId581" o:title="eqId8379357adfdac53ec32c8764b72a4a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0354" o:spt="75" alt="学科网(www.zxxk.com)--教育资源门户，提供试卷、教案、课件、论文、素材以及各类教学资源下载，还有大量而丰富的教学相关资讯！" type="#_x0000_t75" style="height:13.95pt;width:16pt;" o:ole="t" filled="f" o:preferrelative="t" stroked="f" coordsize="21600,21600">
            <v:path/>
            <v:fill on="f" focussize="0,0"/>
            <v:stroke on="f" joinstyle="miter"/>
            <v:imagedata r:id="rId582" o:title="eqId93ddce6dd8d5630af4c38cf4010dbefa"/>
            <o:lock v:ext="edit" aspectratio="t"/>
            <w10:wrap type="none"/>
            <w10:anchorlock/>
          </v:shape>
        </w:pict>
      </w:r>
    </w:p>
    <w:p>
      <w:pPr>
        <w:spacing w:line="360" w:lineRule="auto"/>
        <w:jc w:val="left"/>
        <w:textAlignment w:val="center"/>
        <w:rPr>
          <w:color w:val="000000"/>
        </w:rPr>
      </w:pPr>
      <w:r>
        <w:rPr>
          <w:color w:val="000000"/>
        </w:rPr>
        <w:t>【点睛】</w:t>
      </w:r>
      <w:r>
        <w:rPr>
          <w:rFonts w:ascii="宋体" w:hAnsi="宋体" w:eastAsia="宋体" w:cs="宋体"/>
          <w:color w:val="000000"/>
        </w:rPr>
        <w:t>此题主要考查代数式求值，涉及新定义，解题的关键是理解</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的定义并运用．</w:t>
      </w:r>
    </w:p>
    <w:p>
      <w:pPr>
        <w:pStyle w:val="Heading2"/>
      </w:pPr>
      <w:r>
        <w:t>顺义区牛栏山一中实验学校（10月月考）</w:t>
      </w:r>
    </w:p>
    <w:p>
      <w:pPr>
        <w:spacing w:line="360" w:lineRule="auto"/>
        <w:jc w:val="both"/>
        <w:textAlignment w:val="center"/>
        <w:rPr>
          <w:color w:val="000000"/>
        </w:rPr>
      </w:pPr>
      <w:r>
        <w:rPr>
          <w:color w:val="000000"/>
        </w:rPr>
        <w:t xml:space="preserve">30. </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在数轴上对应的数是</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在数轴上对应的数是</w:t>
      </w:r>
      <w:r>
        <w:rPr>
          <w:rFonts w:ascii="Times New Roman" w:eastAsia="Times New Roman" w:hAnsi="Times New Roman" w:cs="Times New Roman"/>
          <w:i/>
          <w:color w:val="000000"/>
        </w:rPr>
        <w:t>b</w:t>
      </w:r>
      <w:r>
        <w:rPr>
          <w:rFonts w:ascii="宋体" w:eastAsia="宋体" w:hAnsi="宋体" w:cs="宋体"/>
          <w:color w:val="000000"/>
        </w:rPr>
        <w:t>，且</w:t>
      </w:r>
      <w:r>
        <w:pict>
          <v:shape id="_x0000_i710355" type="#_x0000_t75" alt="学科网(www.zxxk.com)--教育资源门户，提供试卷、教案、课件、论文、素材以及各类教学资源下载，还有大量而丰富的教学相关资讯！" style="width:90.4pt;height:16.1pt" o:oleicon="f" o:ole="">
            <v:imagedata r:id="rId583" o:title="eqId77ee78df495164a8f0f9949b68a7f63a"/>
          </v:shape>
        </w:pict>
      </w:r>
      <w:r>
        <w:rPr>
          <w:rFonts w:ascii="宋体" w:eastAsia="宋体" w:hAnsi="宋体" w:cs="宋体"/>
          <w:color w:val="000000"/>
        </w:rPr>
        <w:t>．现将</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之间的距离记作</w:t>
      </w: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，定义</w:t>
      </w:r>
      <w:r>
        <w:pict>
          <v:shape id="_x0000_i710356" type="#_x0000_t75" alt="学科网(www.zxxk.com)--教育资源门户，提供试卷、教案、课件、论文、素材以及各类教学资源下载，还有大量而丰富的教学相关资讯！" style="width:65.1pt;height:16.1pt" o:oleicon="f" o:ole="">
            <v:imagedata r:id="rId584" o:title="eqIdd287a4ec7ed3ab009145fd6a5a3f9ce5"/>
          </v:shape>
        </w:pict>
      </w:r>
      <w:r>
        <w:rPr>
          <w:rFonts w:ascii="宋体" w:eastAsia="宋体" w:hAnsi="宋体" w:cs="宋体"/>
          <w:color w:val="000000"/>
        </w:rPr>
        <w:t>．</w:t>
      </w:r>
    </w:p>
    <w:p>
      <w:pPr>
        <w:spacing w:line="360" w:lineRule="auto"/>
        <w:jc w:val="left"/>
        <w:textAlignment w:val="center"/>
        <w:rPr>
          <w:color w:val="000000"/>
        </w:rPr>
      </w:pPr>
      <w:r>
        <w:rPr>
          <w:color w:val="000000"/>
        </w:rPr>
        <w:t>（1）</w:t>
      </w:r>
      <w:r>
        <w:pict>
          <v:shape id="_x0000_i710357" type="#_x0000_t75" alt="学科网(www.zxxk.com)--教育资源门户，提供试卷、教案、课件、论文、素材以及各类教学资源下载，还有大量而丰富的教学相关资讯！" style="width:32.25pt;height:20.25pt;mso-position-horizontal-relative:page;mso-position-vertical-relative:page;mso-wrap-style:square" o:oleicon="f" o:ole="">
            <v:imagedata r:id="rId585" o:title="eqIdd1120b77f793139ab1ab284fe2529270"/>
          </v:shape>
        </w:pic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设点</w:t>
      </w:r>
      <w:r>
        <w:rPr>
          <w:rFonts w:ascii="Times New Roman" w:eastAsia="Times New Roman" w:hAnsi="Times New Roman" w:cs="Times New Roman"/>
          <w:i/>
          <w:color w:val="000000"/>
        </w:rPr>
        <w:t>P</w:t>
      </w:r>
      <w:r>
        <w:rPr>
          <w:rFonts w:ascii="宋体" w:eastAsia="宋体" w:hAnsi="宋体" w:cs="宋体"/>
          <w:color w:val="000000"/>
        </w:rPr>
        <w:t>在数轴上对应的数是</w:t>
      </w:r>
      <w:r>
        <w:rPr>
          <w:rFonts w:ascii="Times New Roman" w:eastAsia="Times New Roman" w:hAnsi="Times New Roman" w:cs="Times New Roman"/>
          <w:i/>
          <w:color w:val="000000"/>
        </w:rPr>
        <w:t>x</w:t>
      </w:r>
      <w:r>
        <w:rPr>
          <w:rFonts w:ascii="宋体" w:eastAsia="宋体" w:hAnsi="宋体" w:cs="宋体"/>
          <w:color w:val="000000"/>
        </w:rPr>
        <w:t>，当</w:t>
      </w:r>
      <w:r>
        <w:pict>
          <v:shape id="_x0000_i710358" type="#_x0000_t75" alt="学科网(www.zxxk.com)--教育资源门户，提供试卷、教案、课件、论文、素材以及各类教学资源下载，还有大量而丰富的教学相关资讯！" style="width:77pt;height:16.1pt" o:oleicon="f" o:ole="">
            <v:imagedata r:id="rId586" o:title="eqIdd382be69306fade514457518f6bc8345"/>
          </v:shape>
        </w:pict>
      </w:r>
      <w:r>
        <w:rPr>
          <w:rFonts w:ascii="宋体" w:eastAsia="宋体" w:hAnsi="宋体" w:cs="宋体"/>
          <w:color w:val="000000"/>
        </w:rPr>
        <w:t>时，求</w:t>
      </w:r>
      <w:r>
        <w:rPr>
          <w:rFonts w:ascii="Times New Roman" w:eastAsia="Times New Roman" w:hAnsi="Times New Roman" w:cs="Times New Roman"/>
          <w:i/>
          <w:color w:val="000000"/>
        </w:rPr>
        <w:t>x</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5</w:t>
      </w:r>
      <w:r>
        <w:rPr>
          <w:color w:val="000000"/>
        </w:rPr>
        <w:t xml:space="preserve">    </w:t>
      </w:r>
      <w:r>
        <w:rPr>
          <w:color w:val="000000"/>
        </w:rPr>
        <w:t>（2）</w:t>
      </w:r>
      <w:r>
        <w:pict>
          <v:shape id="_x0000_i710359" type="#_x0000_t75" alt="学科网(www.zxxk.com)--教育资源门户，提供试卷、教案、课件、论文、素材以及各类教学资源下载，还有大量而丰富的教学相关资讯！" style="width:38pt;height:30.55pt" o:oleicon="f" o:ole="">
            <v:imagedata r:id="rId587" o:title="eqId2d276fb23358a8269cb552e09d38501b"/>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w:t>
      </w:r>
      <w:r>
        <w:pict>
          <v:shape id="_x0000_i710360" type="#_x0000_t75" alt="学科网(www.zxxk.com)--教育资源门户，提供试卷、教案、课件、论文、素材以及各类教学资源下载，还有大量而丰富的教学相关资讯！" style="width:73pt;height:16pt" o:oleicon="f" o:ole="">
            <v:imagedata r:id="rId588" o:title="eqId6b2e2d5fffe97502b46316c2175fa84a"/>
          </v:shape>
        </w:pict>
      </w:r>
      <w:r>
        <w:rPr>
          <w:rFonts w:ascii="宋体" w:eastAsia="宋体" w:hAnsi="宋体" w:cs="宋体"/>
          <w:color w:val="000000"/>
        </w:rPr>
        <w:t>得出</w:t>
      </w:r>
      <w:r>
        <w:pict>
          <v:shape id="_x0000_i710361" type="#_x0000_t75" alt="学科网(www.zxxk.com)--教育资源门户，提供试卷、教案、课件、论文、素材以及各类教学资源下载，还有大量而丰富的教学相关资讯！" style="width:34pt;height:14.5pt" o:oleicon="f" o:ole="">
            <v:imagedata r:id="rId589" o:title="eqIdce64c36243fb18262356220b18dfd89c"/>
          </v:shape>
        </w:pict>
      </w:r>
      <w:r>
        <w:rPr>
          <w:rFonts w:ascii="宋体" w:eastAsia="宋体" w:hAnsi="宋体" w:cs="宋体"/>
          <w:color w:val="000000"/>
        </w:rPr>
        <w:t>，</w:t>
      </w:r>
      <w:r>
        <w:pict>
          <v:shape id="_x0000_i710362" type="#_x0000_t75" alt="学科网(www.zxxk.com)--教育资源门户，提供试卷、教案、课件、论文、素材以及各类教学资源下载，还有大量而丰富的教学相关资讯！" style="width:24.8pt;height:14.1pt" o:oleicon="f" o:ole="">
            <v:imagedata r:id="rId590" o:title="eqId12e0b4ec3990235ac5827e53d26dc09d"/>
          </v:shape>
        </w:pict>
      </w:r>
      <w:r>
        <w:rPr>
          <w:rFonts w:ascii="宋体" w:eastAsia="宋体" w:hAnsi="宋体" w:cs="宋体"/>
          <w:color w:val="000000"/>
        </w:rPr>
        <w:t>，结合定义</w:t>
      </w:r>
      <w:r>
        <w:pict>
          <v:shape id="_x0000_i710363" type="#_x0000_t75" alt="学科网(www.zxxk.com)--教育资源门户，提供试卷、教案、课件、论文、素材以及各类教学资源下载，还有大量而丰富的教学相关资讯！" style="width:56.5pt;height:16pt" o:oleicon="f" o:ole="">
            <v:imagedata r:id="rId591" o:title="eqId4ab295550bdc7f13311f7652294b8873"/>
          </v:shape>
        </w:pict>
      </w:r>
      <w:r>
        <w:rPr>
          <w:rFonts w:ascii="宋体" w:eastAsia="宋体" w:hAnsi="宋体" w:cs="宋体"/>
          <w:color w:val="000000"/>
        </w:rPr>
        <w:t>，即可得出结论；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）通过画图分析出点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之间，对原方程去绝对值求解即可．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w:t>
      </w:r>
      <w:r>
        <w:pict>
          <v:shape id="_x0000_i710364" type="#_x0000_t75" alt="学科网(www.zxxk.com)--教育资源门户，提供试卷、教案、课件、论文、素材以及各类教学资源下载，还有大量而丰富的教学相关资讯！" style="width:73pt;height:16pt" o:oleicon="f" o:ole="">
            <v:imagedata r:id="rId592" o:title="eqId6b2e2d5fffe97502b46316c2175fa84a"/>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0365" type="#_x0000_t75" alt="学科网(www.zxxk.com)--教育资源门户，提供试卷、教案、课件、论文、素材以及各类教学资源下载，还有大量而丰富的教学相关资讯！" style="width:45pt;height:14.25pt" o:oleicon="f" o:ole="">
            <v:imagedata r:id="rId593" o:title="eqId2b197082c97ce84bdbd21b15513d9006"/>
          </v:shape>
        </w:pict>
      </w:r>
      <w:r>
        <w:rPr>
          <w:rFonts w:ascii="宋体" w:eastAsia="宋体" w:hAnsi="宋体" w:cs="宋体"/>
          <w:color w:val="000000"/>
        </w:rPr>
        <w:t>，</w:t>
      </w:r>
      <w:r>
        <w:pict>
          <v:shape id="_x0000_i710366" type="#_x0000_t75" alt="学科网(www.zxxk.com)--教育资源门户，提供试卷、教案、课件、论文、素材以及各类教学资源下载，还有大量而丰富的教学相关资讯！" style="width:38pt;height:14pt" o:oleicon="f" o:ole="">
            <v:imagedata r:id="rId594" o:title="eqId10e73975241efdeaa7601fe41c55d9df"/>
          </v:shape>
        </w:pict>
      </w:r>
      <w:r>
        <w:rPr>
          <w:rFonts w:ascii="宋体" w:eastAsia="宋体" w:hAnsi="宋体" w:cs="宋体"/>
          <w:color w:val="000000"/>
        </w:rPr>
        <w:t>，即</w:t>
      </w:r>
      <w:r>
        <w:pict>
          <v:shape id="_x0000_i710367" type="#_x0000_t75" alt="学科网(www.zxxk.com)--教育资源门户，提供试卷、教案、课件、论文、素材以及各类教学资源下载，还有大量而丰富的教学相关资讯！" style="width:34pt;height:14.5pt" o:oleicon="f" o:ole="">
            <v:imagedata r:id="rId595" o:title="eqIdce64c36243fb18262356220b18dfd89c"/>
          </v:shape>
        </w:pict>
      </w:r>
      <w:r>
        <w:rPr>
          <w:rFonts w:ascii="宋体" w:eastAsia="宋体" w:hAnsi="宋体" w:cs="宋体"/>
          <w:color w:val="000000"/>
        </w:rPr>
        <w:t>，</w:t>
      </w:r>
      <w:r>
        <w:pict>
          <v:shape id="_x0000_i710368" type="#_x0000_t75" alt="学科网(www.zxxk.com)--教育资源门户，提供试卷、教案、课件、论文、素材以及各类教学资源下载，还有大量而丰富的教学相关资讯！" style="width:24.8pt;height:14.1pt" o:oleicon="f" o:ole="">
            <v:imagedata r:id="rId596" o:title="eqId12e0b4ec3990235ac5827e53d26dc09d"/>
          </v:shape>
        </w:pict>
      </w:r>
      <w:r>
        <w:rPr>
          <w:rFonts w:ascii="宋体" w:eastAsia="宋体" w:hAnsi="宋体" w:cs="宋体"/>
          <w:color w:val="000000"/>
        </w:rPr>
        <w:t>．</w:t>
      </w:r>
    </w:p>
    <w:p>
      <w:pPr>
        <w:spacing w:line="360" w:lineRule="auto"/>
        <w:jc w:val="both"/>
        <w:textAlignment w:val="center"/>
        <w:rPr>
          <w:color w:val="000000"/>
        </w:rPr>
      </w:pPr>
      <w:r>
        <w:pict>
          <v:shape id="_x0000_i710369" type="#_x0000_t75" alt="学科网(www.zxxk.com)--教育资源门户，提供试卷、教案、课件、论文、素材以及各类教学资源下载，还有大量而丰富的教学相关资讯！" style="width:116.5pt;height:20.5pt" o:oleicon="f" o:ole="">
            <v:imagedata r:id="rId597" o:title="eqId7a923b2b2b337e302bb25ee60c761b9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pict>
          <v:shape id="_x0000_i710370" type="#_x0000_t75" alt="学科网(www.zxxk.com)--教育资源门户，提供试卷、教案、课件、论文、素材以及各类教学资源下载，还有大量而丰富的教学相关资讯！" style="width:217pt;height:20.5pt" o:oleicon="f" o:ole="">
            <v:imagedata r:id="rId598" o:title="eqIdda5e6ac692509c6d3401eb284c16359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右侧，如图，</w:t>
      </w:r>
    </w:p>
    <w:p>
      <w:pPr>
        <w:spacing w:line="360" w:lineRule="auto"/>
        <w:jc w:val="both"/>
        <w:textAlignment w:val="center"/>
        <w:rPr>
          <w:color w:val="000000"/>
        </w:rPr>
      </w:pPr>
      <w:r>
        <w:rPr>
          <w:color w:val="000000"/>
        </w:rPr>
        <w:drawing>
          <wp:inline>
            <wp:extent cx="2924175" cy="476250"/>
            <wp:docPr id="31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 name=""/>
                    <pic:cNvPicPr>
                      <a:picLocks noChangeAspect="1"/>
                    </pic:cNvPicPr>
                  </pic:nvPicPr>
                  <pic:blipFill>
                    <a:blip r:embed="rId599"/>
                    <a:stretch>
                      <a:fillRect/>
                    </a:stretch>
                  </pic:blipFill>
                  <pic:spPr>
                    <a:xfrm>
                      <a:off x="0" y="0"/>
                      <a:ext cx="2924175" cy="4762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则</w:t>
      </w:r>
      <w:r>
        <w:pict>
          <v:shape id="_x0000_i710371" type="#_x0000_t75" alt="学科网(www.zxxk.com)--教育资源门户，提供试卷、教案、课件、论文、素材以及各类教学资源下载，还有大量而丰富的教学相关资讯！" style="width:96pt;height:20.5pt" o:oleicon="f" o:ole="">
            <v:imagedata r:id="rId600" o:title="eqIde7235e8200ebc22915e46ae2f5c42f86"/>
          </v:shape>
        </w:pict>
      </w:r>
      <w:r>
        <w:rPr>
          <w:rFonts w:ascii="宋体" w:eastAsia="宋体" w:hAnsi="宋体" w:cs="宋体"/>
          <w:color w:val="000000"/>
        </w:rPr>
        <w:t>，不合题意；</w:t>
      </w:r>
    </w:p>
    <w:p>
      <w:pPr>
        <w:spacing w:line="360" w:lineRule="auto"/>
        <w:jc w:val="both"/>
        <w:textAlignment w:val="center"/>
        <w:rPr>
          <w:color w:val="000000"/>
        </w:rPr>
      </w:pP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左侧，如图，</w:t>
      </w:r>
    </w:p>
    <w:p>
      <w:pPr>
        <w:spacing w:line="360" w:lineRule="auto"/>
        <w:jc w:val="both"/>
        <w:textAlignment w:val="center"/>
        <w:rPr>
          <w:color w:val="000000"/>
        </w:rPr>
      </w:pPr>
      <w:r>
        <w:rPr>
          <w:color w:val="000000"/>
        </w:rPr>
        <w:drawing>
          <wp:inline>
            <wp:extent cx="2924175" cy="476250"/>
            <wp:docPr id="31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 name=""/>
                    <pic:cNvPicPr>
                      <a:picLocks noChangeAspect="1"/>
                    </pic:cNvPicPr>
                  </pic:nvPicPr>
                  <pic:blipFill>
                    <a:blip r:embed="rId601"/>
                    <a:stretch>
                      <a:fillRect/>
                    </a:stretch>
                  </pic:blipFill>
                  <pic:spPr>
                    <a:xfrm>
                      <a:off x="0" y="0"/>
                      <a:ext cx="2924175" cy="4762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则</w:t>
      </w:r>
      <w:r>
        <w:pict>
          <v:shape id="_x0000_i710372" type="#_x0000_t75" alt="学科网(www.zxxk.com)--教育资源门户，提供试卷、教案、课件、论文、素材以及各类教学资源下载，还有大量而丰富的教学相关资讯！" style="width:116.5pt;height:20.5pt" o:oleicon="f" o:ole="">
            <v:imagedata r:id="rId602" o:title="eqId712bc64ce8d005e99162a1dc50f90bcc"/>
          </v:shape>
        </w:pict>
      </w:r>
      <w:r>
        <w:rPr>
          <w:rFonts w:ascii="宋体" w:eastAsia="宋体" w:hAnsi="宋体" w:cs="宋体"/>
          <w:color w:val="000000"/>
        </w:rPr>
        <w:t>，不合题意；</w:t>
      </w:r>
    </w:p>
    <w:p>
      <w:pPr>
        <w:spacing w:line="360" w:lineRule="auto"/>
        <w:jc w:val="both"/>
        <w:textAlignment w:val="center"/>
        <w:rPr>
          <w:color w:val="000000"/>
        </w:rPr>
      </w:pP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之间，如图，</w:t>
      </w:r>
    </w:p>
    <w:p>
      <w:pPr>
        <w:spacing w:line="360" w:lineRule="auto"/>
        <w:jc w:val="both"/>
        <w:textAlignment w:val="center"/>
        <w:rPr>
          <w:color w:val="000000"/>
        </w:rPr>
      </w:pPr>
      <w:r>
        <w:rPr>
          <w:color w:val="000000"/>
        </w:rPr>
        <w:drawing>
          <wp:inline>
            <wp:extent cx="2924175" cy="476250"/>
            <wp:docPr id="31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 name=""/>
                    <pic:cNvPicPr>
                      <a:picLocks noChangeAspect="1"/>
                    </pic:cNvPicPr>
                  </pic:nvPicPr>
                  <pic:blipFill>
                    <a:blip r:embed="rId603"/>
                    <a:stretch>
                      <a:fillRect/>
                    </a:stretch>
                  </pic:blipFill>
                  <pic:spPr>
                    <a:xfrm>
                      <a:off x="0" y="0"/>
                      <a:ext cx="2924175" cy="476250"/>
                    </a:xfrm>
                    <a:prstGeom prst="rect">
                      <a:avLst/>
                    </a:prstGeom>
                  </pic:spPr>
                </pic:pic>
              </a:graphicData>
            </a:graphic>
          </wp:inline>
        </w:drawing>
      </w:r>
    </w:p>
    <w:p>
      <w:pPr>
        <w:spacing w:line="360" w:lineRule="auto"/>
        <w:jc w:val="both"/>
        <w:textAlignment w:val="center"/>
        <w:rPr>
          <w:color w:val="000000"/>
        </w:rPr>
      </w:pPr>
      <w:r>
        <w:pict>
          <v:shape id="_x0000_i710373" type="#_x0000_t75" alt="学科网(www.zxxk.com)--教育资源门户，提供试卷、教案、课件、论文、素材以及各类教学资源下载，还有大量而丰富的教学相关资讯！" style="width:165pt;height:20.5pt" o:oleicon="f" o:ole="">
            <v:imagedata r:id="rId604" o:title="eqIde1dffc8b7d39d7743961d1e2f8281bd2"/>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0374" type="#_x0000_t75" alt="学科网(www.zxxk.com)--教育资源门户，提供试卷、教案、课件、论文、素材以及各类教学资源下载，还有大量而丰富的教学相关资讯！" style="width:36pt;height:30.75pt" o:oleicon="f" o:ole="">
            <v:imagedata r:id="rId605" o:title="eqId0eef3c047b42102d16ae3798d96c3459"/>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本题考查了绝对值、数轴和解一元一次方程，解题的关键是画图通过数形结合的思想解决问题．</w:t>
      </w:r>
    </w:p>
    <w:p>
      <w:pPr>
        <w:spacing w:line="360" w:lineRule="auto"/>
        <w:jc w:val="left"/>
        <w:textAlignment w:val="center"/>
        <w:rPr>
          <w:color w:val="000000"/>
        </w:rPr>
      </w:pPr>
      <w:r>
        <w:rPr>
          <w:color w:val="000000"/>
        </w:rPr>
        <w:t xml:space="preserve">31. </w:t>
      </w:r>
      <w:r>
        <w:rPr>
          <w:rFonts w:ascii="宋体" w:eastAsia="宋体" w:hAnsi="宋体" w:cs="宋体"/>
          <w:color w:val="000000"/>
        </w:rPr>
        <w:t>阅读理解题：</w:t>
      </w:r>
    </w:p>
    <w:p>
      <w:pPr>
        <w:spacing w:line="360" w:lineRule="auto"/>
        <w:jc w:val="left"/>
        <w:textAlignment w:val="center"/>
        <w:rPr>
          <w:color w:val="000000"/>
        </w:rPr>
      </w:pPr>
      <w:r>
        <w:rPr>
          <w:rFonts w:ascii="宋体" w:eastAsia="宋体" w:hAnsi="宋体" w:cs="宋体"/>
          <w:color w:val="000000"/>
        </w:rPr>
        <w:t>对于任意由</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组成的一列数，将原有的每个</w:t>
      </w:r>
      <w:r>
        <w:rPr>
          <w:rFonts w:ascii="Times New Roman" w:eastAsia="Times New Roman" w:hAnsi="Times New Roman" w:cs="Times New Roman"/>
          <w:color w:val="000000"/>
        </w:rPr>
        <w:t>1</w:t>
      </w:r>
      <w:r>
        <w:rPr>
          <w:rFonts w:ascii="宋体" w:eastAsia="宋体" w:hAnsi="宋体" w:cs="宋体"/>
          <w:color w:val="000000"/>
        </w:rPr>
        <w:t>变成</w:t>
      </w:r>
      <w:r>
        <w:rPr>
          <w:rFonts w:ascii="Times New Roman" w:eastAsia="Times New Roman" w:hAnsi="Times New Roman" w:cs="Times New Roman"/>
          <w:color w:val="000000"/>
        </w:rPr>
        <w:t>01</w:t>
      </w:r>
      <w:r>
        <w:rPr>
          <w:rFonts w:ascii="宋体" w:eastAsia="宋体" w:hAnsi="宋体" w:cs="宋体"/>
          <w:color w:val="000000"/>
        </w:rPr>
        <w:t>，并将每个原有的</w:t>
      </w:r>
      <w:r>
        <w:rPr>
          <w:rFonts w:ascii="Times New Roman" w:eastAsia="Times New Roman" w:hAnsi="Times New Roman" w:cs="Times New Roman"/>
          <w:color w:val="000000"/>
        </w:rPr>
        <w:t>0</w:t>
      </w:r>
      <w:r>
        <w:rPr>
          <w:rFonts w:ascii="宋体" w:eastAsia="宋体" w:hAnsi="宋体" w:cs="宋体"/>
          <w:color w:val="000000"/>
        </w:rPr>
        <w:t>变成</w:t>
      </w:r>
      <w:r>
        <w:rPr>
          <w:rFonts w:ascii="Times New Roman" w:eastAsia="Times New Roman" w:hAnsi="Times New Roman" w:cs="Times New Roman"/>
          <w:color w:val="000000"/>
        </w:rPr>
        <w:t>10</w:t>
      </w:r>
      <w:r>
        <w:rPr>
          <w:rFonts w:ascii="宋体" w:eastAsia="宋体" w:hAnsi="宋体" w:cs="宋体"/>
          <w:color w:val="000000"/>
        </w:rPr>
        <w:t>称为一次变换．如</w:t>
      </w:r>
      <w:r>
        <w:rPr>
          <w:rFonts w:ascii="Times New Roman" w:eastAsia="Times New Roman" w:hAnsi="Times New Roman" w:cs="Times New Roman"/>
          <w:color w:val="000000"/>
        </w:rPr>
        <w:t>101</w:t>
      </w:r>
      <w:r>
        <w:rPr>
          <w:rFonts w:ascii="宋体" w:eastAsia="宋体" w:hAnsi="宋体" w:cs="宋体"/>
          <w:color w:val="000000"/>
        </w:rPr>
        <w:t>经过一次变换成为</w:t>
      </w:r>
      <w:r>
        <w:rPr>
          <w:rFonts w:ascii="Times New Roman" w:eastAsia="Times New Roman" w:hAnsi="Times New Roman" w:cs="Times New Roman"/>
          <w:color w:val="000000"/>
        </w:rPr>
        <w:t>011001</w:t>
      </w:r>
      <w:r>
        <w:rPr>
          <w:rFonts w:ascii="宋体" w:eastAsia="宋体" w:hAnsi="宋体" w:cs="宋体"/>
          <w:color w:val="000000"/>
        </w:rPr>
        <w:t>．请你经过思考、操作回答下列问题：</w:t>
      </w:r>
    </w:p>
    <w:p>
      <w:pPr>
        <w:spacing w:line="360" w:lineRule="auto"/>
        <w:jc w:val="left"/>
        <w:textAlignment w:val="center"/>
        <w:rPr>
          <w:color w:val="000000"/>
        </w:rPr>
      </w:pPr>
      <w:r>
        <w:rPr>
          <w:color w:val="000000"/>
        </w:rPr>
        <w:t>（1）</w:t>
      </w:r>
      <w:r>
        <w:rPr>
          <w:rFonts w:ascii="宋体" w:eastAsia="宋体" w:hAnsi="宋体" w:cs="宋体"/>
          <w:color w:val="000000"/>
        </w:rPr>
        <w:t>将</w:t>
      </w:r>
      <w:r>
        <w:rPr>
          <w:rFonts w:ascii="Times New Roman" w:eastAsia="Times New Roman" w:hAnsi="Times New Roman" w:cs="Times New Roman"/>
          <w:color w:val="000000"/>
        </w:rPr>
        <w:t>11</w:t>
      </w:r>
      <w:r>
        <w:rPr>
          <w:rFonts w:ascii="宋体" w:eastAsia="宋体" w:hAnsi="宋体" w:cs="宋体"/>
          <w:color w:val="000000"/>
        </w:rPr>
        <w:t>变换两次后得到</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color w:val="000000"/>
        </w:rPr>
        <w:t>100101101001</w:t>
      </w:r>
      <w:r>
        <w:rPr>
          <w:rFonts w:ascii="宋体" w:eastAsia="宋体" w:hAnsi="宋体" w:cs="宋体"/>
          <w:color w:val="000000"/>
        </w:rPr>
        <w:t>是由某数列两次变换后得到，则这个数列是</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一个</w:t>
      </w:r>
      <w:r>
        <w:rPr>
          <w:rFonts w:ascii="Times New Roman" w:eastAsia="Times New Roman" w:hAnsi="Times New Roman" w:cs="Times New Roman"/>
          <w:color w:val="000000"/>
        </w:rPr>
        <w:t>10</w:t>
      </w:r>
      <w:r>
        <w:rPr>
          <w:rFonts w:ascii="宋体" w:eastAsia="宋体" w:hAnsi="宋体" w:cs="宋体"/>
          <w:color w:val="000000"/>
        </w:rPr>
        <w:t>项的数列经过两次变换后至少有多少对两个连续相等的数对（即</w:t>
      </w:r>
      <w:r>
        <w:rPr>
          <w:rFonts w:ascii="Times New Roman" w:eastAsia="Times New Roman" w:hAnsi="Times New Roman" w:cs="Times New Roman"/>
          <w:color w:val="000000"/>
        </w:rPr>
        <w:t>11</w:t>
      </w:r>
      <w:r>
        <w:rPr>
          <w:rFonts w:ascii="宋体" w:eastAsia="宋体" w:hAnsi="宋体" w:cs="宋体"/>
          <w:color w:val="000000"/>
        </w:rPr>
        <w:t>或</w:t>
      </w:r>
      <w:r>
        <w:rPr>
          <w:rFonts w:ascii="Times New Roman" w:eastAsia="Times New Roman" w:hAnsi="Times New Roman" w:cs="Times New Roman"/>
          <w:color w:val="000000"/>
        </w:rPr>
        <w:t>00</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请证明你的结论；</w:t>
      </w:r>
    </w:p>
    <w:p>
      <w:pPr>
        <w:spacing w:line="360" w:lineRule="auto"/>
        <w:jc w:val="left"/>
        <w:textAlignment w:val="center"/>
        <w:rPr>
          <w:color w:val="000000"/>
        </w:rPr>
      </w:pPr>
      <w:r>
        <w:rPr>
          <w:color w:val="000000"/>
        </w:rPr>
        <w:t>（4）</w:t>
      </w:r>
      <w:r>
        <w:rPr>
          <w:rFonts w:ascii="Times New Roman" w:eastAsia="Times New Roman" w:hAnsi="Times New Roman" w:cs="Times New Roman"/>
          <w:color w:val="000000"/>
        </w:rPr>
        <w:t>01</w:t>
      </w:r>
      <w:r>
        <w:rPr>
          <w:rFonts w:ascii="宋体" w:eastAsia="宋体" w:hAnsi="宋体" w:cs="宋体"/>
          <w:color w:val="000000"/>
        </w:rPr>
        <w:t>经过</w:t>
      </w:r>
      <w:r>
        <w:rPr>
          <w:rFonts w:ascii="Times New Roman" w:eastAsia="Times New Roman" w:hAnsi="Times New Roman" w:cs="Times New Roman"/>
          <w:color w:val="000000"/>
        </w:rPr>
        <w:t>10</w:t>
      </w:r>
      <w:r>
        <w:rPr>
          <w:rFonts w:ascii="宋体" w:eastAsia="宋体" w:hAnsi="宋体" w:cs="宋体"/>
          <w:color w:val="000000"/>
        </w:rPr>
        <w:t>次操作后连续两项都是</w:t>
      </w:r>
      <w:r>
        <w:rPr>
          <w:rFonts w:ascii="Times New Roman" w:eastAsia="Times New Roman" w:hAnsi="Times New Roman" w:cs="Times New Roman"/>
          <w:color w:val="000000"/>
        </w:rPr>
        <w:t>0</w:t>
      </w:r>
      <w:r>
        <w:rPr>
          <w:rFonts w:ascii="宋体" w:eastAsia="宋体" w:hAnsi="宋体" w:cs="宋体"/>
          <w:color w:val="000000"/>
        </w:rPr>
        <w:t>的数对个数有</w:t>
      </w:r>
      <w:r>
        <w:rPr>
          <w:rFonts w:ascii="Times New Roman" w:eastAsia="Times New Roman" w:hAnsi="Times New Roman" w:cs="Times New Roman"/>
          <w:color w:val="000000"/>
        </w:rPr>
        <w:t>__________</w:t>
      </w:r>
      <w:r>
        <w:rPr>
          <w:rFonts w:ascii="宋体" w:eastAsia="宋体" w:hAnsi="宋体" w:cs="宋体"/>
          <w:color w:val="000000"/>
        </w:rPr>
        <w:t>个．</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10011001</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101</w:t>
      </w:r>
      <w:r>
        <w:rPr>
          <w:color w:val="000000"/>
        </w:rPr>
        <w:t xml:space="preserve">    </w:t>
      </w:r>
      <w:r>
        <w:rPr>
          <w:color w:val="000000"/>
        </w:rPr>
        <w:t>（3）</w:t>
      </w:r>
      <w:r>
        <w:rPr>
          <w:rFonts w:ascii="Times New Roman" w:eastAsia="Times New Roman" w:hAnsi="Times New Roman" w:cs="Times New Roman"/>
          <w:color w:val="000000"/>
        </w:rPr>
        <w:t>10</w:t>
      </w:r>
      <w:r>
        <w:rPr>
          <w:rFonts w:ascii="宋体" w:eastAsia="宋体" w:hAnsi="宋体" w:cs="宋体"/>
          <w:color w:val="000000"/>
        </w:rPr>
        <w:t>对，见解析</w:t>
      </w:r>
      <w:r>
        <w:rPr>
          <w:color w:val="000000"/>
        </w:rPr>
        <w:t xml:space="preserve">    </w:t>
      </w:r>
    </w:p>
    <w:p>
      <w:pPr>
        <w:spacing w:line="360" w:lineRule="auto"/>
        <w:textAlignment w:val="center"/>
        <w:rPr>
          <w:color w:val="000000"/>
        </w:rPr>
      </w:pPr>
      <w:r>
        <w:rPr>
          <w:color w:val="000000"/>
        </w:rPr>
        <w:t>（4）</w:t>
      </w:r>
      <w:r>
        <w:rPr>
          <w:rFonts w:ascii="Times New Roman" w:eastAsia="Times New Roman" w:hAnsi="Times New Roman" w:cs="Times New Roman"/>
          <w:color w:val="000000"/>
        </w:rPr>
        <w:t>341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）根据变换规则解答即可得；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）逆用变换规则，反向推理可得答案；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0</w:t>
      </w:r>
      <w:r>
        <w:rPr>
          <w:rFonts w:ascii="宋体" w:eastAsia="宋体" w:hAnsi="宋体" w:cs="宋体"/>
          <w:color w:val="000000"/>
        </w:rPr>
        <w:t>经过两次变换后得到</w:t>
      </w:r>
      <w:r>
        <w:rPr>
          <w:rFonts w:ascii="Times New Roman" w:eastAsia="Times New Roman" w:hAnsi="Times New Roman" w:cs="Times New Roman"/>
          <w:color w:val="000000"/>
        </w:rPr>
        <w:t>0110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经过两次变换后得到</w:t>
      </w:r>
      <w:r>
        <w:rPr>
          <w:rFonts w:ascii="Times New Roman" w:eastAsia="Times New Roman" w:hAnsi="Times New Roman" w:cs="Times New Roman"/>
          <w:color w:val="000000"/>
        </w:rPr>
        <w:t>1001</w:t>
      </w:r>
      <w:r>
        <w:rPr>
          <w:rFonts w:ascii="宋体" w:eastAsia="宋体" w:hAnsi="宋体" w:cs="宋体"/>
          <w:color w:val="000000"/>
        </w:rPr>
        <w:t>知</w:t>
      </w:r>
      <w:r>
        <w:rPr>
          <w:rFonts w:ascii="Times New Roman" w:eastAsia="Times New Roman" w:hAnsi="Times New Roman" w:cs="Times New Roman"/>
          <w:color w:val="000000"/>
        </w:rPr>
        <w:t>10</w:t>
      </w:r>
      <w:r>
        <w:rPr>
          <w:rFonts w:ascii="宋体" w:eastAsia="宋体" w:hAnsi="宋体" w:cs="宋体"/>
          <w:color w:val="000000"/>
        </w:rPr>
        <w:t>项的数列至少有</w:t>
      </w:r>
      <w:r>
        <w:rPr>
          <w:rFonts w:ascii="Times New Roman" w:eastAsia="Times New Roman" w:hAnsi="Times New Roman" w:cs="Times New Roman"/>
          <w:color w:val="000000"/>
        </w:rPr>
        <w:t>10</w:t>
      </w:r>
      <w:r>
        <w:rPr>
          <w:rFonts w:ascii="宋体" w:eastAsia="宋体" w:hAnsi="宋体" w:cs="宋体"/>
          <w:color w:val="000000"/>
        </w:rPr>
        <w:t>对连续相等的数对，根据</w:t>
      </w:r>
      <w:r>
        <w:rPr>
          <w:rFonts w:ascii="Times New Roman" w:eastAsia="Times New Roman" w:hAnsi="Times New Roman" w:cs="Times New Roman"/>
          <w:color w:val="000000"/>
        </w:rPr>
        <w:t>0101010101</w:t>
      </w:r>
      <w:r>
        <w:rPr>
          <w:rFonts w:ascii="宋体" w:eastAsia="宋体" w:hAnsi="宋体" w:cs="宋体"/>
          <w:color w:val="000000"/>
        </w:rPr>
        <w:t>经过两次变换后得到</w:t>
      </w:r>
      <w:r>
        <w:rPr>
          <w:rFonts w:ascii="Times New Roman" w:eastAsia="Times New Roman" w:hAnsi="Times New Roman" w:cs="Times New Roman"/>
          <w:color w:val="000000"/>
        </w:rPr>
        <w:t>0110100101101001</w:t>
      </w:r>
      <w:r>
        <w:rPr>
          <w:rFonts w:ascii="宋体" w:eastAsia="宋体" w:hAnsi="宋体" w:cs="宋体"/>
          <w:color w:val="000000"/>
        </w:rPr>
        <w:t>…恰有</w:t>
      </w:r>
      <w:r>
        <w:rPr>
          <w:rFonts w:ascii="Times New Roman" w:eastAsia="Times New Roman" w:hAnsi="Times New Roman" w:cs="Times New Roman"/>
          <w:color w:val="000000"/>
        </w:rPr>
        <w:t>10</w:t>
      </w:r>
      <w:r>
        <w:rPr>
          <w:rFonts w:ascii="宋体" w:eastAsia="宋体" w:hAnsi="宋体" w:cs="宋体"/>
          <w:color w:val="000000"/>
        </w:rPr>
        <w:t>对连续相等的数对，得出答案；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）记数列</w:t>
      </w:r>
      <w:r>
        <w:rPr>
          <w:rFonts w:ascii="Times New Roman" w:eastAsia="Times New Roman" w:hAnsi="Times New Roman" w:cs="Times New Roman"/>
          <w:color w:val="000000"/>
        </w:rPr>
        <w:t>01</w:t>
      </w:r>
      <w:r>
        <w:rPr>
          <w:rFonts w:ascii="宋体" w:eastAsia="宋体" w:hAnsi="宋体" w:cs="宋体"/>
          <w:color w:val="000000"/>
        </w:rPr>
        <w:t>为</w:t>
      </w:r>
      <w:r>
        <w:pict>
          <v:shape id="_x0000_i710375" type="#_x0000_t75" alt="学科网(www.zxxk.com)--教育资源门户，提供试卷、教案、课件、论文、素材以及各类教学资源下载，还有大量而丰富的教学相关资讯！" style="width:15pt;height:18pt;mso-position-horizontal-relative:page;mso-position-vertical-relative:page" o:oleicon="f" o:ole="">
            <v:imagedata r:id="rId606" o:title="eqIdd772ab2d563fa619d34baed0a82ae16c"/>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次变换后数列为</w:t>
      </w:r>
      <w:r>
        <w:pict>
          <v:shape id="_x0000_i710376" type="#_x0000_t75" alt="学科网(www.zxxk.com)--教育资源门户，提供试卷、教案、课件、论文、素材以及各类教学资源下载，还有大量而丰富的教学相关资讯！" style="width:15pt;height:18pt" o:oleicon="f" o:ole="">
            <v:imagedata r:id="rId607" o:title="eqId1d7f2c72ab559a0615db4c51327b78d4"/>
          </v:shape>
        </w:pict>
      </w:r>
      <w:r>
        <w:rPr>
          <w:rFonts w:ascii="宋体" w:eastAsia="宋体" w:hAnsi="宋体" w:cs="宋体"/>
          <w:color w:val="000000"/>
        </w:rPr>
        <w:t>，连续两项都是</w:t>
      </w:r>
      <w:r>
        <w:rPr>
          <w:rFonts w:ascii="Times New Roman" w:eastAsia="Times New Roman" w:hAnsi="Times New Roman" w:cs="Times New Roman"/>
          <w:color w:val="000000"/>
        </w:rPr>
        <w:t>0</w:t>
      </w:r>
      <w:r>
        <w:rPr>
          <w:rFonts w:ascii="宋体" w:eastAsia="宋体" w:hAnsi="宋体" w:cs="宋体"/>
          <w:color w:val="000000"/>
        </w:rPr>
        <w:t>的数对个数为</w:t>
      </w:r>
      <w:r>
        <w:pict>
          <v:shape id="_x0000_i710377" type="#_x0000_t75" alt="学科网(www.zxxk.com)--教育资源门户，提供试卷、教案、课件、论文、素材以及各类教学资源下载，还有大量而丰富的教学相关资讯！" style="width:11.25pt;height:18pt" o:oleicon="f" o:ole="">
            <v:imagedata r:id="rId608" o:title="eqId54272d067afb4be7ffae4aebece972b1"/>
          </v:shape>
        </w:pict>
      </w:r>
      <w:r>
        <w:rPr>
          <w:rFonts w:ascii="宋体" w:eastAsia="宋体" w:hAnsi="宋体" w:cs="宋体"/>
          <w:color w:val="000000"/>
        </w:rPr>
        <w:t>，设</w:t>
      </w:r>
      <w:r>
        <w:pict>
          <v:shape id="_x0000_i710378" type="#_x0000_t75" alt="学科网(www.zxxk.com)--教育资源门户，提供试卷、教案、课件、论文、素材以及各类教学资源下载，还有大量而丰富的教学相关资讯！" style="width:15pt;height:18pt" o:oleicon="f" o:ole="">
            <v:imagedata r:id="rId607" o:title="eqId1d7f2c72ab559a0615db4c51327b78d4"/>
          </v:shape>
        </w:pict>
      </w:r>
      <w:r>
        <w:rPr>
          <w:rFonts w:ascii="宋体" w:eastAsia="宋体" w:hAnsi="宋体" w:cs="宋体"/>
          <w:color w:val="000000"/>
        </w:rPr>
        <w:t>中有</w:t>
      </w:r>
      <w:r>
        <w:pict>
          <v:shape id="_x0000_i710379" type="#_x0000_t75" alt="学科网(www.zxxk.com)--教育资源门户，提供试卷、教案、课件、论文、素材以及各类教学资源下载，还有大量而丰富的教学相关资讯！" style="width:13pt;height:18pt" o:oleicon="f" o:ole="">
            <v:imagedata r:id="rId609" o:title="eqId233427826eb2233641fc3a9805f6d206"/>
          </v:shape>
        </w:pict>
      </w:r>
      <w:r>
        <w:rPr>
          <w:rFonts w:ascii="宋体" w:eastAsia="宋体" w:hAnsi="宋体" w:cs="宋体"/>
          <w:color w:val="000000"/>
        </w:rPr>
        <w:t>个</w:t>
      </w:r>
      <w:r>
        <w:rPr>
          <w:rFonts w:ascii="Times New Roman" w:eastAsia="Times New Roman" w:hAnsi="Times New Roman" w:cs="Times New Roman"/>
          <w:color w:val="000000"/>
        </w:rPr>
        <w:t>01</w:t>
      </w:r>
      <w:r>
        <w:rPr>
          <w:rFonts w:ascii="宋体" w:eastAsia="宋体" w:hAnsi="宋体" w:cs="宋体"/>
          <w:color w:val="000000"/>
        </w:rPr>
        <w:t>数对，</w:t>
      </w:r>
      <w:r>
        <w:pict>
          <v:shape id="_x0000_i710380" type="#_x0000_t75" alt="学科网(www.zxxk.com)--教育资源门户，提供试卷、教案、课件、论文、素材以及各类教学资源下载，还有大量而丰富的教学相关资讯！" style="width:21.75pt;height:18pt" o:oleicon="f" o:ole="">
            <v:imagedata r:id="rId610" o:title="eqIde17a7efdab94c805adaaa549960920a8"/>
          </v:shape>
        </w:pict>
      </w:r>
      <w:r>
        <w:rPr>
          <w:rFonts w:ascii="宋体" w:eastAsia="宋体" w:hAnsi="宋体" w:cs="宋体"/>
          <w:color w:val="000000"/>
        </w:rPr>
        <w:t>中的</w:t>
      </w:r>
      <w:r>
        <w:rPr>
          <w:rFonts w:ascii="Times New Roman" w:eastAsia="Times New Roman" w:hAnsi="Times New Roman" w:cs="Times New Roman"/>
          <w:color w:val="000000"/>
        </w:rPr>
        <w:t>00</w:t>
      </w:r>
      <w:r>
        <w:rPr>
          <w:rFonts w:ascii="宋体" w:eastAsia="宋体" w:hAnsi="宋体" w:cs="宋体"/>
          <w:color w:val="000000"/>
        </w:rPr>
        <w:t>数对只能由</w:t>
      </w:r>
      <w:r>
        <w:pict>
          <v:shape id="_x0000_i710381" type="#_x0000_t75" alt="学科网(www.zxxk.com)--教育资源门户，提供试卷、教案、课件、论文、素材以及各类教学资源下载，还有大量而丰富的教学相关资讯！" style="width:15pt;height:18pt" o:oleicon="f" o:ole="">
            <v:imagedata r:id="rId607" o:title="eqId1d7f2c72ab559a0615db4c51327b78d4"/>
          </v:shape>
        </w:pict>
      </w:r>
      <w:r>
        <w:rPr>
          <w:rFonts w:ascii="宋体" w:eastAsia="宋体" w:hAnsi="宋体" w:cs="宋体"/>
          <w:color w:val="000000"/>
        </w:rPr>
        <w:t>中的</w:t>
      </w:r>
      <w:r>
        <w:rPr>
          <w:rFonts w:ascii="Times New Roman" w:eastAsia="Times New Roman" w:hAnsi="Times New Roman" w:cs="Times New Roman"/>
          <w:color w:val="000000"/>
        </w:rPr>
        <w:t>01</w:t>
      </w:r>
      <w:r>
        <w:rPr>
          <w:rFonts w:ascii="宋体" w:eastAsia="宋体" w:hAnsi="宋体" w:cs="宋体"/>
          <w:color w:val="000000"/>
        </w:rPr>
        <w:t>数对得到，可得</w:t>
      </w:r>
      <w:r>
        <w:pict>
          <v:shape id="_x0000_i710382" type="#_x0000_t75" alt="学科网(www.zxxk.com)--教育资源门户，提供试卷、教案、课件、论文、素材以及各类教学资源下载，还有大量而丰富的教学相关资讯！" style="width:39pt;height:18pt" o:oleicon="f" o:ole="">
            <v:imagedata r:id="rId611" o:title="eqId1cf18d0d8bc0d047afe0a3db6be3fd52"/>
          </v:shape>
        </w:pict>
      </w:r>
      <w:r>
        <w:rPr>
          <w:rFonts w:ascii="宋体" w:eastAsia="宋体" w:hAnsi="宋体" w:cs="宋体"/>
          <w:color w:val="000000"/>
        </w:rPr>
        <w:t>，</w:t>
      </w:r>
      <w:r>
        <w:pict>
          <v:shape id="_x0000_i710383" type="#_x0000_t75" alt="学科网(www.zxxk.com)--教育资源门户，提供试卷、教案、课件、论文、素材以及各类教学资源下载，还有大量而丰富的教学相关资讯！" style="width:21.75pt;height:18pt" o:oleicon="f" o:ole="">
            <v:imagedata r:id="rId610" o:title="eqIde17a7efdab94c805adaaa549960920a8"/>
          </v:shape>
        </w:pict>
      </w:r>
      <w:r>
        <w:rPr>
          <w:rFonts w:ascii="宋体" w:eastAsia="宋体" w:hAnsi="宋体" w:cs="宋体"/>
          <w:color w:val="000000"/>
        </w:rPr>
        <w:t>中的</w:t>
      </w:r>
      <w:r>
        <w:rPr>
          <w:rFonts w:ascii="Times New Roman" w:eastAsia="Times New Roman" w:hAnsi="Times New Roman" w:cs="Times New Roman"/>
          <w:color w:val="000000"/>
        </w:rPr>
        <w:t>01</w:t>
      </w:r>
      <w:r>
        <w:rPr>
          <w:rFonts w:ascii="宋体" w:eastAsia="宋体" w:hAnsi="宋体" w:cs="宋体"/>
          <w:color w:val="000000"/>
        </w:rPr>
        <w:t>数对有</w:t>
      </w:r>
      <w:r>
        <w:rPr>
          <w:rFonts w:ascii="Times New Roman" w:eastAsia="Times New Roman" w:hAnsi="Times New Roman" w:cs="Times New Roman"/>
          <w:color w:val="000000"/>
        </w:rPr>
        <w:t>2</w:t>
      </w:r>
      <w:r>
        <w:rPr>
          <w:rFonts w:ascii="宋体" w:eastAsia="宋体" w:hAnsi="宋体" w:cs="宋体"/>
          <w:color w:val="000000"/>
        </w:rPr>
        <w:t>种产生途径：①由</w:t>
      </w:r>
      <w:r>
        <w:pict>
          <v:shape id="_x0000_i710384" type="#_x0000_t75" alt="学科网(www.zxxk.com)--教育资源门户，提供试卷、教案、课件、论文、素材以及各类教学资源下载，还有大量而丰富的教学相关资讯！" style="width:15pt;height:18pt" o:oleicon="f" o:ole="">
            <v:imagedata r:id="rId607" o:title="eqId1d7f2c72ab559a0615db4c51327b78d4"/>
          </v:shape>
        </w:pict>
      </w:r>
      <w:r>
        <w:rPr>
          <w:rFonts w:ascii="宋体" w:eastAsia="宋体" w:hAnsi="宋体" w:cs="宋体"/>
          <w:color w:val="000000"/>
        </w:rPr>
        <w:t>中的</w:t>
      </w:r>
      <w:r>
        <w:rPr>
          <w:rFonts w:ascii="Times New Roman" w:eastAsia="Times New Roman" w:hAnsi="Times New Roman" w:cs="Times New Roman"/>
          <w:color w:val="000000"/>
        </w:rPr>
        <w:t>1</w:t>
      </w:r>
      <w:r>
        <w:rPr>
          <w:rFonts w:ascii="宋体" w:eastAsia="宋体" w:hAnsi="宋体" w:cs="宋体"/>
          <w:color w:val="000000"/>
        </w:rPr>
        <w:t>得到；②由</w:t>
      </w:r>
      <w:r>
        <w:pict>
          <v:shape id="_x0000_i710385" type="#_x0000_t75" alt="学科网(www.zxxk.com)--教育资源门户，提供试卷、教案、课件、论文、素材以及各类教学资源下载，还有大量而丰富的教学相关资讯！" style="width:15pt;height:18pt" o:oleicon="f" o:ole="">
            <v:imagedata r:id="rId607" o:title="eqId1d7f2c72ab559a0615db4c51327b78d4"/>
          </v:shape>
        </w:pict>
      </w:r>
      <w:r>
        <w:rPr>
          <w:rFonts w:ascii="宋体" w:eastAsia="宋体" w:hAnsi="宋体" w:cs="宋体"/>
          <w:color w:val="000000"/>
        </w:rPr>
        <w:t>中的</w:t>
      </w:r>
      <w:r>
        <w:rPr>
          <w:rFonts w:ascii="Times New Roman" w:eastAsia="Times New Roman" w:hAnsi="Times New Roman" w:cs="Times New Roman"/>
          <w:color w:val="000000"/>
        </w:rPr>
        <w:t>00</w:t>
      </w:r>
      <w:r>
        <w:rPr>
          <w:rFonts w:ascii="宋体" w:eastAsia="宋体" w:hAnsi="宋体" w:cs="宋体"/>
          <w:color w:val="000000"/>
        </w:rPr>
        <w:t>得，由此得出</w:t>
      </w:r>
      <w:r>
        <w:rPr>
          <w:rFonts w:ascii="Times New Roman" w:eastAsia="Times New Roman" w:hAnsi="Times New Roman" w:cs="Times New Roman"/>
          <w:i/>
          <w:color w:val="000000"/>
        </w:rPr>
        <w:t>k</w:t>
      </w:r>
      <w:r>
        <w:rPr>
          <w:rFonts w:ascii="宋体" w:eastAsia="宋体" w:hAnsi="宋体" w:cs="宋体"/>
          <w:color w:val="000000"/>
        </w:rPr>
        <w:t>为偶数时，</w:t>
      </w:r>
      <w:r>
        <w:pict>
          <v:shape id="_x0000_i710386" type="#_x0000_t75" alt="学科网(www.zxxk.com)--教育资源门户，提供试卷、教案、课件、论文、素材以及各类教学资源下载，还有大量而丰富的教学相关资讯！" style="width:11.25pt;height:18pt" o:oleicon="f" o:ole="">
            <v:imagedata r:id="rId608" o:title="eqId54272d067afb4be7ffae4aebece972b1"/>
          </v:shape>
        </w:pict>
      </w:r>
      <w:r>
        <w:rPr>
          <w:rFonts w:ascii="宋体" w:eastAsia="宋体" w:hAnsi="宋体" w:cs="宋体"/>
          <w:color w:val="000000"/>
        </w:rPr>
        <w:t>关于</w:t>
      </w:r>
      <w:r>
        <w:rPr>
          <w:rFonts w:ascii="Times New Roman" w:eastAsia="Times New Roman" w:hAnsi="Times New Roman" w:cs="Times New Roman"/>
          <w:i/>
          <w:color w:val="000000"/>
        </w:rPr>
        <w:t>k</w:t>
      </w:r>
      <w:r>
        <w:rPr>
          <w:rFonts w:ascii="宋体" w:eastAsia="宋体" w:hAnsi="宋体" w:cs="宋体"/>
          <w:color w:val="000000"/>
        </w:rPr>
        <w:t>的函数表达式，将</w:t>
      </w:r>
      <w:r>
        <w:pict>
          <v:shape id="_x0000_i710387" type="#_x0000_t75" alt="学科网(www.zxxk.com)--教育资源门户，提供试卷、教案、课件、论文、素材以及各类教学资源下载，还有大量而丰富的教学相关资讯！" style="width:28.8pt;height:12.6pt" o:oleicon="f" o:ole="">
            <v:imagedata r:id="rId612" o:title="eqId9b9ef9bcd93054780f526ebffca1a950"/>
          </v:shape>
        </w:pict>
      </w:r>
      <w:r>
        <w:rPr>
          <w:rFonts w:ascii="宋体" w:eastAsia="宋体" w:hAnsi="宋体" w:cs="宋体"/>
          <w:color w:val="000000"/>
        </w:rPr>
        <w:t>代入即可得．</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将</w:t>
      </w:r>
      <w:r>
        <w:rPr>
          <w:rFonts w:ascii="Times New Roman" w:eastAsia="Times New Roman" w:hAnsi="Times New Roman" w:cs="Times New Roman"/>
          <w:color w:val="000000"/>
        </w:rPr>
        <w:t>11</w:t>
      </w:r>
      <w:r>
        <w:rPr>
          <w:rFonts w:ascii="宋体" w:eastAsia="宋体" w:hAnsi="宋体" w:cs="宋体"/>
          <w:color w:val="000000"/>
        </w:rPr>
        <w:t>一次变换得</w:t>
      </w:r>
      <w:r>
        <w:rPr>
          <w:rFonts w:ascii="Times New Roman" w:eastAsia="Times New Roman" w:hAnsi="Times New Roman" w:cs="Times New Roman"/>
          <w:color w:val="000000"/>
        </w:rPr>
        <w:t>0101</w:t>
      </w:r>
      <w:r>
        <w:rPr>
          <w:rFonts w:ascii="宋体" w:eastAsia="宋体" w:hAnsi="宋体" w:cs="宋体"/>
          <w:color w:val="000000"/>
        </w:rPr>
        <w:t>，再次变换得</w:t>
      </w:r>
      <w:r>
        <w:rPr>
          <w:rFonts w:ascii="Times New Roman" w:eastAsia="Times New Roman" w:hAnsi="Times New Roman" w:cs="Times New Roman"/>
          <w:color w:val="000000"/>
        </w:rPr>
        <w:t>10011001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10011001</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eastAsia="Times New Roman" w:hAnsi="Times New Roman" w:cs="Times New Roman"/>
          <w:color w:val="000000"/>
        </w:rPr>
        <w:t>100101101001</w:t>
      </w:r>
      <w:r>
        <w:rPr>
          <w:rFonts w:ascii="宋体" w:eastAsia="宋体" w:hAnsi="宋体" w:cs="宋体"/>
          <w:color w:val="000000"/>
        </w:rPr>
        <w:t>一次变换的原数是</w:t>
      </w:r>
      <w:r>
        <w:rPr>
          <w:rFonts w:ascii="Times New Roman" w:eastAsia="Times New Roman" w:hAnsi="Times New Roman" w:cs="Times New Roman"/>
          <w:color w:val="000000"/>
        </w:rPr>
        <w:t>011001</w:t>
      </w:r>
      <w:r>
        <w:rPr>
          <w:rFonts w:ascii="宋体" w:eastAsia="宋体" w:hAnsi="宋体" w:cs="宋体"/>
          <w:color w:val="000000"/>
        </w:rPr>
        <w:t>，再次变换的原数是</w:t>
      </w:r>
      <w:r>
        <w:rPr>
          <w:rFonts w:ascii="Times New Roman" w:eastAsia="Times New Roman" w:hAnsi="Times New Roman" w:cs="Times New Roman"/>
          <w:color w:val="000000"/>
        </w:rPr>
        <w:t>101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101</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经过两次变换后至少有</w:t>
      </w:r>
      <w:r>
        <w:rPr>
          <w:rFonts w:ascii="Times New Roman" w:eastAsia="Times New Roman" w:hAnsi="Times New Roman" w:cs="Times New Roman"/>
          <w:color w:val="000000"/>
        </w:rPr>
        <w:t>10</w:t>
      </w:r>
      <w:r>
        <w:rPr>
          <w:rFonts w:ascii="宋体" w:eastAsia="宋体" w:hAnsi="宋体" w:cs="宋体"/>
          <w:color w:val="000000"/>
        </w:rPr>
        <w:t>对两个连续相等的数对，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经过两次变换后得到</w:t>
      </w:r>
      <w:r>
        <w:rPr>
          <w:rFonts w:ascii="Times New Roman" w:eastAsia="Times New Roman" w:hAnsi="Times New Roman" w:cs="Times New Roman"/>
          <w:color w:val="000000"/>
        </w:rPr>
        <w:t>0110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经过两次变换后得到</w:t>
      </w:r>
      <w:r>
        <w:rPr>
          <w:rFonts w:ascii="Times New Roman" w:eastAsia="Times New Roman" w:hAnsi="Times New Roman" w:cs="Times New Roman"/>
          <w:color w:val="000000"/>
        </w:rPr>
        <w:t>1001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项的数列至少有</w:t>
      </w:r>
      <w:r>
        <w:rPr>
          <w:rFonts w:ascii="Times New Roman" w:eastAsia="Times New Roman" w:hAnsi="Times New Roman" w:cs="Times New Roman"/>
          <w:color w:val="000000"/>
        </w:rPr>
        <w:t>10</w:t>
      </w:r>
      <w:r>
        <w:rPr>
          <w:rFonts w:ascii="宋体" w:eastAsia="宋体" w:hAnsi="宋体" w:cs="宋体"/>
          <w:color w:val="000000"/>
        </w:rPr>
        <w:t>对连续相等的数对，</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0101010101</w:t>
      </w:r>
      <w:r>
        <w:rPr>
          <w:rFonts w:ascii="宋体" w:eastAsia="宋体" w:hAnsi="宋体" w:cs="宋体"/>
          <w:color w:val="000000"/>
        </w:rPr>
        <w:t>经过两次变换后得到</w:t>
      </w:r>
      <w:r>
        <w:rPr>
          <w:rFonts w:ascii="Times New Roman" w:eastAsia="Times New Roman" w:hAnsi="Times New Roman" w:cs="Times New Roman"/>
          <w:color w:val="000000"/>
        </w:rPr>
        <w:t>0110100101101001011010010110100101101001</w:t>
      </w:r>
      <w:r>
        <w:rPr>
          <w:rFonts w:ascii="宋体" w:eastAsia="宋体" w:hAnsi="宋体" w:cs="宋体"/>
          <w:color w:val="000000"/>
        </w:rPr>
        <w:t>，恰有</w:t>
      </w:r>
      <w:r>
        <w:rPr>
          <w:rFonts w:ascii="Times New Roman" w:eastAsia="Times New Roman" w:hAnsi="Times New Roman" w:cs="Times New Roman"/>
          <w:color w:val="000000"/>
        </w:rPr>
        <w:t>10</w:t>
      </w:r>
      <w:r>
        <w:rPr>
          <w:rFonts w:ascii="宋体" w:eastAsia="宋体" w:hAnsi="宋体" w:cs="宋体"/>
          <w:color w:val="000000"/>
        </w:rPr>
        <w:t>对连续相等的数对，</w:t>
      </w:r>
    </w:p>
    <w:p>
      <w:pPr>
        <w:spacing w:line="360" w:lineRule="auto"/>
        <w:jc w:val="left"/>
        <w:textAlignment w:val="center"/>
        <w:rPr>
          <w:color w:val="000000"/>
        </w:rPr>
      </w:pPr>
      <w:r>
        <w:rPr>
          <w:rFonts w:ascii="宋体" w:eastAsia="宋体" w:hAnsi="宋体" w:cs="宋体"/>
          <w:color w:val="000000"/>
        </w:rPr>
        <w:t>∴一个</w:t>
      </w:r>
      <w:r>
        <w:rPr>
          <w:rFonts w:ascii="Times New Roman" w:eastAsia="Times New Roman" w:hAnsi="Times New Roman" w:cs="Times New Roman"/>
          <w:color w:val="000000"/>
        </w:rPr>
        <w:t>10</w:t>
      </w:r>
      <w:r>
        <w:rPr>
          <w:rFonts w:ascii="宋体" w:eastAsia="宋体" w:hAnsi="宋体" w:cs="宋体"/>
          <w:color w:val="000000"/>
        </w:rPr>
        <w:t>项的数列经过两次变换后至少有</w:t>
      </w:r>
      <w:r>
        <w:rPr>
          <w:rFonts w:ascii="Times New Roman" w:eastAsia="Times New Roman" w:hAnsi="Times New Roman" w:cs="Times New Roman"/>
          <w:color w:val="000000"/>
        </w:rPr>
        <w:t>10</w:t>
      </w:r>
      <w:r>
        <w:rPr>
          <w:rFonts w:ascii="宋体" w:eastAsia="宋体" w:hAnsi="宋体" w:cs="宋体"/>
          <w:color w:val="000000"/>
        </w:rPr>
        <w:t>对两个连续相等的数对；</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记数列</w:t>
      </w:r>
      <w:r>
        <w:rPr>
          <w:rFonts w:ascii="Times New Roman" w:eastAsia="Times New Roman" w:hAnsi="Times New Roman" w:cs="Times New Roman"/>
          <w:color w:val="000000"/>
        </w:rPr>
        <w:t>01</w:t>
      </w:r>
      <w:r>
        <w:rPr>
          <w:rFonts w:ascii="宋体" w:eastAsia="宋体" w:hAnsi="宋体" w:cs="宋体"/>
          <w:color w:val="000000"/>
        </w:rPr>
        <w:t>为</w:t>
      </w:r>
      <w:r>
        <w:pict>
          <v:shape id="_x0000_i710388" type="#_x0000_t75" alt="学科网(www.zxxk.com)--教育资源门户，提供试卷、教案、课件、论文、素材以及各类教学资源下载，还有大量而丰富的教学相关资讯！" style="width:15pt;height:18pt;mso-position-horizontal-relative:page;mso-position-vertical-relative:page" o:oleicon="f" o:ole="">
            <v:imagedata r:id="rId613" o:title="eqIdd772ab2d563fa619d34baed0a82ae16c"/>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次变换后数列为</w:t>
      </w:r>
      <w:r>
        <w:pict>
          <v:shape id="_x0000_i710389" type="#_x0000_t75" alt="学科网(www.zxxk.com)--教育资源门户，提供试卷、教案、课件、论文、素材以及各类教学资源下载，还有大量而丰富的教学相关资讯！" style="width:15pt;height:18pt" o:oleicon="f" o:ole="">
            <v:imagedata r:id="rId614" o:title="eqId1d7f2c72ab559a0615db4c51327b78d4"/>
          </v:shape>
        </w:pict>
      </w:r>
      <w:r>
        <w:rPr>
          <w:rFonts w:ascii="宋体" w:eastAsia="宋体" w:hAnsi="宋体" w:cs="宋体"/>
          <w:color w:val="000000"/>
        </w:rPr>
        <w:t>，连续两项都是</w:t>
      </w:r>
      <w:r>
        <w:rPr>
          <w:rFonts w:ascii="Times New Roman" w:eastAsia="Times New Roman" w:hAnsi="Times New Roman" w:cs="Times New Roman"/>
          <w:color w:val="000000"/>
        </w:rPr>
        <w:t>0</w:t>
      </w:r>
      <w:r>
        <w:rPr>
          <w:rFonts w:ascii="宋体" w:eastAsia="宋体" w:hAnsi="宋体" w:cs="宋体"/>
          <w:color w:val="000000"/>
        </w:rPr>
        <w:t>的数对个数为</w:t>
      </w:r>
      <w:r>
        <w:pict>
          <v:shape id="_x0000_i710390" type="#_x0000_t75" alt="学科网(www.zxxk.com)--教育资源门户，提供试卷、教案、课件、论文、素材以及各类教学资源下载，还有大量而丰富的教学相关资讯！" style="width:11.25pt;height:18pt" o:oleicon="f" o:ole="">
            <v:imagedata r:id="rId615" o:title="eqId54272d067afb4be7ffae4aebece972b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pict>
          <v:shape id="_x0000_i710391" type="#_x0000_t75" alt="学科网(www.zxxk.com)--教育资源门户，提供试卷、教案、课件、论文、素材以及各类教学资源下载，还有大量而丰富的教学相关资讯！" style="width:15pt;height:18pt" o:oleicon="f" o:ole="">
            <v:imagedata r:id="rId616" o:title="eqId1d7f2c72ab559a0615db4c51327b78d4"/>
          </v:shape>
        </w:pict>
      </w:r>
      <w:r>
        <w:rPr>
          <w:rFonts w:ascii="宋体" w:eastAsia="宋体" w:hAnsi="宋体" w:cs="宋体"/>
          <w:color w:val="000000"/>
        </w:rPr>
        <w:t>中有</w:t>
      </w:r>
      <w:r>
        <w:pict>
          <v:shape id="_x0000_i710392" type="#_x0000_t75" alt="学科网(www.zxxk.com)--教育资源门户，提供试卷、教案、课件、论文、素材以及各类教学资源下载，还有大量而丰富的教学相关资讯！" style="width:13pt;height:18pt" o:oleicon="f" o:ole="">
            <v:imagedata r:id="rId617" o:title="eqId233427826eb2233641fc3a9805f6d206"/>
          </v:shape>
        </w:pict>
      </w:r>
      <w:r>
        <w:rPr>
          <w:rFonts w:ascii="宋体" w:eastAsia="宋体" w:hAnsi="宋体" w:cs="宋体"/>
          <w:color w:val="000000"/>
        </w:rPr>
        <w:t>个</w:t>
      </w:r>
      <w:r>
        <w:rPr>
          <w:rFonts w:ascii="Times New Roman" w:eastAsia="Times New Roman" w:hAnsi="Times New Roman" w:cs="Times New Roman"/>
          <w:color w:val="000000"/>
        </w:rPr>
        <w:t>01</w:t>
      </w:r>
      <w:r>
        <w:rPr>
          <w:rFonts w:ascii="宋体" w:eastAsia="宋体" w:hAnsi="宋体" w:cs="宋体"/>
          <w:color w:val="000000"/>
        </w:rPr>
        <w:t>数对，</w:t>
      </w:r>
      <w:r>
        <w:pict>
          <v:shape id="_x0000_i710393" type="#_x0000_t75" alt="学科网(www.zxxk.com)--教育资源门户，提供试卷、教案、课件、论文、素材以及各类教学资源下载，还有大量而丰富的教学相关资讯！" style="width:21.75pt;height:18pt" o:oleicon="f" o:ole="">
            <v:imagedata r:id="rId618" o:title="eqIde17a7efdab94c805adaaa549960920a8"/>
          </v:shape>
        </w:pict>
      </w:r>
      <w:r>
        <w:rPr>
          <w:rFonts w:ascii="宋体" w:eastAsia="宋体" w:hAnsi="宋体" w:cs="宋体"/>
          <w:color w:val="000000"/>
        </w:rPr>
        <w:t>中的</w:t>
      </w:r>
      <w:r>
        <w:rPr>
          <w:rFonts w:ascii="Times New Roman" w:eastAsia="Times New Roman" w:hAnsi="Times New Roman" w:cs="Times New Roman"/>
          <w:color w:val="000000"/>
        </w:rPr>
        <w:t>00</w:t>
      </w:r>
      <w:r>
        <w:rPr>
          <w:rFonts w:ascii="宋体" w:eastAsia="宋体" w:hAnsi="宋体" w:cs="宋体"/>
          <w:color w:val="000000"/>
        </w:rPr>
        <w:t>数对只能由</w:t>
      </w:r>
      <w:r>
        <w:pict>
          <v:shape id="_x0000_i710394" type="#_x0000_t75" alt="学科网(www.zxxk.com)--教育资源门户，提供试卷、教案、课件、论文、素材以及各类教学资源下载，还有大量而丰富的教学相关资讯！" style="width:15pt;height:18pt" o:oleicon="f" o:ole="">
            <v:imagedata r:id="rId616" o:title="eqId1d7f2c72ab559a0615db4c51327b78d4"/>
          </v:shape>
        </w:pict>
      </w:r>
      <w:r>
        <w:rPr>
          <w:rFonts w:ascii="宋体" w:eastAsia="宋体" w:hAnsi="宋体" w:cs="宋体"/>
          <w:color w:val="000000"/>
        </w:rPr>
        <w:t>中的</w:t>
      </w:r>
      <w:r>
        <w:rPr>
          <w:rFonts w:ascii="Times New Roman" w:eastAsia="Times New Roman" w:hAnsi="Times New Roman" w:cs="Times New Roman"/>
          <w:color w:val="000000"/>
        </w:rPr>
        <w:t>01</w:t>
      </w:r>
      <w:r>
        <w:rPr>
          <w:rFonts w:ascii="宋体" w:eastAsia="宋体" w:hAnsi="宋体" w:cs="宋体"/>
          <w:color w:val="000000"/>
        </w:rPr>
        <w:t>数对得到，</w:t>
      </w:r>
    </w:p>
    <w:p>
      <w:pPr>
        <w:spacing w:line="360" w:lineRule="auto"/>
        <w:jc w:val="left"/>
        <w:textAlignment w:val="center"/>
        <w:rPr>
          <w:color w:val="000000"/>
        </w:rPr>
      </w:pPr>
      <w:r>
        <w:rPr>
          <w:rFonts w:ascii="宋体" w:eastAsia="宋体" w:hAnsi="宋体" w:cs="宋体"/>
          <w:color w:val="000000"/>
        </w:rPr>
        <w:t>∴</w:t>
      </w:r>
      <w:r>
        <w:pict>
          <v:shape id="_x0000_i710395" type="#_x0000_t75" alt="学科网(www.zxxk.com)--教育资源门户，提供试卷、教案、课件、论文、素材以及各类教学资源下载，还有大量而丰富的教学相关资讯！" style="width:39pt;height:18pt" o:oleicon="f" o:ole="">
            <v:imagedata r:id="rId619" o:title="eqId1cf18d0d8bc0d047afe0a3db6be3fd52"/>
          </v:shape>
        </w:pict>
      </w:r>
      <w:r>
        <w:rPr>
          <w:rFonts w:ascii="宋体" w:eastAsia="宋体" w:hAnsi="宋体" w:cs="宋体"/>
          <w:color w:val="000000"/>
        </w:rPr>
        <w:t>，</w:t>
      </w:r>
      <w:r>
        <w:pict>
          <v:shape id="_x0000_i710396" type="#_x0000_t75" alt="学科网(www.zxxk.com)--教育资源门户，提供试卷、教案、课件、论文、素材以及各类教学资源下载，还有大量而丰富的教学相关资讯！" style="width:21.75pt;height:18pt" o:oleicon="f" o:ole="">
            <v:imagedata r:id="rId620" o:title="eqIde17a7efdab94c805adaaa549960920a8"/>
          </v:shape>
        </w:pict>
      </w:r>
      <w:r>
        <w:rPr>
          <w:rFonts w:ascii="宋体" w:eastAsia="宋体" w:hAnsi="宋体" w:cs="宋体"/>
          <w:color w:val="000000"/>
        </w:rPr>
        <w:t>中的</w:t>
      </w:r>
      <w:r>
        <w:rPr>
          <w:rFonts w:ascii="Times New Roman" w:eastAsia="Times New Roman" w:hAnsi="Times New Roman" w:cs="Times New Roman"/>
          <w:color w:val="000000"/>
        </w:rPr>
        <w:t>01</w:t>
      </w:r>
      <w:r>
        <w:rPr>
          <w:rFonts w:ascii="宋体" w:eastAsia="宋体" w:hAnsi="宋体" w:cs="宋体"/>
          <w:color w:val="000000"/>
        </w:rPr>
        <w:t>数对有</w:t>
      </w:r>
      <w:r>
        <w:rPr>
          <w:rFonts w:ascii="Times New Roman" w:eastAsia="Times New Roman" w:hAnsi="Times New Roman" w:cs="Times New Roman"/>
          <w:color w:val="000000"/>
        </w:rPr>
        <w:t>2</w:t>
      </w:r>
      <w:r>
        <w:rPr>
          <w:rFonts w:ascii="宋体" w:eastAsia="宋体" w:hAnsi="宋体" w:cs="宋体"/>
          <w:color w:val="000000"/>
        </w:rPr>
        <w:t>种产生途径：①由</w:t>
      </w:r>
      <w:r>
        <w:pict>
          <v:shape id="_x0000_i710397" type="#_x0000_t75" alt="学科网(www.zxxk.com)--教育资源门户，提供试卷、教案、课件、论文、素材以及各类教学资源下载，还有大量而丰富的教学相关资讯！" style="width:15pt;height:18pt" o:oleicon="f" o:ole="">
            <v:imagedata r:id="rId621" o:title="eqId1d7f2c72ab559a0615db4c51327b78d4"/>
          </v:shape>
        </w:pict>
      </w:r>
      <w:r>
        <w:rPr>
          <w:rFonts w:ascii="宋体" w:eastAsia="宋体" w:hAnsi="宋体" w:cs="宋体"/>
          <w:color w:val="000000"/>
        </w:rPr>
        <w:t>中的</w:t>
      </w:r>
      <w:r>
        <w:rPr>
          <w:rFonts w:ascii="Times New Roman" w:eastAsia="Times New Roman" w:hAnsi="Times New Roman" w:cs="Times New Roman"/>
          <w:color w:val="000000"/>
        </w:rPr>
        <w:t>1</w:t>
      </w:r>
      <w:r>
        <w:rPr>
          <w:rFonts w:ascii="宋体" w:eastAsia="宋体" w:hAnsi="宋体" w:cs="宋体"/>
          <w:color w:val="000000"/>
        </w:rPr>
        <w:t>得到；②由</w:t>
      </w:r>
      <w:r>
        <w:pict>
          <v:shape id="_x0000_i710398" type="#_x0000_t75" alt="学科网(www.zxxk.com)--教育资源门户，提供试卷、教案、课件、论文、素材以及各类教学资源下载，还有大量而丰富的教学相关资讯！" style="width:15pt;height:18pt" o:oleicon="f" o:ole="">
            <v:imagedata r:id="rId621" o:title="eqId1d7f2c72ab559a0615db4c51327b78d4"/>
          </v:shape>
        </w:pict>
      </w:r>
      <w:r>
        <w:rPr>
          <w:rFonts w:ascii="宋体" w:eastAsia="宋体" w:hAnsi="宋体" w:cs="宋体"/>
          <w:color w:val="000000"/>
        </w:rPr>
        <w:t>中的</w:t>
      </w:r>
      <w:r>
        <w:rPr>
          <w:rFonts w:ascii="Times New Roman" w:eastAsia="Times New Roman" w:hAnsi="Times New Roman" w:cs="Times New Roman"/>
          <w:color w:val="000000"/>
        </w:rPr>
        <w:t>00</w:t>
      </w:r>
      <w:r>
        <w:rPr>
          <w:rFonts w:ascii="宋体" w:eastAsia="宋体" w:hAnsi="宋体" w:cs="宋体"/>
          <w:color w:val="000000"/>
        </w:rPr>
        <w:t>得到；</w:t>
      </w:r>
    </w:p>
    <w:p>
      <w:pPr>
        <w:spacing w:line="360" w:lineRule="auto"/>
        <w:jc w:val="left"/>
        <w:textAlignment w:val="center"/>
        <w:rPr>
          <w:color w:val="000000"/>
        </w:rPr>
      </w:pPr>
      <w:r>
        <w:rPr>
          <w:rFonts w:ascii="宋体" w:eastAsia="宋体" w:hAnsi="宋体" w:cs="宋体"/>
          <w:color w:val="000000"/>
        </w:rPr>
        <w:t>根据题意知，</w:t>
      </w:r>
      <w:r>
        <w:pict>
          <v:shape id="_x0000_i710399" type="#_x0000_t75" alt="学科网(www.zxxk.com)--教育资源门户，提供试卷、教案、课件、论文、素材以及各类教学资源下载，还有大量而丰富的教学相关资讯！" style="width:15pt;height:18pt" o:oleicon="f" o:ole="">
            <v:imagedata r:id="rId622" o:title="eqId1d7f2c72ab559a0615db4c51327b78d4"/>
          </v:shape>
        </w:pict>
      </w:r>
      <w:r>
        <w:rPr>
          <w:rFonts w:ascii="宋体" w:eastAsia="宋体" w:hAnsi="宋体" w:cs="宋体"/>
          <w:color w:val="000000"/>
        </w:rPr>
        <w:t>中的</w:t>
      </w:r>
      <w:r>
        <w:rPr>
          <w:rFonts w:ascii="Times New Roman" w:eastAsia="Times New Roman" w:hAnsi="Times New Roman" w:cs="Times New Roman"/>
          <w:color w:val="000000"/>
        </w:rPr>
        <w:t>0</w:t>
      </w:r>
      <w:r>
        <w:rPr>
          <w:rFonts w:ascii="宋体" w:eastAsia="宋体" w:hAnsi="宋体" w:cs="宋体"/>
          <w:color w:val="000000"/>
        </w:rPr>
        <w:t>和</w:t>
      </w:r>
      <w:r>
        <w:rPr>
          <w:rFonts w:ascii="Times New Roman" w:eastAsia="Times New Roman" w:hAnsi="Times New Roman" w:cs="Times New Roman"/>
          <w:color w:val="000000"/>
        </w:rPr>
        <w:t>1</w:t>
      </w:r>
      <w:r>
        <w:rPr>
          <w:rFonts w:ascii="宋体" w:eastAsia="宋体" w:hAnsi="宋体" w:cs="宋体"/>
          <w:color w:val="000000"/>
        </w:rPr>
        <w:t>的个数总是相等，且共有</w:t>
      </w:r>
      <w:r>
        <w:pict>
          <v:shape id="_x0000_i710400" type="#_x0000_t75" alt="学科网(www.zxxk.com)--教育资源门户，提供试卷、教案、课件、论文、素材以及各类教学资源下载，还有大量而丰富的教学相关资讯！" style="width:21pt;height:15pt" o:oleicon="f" o:ole="">
            <v:imagedata r:id="rId623" o:title="eqId814c2b965022974ab907384c725d3b06"/>
          </v:shape>
        </w:pic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w:t>
      </w:r>
      <w:r>
        <w:pict>
          <v:shape id="_x0000_i710401" type="#_x0000_t75" alt="学科网(www.zxxk.com)--教育资源门户，提供试卷、教案、课件、论文、素材以及各类教学资源下载，还有大量而丰富的教学相关资讯！" style="width:60.75pt;height:18.75pt" o:oleicon="f" o:ole="">
            <v:imagedata r:id="rId624" o:title="eqId17abbdfaba6599cd900b6b0e9e8293b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402" type="#_x0000_t75" alt="学科网(www.zxxk.com)--教育资源门户，提供试卷、教案、课件、论文、素材以及各类教学资源下载，还有大量而丰富的教学相关资讯！" style="width:60.75pt;height:18.75pt" o:oleicon="f" o:ole="">
            <v:imagedata r:id="rId625" o:title="eqIdac2e5bc651efdfd34c674782b4f89b0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pict>
          <v:shape id="_x0000_i710403" type="#_x0000_t75" alt="学科网(www.zxxk.com)--教育资源门户，提供试卷、教案、课件、论文、素材以及各类教学资源下载，还有大量而丰富的教学相关资讯！" style="width:15pt;height:18pt;mso-position-horizontal-relative:page;mso-position-vertical-relative:page" o:oleicon="f" o:ole="">
            <v:imagedata r:id="rId626" o:title="eqIdd772ab2d563fa619d34baed0a82ae16c"/>
          </v:shape>
        </w:pi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可得</w:t>
      </w:r>
      <w:r>
        <w:pict>
          <v:shape id="_x0000_i710404" type="#_x0000_t75" alt="学科网(www.zxxk.com)--教育资源门户，提供试卷、教案、课件、论文、素材以及各类教学资源下载，还有大量而丰富的教学相关资讯！" style="width:11.3pt;height:17.2pt" o:oleicon="f" o:ole="">
            <v:imagedata r:id="rId627" o:title="eqIdf9721059d158853671eaf19e39769b13"/>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0405" type="#_x0000_t75" alt="学科网(www.zxxk.com)--教育资源门户，提供试卷、教案、课件、论文、素材以及各类教学资源下载，还有大量而丰富的教学相关资讯！" style="width:15pt;height:18pt" o:oleicon="f" o:ole="">
            <v:imagedata r:id="rId628" o:title="eqIdcd8db4b168ddbcba90ac9b31d36a0432"/>
          </v:shape>
        </w:pi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406" type="#_x0000_t75" alt="学科网(www.zxxk.com)--教育资源门户，提供试卷、教案、课件、论文、素材以及各类教学资源下载，还有大量而丰富的教学相关资讯！" style="width:26.25pt;height:18pt" o:oleicon="f" o:ole="">
            <v:imagedata r:id="rId629" o:title="eqId840a746310875c2e5d66f8ee78d4f9c7"/>
          </v:shape>
        </w:pict>
      </w:r>
      <w:r>
        <w:rPr>
          <w:rFonts w:ascii="宋体" w:eastAsia="宋体" w:hAnsi="宋体" w:cs="宋体"/>
          <w:color w:val="000000"/>
        </w:rPr>
        <w:t>、</w:t>
      </w:r>
      <w:r>
        <w:pict>
          <v:shape id="_x0000_i710407" type="#_x0000_t75" alt="学科网(www.zxxk.com)--教育资源门户，提供试卷、教案、课件、论文、素材以及各类教学资源下载，还有大量而丰富的教学相关资讯！" style="width:30pt;height:18pt" o:oleicon="f" o:ole="">
            <v:imagedata r:id="rId630" o:title="eqIdcc1c0cd7ca34b88970115cb3116c14f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0408" type="#_x0000_t75" alt="学科网(www.zxxk.com)--教育资源门户，提供试卷、教案、课件、论文、素材以及各类教学资源下载，还有大量而丰富的教学相关资讯！" style="width:24pt;height:12.6pt" o:oleicon="f" o:ole="">
            <v:imagedata r:id="rId631" o:title="eqId085d4b4d96217e2ec427d91e3066350e"/>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若</w:t>
      </w:r>
      <w:r>
        <w:rPr>
          <w:rFonts w:ascii="Times New Roman" w:eastAsia="Times New Roman" w:hAnsi="Times New Roman" w:cs="Times New Roman"/>
          <w:i/>
          <w:color w:val="000000"/>
        </w:rPr>
        <w:t>k</w:t>
      </w:r>
      <w:r>
        <w:rPr>
          <w:rFonts w:ascii="宋体" w:eastAsia="宋体" w:hAnsi="宋体" w:cs="宋体"/>
          <w:color w:val="000000"/>
        </w:rPr>
        <w:t>为偶数，</w:t>
      </w:r>
      <w:r>
        <w:pict>
          <v:shape id="_x0000_i710409" type="#_x0000_t75" alt="学科网(www.zxxk.com)--教育资源门户，提供试卷、教案、课件、论文、素材以及各类教学资源下载，还有大量而丰富的教学相关资讯！" style="width:69pt;height:18.75pt" o:oleicon="f" o:ole="">
            <v:imagedata r:id="rId632" o:title="eqId7641d196ab7370bf9ef50159c772a835"/>
          </v:shape>
        </w:pict>
      </w:r>
      <w:r>
        <w:rPr>
          <w:rFonts w:ascii="宋体" w:eastAsia="宋体" w:hAnsi="宋体" w:cs="宋体"/>
          <w:color w:val="000000"/>
        </w:rPr>
        <w:t>、</w:t>
      </w:r>
      <w:r>
        <w:pict>
          <v:shape id="_x0000_i710410" type="#_x0000_t75" alt="学科网(www.zxxk.com)--教育资源门户，提供试卷、教案、课件、论文、素材以及各类教学资源下载，还有大量而丰富的教学相关资讯！" style="width:77.25pt;height:18.75pt" o:oleicon="f" o:ole="">
            <v:imagedata r:id="rId633" o:title="eqId97e1e027ebab35543fe25f7ef4c00d3d"/>
          </v:shape>
        </w:pict>
      </w:r>
      <w:r>
        <w:rPr>
          <w:rFonts w:ascii="宋体" w:eastAsia="宋体" w:hAnsi="宋体" w:cs="宋体"/>
          <w:color w:val="000000"/>
        </w:rPr>
        <w:t>、…、</w:t>
      </w:r>
      <w:r>
        <w:pict>
          <v:shape id="_x0000_i710411" type="#_x0000_t75" alt="学科网(www.zxxk.com)--教育资源门户，提供试卷、教案、课件、论文、素材以及各类教学资源下载，还有大量而丰富的教学相关资讯！" style="width:50.25pt;height:18.75pt" o:oleicon="f" o:ole="">
            <v:imagedata r:id="rId634" o:title="eqIda241af43ec8f07860e99b5c8469adc8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上述各式相加可得</w:t>
      </w:r>
      <w:r>
        <w:pict>
          <v:shape id="_x0000_i710412" type="#_x0000_t75" alt="学科网(www.zxxk.com)--教育资源门户，提供试卷、教案、课件、论文、素材以及各类教学资源下载，还有大量而丰富的教学相关资讯！" style="width:120.75pt;height:18.75pt" o:oleicon="f" o:ole="">
            <v:imagedata r:id="rId635" o:title="eqIda79e4f05d0fb02a1b8f889b2a1f67c3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经检验，</w:t>
      </w:r>
      <w:r>
        <w:pict>
          <v:shape id="_x0000_i710413" type="#_x0000_t75" alt="学科网(www.zxxk.com)--教育资源门户，提供试卷、教案、课件、论文、素材以及各类教学资源下载，还有大量而丰富的教学相关资讯！" style="width:23.25pt;height:14.25pt" o:oleicon="f" o:ole="">
            <v:imagedata r:id="rId636" o:title="eqId4a025fca867f3e347bda7d1fba2d899a"/>
          </v:shape>
        </w:pict>
      </w:r>
      <w:r>
        <w:rPr>
          <w:rFonts w:ascii="宋体" w:eastAsia="宋体" w:hAnsi="宋体" w:cs="宋体"/>
          <w:color w:val="000000"/>
        </w:rPr>
        <w:t>时也满足</w:t>
      </w:r>
      <w:r>
        <w:pict>
          <v:shape id="_x0000_i710414" type="#_x0000_t75" alt="学科网(www.zxxk.com)--教育资源门户，提供试卷、教案、课件、论文、素材以及各类教学资源下载，还有大量而丰富的教学相关资讯！" style="width:66.75pt;height:30.75pt" o:oleicon="f" o:ole="">
            <v:imagedata r:id="rId637" o:title="eqId175df38b296ce6313e272167794a640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0415" type="#_x0000_t75" alt="学科网(www.zxxk.com)--教育资源门户，提供试卷、教案、课件、论文、素材以及各类教学资源下载，还有大量而丰富的教学相关资讯！" style="width:28.8pt;height:12.6pt" o:oleicon="f" o:ole="">
            <v:imagedata r:id="rId638" o:title="eqId9b9ef9bcd93054780f526ebffca1a950"/>
          </v:shape>
        </w:pict>
      </w:r>
      <w:r>
        <w:rPr>
          <w:rFonts w:ascii="宋体" w:eastAsia="宋体" w:hAnsi="宋体" w:cs="宋体"/>
          <w:color w:val="000000"/>
        </w:rPr>
        <w:t>时，</w:t>
      </w:r>
      <w:r>
        <w:pict>
          <v:shape id="_x0000_i710416" type="#_x0000_t75" alt="学科网(www.zxxk.com)--教育资源门户，提供试卷、教案、课件、论文、素材以及各类教学资源下载，还有大量而丰富的教学相关资讯！" style="width:101.25pt;height:30.75pt" o:oleicon="f" o:ole="">
            <v:imagedata r:id="rId639" o:title="eqId06264dc6ec072769e24f12e862b28cf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341</w:t>
      </w:r>
      <w:r>
        <w:rPr>
          <w:rFonts w:ascii="宋体" w:eastAsia="宋体" w:hAnsi="宋体" w:cs="宋体"/>
          <w:color w:val="000000"/>
        </w:rPr>
        <w:t>．</w:t>
      </w:r>
    </w:p>
    <w:p>
      <w:pPr>
        <w:spacing w:line="360" w:lineRule="auto"/>
        <w:jc w:val="left"/>
        <w:textAlignment w:val="center"/>
        <w:rPr>
          <w:color w:val="000000"/>
        </w:rPr>
        <w:sectPr w:rsidSect="00C321EB">
          <w:headerReference w:type="even" r:id="rId455"/>
          <w:footerReference w:type="even" r:id="rId456"/>
          <w:headerReference w:type="first" r:id="rId457"/>
          <w:footerReference w:type="first" r:id="rId458"/>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本题主要考查数字类的变化规律及有理数的运算，解题时要认真审题，注意新定义的准确理解，解题时要合理地挖掘题设中的隐含条件，恰当地进行等价转化．</w:t>
      </w:r>
    </w:p>
    <w:p>
      <w:pPr>
        <w:pStyle w:val="Heading2"/>
      </w:pPr>
      <w:r>
        <w:t>首都师范大学附属中学（12月月考）</w:t>
      </w:r>
    </w:p>
    <w:p>
      <w:pPr>
        <w:spacing w:line="360" w:lineRule="auto"/>
        <w:jc w:val="both"/>
        <w:textAlignment w:val="center"/>
        <w:rPr>
          <w:color w:val="000000"/>
        </w:rPr>
      </w:pPr>
      <w:r>
        <w:rPr>
          <w:color w:val="000000"/>
        </w:rPr>
        <w:t xml:space="preserve">26. </w:t>
      </w:r>
      <w:r>
        <w:rPr>
          <w:rFonts w:ascii="宋体" w:hAnsi="宋体" w:eastAsia="宋体" w:cs="宋体"/>
          <w:color w:val="000000"/>
        </w:rPr>
        <w:t>如图，</w:t>
      </w:r>
      <w:r>
        <w:pict>
          <v:shape id="_x0000_i710417" o:spt="75" alt="学科网(www.zxxk.com)--教育资源门户，提供试卷、教案、课件、论文、素材以及各类教学资源下载，还有大量而丰富的教学相关资讯！" type="#_x0000_t75" style="height:13pt;width:62.5pt;" o:ole="t" filled="f" o:preferrelative="t" stroked="f" coordsize="21600,21600">
            <v:path/>
            <v:fill on="f" focussize="0,0"/>
            <v:stroke on="f" joinstyle="miter"/>
            <v:imagedata r:id="rId640" o:title="eqId9ff5c21185c13eae675906dabd3593c7"/>
            <o:lock v:ext="edit" aspectratio="t"/>
            <w10:wrap type="none"/>
            <w10:anchorlock/>
          </v:shape>
        </w:pict>
      </w:r>
      <w:r>
        <w:rPr>
          <w:rFonts w:ascii="宋体" w:hAnsi="宋体" w:eastAsia="宋体" w:cs="宋体"/>
          <w:color w:val="000000"/>
        </w:rPr>
        <w:t>，射线</w:t>
      </w:r>
      <w:r>
        <w:pict>
          <v:shape id="_x0000_i71041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641" o:title="eqId828628c0876b45381c9a0edeb0fec236"/>
            <o:lock v:ext="edit" aspectratio="t"/>
            <w10:wrap type="none"/>
            <w10:anchorlock/>
          </v:shape>
        </w:pict>
      </w:r>
      <w:r>
        <w:rPr>
          <w:rFonts w:ascii="宋体" w:hAnsi="宋体" w:eastAsia="宋体" w:cs="宋体"/>
          <w:color w:val="000000"/>
        </w:rPr>
        <w:t>在平面内．</w:t>
      </w:r>
    </w:p>
    <w:p>
      <w:pPr>
        <w:spacing w:line="360" w:lineRule="auto"/>
        <w:jc w:val="both"/>
        <w:textAlignment w:val="center"/>
        <w:rPr>
          <w:color w:val="000000"/>
        </w:rPr>
      </w:pPr>
      <w:r>
        <w:rPr>
          <w:color w:val="000000"/>
        </w:rPr>
        <w:drawing>
          <wp:inline distT="0" distB="0" distL="114300" distR="114300">
            <wp:extent cx="3705225" cy="1524000"/>
            <wp:effectExtent l="0" t="0" r="9525" b="0"/>
            <wp:docPr id="3147"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 name="图片 100049" descr="学科网(www.zxxk.com)--教育资源门户，提供试卷、教案、课件、论文、素材以及各类教学资源下载，还有大量而丰富的教学相关资讯！"/>
                    <pic:cNvPicPr>
                      <a:picLocks noChangeAspect="1"/>
                    </pic:cNvPicPr>
                  </pic:nvPicPr>
                  <pic:blipFill>
                    <a:blip r:embed="rId642"/>
                    <a:stretch>
                      <a:fillRect/>
                    </a:stretch>
                  </pic:blipFill>
                  <pic:spPr>
                    <a:xfrm>
                      <a:off x="0" y="0"/>
                      <a:ext cx="3705225" cy="15240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0419"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643" o:title="eqId9fed1f57a835af4e9022e27603d12d31"/>
            <o:lock v:ext="edit" aspectratio="t"/>
            <w10:wrap type="none"/>
            <w10:anchorlock/>
          </v:shape>
        </w:pict>
      </w:r>
      <w:r>
        <w:rPr>
          <w:rFonts w:ascii="宋体" w:hAnsi="宋体" w:eastAsia="宋体" w:cs="宋体"/>
          <w:color w:val="000000"/>
        </w:rPr>
        <w:t>与</w:t>
      </w:r>
      <w:r>
        <w:pict>
          <v:shape id="_x0000_i71042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44" o:title="eqIdd22df2977de56cc69be0c1e847653d7a"/>
            <o:lock v:ext="edit" aspectratio="t"/>
            <w10:wrap type="none"/>
            <w10:anchorlock/>
          </v:shape>
        </w:pict>
      </w:r>
      <w:r>
        <w:rPr>
          <w:rFonts w:ascii="宋体" w:hAnsi="宋体" w:eastAsia="宋体" w:cs="宋体"/>
          <w:color w:val="000000"/>
        </w:rPr>
        <w:t>互补，则</w:t>
      </w:r>
      <w:r>
        <w:pict>
          <v:shape id="_x0000_i710421"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645" o:title="eqId12e515787ebe97ed2662237d9ca51ea1"/>
            <o:lock v:ext="edit" aspectratio="t"/>
            <w10:wrap type="none"/>
            <w10:anchorlock/>
          </v:shape>
        </w:pict>
      </w:r>
      <w:r>
        <w:rPr>
          <w:rFonts w:ascii="Times New Roman" w:hAnsi="Times New Roman" w:eastAsia="Times New Roman" w:cs="Times New Roman"/>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射线</w:t>
      </w:r>
      <w:r>
        <w:pict>
          <v:shape id="_x0000_i71042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646" o:title="eqId828628c0876b45381c9a0edeb0fec236"/>
            <o:lock v:ext="edit" aspectratio="t"/>
            <w10:wrap type="none"/>
            <w10:anchorlock/>
          </v:shape>
        </w:pict>
      </w:r>
      <w:r>
        <w:rPr>
          <w:rFonts w:ascii="宋体" w:hAnsi="宋体" w:eastAsia="宋体" w:cs="宋体"/>
          <w:color w:val="000000"/>
        </w:rPr>
        <w:t>绕点</w:t>
      </w:r>
      <w:r>
        <w:pict>
          <v:shape id="_x0000_i71042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647" o:title="eqId1dde8112e8eb968fd042418dd632759e"/>
            <o:lock v:ext="edit" aspectratio="t"/>
            <w10:wrap type="none"/>
            <w10:anchorlock/>
          </v:shape>
        </w:pict>
      </w:r>
      <w:r>
        <w:rPr>
          <w:rFonts w:ascii="宋体" w:hAnsi="宋体" w:eastAsia="宋体" w:cs="宋体"/>
          <w:color w:val="000000"/>
        </w:rPr>
        <w:t>从射线</w:t>
      </w:r>
      <w:r>
        <w:pict>
          <v:shape id="_x0000_i710424"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648" o:title="eqIdef4113c492885ba7c47fe42ac792578f"/>
            <o:lock v:ext="edit" aspectratio="t"/>
            <w10:wrap type="none"/>
            <w10:anchorlock/>
          </v:shape>
        </w:pict>
      </w:r>
      <w:r>
        <w:rPr>
          <w:rFonts w:ascii="宋体" w:hAnsi="宋体" w:eastAsia="宋体" w:cs="宋体"/>
          <w:color w:val="000000"/>
        </w:rPr>
        <w:t>的反向延长线的位置出发，逆时针旋转角</w:t>
      </w:r>
      <w:r>
        <w:pict>
          <v:shape id="_x0000_i710425" o:spt="75" alt="学科网(www.zxxk.com)--教育资源门户，提供试卷、教案、课件、论文、素材以及各类教学资源下载，还有大量而丰富的教学相关资讯！" type="#_x0000_t75" style="height:15.6pt;width:77.4pt;" o:ole="t" filled="f" o:preferrelative="t" stroked="f" coordsize="21600,21600">
            <v:path/>
            <v:fill on="f" focussize="0,0"/>
            <v:stroke on="f" joinstyle="miter"/>
            <v:imagedata r:id="rId649" o:title="eqIdbb0c6b3ac303e83e204a619ac3d5e1bf"/>
            <o:lock v:ext="edit" aspectratio="t"/>
            <w10:wrap type="none"/>
            <w10:anchorlock/>
          </v:shape>
        </w:pict>
      </w:r>
      <w:r>
        <w:rPr>
          <w:rFonts w:ascii="宋体" w:hAnsi="宋体" w:eastAsia="宋体" w:cs="宋体"/>
          <w:color w:val="000000"/>
        </w:rPr>
        <w:t>，</w:t>
      </w:r>
      <w:r>
        <w:pict>
          <v:shape id="_x0000_i710426"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650" o:title="eqIdaaf3369e0ea90e8d5cf4b6b3c45c0fd8"/>
            <o:lock v:ext="edit" aspectratio="t"/>
            <w10:wrap type="none"/>
            <w10:anchorlock/>
          </v:shape>
        </w:pict>
      </w:r>
      <w:r>
        <w:rPr>
          <w:rFonts w:ascii="宋体" w:hAnsi="宋体" w:eastAsia="宋体" w:cs="宋体"/>
          <w:color w:val="000000"/>
        </w:rPr>
        <w:t>平分</w:t>
      </w:r>
      <w:r>
        <w:pict>
          <v:shape id="_x0000_i710427"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651" o:title="eqId9fed1f57a835af4e9022e27603d12d3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①若</w:t>
      </w:r>
      <w:r>
        <w:pict>
          <v:shape id="_x0000_i710428" o:spt="75" alt="学科网(www.zxxk.com)--教育资源门户，提供试卷、教案、课件、论文、素材以及各类教学资源下载，还有大量而丰富的教学相关资讯！" type="#_x0000_t75" style="height:14.15pt;width:65.8pt;" o:ole="t" filled="f" o:preferrelative="t" stroked="f" coordsize="21600,21600">
            <v:path/>
            <v:fill on="f" focussize="0,0"/>
            <v:stroke on="f" joinstyle="miter"/>
            <v:imagedata r:id="rId652" o:title="eqId886c25cbaff27a9c4cf52dacec0eac4c"/>
            <o:lock v:ext="edit" aspectratio="t"/>
            <w10:wrap type="none"/>
            <w10:anchorlock/>
          </v:shape>
        </w:pict>
      </w:r>
      <w:r>
        <w:rPr>
          <w:rFonts w:ascii="宋体" w:hAnsi="宋体" w:eastAsia="宋体" w:cs="宋体"/>
          <w:color w:val="000000"/>
        </w:rPr>
        <w:t>，则</w:t>
      </w:r>
      <w:r>
        <w:pict>
          <v:shape id="_x0000_i710429"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653" o:title="eqId77603496a315e39db671c0c1e4256cc5"/>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②是否存在</w:t>
      </w:r>
      <w:r>
        <w:pict>
          <v:shape id="_x0000_i710430"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654" o:title="eqIde170f206fdbbd834aad7580c727e2cc6"/>
            <o:lock v:ext="edit" aspectratio="t"/>
            <w10:wrap type="none"/>
            <w10:anchorlock/>
          </v:shape>
        </w:pict>
      </w:r>
      <w:r>
        <w:rPr>
          <w:rFonts w:ascii="宋体" w:hAnsi="宋体" w:eastAsia="宋体" w:cs="宋体"/>
          <w:color w:val="000000"/>
        </w:rPr>
        <w:t>的值，使得</w:t>
      </w:r>
      <w:r>
        <w:pict>
          <v:shape id="_x0000_i71043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55" o:title="eqId1bd0dc942dc5a587e3c638df0d42c76b"/>
            <o:lock v:ext="edit" aspectratio="t"/>
            <w10:wrap type="none"/>
            <w10:anchorlock/>
          </v:shape>
        </w:pict>
      </w:r>
      <w:r>
        <w:rPr>
          <w:rFonts w:ascii="宋体" w:hAnsi="宋体" w:eastAsia="宋体" w:cs="宋体"/>
          <w:color w:val="000000"/>
        </w:rPr>
        <w:t>与</w:t>
      </w:r>
      <w:r>
        <w:pict>
          <v:shape id="_x0000_i71043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56" o:title="eqIdd22df2977de56cc69be0c1e847653d7a"/>
            <o:lock v:ext="edit" aspectratio="t"/>
            <w10:wrap type="none"/>
            <w10:anchorlock/>
          </v:shape>
        </w:pict>
      </w:r>
      <w:r>
        <w:rPr>
          <w:rFonts w:ascii="宋体" w:hAnsi="宋体" w:eastAsia="宋体" w:cs="宋体"/>
          <w:color w:val="000000"/>
        </w:rPr>
        <w:t>互余，若存在，求出</w:t>
      </w:r>
      <w:r>
        <w:pict>
          <v:shape id="_x0000_i710433"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654" o:title="eqIde170f206fdbbd834aad7580c727e2cc6"/>
            <o:lock v:ext="edit" aspectratio="t"/>
            <w10:wrap type="none"/>
            <w10:anchorlock/>
          </v:shape>
        </w:pict>
      </w:r>
      <w:r>
        <w:rPr>
          <w:rFonts w:ascii="宋体" w:hAnsi="宋体" w:eastAsia="宋体" w:cs="宋体"/>
          <w:color w:val="000000"/>
        </w:rPr>
        <w:t>；若不存在，请说明理由．</w:t>
      </w:r>
    </w:p>
    <w:p>
      <w:pPr>
        <w:spacing w:line="360" w:lineRule="auto"/>
        <w:textAlignment w:val="center"/>
        <w:rPr>
          <w:color w:val="000000"/>
        </w:rPr>
      </w:pPr>
      <w:r>
        <w:rPr>
          <w:color w:val="2E75B6"/>
        </w:rPr>
        <w:t>【答案】</w:t>
      </w:r>
      <w:r>
        <w:rPr>
          <w:color w:val="000000"/>
        </w:rPr>
        <w:t>（1）</w:t>
      </w:r>
      <w:r>
        <w:pict>
          <v:shape id="_x0000_i710434"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657" o:title="eqIdf6b86c22b670a8e9f3896f9e8883fbbb"/>
            <o:lock v:ext="edit" aspectratio="t"/>
            <w10:wrap type="none"/>
            <w10:anchorlock/>
          </v:shape>
        </w:pict>
      </w:r>
      <w:r>
        <w:rPr>
          <w:rFonts w:ascii="宋体" w:hAnsi="宋体" w:eastAsia="宋体" w:cs="宋体"/>
          <w:color w:val="000000"/>
        </w:rPr>
        <w:t>或</w:t>
      </w:r>
      <w:r>
        <w:pict>
          <v:shape id="_x0000_i710435" o:spt="75" alt="学科网(www.zxxk.com)--教育资源门户，提供试卷、教案、课件、论文、素材以及各类教学资源下载，还有大量而丰富的教学相关资讯！" type="#_x0000_t75" style="height:13.8pt;width:25.05pt;" o:ole="t" filled="f" o:preferrelative="t" stroked="f" coordsize="21600,21600">
            <v:path/>
            <v:fill on="f" focussize="0,0"/>
            <v:stroke on="f" joinstyle="miter"/>
            <v:imagedata r:id="rId658" o:title="eqId1a8f3a8b0608ec011ad95c522fd2ea4d"/>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w:t>
      </w:r>
      <w:r>
        <w:pict>
          <v:shape id="_x0000_i710436"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659" o:title="eqIdb975f35ecfc9641688e682bcee70e1f4"/>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②存在，</w:t>
      </w:r>
      <w:r>
        <w:pict>
          <v:shape id="_x0000_i710437"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60" o:title="eqIda6c0927afc571a7c966c98192040979e"/>
            <o:lock v:ext="edit" aspectratio="t"/>
            <w10:wrap type="none"/>
            <w10:anchorlock/>
          </v:shape>
        </w:pict>
      </w:r>
      <w:r>
        <w:rPr>
          <w:rFonts w:ascii="宋体" w:hAnsi="宋体" w:eastAsia="宋体" w:cs="宋体"/>
          <w:color w:val="000000"/>
        </w:rPr>
        <w:t>或</w:t>
      </w:r>
      <w:r>
        <w:pict>
          <v:shape id="_x0000_i71043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661" o:title="eqIdd36581140ebac5d28438ea63b1b23b65"/>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）延长</w:t>
      </w:r>
      <w:r>
        <w:pict>
          <v:shape id="_x0000_i710439" o:spt="75" alt="学科网(www.zxxk.com)--教育资源门户，提供试卷、教案、课件、论文、素材以及各类教学资源下载，还有大量而丰富的教学相关资讯！" type="#_x0000_t75" style="height:14.5pt;width:21.25pt;" o:ole="t" filled="f" o:preferrelative="t" stroked="f" coordsize="21600,21600">
            <v:path/>
            <v:fill on="f" focussize="0,0"/>
            <v:stroke on="f" joinstyle="miter"/>
            <v:imagedata r:id="rId662" o:title="eqIde2c3d2cba96f6f03520c0b3f6e4da03e"/>
            <o:lock v:ext="edit" aspectratio="t"/>
            <w10:wrap type="none"/>
            <w10:anchorlock/>
          </v:shape>
        </w:pict>
      </w:r>
      <w:r>
        <w:rPr>
          <w:rFonts w:ascii="宋体" w:hAnsi="宋体" w:eastAsia="宋体" w:cs="宋体"/>
          <w:color w:val="000000"/>
        </w:rPr>
        <w:t>至点</w:t>
      </w:r>
      <w:r>
        <w:pict>
          <v:shape id="_x0000_i71044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663" o:title="eqId8455657dde27aabe6adb7b188e031c11"/>
            <o:lock v:ext="edit" aspectratio="t"/>
            <w10:wrap type="none"/>
            <w10:anchorlock/>
          </v:shape>
        </w:pict>
      </w:r>
      <w:r>
        <w:rPr>
          <w:rFonts w:ascii="宋体" w:hAnsi="宋体" w:eastAsia="宋体" w:cs="宋体"/>
          <w:color w:val="000000"/>
        </w:rPr>
        <w:t>，延长</w:t>
      </w:r>
      <w:r>
        <w:pict>
          <v:shape id="_x0000_i710441"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664" o:title="eqIdaaf1438142deeac876fc7dc50552e552"/>
            <o:lock v:ext="edit" aspectratio="t"/>
            <w10:wrap type="none"/>
            <w10:anchorlock/>
          </v:shape>
        </w:pict>
      </w:r>
      <w:r>
        <w:rPr>
          <w:rFonts w:ascii="宋体" w:hAnsi="宋体" w:eastAsia="宋体" w:cs="宋体"/>
          <w:color w:val="000000"/>
        </w:rPr>
        <w:t>至点</w:t>
      </w:r>
      <w:r>
        <w:pict>
          <v:shape id="_x0000_i71044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665" o:title="eqId2a30f3a8b673cc28bd90c50cf1a35281"/>
            <o:lock v:ext="edit" aspectratio="t"/>
            <w10:wrap type="none"/>
            <w10:anchorlock/>
          </v:shape>
        </w:pict>
      </w:r>
      <w:r>
        <w:rPr>
          <w:rFonts w:ascii="宋体" w:hAnsi="宋体" w:eastAsia="宋体" w:cs="宋体"/>
          <w:color w:val="000000"/>
        </w:rPr>
        <w:t>，分</w:t>
      </w:r>
      <w:r>
        <w:pict>
          <v:shape id="_x0000_i710443"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666" o:title="eqId828628c0876b45381c9a0edeb0fec236"/>
            <o:lock v:ext="edit" aspectratio="t"/>
            <w10:wrap type="none"/>
            <w10:anchorlock/>
          </v:shape>
        </w:pict>
      </w:r>
      <w:r>
        <w:rPr>
          <w:rFonts w:ascii="宋体" w:hAnsi="宋体" w:eastAsia="宋体" w:cs="宋体"/>
          <w:color w:val="000000"/>
        </w:rPr>
        <w:t>在</w:t>
      </w:r>
      <w:r>
        <w:pict>
          <v:shape id="_x0000_i71044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67" o:title="eqId418ebb89d29f4f631b055c911e8d178a"/>
            <o:lock v:ext="edit" aspectratio="t"/>
            <w10:wrap type="none"/>
            <w10:anchorlock/>
          </v:shape>
        </w:pict>
      </w:r>
      <w:r>
        <w:rPr>
          <w:rFonts w:ascii="宋体" w:hAnsi="宋体" w:eastAsia="宋体" w:cs="宋体"/>
          <w:color w:val="000000"/>
        </w:rPr>
        <w:t>中间和</w:t>
      </w:r>
      <w:r>
        <w:pict>
          <v:shape id="_x0000_i710445"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666" o:title="eqId828628c0876b45381c9a0edeb0fec236"/>
            <o:lock v:ext="edit" aspectratio="t"/>
            <w10:wrap type="none"/>
            <w10:anchorlock/>
          </v:shape>
        </w:pict>
      </w:r>
      <w:r>
        <w:rPr>
          <w:rFonts w:ascii="宋体" w:hAnsi="宋体" w:eastAsia="宋体" w:cs="宋体"/>
          <w:color w:val="000000"/>
        </w:rPr>
        <w:t>在</w:t>
      </w:r>
      <w:r>
        <w:pict>
          <v:shape id="_x0000_i71044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68" o:title="eqIddc9f91270ddbe1cf3c1362e1b95aee14"/>
            <o:lock v:ext="edit" aspectratio="t"/>
            <w10:wrap type="none"/>
            <w10:anchorlock/>
          </v:shape>
        </w:pict>
      </w:r>
      <w:r>
        <w:rPr>
          <w:rFonts w:ascii="宋体" w:hAnsi="宋体" w:eastAsia="宋体" w:cs="宋体"/>
          <w:color w:val="000000"/>
        </w:rPr>
        <w:t>中间，两种情况讨论，根据</w:t>
      </w:r>
      <w:r>
        <w:pict>
          <v:shape id="_x0000_i710447"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669" o:title="eqId9fed1f57a835af4e9022e27603d12d31"/>
            <o:lock v:ext="edit" aspectratio="t"/>
            <w10:wrap type="none"/>
            <w10:anchorlock/>
          </v:shape>
        </w:pict>
      </w:r>
      <w:r>
        <w:rPr>
          <w:rFonts w:ascii="宋体" w:hAnsi="宋体" w:eastAsia="宋体" w:cs="宋体"/>
          <w:color w:val="000000"/>
        </w:rPr>
        <w:t>与</w:t>
      </w:r>
      <w:r>
        <w:pict>
          <v:shape id="_x0000_i71044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70" o:title="eqIdd22df2977de56cc69be0c1e847653d7a"/>
            <o:lock v:ext="edit" aspectratio="t"/>
            <w10:wrap type="none"/>
            <w10:anchorlock/>
          </v:shape>
        </w:pict>
      </w:r>
      <w:r>
        <w:rPr>
          <w:rFonts w:ascii="宋体" w:hAnsi="宋体" w:eastAsia="宋体" w:cs="宋体"/>
          <w:color w:val="000000"/>
        </w:rPr>
        <w:t>互补，列式求解即可．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）①利用</w:t>
      </w:r>
      <w:r>
        <w:pict>
          <v:shape id="_x0000_i710449"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671" o:title="eqIdc5192937cd7098b3ffde1de8f23aa221"/>
            <o:lock v:ext="edit" aspectratio="t"/>
            <w10:wrap type="none"/>
            <w10:anchorlock/>
          </v:shape>
        </w:pict>
      </w:r>
      <w:r>
        <w:rPr>
          <w:rFonts w:ascii="宋体" w:hAnsi="宋体" w:eastAsia="宋体" w:cs="宋体"/>
          <w:color w:val="000000"/>
        </w:rPr>
        <w:t>，求出</w:t>
      </w:r>
      <w:r>
        <w:pict>
          <v:shape id="_x0000_i710450"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672" o:title="eqId9fed1f57a835af4e9022e27603d12d31"/>
            <o:lock v:ext="edit" aspectratio="t"/>
            <w10:wrap type="none"/>
            <w10:anchorlock/>
          </v:shape>
        </w:pict>
      </w:r>
      <w:r>
        <w:rPr>
          <w:rFonts w:ascii="宋体" w:hAnsi="宋体" w:eastAsia="宋体" w:cs="宋体"/>
          <w:color w:val="000000"/>
        </w:rPr>
        <w:t>，利用角平分线平分角，求出</w:t>
      </w:r>
      <w:r>
        <w:pict>
          <v:shape id="_x0000_i710451" o:spt="75" alt="学科网(www.zxxk.com)--教育资源门户，提供试卷、教案、课件、论文、素材以及各类教学资源下载，还有大量而丰富的教学相关资讯！" type="#_x0000_t75" style="height:14.25pt;width:43.45pt;" o:ole="t" filled="f" o:preferrelative="t" stroked="f" coordsize="21600,21600">
            <v:path/>
            <v:fill on="f" focussize="0,0"/>
            <v:stroke on="f" joinstyle="miter"/>
            <v:imagedata r:id="rId673" o:title="eqIdf92f279be7c8a11dcd2c0a97116bdcbb"/>
            <o:lock v:ext="edit" aspectratio="t"/>
            <w10:wrap type="none"/>
            <w10:anchorlock/>
          </v:shape>
        </w:pict>
      </w:r>
      <w:r>
        <w:rPr>
          <w:rFonts w:ascii="宋体" w:hAnsi="宋体" w:eastAsia="宋体" w:cs="宋体"/>
          <w:color w:val="000000"/>
        </w:rPr>
        <w:t>，然后利用</w:t>
      </w:r>
      <w:r>
        <w:pict>
          <v:shape id="_x0000_i710452" o:spt="75" alt="学科网(www.zxxk.com)--教育资源门户，提供试卷、教案、课件、论文、素材以及各类教学资源下载，还有大量而丰富的教学相关资讯！" type="#_x0000_t75" style="height:14.25pt;width:84pt;" o:ole="t" filled="f" o:preferrelative="t" stroked="f" coordsize="21600,21600">
            <v:path/>
            <v:fill on="f" focussize="0,0"/>
            <v:stroke on="f" joinstyle="miter"/>
            <v:imagedata r:id="rId674" o:title="eqId044ea3855ffc052bd75333638ab2c7c0"/>
            <o:lock v:ext="edit" aspectratio="t"/>
            <w10:wrap type="none"/>
            <w10:anchorlock/>
          </v:shape>
        </w:pict>
      </w:r>
      <w:r>
        <w:rPr>
          <w:rFonts w:ascii="宋体" w:hAnsi="宋体" w:eastAsia="宋体" w:cs="宋体"/>
          <w:color w:val="000000"/>
        </w:rPr>
        <w:t>，即可得解；②分</w:t>
      </w:r>
      <w:r>
        <w:pict>
          <v:shape id="_x0000_i710453" o:spt="75" alt="学科网(www.zxxk.com)--教育资源门户，提供试卷、教案、课件、论文、素材以及各类教学资源下载，还有大量而丰富的教学相关资讯！" type="#_x0000_t75" style="height:13.8pt;width:61.8pt;" o:ole="t" filled="f" o:preferrelative="t" stroked="f" coordsize="21600,21600">
            <v:path/>
            <v:fill on="f" focussize="0,0"/>
            <v:stroke on="f" joinstyle="miter"/>
            <v:imagedata r:id="rId675" o:title="eqId50515b0461f55861fd28f2774a2f01dc"/>
            <o:lock v:ext="edit" aspectratio="t"/>
            <w10:wrap type="none"/>
            <w10:anchorlock/>
          </v:shape>
        </w:pict>
      </w:r>
      <w:r>
        <w:rPr>
          <w:rFonts w:ascii="宋体" w:hAnsi="宋体" w:eastAsia="宋体" w:cs="宋体"/>
          <w:color w:val="000000"/>
        </w:rPr>
        <w:t>和</w:t>
      </w:r>
      <w:r>
        <w:pict>
          <v:shape id="_x0000_i710454" o:spt="75" alt="学科网(www.zxxk.com)--教育资源门户，提供试卷、教案、课件、论文、素材以及各类教学资源下载，还有大量而丰富的教学相关资讯！" type="#_x0000_t75" style="height:14.15pt;width:72.75pt;" o:ole="t" filled="f" o:preferrelative="t" stroked="f" coordsize="21600,21600">
            <v:path/>
            <v:fill on="f" focussize="0,0"/>
            <v:stroke on="f" joinstyle="miter"/>
            <v:imagedata r:id="rId676" o:title="eqId5ae35f57ca6a9db3a02aa7ca5e373c70"/>
            <o:lock v:ext="edit" aspectratio="t"/>
            <w10:wrap type="none"/>
            <w10:anchorlock/>
          </v:shape>
        </w:pict>
      </w:r>
      <w:r>
        <w:rPr>
          <w:rFonts w:ascii="宋体" w:hAnsi="宋体" w:eastAsia="宋体" w:cs="宋体"/>
          <w:color w:val="000000"/>
        </w:rPr>
        <w:t>，两种情况讨论，利用</w:t>
      </w:r>
      <w:r>
        <w:pict>
          <v:shape id="_x0000_i71045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77" o:title="eqId1bd0dc942dc5a587e3c638df0d42c76b"/>
            <o:lock v:ext="edit" aspectratio="t"/>
            <w10:wrap type="none"/>
            <w10:anchorlock/>
          </v:shape>
        </w:pict>
      </w:r>
      <w:r>
        <w:rPr>
          <w:rFonts w:ascii="宋体" w:hAnsi="宋体" w:eastAsia="宋体" w:cs="宋体"/>
          <w:color w:val="000000"/>
        </w:rPr>
        <w:t>与</w:t>
      </w:r>
      <w:r>
        <w:pict>
          <v:shape id="_x0000_i71045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78" o:title="eqIdd22df2977de56cc69be0c1e847653d7a"/>
            <o:lock v:ext="edit" aspectratio="t"/>
            <w10:wrap type="none"/>
            <w10:anchorlock/>
          </v:shape>
        </w:pict>
      </w:r>
      <w:r>
        <w:rPr>
          <w:rFonts w:ascii="宋体" w:hAnsi="宋体" w:eastAsia="宋体" w:cs="宋体"/>
          <w:color w:val="000000"/>
        </w:rPr>
        <w:t>互余，列式求解即可．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解：延长</w:t>
      </w:r>
      <w:r>
        <w:pict>
          <v:shape id="_x0000_i710457" o:spt="75" alt="学科网(www.zxxk.com)--教育资源门户，提供试卷、教案、课件、论文、素材以及各类教学资源下载，还有大量而丰富的教学相关资讯！" type="#_x0000_t75" style="height:14.5pt;width:21.25pt;" o:ole="t" filled="f" o:preferrelative="t" stroked="f" coordsize="21600,21600">
            <v:path/>
            <v:fill on="f" focussize="0,0"/>
            <v:stroke on="f" joinstyle="miter"/>
            <v:imagedata r:id="rId679" o:title="eqIde2c3d2cba96f6f03520c0b3f6e4da03e"/>
            <o:lock v:ext="edit" aspectratio="t"/>
            <w10:wrap type="none"/>
            <w10:anchorlock/>
          </v:shape>
        </w:pict>
      </w:r>
      <w:r>
        <w:rPr>
          <w:rFonts w:ascii="宋体" w:hAnsi="宋体" w:eastAsia="宋体" w:cs="宋体"/>
          <w:color w:val="000000"/>
        </w:rPr>
        <w:t>至点</w:t>
      </w:r>
      <w:r>
        <w:pict>
          <v:shape id="_x0000_i71045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680" o:title="eqId8455657dde27aabe6adb7b188e031c11"/>
            <o:lock v:ext="edit" aspectratio="t"/>
            <w10:wrap type="none"/>
            <w10:anchorlock/>
          </v:shape>
        </w:pict>
      </w:r>
      <w:r>
        <w:rPr>
          <w:rFonts w:ascii="宋体" w:hAnsi="宋体" w:eastAsia="宋体" w:cs="宋体"/>
          <w:color w:val="000000"/>
        </w:rPr>
        <w:t>，延长</w:t>
      </w:r>
      <w:r>
        <w:pict>
          <v:shape id="_x0000_i710459"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681" o:title="eqIdaaf1438142deeac876fc7dc50552e552"/>
            <o:lock v:ext="edit" aspectratio="t"/>
            <w10:wrap type="none"/>
            <w10:anchorlock/>
          </v:shape>
        </w:pict>
      </w:r>
      <w:r>
        <w:rPr>
          <w:rFonts w:ascii="宋体" w:hAnsi="宋体" w:eastAsia="宋体" w:cs="宋体"/>
          <w:color w:val="000000"/>
        </w:rPr>
        <w:t>至点</w:t>
      </w:r>
      <w:r>
        <w:pict>
          <v:shape id="_x0000_i71046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682" o:title="eqId2a30f3a8b673cc28bd90c50cf1a3528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61" o:spt="75" alt="学科网(www.zxxk.com)--教育资源门户，提供试卷、教案、课件、论文、素材以及各类教学资源下载，还有大量而丰富的教学相关资讯！" type="#_x0000_t75" style="height:13pt;width:62.5pt;" o:ole="t" filled="f" o:preferrelative="t" stroked="f" coordsize="21600,21600">
            <v:path/>
            <v:fill on="f" focussize="0,0"/>
            <v:stroke on="f" joinstyle="miter"/>
            <v:imagedata r:id="rId683" o:title="eqId9ff5c21185c13eae675906dabd3593c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62" o:spt="75" alt="学科网(www.zxxk.com)--教育资源门户，提供试卷、教案、课件、论文、素材以及各类教学资源下载，还有大量而丰富的教学相关资讯！" type="#_x0000_t75" style="height:14.25pt;width:188.25pt;" o:ole="t" filled="f" o:preferrelative="t" stroked="f" coordsize="21600,21600">
            <v:path/>
            <v:fill on="f" focussize="0,0"/>
            <v:stroke on="f" joinstyle="miter"/>
            <v:imagedata r:id="rId684" o:title="eqId739f92f46d5db9afaf679c761a3efcf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463"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685" o:title="eqId828628c0876b45381c9a0edeb0fec236"/>
            <o:lock v:ext="edit" aspectratio="t"/>
            <w10:wrap type="none"/>
            <w10:anchorlock/>
          </v:shape>
        </w:pict>
      </w:r>
      <w:r>
        <w:rPr>
          <w:rFonts w:ascii="宋体" w:hAnsi="宋体" w:eastAsia="宋体" w:cs="宋体"/>
          <w:color w:val="000000"/>
        </w:rPr>
        <w:t>在</w:t>
      </w:r>
      <w:r>
        <w:pict>
          <v:shape id="_x0000_i71046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86" o:title="eqIddc9f91270ddbe1cf3c1362e1b95aee14"/>
            <o:lock v:ext="edit" aspectratio="t"/>
            <w10:wrap type="none"/>
            <w10:anchorlock/>
          </v:shape>
        </w:pict>
      </w:r>
      <w:r>
        <w:rPr>
          <w:rFonts w:ascii="宋体" w:hAnsi="宋体" w:eastAsia="宋体" w:cs="宋体"/>
          <w:color w:val="000000"/>
        </w:rPr>
        <w:t>中间时，</w:t>
      </w:r>
    </w:p>
    <w:p>
      <w:pPr>
        <w:spacing w:line="360" w:lineRule="auto"/>
        <w:jc w:val="left"/>
        <w:textAlignment w:val="center"/>
        <w:rPr>
          <w:color w:val="000000"/>
        </w:rPr>
      </w:pPr>
      <w:r>
        <w:rPr>
          <w:rFonts w:ascii="宋体" w:hAnsi="宋体" w:eastAsia="宋体" w:cs="宋体"/>
          <w:color w:val="000000"/>
        </w:rPr>
        <w:t>∵</w:t>
      </w:r>
      <w:r>
        <w:pict>
          <v:shape id="_x0000_i710465"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687" o:title="eqId9fed1f57a835af4e9022e27603d12d31"/>
            <o:lock v:ext="edit" aspectratio="t"/>
            <w10:wrap type="none"/>
            <w10:anchorlock/>
          </v:shape>
        </w:pict>
      </w:r>
      <w:r>
        <w:rPr>
          <w:rFonts w:ascii="宋体" w:hAnsi="宋体" w:eastAsia="宋体" w:cs="宋体"/>
          <w:color w:val="000000"/>
        </w:rPr>
        <w:t>与</w:t>
      </w:r>
      <w:r>
        <w:pict>
          <v:shape id="_x0000_i71046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88" o:title="eqIdd22df2977de56cc69be0c1e847653d7a"/>
            <o:lock v:ext="edit" aspectratio="t"/>
            <w10:wrap type="none"/>
            <w10:anchorlock/>
          </v:shape>
        </w:pict>
      </w:r>
      <w:r>
        <w:rPr>
          <w:rFonts w:ascii="宋体" w:hAnsi="宋体" w:eastAsia="宋体" w:cs="宋体"/>
          <w:color w:val="000000"/>
        </w:rPr>
        <w:t>互补，</w:t>
      </w:r>
    </w:p>
    <w:p>
      <w:pPr>
        <w:spacing w:line="360" w:lineRule="auto"/>
        <w:jc w:val="left"/>
        <w:textAlignment w:val="center"/>
        <w:rPr>
          <w:color w:val="000000"/>
        </w:rPr>
      </w:pPr>
      <w:r>
        <w:rPr>
          <w:rFonts w:ascii="宋体" w:hAnsi="宋体" w:eastAsia="宋体" w:cs="宋体"/>
          <w:color w:val="000000"/>
        </w:rPr>
        <w:t>∴</w:t>
      </w:r>
      <w:r>
        <w:pict>
          <v:shape id="_x0000_i710467" o:spt="75" alt="学科网(www.zxxk.com)--教育资源门户，提供试卷、教案、课件、论文、素材以及各类教学资源下载，还有大量而丰富的教学相关资讯！" type="#_x0000_t75" style="height:14.25pt;width:114.75pt;" o:ole="t" filled="f" o:preferrelative="t" stroked="f" coordsize="21600,21600">
            <v:path/>
            <v:fill on="f" focussize="0,0"/>
            <v:stroke on="f" joinstyle="miter"/>
            <v:imagedata r:id="rId689" o:title="eqId8da4dbfee4ed10d44b35059e702018f6"/>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0468" o:spt="75" alt="学科网(www.zxxk.com)--教育资源门户，提供试卷、教案、课件、论文、素材以及各类教学资源下载，还有大量而丰富的教学相关资讯！" type="#_x0000_t75" style="height:14.25pt;width:116.25pt;" o:ole="t" filled="f" o:preferrelative="t" stroked="f" coordsize="21600,21600">
            <v:path/>
            <v:fill on="f" focussize="0,0"/>
            <v:stroke on="f" joinstyle="miter"/>
            <v:imagedata r:id="rId690" o:title="eqId95cc94ab9d77926181135cdf681303c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69" o:spt="75" alt="学科网(www.zxxk.com)--教育资源门户，提供试卷、教案、课件、论文、素材以及各类教学资源下载，还有大量而丰富的教学相关资讯！" type="#_x0000_t75" style="height:14.25pt;width:84pt;" o:ole="t" filled="f" o:preferrelative="t" stroked="f" coordsize="21600,21600">
            <v:path/>
            <v:fill on="f" focussize="0,0"/>
            <v:stroke on="f" joinstyle="miter"/>
            <v:imagedata r:id="rId691" o:title="eqId0bd781fb3e94c76185fed87aab0618a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70" o:spt="75" alt="学科网(www.zxxk.com)--教育资源门户，提供试卷、教案、课件、论文、素材以及各类教学资源下载，还有大量而丰富的教学相关资讯！" type="#_x0000_t75" style="height:14.25pt;width:156.75pt;" o:ole="t" filled="f" o:preferrelative="t" stroked="f" coordsize="21600,21600">
            <v:path/>
            <v:fill on="f" focussize="0,0"/>
            <v:stroke on="f" joinstyle="miter"/>
            <v:imagedata r:id="rId692" o:title="eqId3a9a1ebe982ed68ad5d2b8d77886943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71" o:spt="75" alt="学科网(www.zxxk.com)--教育资源门户，提供试卷、教案、课件、论文、素材以及各类教学资源下载，还有大量而丰富的教学相关资讯！" type="#_x0000_t75" style="height:13pt;width:57.5pt;" o:ole="t" filled="f" o:preferrelative="t" stroked="f" coordsize="21600,21600">
            <v:path/>
            <v:fill on="f" focussize="0,0"/>
            <v:stroke on="f" joinstyle="miter"/>
            <v:imagedata r:id="rId693" o:title="eqIddb91877e869a8d58b2bab2c39756d7f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47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694" o:title="eqId828628c0876b45381c9a0edeb0fec236"/>
            <o:lock v:ext="edit" aspectratio="t"/>
            <w10:wrap type="none"/>
            <w10:anchorlock/>
          </v:shape>
        </w:pict>
      </w:r>
      <w:r>
        <w:rPr>
          <w:rFonts w:ascii="宋体" w:hAnsi="宋体" w:eastAsia="宋体" w:cs="宋体"/>
          <w:color w:val="000000"/>
        </w:rPr>
        <w:t>在</w:t>
      </w:r>
      <w:r>
        <w:pict>
          <v:shape id="_x0000_i71047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95" o:title="eqId418ebb89d29f4f631b055c911e8d178a"/>
            <o:lock v:ext="edit" aspectratio="t"/>
            <w10:wrap type="none"/>
            <w10:anchorlock/>
          </v:shape>
        </w:pict>
      </w:r>
      <w:r>
        <w:rPr>
          <w:rFonts w:ascii="宋体" w:hAnsi="宋体" w:eastAsia="宋体" w:cs="宋体"/>
          <w:color w:val="000000"/>
        </w:rPr>
        <w:t>中间时：</w:t>
      </w:r>
    </w:p>
    <w:p>
      <w:pPr>
        <w:spacing w:line="360" w:lineRule="auto"/>
        <w:jc w:val="left"/>
        <w:textAlignment w:val="center"/>
        <w:rPr>
          <w:color w:val="000000"/>
        </w:rPr>
      </w:pPr>
      <w:r>
        <w:rPr>
          <w:rFonts w:ascii="宋体" w:hAnsi="宋体" w:eastAsia="宋体" w:cs="宋体"/>
          <w:color w:val="000000"/>
        </w:rPr>
        <w:t>同法可得：</w:t>
      </w:r>
      <w:r>
        <w:pict>
          <v:shape id="_x0000_i710474" o:spt="75" alt="学科网(www.zxxk.com)--教育资源门户，提供试卷、教案、课件、论文、素材以及各类教学资源下载，还有大量而丰富的教学相关资讯！" type="#_x0000_t75" style="height:14.1pt;width:66.35pt;" o:ole="t" filled="f" o:preferrelative="t" stroked="f" coordsize="21600,21600">
            <v:path/>
            <v:fill on="f" focussize="0,0"/>
            <v:stroke on="f" joinstyle="miter"/>
            <v:imagedata r:id="rId696" o:title="eqIde72dbe710cca6662be5cc0c26a0d12a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75" o:spt="75" alt="学科网(www.zxxk.com)--教育资源门户，提供试卷、教案、课件、论文、素材以及各类教学资源下载，还有大量而丰富的教学相关资讯！" type="#_x0000_t75" style="height:14.25pt;width:219.75pt;" o:ole="t" filled="f" o:preferrelative="t" stroked="f" coordsize="21600,21600">
            <v:path/>
            <v:fill on="f" focussize="0,0"/>
            <v:stroke on="f" joinstyle="miter"/>
            <v:imagedata r:id="rId697" o:title="eqId204d5f7edf6978ac77da1c8a643c6b5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pict>
          <v:shape id="_x0000_i710476"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698" o:title="eqId12e515787ebe97ed2662237d9ca51ea1"/>
            <o:lock v:ext="edit" aspectratio="t"/>
            <w10:wrap type="none"/>
            <w10:anchorlock/>
          </v:shape>
        </w:pict>
      </w:r>
      <w:r>
        <w:pict>
          <v:shape id="_x0000_i710477"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699" o:title="eqIdf6b86c22b670a8e9f3896f9e8883fbbb"/>
            <o:lock v:ext="edit" aspectratio="t"/>
            <w10:wrap type="none"/>
            <w10:anchorlock/>
          </v:shape>
        </w:pict>
      </w:r>
      <w:r>
        <w:rPr>
          <w:rFonts w:ascii="宋体" w:hAnsi="宋体" w:eastAsia="宋体" w:cs="宋体"/>
          <w:color w:val="000000"/>
        </w:rPr>
        <w:t>或</w:t>
      </w:r>
      <w:r>
        <w:pict>
          <v:shape id="_x0000_i710478" o:spt="75" alt="学科网(www.zxxk.com)--教育资源门户，提供试卷、教案、课件、论文、素材以及各类教学资源下载，还有大量而丰富的教学相关资讯！" type="#_x0000_t75" style="height:13.8pt;width:25.05pt;" o:ole="t" filled="f" o:preferrelative="t" stroked="f" coordsize="21600,21600">
            <v:path/>
            <v:fill on="f" focussize="0,0"/>
            <v:stroke on="f" joinstyle="miter"/>
            <v:imagedata r:id="rId700" o:title="eqId1a8f3a8b0608ec011ad95c522fd2ea4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0479"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701" o:title="eqIdf6b86c22b670a8e9f3896f9e8883fbbb"/>
            <o:lock v:ext="edit" aspectratio="t"/>
            <w10:wrap type="none"/>
            <w10:anchorlock/>
          </v:shape>
        </w:pict>
      </w:r>
      <w:r>
        <w:rPr>
          <w:rFonts w:ascii="宋体" w:hAnsi="宋体" w:eastAsia="宋体" w:cs="宋体"/>
          <w:color w:val="000000"/>
        </w:rPr>
        <w:t>或</w:t>
      </w:r>
      <w:r>
        <w:pict>
          <v:shape id="_x0000_i710480" o:spt="75" alt="学科网(www.zxxk.com)--教育资源门户，提供试卷、教案、课件、论文、素材以及各类教学资源下载，还有大量而丰富的教学相关资讯！" type="#_x0000_t75" style="height:13.8pt;width:25.05pt;" o:ole="t" filled="f" o:preferrelative="t" stroked="f" coordsize="21600,21600">
            <v:path/>
            <v:fill on="f" focussize="0,0"/>
            <v:stroke on="f" joinstyle="miter"/>
            <v:imagedata r:id="rId702" o:title="eqId1a8f3a8b0608ec011ad95c522fd2ea4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66975" cy="1828800"/>
            <wp:effectExtent l="0" t="0" r="9525" b="0"/>
            <wp:docPr id="3149"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 name="图片 100051" descr="学科网(www.zxxk.com)--教育资源门户，提供试卷、教案、课件、论文、素材以及各类教学资源下载，还有大量而丰富的教学相关资讯！"/>
                    <pic:cNvPicPr>
                      <a:picLocks noChangeAspect="1"/>
                    </pic:cNvPicPr>
                  </pic:nvPicPr>
                  <pic:blipFill>
                    <a:blip r:embed="rId703"/>
                    <a:stretch>
                      <a:fillRect/>
                    </a:stretch>
                  </pic:blipFill>
                  <pic:spPr>
                    <a:xfrm>
                      <a:off x="0" y="0"/>
                      <a:ext cx="2466975" cy="182880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hAnsi="宋体" w:eastAsia="宋体" w:cs="宋体"/>
          <w:color w:val="000000"/>
        </w:rPr>
        <w:t>解：①如图，由题意，得：</w:t>
      </w:r>
      <w:r>
        <w:pict>
          <v:shape id="_x0000_i710481" o:spt="75" alt="学科网(www.zxxk.com)--教育资源门户，提供试卷、教案、课件、论文、素材以及各类教学资源下载，还有大量而丰富的教学相关资讯！" type="#_x0000_t75" style="height:14.15pt;width:65.8pt;" o:ole="t" filled="f" o:preferrelative="t" stroked="f" coordsize="21600,21600">
            <v:path/>
            <v:fill on="f" focussize="0,0"/>
            <v:stroke on="f" joinstyle="miter"/>
            <v:imagedata r:id="rId704" o:title="eqId886c25cbaff27a9c4cf52dacec0eac4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82" o:spt="75" alt="学科网(www.zxxk.com)--教育资源门户，提供试卷、教案、课件、论文、素材以及各类教学资源下载，还有大量而丰富的教学相关资讯！" type="#_x0000_t75" style="height:14.25pt;width:215.25pt;" o:ole="t" filled="f" o:preferrelative="t" stroked="f" coordsize="21600,21600">
            <v:path/>
            <v:fill on="f" focussize="0,0"/>
            <v:stroke on="f" joinstyle="miter"/>
            <v:imagedata r:id="rId705" o:title="eqId83d5fd53e4eb11c81190958c3ee9d5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83"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706" o:title="eqIdaaf3369e0ea90e8d5cf4b6b3c45c0fd8"/>
            <o:lock v:ext="edit" aspectratio="t"/>
            <w10:wrap type="none"/>
            <w10:anchorlock/>
          </v:shape>
        </w:pict>
      </w:r>
      <w:r>
        <w:rPr>
          <w:rFonts w:ascii="宋体" w:hAnsi="宋体" w:eastAsia="宋体" w:cs="宋体"/>
          <w:color w:val="000000"/>
        </w:rPr>
        <w:t>平分</w:t>
      </w:r>
      <w:r>
        <w:pict>
          <v:shape id="_x0000_i710484"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707" o:title="eqId9fed1f57a835af4e9022e27603d12d3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85" o:spt="75" alt="学科网(www.zxxk.com)--教育资源门户，提供试卷、教案、课件、论文、素材以及各类教学资源下载，还有大量而丰富的教学相关资讯！" type="#_x0000_t75" style="height:30.85pt;width:121.1pt;" o:ole="t" filled="f" o:preferrelative="t" stroked="f" coordsize="21600,21600">
            <v:path/>
            <v:fill on="f" focussize="0,0"/>
            <v:stroke on="f" joinstyle="miter"/>
            <v:imagedata r:id="rId708" o:title="eqId977b0de7c7143c4e9e46d068e44bd3c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86" o:spt="75" alt="学科网(www.zxxk.com)--教育资源门户，提供试卷、教案、课件、论文、素材以及各类教学资源下载，还有大量而丰富的教学相关资讯！" type="#_x0000_t75" style="height:14.25pt;width:225pt;" o:ole="t" filled="f" o:preferrelative="t" stroked="f" coordsize="21600,21600">
            <v:path/>
            <v:fill on="f" focussize="0,0"/>
            <v:stroke on="f" joinstyle="miter"/>
            <v:imagedata r:id="rId709" o:title="eqIdcebea6f4c3ce08ea6e6104cda8d4600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0487"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710" o:title="eqIdb975f35ecfc9641688e682bcee70e1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19325" cy="1162050"/>
            <wp:effectExtent l="0" t="0" r="9525" b="0"/>
            <wp:docPr id="3151"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 name="图片 100053" descr="学科网(www.zxxk.com)--教育资源门户，提供试卷、教案、课件、论文、素材以及各类教学资源下载，还有大量而丰富的教学相关资讯！"/>
                    <pic:cNvPicPr>
                      <a:picLocks noChangeAspect="1"/>
                    </pic:cNvPicPr>
                  </pic:nvPicPr>
                  <pic:blipFill>
                    <a:blip r:embed="rId711"/>
                    <a:stretch>
                      <a:fillRect/>
                    </a:stretch>
                  </pic:blipFill>
                  <pic:spPr>
                    <a:xfrm>
                      <a:off x="0" y="0"/>
                      <a:ext cx="2219325" cy="11620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②存在；</w:t>
      </w:r>
    </w:p>
    <w:p>
      <w:pPr>
        <w:spacing w:line="360" w:lineRule="auto"/>
        <w:jc w:val="left"/>
        <w:textAlignment w:val="center"/>
        <w:rPr>
          <w:color w:val="000000"/>
        </w:rPr>
      </w:pPr>
      <w:r>
        <w:rPr>
          <w:rFonts w:ascii="宋体" w:hAnsi="宋体" w:eastAsia="宋体" w:cs="宋体"/>
          <w:color w:val="000000"/>
        </w:rPr>
        <w:t>∵</w:t>
      </w:r>
      <w:r>
        <w:pict>
          <v:shape id="_x0000_i71048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712" o:title="eqId1bd0dc942dc5a587e3c638df0d42c76b"/>
            <o:lock v:ext="edit" aspectratio="t"/>
            <w10:wrap type="none"/>
            <w10:anchorlock/>
          </v:shape>
        </w:pict>
      </w:r>
      <w:r>
        <w:rPr>
          <w:rFonts w:ascii="宋体" w:hAnsi="宋体" w:eastAsia="宋体" w:cs="宋体"/>
          <w:color w:val="000000"/>
        </w:rPr>
        <w:t>与</w:t>
      </w:r>
      <w:r>
        <w:pict>
          <v:shape id="_x0000_i71048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713" o:title="eqIdd22df2977de56cc69be0c1e847653d7a"/>
            <o:lock v:ext="edit" aspectratio="t"/>
            <w10:wrap type="none"/>
            <w10:anchorlock/>
          </v:shape>
        </w:pict>
      </w:r>
      <w:r>
        <w:rPr>
          <w:rFonts w:ascii="宋体" w:hAnsi="宋体" w:eastAsia="宋体" w:cs="宋体"/>
          <w:color w:val="000000"/>
        </w:rPr>
        <w:t>互余，</w:t>
      </w:r>
    </w:p>
    <w:p>
      <w:pPr>
        <w:spacing w:line="360" w:lineRule="auto"/>
        <w:jc w:val="left"/>
        <w:textAlignment w:val="center"/>
        <w:rPr>
          <w:color w:val="000000"/>
        </w:rPr>
      </w:pPr>
      <w:r>
        <w:rPr>
          <w:rFonts w:ascii="宋体" w:hAnsi="宋体" w:eastAsia="宋体" w:cs="宋体"/>
          <w:color w:val="000000"/>
        </w:rPr>
        <w:t>∴</w:t>
      </w:r>
      <w:r>
        <w:pict>
          <v:shape id="_x0000_i710490" o:spt="75" alt="学科网(www.zxxk.com)--教育资源门户，提供试卷、教案、课件、论文、素材以及各类教学资源下载，还有大量而丰富的教学相关资讯！" type="#_x0000_t75" style="height:14.25pt;width:113.25pt;" o:ole="t" filled="f" o:preferrelative="t" stroked="f" coordsize="21600,21600">
            <v:path/>
            <v:fill on="f" focussize="0,0"/>
            <v:stroke on="f" joinstyle="miter"/>
            <v:imagedata r:id="rId714" o:title="eqId1079acf0e55e4cfc6cb110b0c26086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491" o:spt="75" alt="学科网(www.zxxk.com)--教育资源门户，提供试卷、教案、课件、论文、素材以及各类教学资源下载，还有大量而丰富的教学相关资讯！" type="#_x0000_t75" style="height:13.8pt;width:61.8pt;" o:ole="t" filled="f" o:preferrelative="t" stroked="f" coordsize="21600,21600">
            <v:path/>
            <v:fill on="f" focussize="0,0"/>
            <v:stroke on="f" joinstyle="miter"/>
            <v:imagedata r:id="rId715" o:title="eqId50515b0461f55861fd28f2774a2f01dc"/>
            <o:lock v:ext="edit" aspectratio="t"/>
            <w10:wrap type="none"/>
            <w10:anchorlock/>
          </v:shape>
        </w:pict>
      </w: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2247900" cy="1162050"/>
            <wp:effectExtent l="0" t="0" r="0" b="0"/>
            <wp:docPr id="3153"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 name="图片 100055" descr="学科网(www.zxxk.com)--教育资源门户，提供试卷、教案、课件、论文、素材以及各类教学资源下载，还有大量而丰富的教学相关资讯！"/>
                    <pic:cNvPicPr>
                      <a:picLocks noChangeAspect="1"/>
                    </pic:cNvPicPr>
                  </pic:nvPicPr>
                  <pic:blipFill>
                    <a:blip r:embed="rId716"/>
                    <a:stretch>
                      <a:fillRect/>
                    </a:stretch>
                  </pic:blipFill>
                  <pic:spPr>
                    <a:xfrm>
                      <a:off x="0" y="0"/>
                      <a:ext cx="2247900" cy="11620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∵射线</w:t>
      </w:r>
      <w:r>
        <w:pict>
          <v:shape id="_x0000_i71049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717" o:title="eqId828628c0876b45381c9a0edeb0fec236"/>
            <o:lock v:ext="edit" aspectratio="t"/>
            <w10:wrap type="none"/>
            <w10:anchorlock/>
          </v:shape>
        </w:pict>
      </w:r>
      <w:r>
        <w:rPr>
          <w:rFonts w:ascii="宋体" w:hAnsi="宋体" w:eastAsia="宋体" w:cs="宋体"/>
          <w:color w:val="000000"/>
        </w:rPr>
        <w:t>绕点</w:t>
      </w:r>
      <w:r>
        <w:pict>
          <v:shape id="_x0000_i71049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718" o:title="eqId1dde8112e8eb968fd042418dd632759e"/>
            <o:lock v:ext="edit" aspectratio="t"/>
            <w10:wrap type="none"/>
            <w10:anchorlock/>
          </v:shape>
        </w:pict>
      </w:r>
      <w:r>
        <w:rPr>
          <w:rFonts w:ascii="宋体" w:hAnsi="宋体" w:eastAsia="宋体" w:cs="宋体"/>
          <w:color w:val="000000"/>
        </w:rPr>
        <w:t>从射线</w:t>
      </w:r>
      <w:r>
        <w:pict>
          <v:shape id="_x0000_i710494"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719" o:title="eqIdef4113c492885ba7c47fe42ac792578f"/>
            <o:lock v:ext="edit" aspectratio="t"/>
            <w10:wrap type="none"/>
            <w10:anchorlock/>
          </v:shape>
        </w:pict>
      </w:r>
      <w:r>
        <w:rPr>
          <w:rFonts w:ascii="宋体" w:hAnsi="宋体" w:eastAsia="宋体" w:cs="宋体"/>
          <w:color w:val="000000"/>
        </w:rPr>
        <w:t>的反向延长线的位置出发，逆时针旋转角</w:t>
      </w:r>
      <w:r>
        <w:pict>
          <v:shape id="_x0000_i710495" o:spt="75" alt="学科网(www.zxxk.com)--教育资源门户，提供试卷、教案、课件、论文、素材以及各类教学资源下载，还有大量而丰富的教学相关资讯！" type="#_x0000_t75" style="height:15.6pt;width:77.4pt;" o:ole="t" filled="f" o:preferrelative="t" stroked="f" coordsize="21600,21600">
            <v:path/>
            <v:fill on="f" focussize="0,0"/>
            <v:stroke on="f" joinstyle="miter"/>
            <v:imagedata r:id="rId720" o:title="eqIdbb0c6b3ac303e83e204a619ac3d5e1bf"/>
            <o:lock v:ext="edit" aspectratio="t"/>
            <w10:wrap type="none"/>
            <w10:anchorlock/>
          </v:shape>
        </w:pict>
      </w:r>
      <w:r>
        <w:rPr>
          <w:rFonts w:ascii="宋体" w:hAnsi="宋体" w:eastAsia="宋体" w:cs="宋体"/>
          <w:color w:val="000000"/>
        </w:rPr>
        <w:t>，</w:t>
      </w:r>
      <w:r>
        <w:pict>
          <v:shape id="_x0000_i710496"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721" o:title="eqIdaaf3369e0ea90e8d5cf4b6b3c45c0fd8"/>
            <o:lock v:ext="edit" aspectratio="t"/>
            <w10:wrap type="none"/>
            <w10:anchorlock/>
          </v:shape>
        </w:pict>
      </w:r>
      <w:r>
        <w:rPr>
          <w:rFonts w:ascii="宋体" w:hAnsi="宋体" w:eastAsia="宋体" w:cs="宋体"/>
          <w:color w:val="000000"/>
        </w:rPr>
        <w:t>平分</w:t>
      </w:r>
      <w:r>
        <w:pict>
          <v:shape id="_x0000_i710497"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722" o:title="eqId9fed1f57a835af4e9022e27603d12d3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98"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723" o:title="eqIde30b02c7213f57d3c6c3d65e0650a9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499" o:spt="75" alt="学科网(www.zxxk.com)--教育资源门户，提供试卷、教案、课件、论文、素材以及各类教学资源下载，还有大量而丰富的教学相关资讯！" type="#_x0000_t75" style="height:14.25pt;width:176.25pt;" o:ole="t" filled="f" o:preferrelative="t" stroked="f" coordsize="21600,21600">
            <v:path/>
            <v:fill on="f" focussize="0,0"/>
            <v:stroke on="f" joinstyle="miter"/>
            <v:imagedata r:id="rId724" o:title="eqId3a1f7b9898eda4b3d0e588f1d79cbbea"/>
            <o:lock v:ext="edit" aspectratio="t"/>
            <w10:wrap type="none"/>
            <w10:anchorlock/>
          </v:shape>
        </w:pict>
      </w:r>
      <w:r>
        <w:rPr>
          <w:rFonts w:ascii="宋体" w:hAnsi="宋体" w:eastAsia="宋体" w:cs="宋体"/>
          <w:color w:val="000000"/>
        </w:rPr>
        <w:t>，</w:t>
      </w:r>
      <w:r>
        <w:pict>
          <v:shape id="_x0000_i710500" o:spt="75" alt="学科网(www.zxxk.com)--教育资源门户，提供试卷、教案、课件、论文、素材以及各类教学资源下载，还有大量而丰富的教学相关资讯！" type="#_x0000_t75" style="height:13.8pt;width:90pt;" o:ole="t" filled="f" o:preferrelative="t" stroked="f" coordsize="21600,21600">
            <v:path/>
            <v:fill on="f" focussize="0,0"/>
            <v:stroke on="f" joinstyle="miter"/>
            <v:imagedata r:id="rId725" o:title="eqId6842d1499beb345463b7af659a0f25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01" o:spt="75" alt="学科网(www.zxxk.com)--教育资源门户，提供试卷、教案、课件、论文、素材以及各类教学资源下载，还有大量而丰富的教学相关资讯！" type="#_x0000_t75" style="height:30.75pt;width:144.75pt;" o:ole="t" filled="f" o:preferrelative="t" stroked="f" coordsize="21600,21600">
            <v:path/>
            <v:fill on="f" focussize="0,0"/>
            <v:stroke on="f" joinstyle="miter"/>
            <v:imagedata r:id="rId726" o:title="eqIdb0aace49fadff712323e687612459d1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02" o:spt="75" alt="学科网(www.zxxk.com)--教育资源门户，提供试卷、教案、课件、论文、素材以及各类教学资源下载，还有大量而丰富的教学相关资讯！" type="#_x0000_t75" style="height:14.25pt;width:113.25pt;" o:ole="t" filled="f" o:preferrelative="t" stroked="f" coordsize="21600,21600">
            <v:path/>
            <v:fill on="f" focussize="0,0"/>
            <v:stroke on="f" joinstyle="miter"/>
            <v:imagedata r:id="rId727" o:title="eqId1079acf0e55e4cfc6cb110b0c26086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03" o:spt="75" alt="学科网(www.zxxk.com)--教育资源门户，提供试卷、教案、课件、论文、素材以及各类教学资源下载，还有大量而丰富的教学相关资讯！" type="#_x0000_t75" style="height:30.75pt;width:114.75pt;" o:ole="t" filled="f" o:preferrelative="t" stroked="f" coordsize="21600,21600">
            <v:path/>
            <v:fill on="f" focussize="0,0"/>
            <v:stroke on="f" joinstyle="miter"/>
            <v:imagedata r:id="rId728" o:title="eqId70428d4732336a63759fe9c2f4f9b90a"/>
            <o:lock v:ext="edit" aspectratio="t"/>
            <w10:wrap type="none"/>
            <w10:anchorlock/>
          </v:shape>
        </w:pict>
      </w:r>
      <w:r>
        <w:rPr>
          <w:rFonts w:ascii="宋体" w:hAnsi="宋体" w:eastAsia="宋体" w:cs="宋体"/>
          <w:color w:val="000000"/>
        </w:rPr>
        <w:t>，解得：</w:t>
      </w:r>
      <w:r>
        <w:pict>
          <v:shape id="_x0000_i710504" o:spt="75" alt="学科网(www.zxxk.com)--教育资源门户，提供试卷、教案、课件、论文、素材以及各类教学资源下载，还有大量而丰富的教学相关资讯！" type="#_x0000_t75" style="height:14.1pt;width:40.25pt;" o:ole="t" filled="f" o:preferrelative="t" stroked="f" coordsize="21600,21600">
            <v:path/>
            <v:fill on="f" focussize="0,0"/>
            <v:stroke on="f" joinstyle="miter"/>
            <v:imagedata r:id="rId729" o:title="eqIdd46bbaf4557fbc34e90039cc6494edf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505" o:spt="75" alt="学科网(www.zxxk.com)--教育资源门户，提供试卷、教案、课件、论文、素材以及各类教学资源下载，还有大量而丰富的教学相关资讯！" type="#_x0000_t75" style="height:14.15pt;width:72.75pt;" o:ole="t" filled="f" o:preferrelative="t" stroked="f" coordsize="21600,21600">
            <v:path/>
            <v:fill on="f" focussize="0,0"/>
            <v:stroke on="f" joinstyle="miter"/>
            <v:imagedata r:id="rId730" o:title="eqId5ae35f57ca6a9db3a02aa7ca5e373c70"/>
            <o:lock v:ext="edit" aspectratio="t"/>
            <w10:wrap type="none"/>
            <w10:anchorlock/>
          </v:shape>
        </w:pict>
      </w: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2343150" cy="1219200"/>
            <wp:effectExtent l="0" t="0" r="0" b="0"/>
            <wp:docPr id="3155"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 name="图片 100057" descr="学科网(www.zxxk.com)--教育资源门户，提供试卷、教案、课件、论文、素材以及各类教学资源下载，还有大量而丰富的教学相关资讯！"/>
                    <pic:cNvPicPr>
                      <a:picLocks noChangeAspect="1"/>
                    </pic:cNvPicPr>
                  </pic:nvPicPr>
                  <pic:blipFill>
                    <a:blip r:embed="rId731"/>
                    <a:stretch>
                      <a:fillRect/>
                    </a:stretch>
                  </pic:blipFill>
                  <pic:spPr>
                    <a:xfrm>
                      <a:off x="0" y="0"/>
                      <a:ext cx="2343150" cy="1219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pict>
          <v:shape id="_x0000_i710506" o:spt="75" alt="学科网(www.zxxk.com)--教育资源门户，提供试卷、教案、课件、论文、素材以及各类教学资源下载，还有大量而丰富的教学相关资讯！" type="#_x0000_t75" style="height:14.25pt;width:176.25pt;" o:ole="t" filled="f" o:preferrelative="t" stroked="f" coordsize="21600,21600">
            <v:path/>
            <v:fill on="f" focussize="0,0"/>
            <v:stroke on="f" joinstyle="miter"/>
            <v:imagedata r:id="rId732" o:title="eqId21b3ce1d6e69e02a34e0bc2568392ec1"/>
            <o:lock v:ext="edit" aspectratio="t"/>
            <w10:wrap type="none"/>
            <w10:anchorlock/>
          </v:shape>
        </w:pict>
      </w:r>
      <w:r>
        <w:rPr>
          <w:rFonts w:ascii="宋体" w:hAnsi="宋体" w:eastAsia="宋体" w:cs="宋体"/>
          <w:color w:val="000000"/>
        </w:rPr>
        <w:t>，</w:t>
      </w:r>
      <w:r>
        <w:pict>
          <v:shape id="_x0000_i710507" o:spt="75" alt="学科网(www.zxxk.com)--教育资源门户，提供试卷、教案、课件、论文、素材以及各类教学资源下载，还有大量而丰富的教学相关资讯！" type="#_x0000_t75" style="height:13.8pt;width:90pt;" o:ole="t" filled="f" o:preferrelative="t" stroked="f" coordsize="21600,21600">
            <v:path/>
            <v:fill on="f" focussize="0,0"/>
            <v:stroke on="f" joinstyle="miter"/>
            <v:imagedata r:id="rId733" o:title="eqId6842d1499beb345463b7af659a0f25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08" o:spt="75" alt="学科网(www.zxxk.com)--教育资源门户，提供试卷、教案、课件、论文、素材以及各类教学资源下载，还有大量而丰富的教学相关资讯！" type="#_x0000_t75" style="height:30.75pt;width:144.75pt;" o:ole="t" filled="f" o:preferrelative="t" stroked="f" coordsize="21600,21600">
            <v:path/>
            <v:fill on="f" focussize="0,0"/>
            <v:stroke on="f" joinstyle="miter"/>
            <v:imagedata r:id="rId734" o:title="eqIdb0aace49fadff712323e687612459d1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09" o:spt="75" alt="学科网(www.zxxk.com)--教育资源门户，提供试卷、教案、课件、论文、素材以及各类教学资源下载，还有大量而丰富的教学相关资讯！" type="#_x0000_t75" style="height:14.25pt;width:113.25pt;" o:ole="t" filled="f" o:preferrelative="t" stroked="f" coordsize="21600,21600">
            <v:path/>
            <v:fill on="f" focussize="0,0"/>
            <v:stroke on="f" joinstyle="miter"/>
            <v:imagedata r:id="rId735" o:title="eqId1079acf0e55e4cfc6cb110b0c26086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10" o:spt="75" alt="学科网(www.zxxk.com)--教育资源门户，提供试卷、教案、课件、论文、素材以及各类教学资源下载，还有大量而丰富的教学相关资讯！" type="#_x0000_t75" style="height:30.75pt;width:114.75pt;" o:ole="t" filled="f" o:preferrelative="t" stroked="f" coordsize="21600,21600">
            <v:path/>
            <v:fill on="f" focussize="0,0"/>
            <v:stroke on="f" joinstyle="miter"/>
            <v:imagedata r:id="rId736" o:title="eqId8a6c9c9c4f232fc8c238d39dfdb9da9d"/>
            <o:lock v:ext="edit" aspectratio="t"/>
            <w10:wrap type="none"/>
            <w10:anchorlock/>
          </v:shape>
        </w:pict>
      </w:r>
      <w:r>
        <w:rPr>
          <w:rFonts w:ascii="宋体" w:hAnsi="宋体" w:eastAsia="宋体" w:cs="宋体"/>
          <w:color w:val="000000"/>
        </w:rPr>
        <w:t>，解得：</w:t>
      </w:r>
      <w:r>
        <w:pict>
          <v:shape id="_x0000_i710511" o:spt="75" alt="学科网(www.zxxk.com)--教育资源门户，提供试卷、教案、课件、论文、素材以及各类教学资源下载，还有大量而丰富的教学相关资讯！" type="#_x0000_t75" style="height:12.75pt;width:40.5pt;" o:ole="t" filled="f" o:preferrelative="t" stroked="f" coordsize="21600,21600">
            <v:path/>
            <v:fill on="f" focussize="0,0"/>
            <v:stroke on="f" joinstyle="miter"/>
            <v:imagedata r:id="rId737" o:title="eqId2d03f73bec20b60bc7608972607f5a9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综上：当</w:t>
      </w:r>
      <w:r>
        <w:pict>
          <v:shape id="_x0000_i710512" o:spt="75" alt="学科网(www.zxxk.com)--教育资源门户，提供试卷、教案、课件、论文、素材以及各类教学资源下载，还有大量而丰富的教学相关资讯！" type="#_x0000_t75" style="height:14.1pt;width:40.25pt;" o:ole="t" filled="f" o:preferrelative="t" stroked="f" coordsize="21600,21600">
            <v:path/>
            <v:fill on="f" focussize="0,0"/>
            <v:stroke on="f" joinstyle="miter"/>
            <v:imagedata r:id="rId738" o:title="eqIdd46bbaf4557fbc34e90039cc6494edfa"/>
            <o:lock v:ext="edit" aspectratio="t"/>
            <w10:wrap type="none"/>
            <w10:anchorlock/>
          </v:shape>
        </w:pict>
      </w:r>
      <w:r>
        <w:rPr>
          <w:rFonts w:ascii="宋体" w:hAnsi="宋体" w:eastAsia="宋体" w:cs="宋体"/>
          <w:color w:val="000000"/>
        </w:rPr>
        <w:t>或</w:t>
      </w:r>
      <w:r>
        <w:pict>
          <v:shape id="_x0000_i710513" o:spt="75" alt="学科网(www.zxxk.com)--教育资源门户，提供试卷、教案、课件、论文、素材以及各类教学资源下载，还有大量而丰富的教学相关资讯！" type="#_x0000_t75" style="height:12.75pt;width:40.5pt;" o:ole="t" filled="f" o:preferrelative="t" stroked="f" coordsize="21600,21600">
            <v:path/>
            <v:fill on="f" focussize="0,0"/>
            <v:stroke on="f" joinstyle="miter"/>
            <v:imagedata r:id="rId739" o:title="eqId2d03f73bec20b60bc7608972607f5a9e"/>
            <o:lock v:ext="edit" aspectratio="t"/>
            <w10:wrap type="none"/>
            <w10:anchorlock/>
          </v:shape>
        </w:pict>
      </w:r>
      <w:r>
        <w:rPr>
          <w:rFonts w:ascii="宋体" w:hAnsi="宋体" w:eastAsia="宋体" w:cs="宋体"/>
          <w:color w:val="000000"/>
        </w:rPr>
        <w:t>，</w:t>
      </w:r>
      <w:r>
        <w:pict>
          <v:shape id="_x0000_i71051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740" o:title="eqId1bd0dc942dc5a587e3c638df0d42c76b"/>
            <o:lock v:ext="edit" aspectratio="t"/>
            <w10:wrap type="none"/>
            <w10:anchorlock/>
          </v:shape>
        </w:pict>
      </w:r>
      <w:r>
        <w:rPr>
          <w:rFonts w:ascii="宋体" w:hAnsi="宋体" w:eastAsia="宋体" w:cs="宋体"/>
          <w:color w:val="000000"/>
        </w:rPr>
        <w:t>与</w:t>
      </w:r>
      <w:r>
        <w:pict>
          <v:shape id="_x0000_i71051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741" o:title="eqIdd22df2977de56cc69be0c1e847653d7a"/>
            <o:lock v:ext="edit" aspectratio="t"/>
            <w10:wrap type="none"/>
            <w10:anchorlock/>
          </v:shape>
        </w:pict>
      </w:r>
      <w:r>
        <w:rPr>
          <w:rFonts w:ascii="宋体" w:hAnsi="宋体" w:eastAsia="宋体" w:cs="宋体"/>
          <w:color w:val="000000"/>
        </w:rPr>
        <w:t>互余．</w:t>
      </w:r>
    </w:p>
    <w:p>
      <w:pPr>
        <w:spacing w:line="360" w:lineRule="auto"/>
        <w:jc w:val="left"/>
        <w:textAlignment w:val="center"/>
        <w:rPr>
          <w:color w:val="000000"/>
        </w:rPr>
      </w:pPr>
      <w:r>
        <w:rPr>
          <w:color w:val="000000"/>
        </w:rPr>
        <w:t>【点睛】</w:t>
      </w:r>
      <w:r>
        <w:rPr>
          <w:rFonts w:ascii="宋体" w:hAnsi="宋体" w:eastAsia="宋体" w:cs="宋体"/>
          <w:color w:val="000000"/>
        </w:rPr>
        <w:t>本题考查含角平分线的角度的计算．根据图形，准确的确定角之间的关系，利用数形结合和分类讨论的思想进行求解，是解题的关键．</w:t>
      </w:r>
    </w:p>
    <w:p>
      <w:pPr>
        <w:spacing w:line="360" w:lineRule="auto"/>
        <w:jc w:val="both"/>
        <w:textAlignment w:val="center"/>
        <w:rPr>
          <w:color w:val="000000"/>
        </w:rPr>
      </w:pPr>
      <w:r>
        <w:rPr>
          <w:color w:val="000000"/>
        </w:rPr>
        <w:t xml:space="preserve">27. </w:t>
      </w:r>
      <w:r>
        <w:rPr>
          <w:rFonts w:ascii="宋体" w:hAnsi="宋体" w:eastAsia="宋体" w:cs="宋体"/>
          <w:color w:val="000000"/>
        </w:rPr>
        <w:t>已知数轴上两点</w:t>
      </w:r>
      <w:r>
        <w:pict>
          <v:shape id="_x0000_i71051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2" o:title="eqId5963abe8f421bd99a2aaa94831a951e9"/>
            <o:lock v:ext="edit" aspectratio="t"/>
            <w10:wrap type="none"/>
            <w10:anchorlock/>
          </v:shape>
        </w:pict>
      </w:r>
      <w:r>
        <w:rPr>
          <w:rFonts w:ascii="宋体" w:hAnsi="宋体" w:eastAsia="宋体" w:cs="宋体"/>
          <w:color w:val="000000"/>
        </w:rPr>
        <w:t>、</w:t>
      </w:r>
      <w:r>
        <w:pict>
          <v:shape id="_x0000_i71051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43" o:title="eqId7f9e8449aad35c5d840a3395ea86df6d"/>
            <o:lock v:ext="edit" aspectratio="t"/>
            <w10:wrap type="none"/>
            <w10:anchorlock/>
          </v:shape>
        </w:pict>
      </w:r>
      <w:r>
        <w:rPr>
          <w:rFonts w:ascii="宋体" w:hAnsi="宋体" w:eastAsia="宋体" w:cs="宋体"/>
          <w:color w:val="000000"/>
        </w:rPr>
        <w:t>，其中</w:t>
      </w:r>
      <w:r>
        <w:pict>
          <v:shape id="_x0000_i71051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2" o:title="eqId5963abe8f421bd99a2aaa94831a951e9"/>
            <o:lock v:ext="edit" aspectratio="t"/>
            <w10:wrap type="none"/>
            <w10:anchorlock/>
          </v:shape>
        </w:pict>
      </w:r>
      <w:r>
        <w:rPr>
          <w:rFonts w:ascii="宋体" w:hAnsi="宋体" w:eastAsia="宋体" w:cs="宋体"/>
          <w:color w:val="000000"/>
        </w:rPr>
        <w:t>表示的数为</w:t>
      </w:r>
      <w:r>
        <w:pict>
          <v:shape id="_x0000_i71051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744" o:title="eqId274a9dc37509f01c2606fb3086a46f4f"/>
            <o:lock v:ext="edit" aspectratio="t"/>
            <w10:wrap type="none"/>
            <w10:anchorlock/>
          </v:shape>
        </w:pict>
      </w:r>
      <w:r>
        <w:rPr>
          <w:rFonts w:ascii="宋体" w:hAnsi="宋体" w:eastAsia="宋体" w:cs="宋体"/>
          <w:color w:val="000000"/>
        </w:rPr>
        <w:t>，</w:t>
      </w:r>
      <w:r>
        <w:pict>
          <v:shape id="_x0000_i71052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43"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．对于在数轴一点</w:t>
      </w:r>
      <w:r>
        <w:pict>
          <v:shape id="_x0000_i71052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45" o:title="eqIdac047e91852b91af639feec23a9598b2"/>
            <o:lock v:ext="edit" aspectratio="t"/>
            <w10:wrap type="none"/>
            <w10:anchorlock/>
          </v:shape>
        </w:pict>
      </w:r>
      <w:r>
        <w:rPr>
          <w:rFonts w:ascii="宋体" w:hAnsi="宋体" w:eastAsia="宋体" w:cs="宋体"/>
          <w:color w:val="000000"/>
        </w:rPr>
        <w:t>（不与点</w:t>
      </w:r>
      <w:r>
        <w:pict>
          <v:shape id="_x0000_i71052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2" o:title="eqId5963abe8f421bd99a2aaa94831a951e9"/>
            <o:lock v:ext="edit" aspectratio="t"/>
            <w10:wrap type="none"/>
            <w10:anchorlock/>
          </v:shape>
        </w:pict>
      </w:r>
      <w:r>
        <w:rPr>
          <w:rFonts w:ascii="宋体" w:hAnsi="宋体" w:eastAsia="宋体" w:cs="宋体"/>
          <w:color w:val="000000"/>
        </w:rPr>
        <w:t>、点</w:t>
      </w:r>
      <w:r>
        <w:pict>
          <v:shape id="_x0000_i71052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43" o:title="eqId7f9e8449aad35c5d840a3395ea86df6d"/>
            <o:lock v:ext="edit" aspectratio="t"/>
            <w10:wrap type="none"/>
            <w10:anchorlock/>
          </v:shape>
        </w:pict>
      </w:r>
      <w:r>
        <w:rPr>
          <w:rFonts w:ascii="宋体" w:hAnsi="宋体" w:eastAsia="宋体" w:cs="宋体"/>
          <w:color w:val="000000"/>
        </w:rPr>
        <w:t>重合），若线段</w:t>
      </w:r>
      <w:r>
        <w:pict>
          <v:shape id="_x0000_i710524" o:spt="75" alt="学科网(www.zxxk.com)--教育资源门户，提供试卷、教案、课件、论文、素材以及各类教学资源下载，还有大量而丰富的教学相关资讯！" type="#_x0000_t75" style="height:13pt;width:24pt;" o:ole="t" filled="f" o:preferrelative="t" stroked="f" coordsize="21600,21600">
            <v:path/>
            <v:fill on="f" focussize="0,0"/>
            <v:stroke on="f" joinstyle="miter"/>
            <v:imagedata r:id="rId746" o:title="eqIdd50703c46b6153945d718b198f03b4b5"/>
            <o:lock v:ext="edit" aspectratio="t"/>
            <w10:wrap type="none"/>
            <w10:anchorlock/>
          </v:shape>
        </w:pict>
      </w:r>
      <w:r>
        <w:rPr>
          <w:rFonts w:ascii="宋体" w:hAnsi="宋体" w:eastAsia="宋体" w:cs="宋体"/>
          <w:color w:val="000000"/>
        </w:rPr>
        <w:t>与</w:t>
      </w:r>
      <w:r>
        <w:pict>
          <v:shape id="_x0000_i71052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747" o:title="eqIde69d2b798744645af88a4fa411344a83"/>
            <o:lock v:ext="edit" aspectratio="t"/>
            <w10:wrap type="none"/>
            <w10:anchorlock/>
          </v:shape>
        </w:pict>
      </w:r>
      <w:r>
        <w:rPr>
          <w:rFonts w:ascii="宋体" w:hAnsi="宋体" w:eastAsia="宋体" w:cs="宋体"/>
          <w:color w:val="000000"/>
        </w:rPr>
        <w:t>的长度之比为</w:t>
      </w:r>
      <w:r>
        <w:pict>
          <v:shape id="_x0000_i710526"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748" o:title="eqId294f5ba74cdf695fc9a8a8e52f421328"/>
            <o:lock v:ext="edit" aspectratio="t"/>
            <w10:wrap type="none"/>
            <w10:anchorlock/>
          </v:shape>
        </w:pict>
      </w:r>
      <w:r>
        <w:rPr>
          <w:rFonts w:ascii="宋体" w:hAnsi="宋体" w:eastAsia="宋体" w:cs="宋体"/>
          <w:color w:val="000000"/>
        </w:rPr>
        <w:t>，则称</w:t>
      </w:r>
      <w:r>
        <w:pict>
          <v:shape id="_x0000_i71052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45" o:title="eqIdac047e91852b91af639feec23a9598b2"/>
            <o:lock v:ext="edit" aspectratio="t"/>
            <w10:wrap type="none"/>
            <w10:anchorlock/>
          </v:shape>
        </w:pict>
      </w:r>
      <w:r>
        <w:rPr>
          <w:rFonts w:ascii="宋体" w:hAnsi="宋体" w:eastAsia="宋体" w:cs="宋体"/>
          <w:color w:val="000000"/>
        </w:rPr>
        <w:t>叫做点</w:t>
      </w:r>
      <w:r>
        <w:pict>
          <v:shape id="_x0000_i71052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2" o:title="eqId5963abe8f421bd99a2aaa94831a951e9"/>
            <o:lock v:ext="edit" aspectratio="t"/>
            <w10:wrap type="none"/>
            <w10:anchorlock/>
          </v:shape>
        </w:pict>
      </w:r>
      <w:r>
        <w:rPr>
          <w:rFonts w:ascii="宋体" w:hAnsi="宋体" w:eastAsia="宋体" w:cs="宋体"/>
          <w:color w:val="000000"/>
        </w:rPr>
        <w:t>、</w:t>
      </w:r>
      <w:r>
        <w:pict>
          <v:shape id="_x0000_i71052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43" o:title="eqId7f9e8449aad35c5d840a3395ea86df6d"/>
            <o:lock v:ext="edit" aspectratio="t"/>
            <w10:wrap type="none"/>
            <w10:anchorlock/>
          </v:shape>
        </w:pict>
      </w:r>
      <w:r>
        <w:rPr>
          <w:rFonts w:ascii="宋体" w:hAnsi="宋体" w:eastAsia="宋体" w:cs="宋体"/>
          <w:color w:val="000000"/>
        </w:rPr>
        <w:t>的“</w:t>
      </w:r>
      <w:r>
        <w:pict>
          <v:shape id="_x0000_i710530"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748" o:title="eqId294f5ba74cdf695fc9a8a8e52f421328"/>
            <o:lock v:ext="edit" aspectratio="t"/>
            <w10:wrap type="none"/>
            <w10:anchorlock/>
          </v:shape>
        </w:pict>
      </w:r>
      <w:r>
        <w:rPr>
          <w:rFonts w:ascii="宋体" w:hAnsi="宋体" w:eastAsia="宋体" w:cs="宋体"/>
          <w:color w:val="000000"/>
        </w:rPr>
        <w:t>倍伴随点”，记作</w:t>
      </w:r>
      <w:r>
        <w:pict>
          <v:shape id="_x0000_i710531"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749" o:title="eqId2f2cf1125a712333ef59247c92490dc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例如，图</w:t>
      </w:r>
      <w:r>
        <w:rPr>
          <w:rFonts w:ascii="Times New Roman" w:hAnsi="Times New Roman" w:eastAsia="Times New Roman" w:cs="Times New Roman"/>
          <w:color w:val="000000"/>
        </w:rPr>
        <w:t>1</w:t>
      </w:r>
      <w:r>
        <w:rPr>
          <w:rFonts w:ascii="宋体" w:hAnsi="宋体" w:eastAsia="宋体" w:cs="宋体"/>
          <w:color w:val="000000"/>
        </w:rPr>
        <w:t>所示：若点</w:t>
      </w:r>
      <w:r>
        <w:pict>
          <v:shape id="_x0000_i71053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750" o:title="eqId1dde8112e8eb968fd042418dd632759e"/>
            <o:lock v:ext="edit" aspectratio="t"/>
            <w10:wrap type="none"/>
            <w10:anchorlock/>
          </v:shape>
        </w:pict>
      </w:r>
      <w:r>
        <w:rPr>
          <w:rFonts w:ascii="宋体" w:hAnsi="宋体" w:eastAsia="宋体" w:cs="宋体"/>
          <w:color w:val="000000"/>
        </w:rPr>
        <w:t>是线段</w:t>
      </w:r>
      <w:r>
        <w:pict>
          <v:shape id="_x0000_i710533"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751" o:title="eqIdf52a58fbaf4fea03567e88a9f0f6e37e"/>
            <o:lock v:ext="edit" aspectratio="t"/>
            <w10:wrap type="none"/>
            <w10:anchorlock/>
          </v:shape>
        </w:pict>
      </w:r>
      <w:r>
        <w:rPr>
          <w:rFonts w:ascii="宋体" w:hAnsi="宋体" w:eastAsia="宋体" w:cs="宋体"/>
          <w:color w:val="000000"/>
        </w:rPr>
        <w:t>的中点时，有</w:t>
      </w:r>
      <w:r>
        <w:pict>
          <v:shape id="_x0000_i710534" o:spt="75" alt="学科网(www.zxxk.com)--教育资源门户，提供试卷、教案、课件、论文、素材以及各类教学资源下载，还有大量而丰富的教学相关资讯！" type="#_x0000_t75" style="height:14.1pt;width:50.1pt;" o:ole="t" filled="f" o:preferrelative="t" stroked="f" coordsize="21600,21600">
            <v:path/>
            <v:fill on="f" focussize="0,0"/>
            <v:stroke on="f" joinstyle="miter"/>
            <v:imagedata r:id="rId752" o:title="eqId129f2a8a3a38ec4119d5e1016dd04f1a"/>
            <o:lock v:ext="edit" aspectratio="t"/>
            <w10:wrap type="none"/>
            <w10:anchorlock/>
          </v:shape>
        </w:pict>
      </w:r>
      <w:r>
        <w:rPr>
          <w:rFonts w:ascii="宋体" w:hAnsi="宋体" w:eastAsia="宋体" w:cs="宋体"/>
          <w:color w:val="000000"/>
        </w:rPr>
        <w:t>，则称点</w:t>
      </w:r>
      <w:r>
        <w:pict>
          <v:shape id="_x0000_i710535"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750" o:title="eqId1dde8112e8eb968fd042418dd632759e"/>
            <o:lock v:ext="edit" aspectratio="t"/>
            <w10:wrap type="none"/>
            <w10:anchorlock/>
          </v:shape>
        </w:pict>
      </w:r>
      <w:r>
        <w:rPr>
          <w:rFonts w:ascii="宋体" w:hAnsi="宋体" w:eastAsia="宋体" w:cs="宋体"/>
          <w:color w:val="000000"/>
        </w:rPr>
        <w:t>为点</w:t>
      </w:r>
      <w:r>
        <w:pict>
          <v:shape id="_x0000_i71053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53" o:title="eqId5963abe8f421bd99a2aaa94831a951e9"/>
            <o:lock v:ext="edit" aspectratio="t"/>
            <w10:wrap type="none"/>
            <w10:anchorlock/>
          </v:shape>
        </w:pict>
      </w:r>
      <w:r>
        <w:rPr>
          <w:rFonts w:ascii="宋体" w:hAnsi="宋体" w:eastAsia="宋体" w:cs="宋体"/>
          <w:color w:val="000000"/>
        </w:rPr>
        <w:t>、</w:t>
      </w:r>
      <w:r>
        <w:pict>
          <v:shape id="_x0000_i71053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54"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1</w:t>
      </w:r>
      <w:r>
        <w:rPr>
          <w:rFonts w:ascii="宋体" w:hAnsi="宋体" w:eastAsia="宋体" w:cs="宋体"/>
          <w:color w:val="000000"/>
        </w:rPr>
        <w:t>倍伴随点”，记作</w:t>
      </w:r>
      <w:r>
        <w:pict>
          <v:shape id="_x0000_i710538"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755" o:title="eqIde832cf29089058a2b647dd504622e2a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762250" cy="638175"/>
            <wp:effectExtent l="0" t="0" r="0" b="9525"/>
            <wp:docPr id="3157"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 name="图片 100059" descr="学科网(www.zxxk.com)--教育资源门户，提供试卷、教案、课件、论文、素材以及各类教学资源下载，还有大量而丰富的教学相关资讯！"/>
                    <pic:cNvPicPr>
                      <a:picLocks noChangeAspect="1"/>
                    </pic:cNvPicPr>
                  </pic:nvPicPr>
                  <pic:blipFill>
                    <a:blip r:embed="rId756"/>
                    <a:stretch>
                      <a:fillRect/>
                    </a:stretch>
                  </pic:blipFill>
                  <pic:spPr>
                    <a:xfrm>
                      <a:off x="0" y="0"/>
                      <a:ext cx="2762250" cy="6381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请根据上述规定回答下列问题：</w:t>
      </w:r>
    </w:p>
    <w:p>
      <w:pPr>
        <w:spacing w:line="360" w:lineRule="auto"/>
        <w:jc w:val="left"/>
        <w:textAlignment w:val="center"/>
        <w:rPr>
          <w:color w:val="000000"/>
        </w:rPr>
      </w:pPr>
      <w:r>
        <w:rPr>
          <w:color w:val="000000"/>
        </w:rPr>
        <w:t>（1）</w:t>
      </w:r>
      <w:r>
        <w:rPr>
          <w:rFonts w:ascii="宋体" w:hAnsi="宋体" w:eastAsia="宋体" w:cs="宋体"/>
          <w:color w:val="000000"/>
        </w:rPr>
        <w:t>已知，如图</w:t>
      </w:r>
      <w:r>
        <w:rPr>
          <w:rFonts w:ascii="Times New Roman" w:hAnsi="Times New Roman" w:eastAsia="Times New Roman" w:cs="Times New Roman"/>
          <w:color w:val="000000"/>
        </w:rPr>
        <w:t>2</w:t>
      </w:r>
      <w:r>
        <w:rPr>
          <w:rFonts w:ascii="宋体" w:hAnsi="宋体" w:eastAsia="宋体" w:cs="宋体"/>
          <w:color w:val="000000"/>
        </w:rPr>
        <w:t>，点</w:t>
      </w:r>
      <w:r>
        <w:pict>
          <v:shape id="_x0000_i710539" o:spt="75" alt="学科网(www.zxxk.com)--教育资源门户，提供试卷、教案、课件、论文、素材以及各类教学资源下载，还有大量而丰富的教学相关资讯！" type="#_x0000_t75" style="height:18.15pt;width:18.8pt;" o:ole="t" filled="f" o:preferrelative="t" stroked="f" coordsize="21600,21600">
            <v:path/>
            <v:fill on="f" focussize="0,0"/>
            <v:stroke on="f" joinstyle="miter"/>
            <v:imagedata r:id="rId757" o:title="eqId4b104090ea2ac34be58a76a4e0e95cb3"/>
            <o:lock v:ext="edit" aspectratio="t"/>
            <w10:wrap type="none"/>
            <w10:anchorlock/>
          </v:shape>
        </w:pict>
      </w:r>
      <w:r>
        <w:rPr>
          <w:rFonts w:ascii="宋体" w:hAnsi="宋体" w:eastAsia="宋体" w:cs="宋体"/>
          <w:color w:val="000000"/>
        </w:rPr>
        <w:t>，</w:t>
      </w:r>
      <w:r>
        <w:pict>
          <v:shape id="_x0000_i710540" o:spt="75" alt="学科网(www.zxxk.com)--教育资源门户，提供试卷、教案、课件、论文、素材以及各类教学资源下载，还有大量而丰富的教学相关资讯！" type="#_x0000_t75" style="height:18.15pt;width:20.05pt;" o:ole="t" filled="f" o:preferrelative="t" stroked="f" coordsize="21600,21600">
            <v:path/>
            <v:fill on="f" focussize="0,0"/>
            <v:stroke on="f" joinstyle="miter"/>
            <v:imagedata r:id="rId758" o:title="eqId7df1d9b712b639c8b6809c9f3ae03706"/>
            <o:lock v:ext="edit" aspectratio="t"/>
            <w10:wrap type="none"/>
            <w10:anchorlock/>
          </v:shape>
        </w:pict>
      </w:r>
      <w:r>
        <w:rPr>
          <w:rFonts w:ascii="宋体" w:hAnsi="宋体" w:eastAsia="宋体" w:cs="宋体"/>
          <w:color w:val="000000"/>
        </w:rPr>
        <w:t>，</w:t>
      </w:r>
      <w:r>
        <w:pict>
          <v:shape id="_x0000_i710541" o:spt="75" alt="学科网(www.zxxk.com)--教育资源门户，提供试卷、教案、课件、论文、素材以及各类教学资源下载，还有大量而丰富的教学相关资讯！" type="#_x0000_t75" style="height:18.15pt;width:18.8pt;" o:ole="t" filled="f" o:preferrelative="t" stroked="f" coordsize="21600,21600">
            <v:path/>
            <v:fill on="f" focussize="0,0"/>
            <v:stroke on="f" joinstyle="miter"/>
            <v:imagedata r:id="rId759" o:title="eqId32efe4eff75508cb93e828c735dcb695"/>
            <o:lock v:ext="edit" aspectratio="t"/>
            <w10:wrap type="none"/>
            <w10:anchorlock/>
          </v:shape>
        </w:pict>
      </w:r>
      <w:r>
        <w:rPr>
          <w:rFonts w:ascii="宋体" w:hAnsi="宋体" w:eastAsia="宋体" w:cs="宋体"/>
          <w:color w:val="000000"/>
        </w:rPr>
        <w:t>为数轴上三个点，点</w:t>
      </w:r>
      <w:r>
        <w:pict>
          <v:shape id="_x0000_i710542" o:spt="75" alt="学科网(www.zxxk.com)--教育资源门户，提供试卷、教案、课件、论文、素材以及各类教学资源下载，还有大量而丰富的教学相关资讯！" type="#_x0000_t75" style="height:18.15pt;width:18.8pt;" o:ole="t" filled="f" o:preferrelative="t" stroked="f" coordsize="21600,21600">
            <v:path/>
            <v:fill on="f" focussize="0,0"/>
            <v:stroke on="f" joinstyle="miter"/>
            <v:imagedata r:id="rId757" o:title="eqId4b104090ea2ac34be58a76a4e0e95cb3"/>
            <o:lock v:ext="edit" aspectratio="t"/>
            <w10:wrap type="none"/>
            <w10:anchorlock/>
          </v:shape>
        </w:pict>
      </w:r>
      <w:r>
        <w:rPr>
          <w:rFonts w:ascii="宋体" w:hAnsi="宋体" w:eastAsia="宋体" w:cs="宋体"/>
          <w:color w:val="000000"/>
        </w:rPr>
        <w:t>表示的数是</w:t>
      </w:r>
      <w:r>
        <w:pict>
          <v:shape id="_x0000_i710543"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760" o:title="eqId3389f53711264b0acba3ba6019f8b90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695575" cy="704850"/>
            <wp:effectExtent l="0" t="0" r="9525" b="0"/>
            <wp:docPr id="3159"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 name="图片 100061" descr="学科网(www.zxxk.com)--教育资源门户，提供试卷、教案、课件、论文、素材以及各类教学资源下载，还有大量而丰富的教学相关资讯！"/>
                    <pic:cNvPicPr>
                      <a:picLocks noChangeAspect="1"/>
                    </pic:cNvPicPr>
                  </pic:nvPicPr>
                  <pic:blipFill>
                    <a:blip r:embed="rId761"/>
                    <a:stretch>
                      <a:fillRect/>
                    </a:stretch>
                  </pic:blipFill>
                  <pic:spPr>
                    <a:xfrm>
                      <a:off x="0" y="0"/>
                      <a:ext cx="2695575" cy="70485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①</w:t>
      </w:r>
      <w:r>
        <w:pict>
          <v:shape id="_x0000_i710544"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762" o:title="eqIdf705bebcca24ee238c4aa445d8973fbe"/>
            <o:lock v:ext="edit" aspectratio="t"/>
            <w10:wrap type="none"/>
            <w10:anchorlock/>
          </v:shape>
        </w:pic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②比较</w:t>
      </w:r>
      <w:r>
        <w:pict>
          <v:shape id="_x0000_i710545"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63" o:title="eqIdca491fed14a1558749a13a7d4647367e"/>
            <o:lock v:ext="edit" aspectratio="t"/>
            <w10:wrap type="none"/>
            <w10:anchorlock/>
          </v:shape>
        </w:pict>
      </w:r>
      <w:r>
        <w:rPr>
          <w:rFonts w:ascii="宋体" w:hAnsi="宋体" w:eastAsia="宋体" w:cs="宋体"/>
          <w:color w:val="000000"/>
        </w:rPr>
        <w:t>、</w:t>
      </w:r>
      <w:r>
        <w:pict>
          <v:shape id="_x0000_i710546"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764" o:title="eqIde6d862dac0b563f05bc20f4ab27d74a2"/>
            <o:lock v:ext="edit" aspectratio="t"/>
            <w10:wrap type="none"/>
            <w10:anchorlock/>
          </v:shape>
        </w:pict>
      </w:r>
      <w:r>
        <w:rPr>
          <w:rFonts w:ascii="宋体" w:hAnsi="宋体" w:eastAsia="宋体" w:cs="宋体"/>
          <w:color w:val="000000"/>
        </w:rPr>
        <w:t>与</w:t>
      </w:r>
      <w:r>
        <w:pict>
          <v:shape id="_x0000_i710547"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65" o:title="eqIdbd525994331a5576cd611c85000701c1"/>
            <o:lock v:ext="edit" aspectratio="t"/>
            <w10:wrap type="none"/>
            <w10:anchorlock/>
          </v:shape>
        </w:pict>
      </w:r>
      <w:r>
        <w:rPr>
          <w:rFonts w:ascii="宋体" w:hAnsi="宋体" w:eastAsia="宋体" w:cs="宋体"/>
          <w:color w:val="000000"/>
        </w:rPr>
        <w:t>的大小</w:t>
      </w:r>
      <w:r>
        <w:rPr>
          <w:rFonts w:ascii="Times New Roman" w:hAnsi="Times New Roman" w:eastAsia="Times New Roman" w:cs="Times New Roman"/>
          <w:color w:val="000000"/>
        </w:rPr>
        <w:t>_______________</w:t>
      </w:r>
      <w:r>
        <w:rPr>
          <w:rFonts w:ascii="宋体" w:hAnsi="宋体" w:eastAsia="宋体" w:cs="宋体"/>
          <w:color w:val="000000"/>
        </w:rPr>
        <w:t>（用“</w:t>
      </w:r>
      <w:r>
        <w:pict>
          <v:shape id="_x0000_i71054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66" o:title="eqId4ff7942da6c3fc4005256fb1458557c0"/>
            <o:lock v:ext="edit" aspectratio="t"/>
            <w10:wrap type="none"/>
            <w10:anchorlock/>
          </v:shape>
        </w:pict>
      </w:r>
      <w:r>
        <w:rPr>
          <w:rFonts w:ascii="宋体" w:hAnsi="宋体" w:eastAsia="宋体" w:cs="宋体"/>
          <w:color w:val="000000"/>
        </w:rPr>
        <w:t>”连接）；</w:t>
      </w:r>
    </w:p>
    <w:p>
      <w:pPr>
        <w:spacing w:line="360" w:lineRule="auto"/>
        <w:jc w:val="left"/>
        <w:textAlignment w:val="center"/>
        <w:rPr>
          <w:color w:val="000000"/>
        </w:rPr>
      </w:pPr>
      <w:r>
        <w:rPr>
          <w:color w:val="000000"/>
        </w:rPr>
        <w:t>（2）</w:t>
      </w:r>
      <w:r>
        <w:rPr>
          <w:rFonts w:ascii="宋体" w:hAnsi="宋体" w:eastAsia="宋体" w:cs="宋体"/>
          <w:color w:val="000000"/>
        </w:rPr>
        <w:t>已知点</w:t>
      </w:r>
      <w:r>
        <w:pict>
          <v:shape id="_x0000_i71054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67" o:title="eqIdc5db41a1f31d6baee7c69990811edb9f"/>
            <o:lock v:ext="edit" aspectratio="t"/>
            <w10:wrap type="none"/>
            <w10:anchorlock/>
          </v:shape>
        </w:pict>
      </w:r>
      <w:r>
        <w:rPr>
          <w:rFonts w:ascii="宋体" w:hAnsi="宋体" w:eastAsia="宋体" w:cs="宋体"/>
          <w:color w:val="000000"/>
        </w:rPr>
        <w:t>是数轴上点</w:t>
      </w:r>
      <w:r>
        <w:pict>
          <v:shape id="_x0000_i71055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68" o:title="eqId5963abe8f421bd99a2aaa94831a951e9"/>
            <o:lock v:ext="edit" aspectratio="t"/>
            <w10:wrap type="none"/>
            <w10:anchorlock/>
          </v:shape>
        </w:pict>
      </w:r>
      <w:r>
        <w:rPr>
          <w:rFonts w:ascii="宋体" w:hAnsi="宋体" w:eastAsia="宋体" w:cs="宋体"/>
          <w:color w:val="000000"/>
        </w:rPr>
        <w:t>、</w:t>
      </w:r>
      <w:r>
        <w:pict>
          <v:shape id="_x0000_i71055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69"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倍伴随点”，请你直接写出点</w:t>
      </w:r>
      <w:r>
        <w:pict>
          <v:shape id="_x0000_i71055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67"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已知数轴上三点</w:t>
      </w:r>
      <w:r>
        <w:pict>
          <v:shape id="_x0000_i71055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70" o:title="eqId8455657dde27aabe6adb7b188e031c11"/>
            <o:lock v:ext="edit" aspectratio="t"/>
            <w10:wrap type="none"/>
            <w10:anchorlock/>
          </v:shape>
        </w:pict>
      </w:r>
      <w:r>
        <w:rPr>
          <w:rFonts w:ascii="宋体" w:hAnsi="宋体" w:eastAsia="宋体" w:cs="宋体"/>
          <w:color w:val="000000"/>
        </w:rPr>
        <w:t>，</w:t>
      </w:r>
      <w:r>
        <w:pict>
          <v:shape id="_x0000_i71055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71" o:title="eqId2a30f3a8b673cc28bd90c50cf1a35281"/>
            <o:lock v:ext="edit" aspectratio="t"/>
            <w10:wrap type="none"/>
            <w10:anchorlock/>
          </v:shape>
        </w:pict>
      </w:r>
      <w:r>
        <w:rPr>
          <w:rFonts w:ascii="宋体" w:hAnsi="宋体" w:eastAsia="宋体" w:cs="宋体"/>
          <w:color w:val="000000"/>
        </w:rPr>
        <w:t>，</w:t>
      </w:r>
      <w:r>
        <w:pict>
          <v:shape id="_x0000_i71055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772" o:title="eqIda0ed1ec316bc54c37c4286c208f55667"/>
            <o:lock v:ext="edit" aspectratio="t"/>
            <w10:wrap type="none"/>
            <w10:anchorlock/>
          </v:shape>
        </w:pict>
      </w:r>
      <w:r>
        <w:rPr>
          <w:rFonts w:ascii="宋体" w:hAnsi="宋体" w:eastAsia="宋体" w:cs="宋体"/>
          <w:color w:val="000000"/>
        </w:rPr>
        <w:t>，点</w:t>
      </w:r>
      <w:r>
        <w:pict>
          <v:shape id="_x0000_i71055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71" o:title="eqId2a30f3a8b673cc28bd90c50cf1a35281"/>
            <o:lock v:ext="edit" aspectratio="t"/>
            <w10:wrap type="none"/>
            <w10:anchorlock/>
          </v:shape>
        </w:pict>
      </w:r>
      <w:r>
        <w:rPr>
          <w:rFonts w:ascii="宋体" w:hAnsi="宋体" w:eastAsia="宋体" w:cs="宋体"/>
          <w:color w:val="000000"/>
        </w:rPr>
        <w:t>、</w:t>
      </w:r>
      <w:r>
        <w:pict>
          <v:shape id="_x0000_i710557"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772" o:title="eqIda0ed1ec316bc54c37c4286c208f55667"/>
            <o:lock v:ext="edit" aspectratio="t"/>
            <w10:wrap type="none"/>
            <w10:anchorlock/>
          </v:shape>
        </w:pict>
      </w:r>
      <w:r>
        <w:rPr>
          <w:rFonts w:ascii="宋体" w:hAnsi="宋体" w:eastAsia="宋体" w:cs="宋体"/>
          <w:color w:val="000000"/>
        </w:rPr>
        <w:t>分别为</w:t>
      </w:r>
      <w:r>
        <w:pict>
          <v:shape id="_x0000_i71055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773" o:title="eqId03902478df1a55bc99703210bccab910"/>
            <o:lock v:ext="edit" aspectratio="t"/>
            <w10:wrap type="none"/>
            <w10:anchorlock/>
          </v:shape>
        </w:pict>
      </w:r>
      <w:r>
        <w:rPr>
          <w:rFonts w:ascii="宋体" w:hAnsi="宋体" w:eastAsia="宋体" w:cs="宋体"/>
          <w:color w:val="000000"/>
        </w:rPr>
        <w:t>、</w:t>
      </w:r>
      <w:r>
        <w:pict>
          <v:shape id="_x0000_i710559"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774" o:title="eqIdd40b319212a7e7528b053e1c7097e966"/>
            <o:lock v:ext="edit" aspectratio="t"/>
            <w10:wrap type="none"/>
            <w10:anchorlock/>
          </v:shape>
        </w:pict>
      </w:r>
      <w:r>
        <w:rPr>
          <w:rFonts w:ascii="宋体" w:hAnsi="宋体" w:eastAsia="宋体" w:cs="宋体"/>
          <w:color w:val="000000"/>
        </w:rPr>
        <w:t>的中点，满足</w:t>
      </w:r>
      <w:r>
        <w:pict>
          <v:shape id="_x0000_i710560"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775" o:title="eqId79b9d11b4b22d7f5797819f24bbd67bb"/>
            <o:lock v:ext="edit" aspectratio="t"/>
            <w10:wrap type="none"/>
            <w10:anchorlock/>
          </v:shape>
        </w:pict>
      </w:r>
      <w:r>
        <w:rPr>
          <w:rFonts w:ascii="宋体" w:hAnsi="宋体" w:eastAsia="宋体" w:cs="宋体"/>
          <w:color w:val="000000"/>
        </w:rPr>
        <w:t>，且此时点</w:t>
      </w:r>
      <w:r>
        <w:pict>
          <v:shape id="_x0000_i71056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70" o:title="eqId8455657dde27aabe6adb7b188e031c11"/>
            <o:lock v:ext="edit" aspectratio="t"/>
            <w10:wrap type="none"/>
            <w10:anchorlock/>
          </v:shape>
        </w:pict>
      </w:r>
      <w:r>
        <w:rPr>
          <w:rFonts w:ascii="宋体" w:hAnsi="宋体" w:eastAsia="宋体" w:cs="宋体"/>
          <w:color w:val="000000"/>
        </w:rPr>
        <w:t>是点</w:t>
      </w:r>
      <w:r>
        <w:pict>
          <v:shape id="_x0000_i71056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76" o:title="eqId5963abe8f421bd99a2aaa94831a951e9"/>
            <o:lock v:ext="edit" aspectratio="t"/>
            <w10:wrap type="none"/>
            <w10:anchorlock/>
          </v:shape>
        </w:pict>
      </w:r>
      <w:r>
        <w:rPr>
          <w:rFonts w:ascii="宋体" w:hAnsi="宋体" w:eastAsia="宋体" w:cs="宋体"/>
          <w:color w:val="000000"/>
        </w:rPr>
        <w:t>、</w:t>
      </w:r>
      <w:r>
        <w:pict>
          <v:shape id="_x0000_i71056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7" o:title="eqId7f9e8449aad35c5d840a3395ea86df6d"/>
            <o:lock v:ext="edit" aspectratio="t"/>
            <w10:wrap type="none"/>
            <w10:anchorlock/>
          </v:shape>
        </w:pict>
      </w:r>
      <w:r>
        <w:rPr>
          <w:rFonts w:ascii="宋体" w:hAnsi="宋体" w:eastAsia="宋体" w:cs="宋体"/>
          <w:color w:val="000000"/>
        </w:rPr>
        <w:t>的“</w:t>
      </w:r>
      <w:r>
        <w:pict>
          <v:shape id="_x0000_i710564"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778" o:title="eqId5c02bc0c74292b1e8f395f90935d3174"/>
            <o:lock v:ext="edit" aspectratio="t"/>
            <w10:wrap type="none"/>
            <w10:anchorlock/>
          </v:shape>
        </w:pict>
      </w:r>
      <w:r>
        <w:rPr>
          <w:rFonts w:ascii="宋体" w:hAnsi="宋体" w:eastAsia="宋体" w:cs="宋体"/>
          <w:color w:val="000000"/>
        </w:rPr>
        <w:t>倍伴随点”，求</w:t>
      </w:r>
      <w:r>
        <w:pict>
          <v:shape id="_x0000_i710565"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778" o:title="eqId5c02bc0c74292b1e8f395f90935d3174"/>
            <o:lock v:ext="edit" aspectratio="t"/>
            <w10:wrap type="none"/>
            <w10:anchorlock/>
          </v:shape>
        </w:pict>
      </w:r>
      <w:r>
        <w:rPr>
          <w:rFonts w:ascii="宋体" w:hAnsi="宋体" w:eastAsia="宋体" w:cs="宋体"/>
          <w:color w:val="000000"/>
        </w:rPr>
        <w:t>的值及点</w:t>
      </w:r>
      <w:r>
        <w:pict>
          <v:shape id="_x0000_i710566"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70" o:title="eqId8455657dde27aabe6adb7b188e031c11"/>
            <o:lock v:ext="edit" aspectratio="t"/>
            <w10:wrap type="none"/>
            <w10:anchorlock/>
          </v:shape>
        </w:pict>
      </w:r>
      <w:r>
        <w:rPr>
          <w:rFonts w:ascii="宋体" w:hAnsi="宋体" w:eastAsia="宋体" w:cs="宋体"/>
          <w:color w:val="000000"/>
        </w:rPr>
        <w:t>表示的数．</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pict>
          <v:shape id="_x0000_i710567" o:spt="75" alt="学科网(www.zxxk.com)--教育资源门户，提供试卷、教案、课件、论文、素材以及各类教学资源下载，还有大量而丰富的教学相关资讯！" type="#_x0000_t75" style="height:31.1pt;width:10.95pt;" o:ole="t" filled="f" o:preferrelative="t" stroked="f" coordsize="21600,21600">
            <v:path/>
            <v:fill on="f" focussize="0,0"/>
            <v:stroke on="f" joinstyle="miter"/>
            <v:imagedata r:id="rId779" o:title="eqIdeac97e6740365c85ad857aff85cefbe5"/>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②</w:t>
      </w:r>
      <w:r>
        <w:pict>
          <v:shape id="_x0000_i710568" o:spt="75" alt="学科网(www.zxxk.com)--教育资源门户，提供试卷、教案、课件、论文、素材以及各类教学资源下载，还有大量而丰富的教学相关资讯！" type="#_x0000_t75" style="height:20.25pt;width:123pt;" o:ole="t" filled="f" o:preferrelative="t" stroked="f" coordsize="21600,21600">
            <v:path/>
            <v:fill on="f" focussize="0,0"/>
            <v:stroke on="f" joinstyle="miter"/>
            <v:imagedata r:id="rId780" o:title="eqId618630fe6edc7edfa42a4d9c99dbafd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4</w:t>
      </w:r>
      <w:r>
        <w:rPr>
          <w:color w:val="000000"/>
        </w:rPr>
        <w:t xml:space="preserve">    （3）</w:t>
      </w:r>
      <w:r>
        <w:pict>
          <v:shape id="_x0000_i710569" o:spt="75" alt="学科网(www.zxxk.com)--教育资源门户，提供试卷、教案、课件、论文、素材以及各类教学资源下载，还有大量而丰富的教学相关资讯！" type="#_x0000_t75" style="height:31.2pt;width:30pt;" o:ole="t" filled="f" o:preferrelative="t" stroked="f" coordsize="21600,21600">
            <v:path/>
            <v:fill on="f" focussize="0,0"/>
            <v:stroke on="f" joinstyle="miter"/>
            <v:imagedata r:id="rId781" o:title="eqIdf9e67213c89a9bb119b126457a9f9f63"/>
            <o:lock v:ext="edit" aspectratio="t"/>
            <w10:wrap type="none"/>
            <w10:anchorlock/>
          </v:shape>
        </w:pict>
      </w:r>
      <w:r>
        <w:rPr>
          <w:rFonts w:ascii="宋体" w:hAnsi="宋体" w:eastAsia="宋体" w:cs="宋体"/>
          <w:color w:val="000000"/>
        </w:rPr>
        <w:t>，点</w:t>
      </w:r>
      <w:r>
        <w:pict>
          <v:shape id="_x0000_i71057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82" o:title="eqId8455657dde27aabe6adb7b188e031c11"/>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8</w:t>
      </w:r>
      <w:r>
        <w:rPr>
          <w:rFonts w:ascii="宋体" w:hAnsi="宋体" w:eastAsia="宋体" w:cs="宋体"/>
          <w:color w:val="000000"/>
        </w:rPr>
        <w:t>；</w:t>
      </w:r>
      <w:r>
        <w:pict>
          <v:shape id="_x0000_i710571"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783" o:title="eqIdabd97dfdac7bde7b03acbe713e095ad8"/>
            <o:lock v:ext="edit" aspectratio="t"/>
            <w10:wrap type="none"/>
            <w10:anchorlock/>
          </v:shape>
        </w:pict>
      </w:r>
      <w:r>
        <w:rPr>
          <w:rFonts w:ascii="宋体" w:hAnsi="宋体" w:eastAsia="宋体" w:cs="宋体"/>
          <w:color w:val="000000"/>
        </w:rPr>
        <w:t>点</w:t>
      </w:r>
      <w:r>
        <w:pict>
          <v:shape id="_x0000_i710572"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82" o:title="eqId8455657dde27aabe6adb7b188e031c11"/>
            <o:lock v:ext="edit" aspectratio="t"/>
            <w10:wrap type="none"/>
            <w10:anchorlock/>
          </v:shape>
        </w:pict>
      </w:r>
      <w:r>
        <w:rPr>
          <w:rFonts w:ascii="宋体" w:hAnsi="宋体" w:eastAsia="宋体" w:cs="宋体"/>
          <w:color w:val="000000"/>
        </w:rPr>
        <w:t>表示的数为</w:t>
      </w:r>
      <w:r>
        <w:pict>
          <v:shape id="_x0000_i710573" o:spt="75" alt="学科网(www.zxxk.com)--教育资源门户，提供试卷、教案、课件、论文、素材以及各类教学资源下载，还有大量而丰富的教学相关资讯！" type="#_x0000_t75" style="height:14.25pt;width:15.9pt;" o:ole="t" filled="f" o:preferrelative="t" stroked="f" coordsize="21600,21600">
            <v:path/>
            <v:fill on="f" focussize="0,0"/>
            <v:stroke on="f" joinstyle="miter"/>
            <v:imagedata r:id="rId784" o:title="eqIdb6b9a5f1362c12e1ea8f6fc0d9d787ac"/>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）①求出</w:t>
      </w:r>
      <w:r>
        <w:pict>
          <v:shape id="_x0000_i710574" o:spt="75" alt="学科网(www.zxxk.com)--教育资源门户，提供试卷、教案、课件、论文、素材以及各类教学资源下载，还有大量而丰富的教学相关资讯！" type="#_x0000_t75" style="height:18pt;width:52pt;" o:ole="t" filled="f" o:preferrelative="t" stroked="f" coordsize="21600,21600">
            <v:path/>
            <v:fill on="f" focussize="0,0"/>
            <v:stroke on="f" joinstyle="miter"/>
            <v:imagedata r:id="rId785" o:title="eqIde59686038e1014bd155ba419f93a1cc0"/>
            <o:lock v:ext="edit" aspectratio="t"/>
            <w10:wrap type="none"/>
            <w10:anchorlock/>
          </v:shape>
        </w:pict>
      </w:r>
      <w:r>
        <w:rPr>
          <w:rFonts w:ascii="宋体" w:hAnsi="宋体" w:eastAsia="宋体" w:cs="宋体"/>
          <w:color w:val="000000"/>
        </w:rPr>
        <w:t>，根据“</w:t>
      </w:r>
      <w:r>
        <w:pict>
          <v:shape id="_x0000_i710575"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786" o:title="eqId294f5ba74cdf695fc9a8a8e52f421328"/>
            <o:lock v:ext="edit" aspectratio="t"/>
            <w10:wrap type="none"/>
            <w10:anchorlock/>
          </v:shape>
        </w:pict>
      </w:r>
      <w:r>
        <w:rPr>
          <w:rFonts w:ascii="宋体" w:hAnsi="宋体" w:eastAsia="宋体" w:cs="宋体"/>
          <w:color w:val="000000"/>
        </w:rPr>
        <w:t>倍伴随点”的定义，进行求解即可；②根据定义，结合点在数轴上的位置，进行比较即可；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）根据点</w:t>
      </w:r>
      <w:r>
        <w:pict>
          <v:shape id="_x0000_i71057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7" o:title="eqIdc5db41a1f31d6baee7c69990811edb9f"/>
            <o:lock v:ext="edit" aspectratio="t"/>
            <w10:wrap type="none"/>
            <w10:anchorlock/>
          </v:shape>
        </w:pict>
      </w:r>
      <w:r>
        <w:rPr>
          <w:rFonts w:ascii="宋体" w:hAnsi="宋体" w:eastAsia="宋体" w:cs="宋体"/>
          <w:color w:val="000000"/>
        </w:rPr>
        <w:t>是数轴上点</w:t>
      </w:r>
      <w:r>
        <w:pict>
          <v:shape id="_x0000_i71057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88" o:title="eqId5963abe8f421bd99a2aaa94831a951e9"/>
            <o:lock v:ext="edit" aspectratio="t"/>
            <w10:wrap type="none"/>
            <w10:anchorlock/>
          </v:shape>
        </w:pict>
      </w:r>
      <w:r>
        <w:rPr>
          <w:rFonts w:ascii="宋体" w:hAnsi="宋体" w:eastAsia="宋体" w:cs="宋体"/>
          <w:color w:val="000000"/>
        </w:rPr>
        <w:t>、</w:t>
      </w:r>
      <w:r>
        <w:pict>
          <v:shape id="_x0000_i71057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89"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倍伴随点</w:t>
      </w:r>
      <w:r>
        <w:rPr>
          <w:rFonts w:ascii="Times New Roman" w:hAnsi="Times New Roman" w:eastAsia="Times New Roman" w:cs="Times New Roman"/>
          <w:color w:val="000000"/>
        </w:rPr>
        <w:t>”</w:t>
      </w:r>
      <w:r>
        <w:rPr>
          <w:rFonts w:ascii="宋体" w:hAnsi="宋体" w:eastAsia="宋体" w:cs="宋体"/>
          <w:color w:val="000000"/>
        </w:rPr>
        <w:t>，结合定义进行求解即可；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w:t>
      </w:r>
      <w:r>
        <w:pict>
          <v:shape id="_x0000_i710579"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90" o:title="eqId8455657dde27aabe6adb7b188e031c11"/>
            <o:lock v:ext="edit" aspectratio="t"/>
            <w10:wrap type="none"/>
            <w10:anchorlock/>
          </v:shape>
        </w:pict>
      </w:r>
      <w:r>
        <w:rPr>
          <w:rFonts w:ascii="宋体" w:hAnsi="宋体" w:eastAsia="宋体" w:cs="宋体"/>
          <w:color w:val="000000"/>
        </w:rPr>
        <w:t>在</w:t>
      </w:r>
      <w:r>
        <w:pict>
          <v:shape id="_x0000_i71058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91" o:title="eqId5963abe8f421bd99a2aaa94831a951e9"/>
            <o:lock v:ext="edit" aspectratio="t"/>
            <w10:wrap type="none"/>
            <w10:anchorlock/>
          </v:shape>
        </w:pict>
      </w:r>
      <w:r>
        <w:rPr>
          <w:rFonts w:ascii="宋体" w:hAnsi="宋体" w:eastAsia="宋体" w:cs="宋体"/>
          <w:color w:val="000000"/>
        </w:rPr>
        <w:t>点左侧，和</w:t>
      </w:r>
      <w:r>
        <w:pict>
          <v:shape id="_x0000_i71058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90" o:title="eqId8455657dde27aabe6adb7b188e031c11"/>
            <o:lock v:ext="edit" aspectratio="t"/>
            <w10:wrap type="none"/>
            <w10:anchorlock/>
          </v:shape>
        </w:pict>
      </w:r>
      <w:r>
        <w:rPr>
          <w:rFonts w:ascii="宋体" w:hAnsi="宋体" w:eastAsia="宋体" w:cs="宋体"/>
          <w:color w:val="000000"/>
        </w:rPr>
        <w:t>在</w:t>
      </w:r>
      <w:r>
        <w:pict>
          <v:shape id="_x0000_i71058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92" o:title="eqId7f9e8449aad35c5d840a3395ea86df6d"/>
            <o:lock v:ext="edit" aspectratio="t"/>
            <w10:wrap type="none"/>
            <w10:anchorlock/>
          </v:shape>
        </w:pict>
      </w:r>
      <w:r>
        <w:rPr>
          <w:rFonts w:ascii="宋体" w:hAnsi="宋体" w:eastAsia="宋体" w:cs="宋体"/>
          <w:color w:val="000000"/>
        </w:rPr>
        <w:t>点右侧，进行讨论求解即可．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解：①由图可知：</w:t>
      </w:r>
      <w:r>
        <w:pict>
          <v:shape id="_x0000_i710583" o:spt="75" alt="学科网(www.zxxk.com)--教育资源门户，提供试卷、教案、课件、论文、素材以及各类教学资源下载，还有大量而丰富的教学相关资讯！" type="#_x0000_t75" style="height:33.75pt;width:210.75pt;" o:ole="t" filled="f" o:preferrelative="t" stroked="f" coordsize="21600,21600">
            <v:path/>
            <v:fill on="f" focussize="0,0"/>
            <v:stroke on="f" joinstyle="miter"/>
            <v:imagedata r:id="rId793" o:title="eqIda18bf096c52c4097cf87842d23bd888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84" o:spt="75" alt="学科网(www.zxxk.com)--教育资源门户，提供试卷、教案、课件、论文、素材以及各类教学资源下载，还有大量而丰富的教学相关资讯！" type="#_x0000_t75" style="height:33.75pt;width:86.25pt;" o:ole="t" filled="f" o:preferrelative="t" stroked="f" coordsize="21600,21600">
            <v:path/>
            <v:fill on="f" focussize="0,0"/>
            <v:stroke on="f" joinstyle="miter"/>
            <v:imagedata r:id="rId794" o:title="eqId57384c0e6357450b45e2f0a0c01644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85" o:spt="75" alt="学科网(www.zxxk.com)--教育资源门户，提供试卷、教案、课件、论文、素材以及各类教学资源下载，还有大量而丰富的教学相关资讯！" type="#_x0000_t75" style="height:30.75pt;width:54pt;" o:ole="t" filled="f" o:preferrelative="t" stroked="f" coordsize="21600,21600">
            <v:path/>
            <v:fill on="f" focussize="0,0"/>
            <v:stroke on="f" joinstyle="miter"/>
            <v:imagedata r:id="rId795" o:title="eqId1a8ac9ae1b6acbaf9af613ab826b50c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0586" o:spt="75" alt="学科网(www.zxxk.com)--教育资源门户，提供试卷、教案、课件、论文、素材以及各类教学资源下载，还有大量而丰富的教学相关资讯！" type="#_x0000_t75" style="height:31.1pt;width:10.95pt;" o:ole="t" filled="f" o:preferrelative="t" stroked="f" coordsize="21600,21600">
            <v:path/>
            <v:fill on="f" focussize="0,0"/>
            <v:stroke on="f" joinstyle="miter"/>
            <v:imagedata r:id="rId796" o:title="eqIdeac97e6740365c85ad857aff85cefbe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②由题意，得：</w:t>
      </w:r>
      <w:r>
        <w:pict>
          <v:shape id="_x0000_i710587" o:spt="75" alt="学科网(www.zxxk.com)--教育资源门户，提供试卷、教案、课件、论文、素材以及各类教学资源下载，还有大量而丰富的教学相关资讯！" type="#_x0000_t75" style="height:33.75pt;width:222.75pt;" o:ole="t" filled="f" o:preferrelative="t" stroked="f" coordsize="21600,21600">
            <v:path/>
            <v:fill on="f" focussize="0,0"/>
            <v:stroke on="f" joinstyle="miter"/>
            <v:imagedata r:id="rId797" o:title="eqId20acba5efc8737add1337c6eb063f09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由图可知：</w:t>
      </w:r>
      <w:r>
        <w:pict>
          <v:shape id="_x0000_i710588" o:spt="75" alt="学科网(www.zxxk.com)--教育资源门户，提供试卷、教案、课件、论文、素材以及各类教学资源下载，还有大量而丰富的教学相关资讯！" type="#_x0000_t75" style="height:18pt;width:195pt;" o:ole="t" filled="f" o:preferrelative="t" stroked="f" coordsize="21600,21600">
            <v:path/>
            <v:fill on="f" focussize="0,0"/>
            <v:stroke on="f" joinstyle="miter"/>
            <v:imagedata r:id="rId798" o:title="eqIdce1be46048a193195ad862837c66c28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∵分数的分子越大，分母越小，分数就越大，</w:t>
      </w:r>
    </w:p>
    <w:p>
      <w:pPr>
        <w:spacing w:line="360" w:lineRule="auto"/>
        <w:jc w:val="left"/>
        <w:textAlignment w:val="center"/>
        <w:rPr>
          <w:color w:val="000000"/>
        </w:rPr>
      </w:pPr>
      <w:r>
        <w:rPr>
          <w:rFonts w:ascii="宋体" w:hAnsi="宋体" w:eastAsia="宋体" w:cs="宋体"/>
          <w:color w:val="000000"/>
        </w:rPr>
        <w:t>∴</w:t>
      </w:r>
      <w:r>
        <w:pict>
          <v:shape id="_x0000_i710589" o:spt="75" alt="学科网(www.zxxk.com)--教育资源门户，提供试卷、教案、课件、论文、素材以及各类教学资源下载，还有大量而丰富的教学相关资讯！" type="#_x0000_t75" style="height:33.75pt;width:105pt;" o:ole="t" filled="f" o:preferrelative="t" stroked="f" coordsize="21600,21600">
            <v:path/>
            <v:fill on="f" focussize="0,0"/>
            <v:stroke on="f" joinstyle="miter"/>
            <v:imagedata r:id="rId799" o:title="eqIdba358032c936181a44123a65c1acd3b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0590" o:spt="75" alt="学科网(www.zxxk.com)--教育资源门户，提供试卷、教案、课件、论文、素材以及各类教学资源下载，还有大量而丰富的教学相关资讯！" type="#_x0000_t75" style="height:20.25pt;width:123pt;" o:ole="t" filled="f" o:preferrelative="t" stroked="f" coordsize="21600,21600">
            <v:path/>
            <v:fill on="f" focussize="0,0"/>
            <v:stroke on="f" joinstyle="miter"/>
            <v:imagedata r:id="rId800" o:title="eqId618630fe6edc7edfa42a4d9c99dbafd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0591" o:spt="75" alt="学科网(www.zxxk.com)--教育资源门户，提供试卷、教案、课件、论文、素材以及各类教学资源下载，还有大量而丰富的教学相关资讯！" type="#_x0000_t75" style="height:20.25pt;width:123pt;" o:ole="t" filled="f" o:preferrelative="t" stroked="f" coordsize="21600,21600">
            <v:path/>
            <v:fill on="f" focussize="0,0"/>
            <v:stroke on="f" joinstyle="miter"/>
            <v:imagedata r:id="rId801" o:title="eqId618630fe6edc7edfa42a4d9c99dbafd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解：∵点</w:t>
      </w:r>
      <w:r>
        <w:pict>
          <v:shape id="_x0000_i71059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02" o:title="eqIdc5db41a1f31d6baee7c69990811edb9f"/>
            <o:lock v:ext="edit" aspectratio="t"/>
            <w10:wrap type="none"/>
            <w10:anchorlock/>
          </v:shape>
        </w:pict>
      </w:r>
      <w:r>
        <w:rPr>
          <w:rFonts w:ascii="宋体" w:hAnsi="宋体" w:eastAsia="宋体" w:cs="宋体"/>
          <w:color w:val="000000"/>
        </w:rPr>
        <w:t>是数轴上点</w:t>
      </w:r>
      <w:r>
        <w:pict>
          <v:shape id="_x0000_i71059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03" o:title="eqId5963abe8f421bd99a2aaa94831a951e9"/>
            <o:lock v:ext="edit" aspectratio="t"/>
            <w10:wrap type="none"/>
            <w10:anchorlock/>
          </v:shape>
        </w:pict>
      </w:r>
      <w:r>
        <w:rPr>
          <w:rFonts w:ascii="宋体" w:hAnsi="宋体" w:eastAsia="宋体" w:cs="宋体"/>
          <w:color w:val="000000"/>
        </w:rPr>
        <w:t>、</w:t>
      </w:r>
      <w:r>
        <w:pict>
          <v:shape id="_x0000_i71059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04"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倍伴随点”，</w:t>
      </w:r>
    </w:p>
    <w:p>
      <w:pPr>
        <w:spacing w:line="360" w:lineRule="auto"/>
        <w:jc w:val="left"/>
        <w:textAlignment w:val="center"/>
        <w:rPr>
          <w:color w:val="000000"/>
        </w:rPr>
      </w:pPr>
      <w:r>
        <w:rPr>
          <w:rFonts w:ascii="宋体" w:hAnsi="宋体" w:eastAsia="宋体" w:cs="宋体"/>
          <w:color w:val="000000"/>
        </w:rPr>
        <w:t>∴</w:t>
      </w:r>
      <w:r>
        <w:pict>
          <v:shape id="_x0000_i710595" o:spt="75" alt="学科网(www.zxxk.com)--教育资源门户，提供试卷、教案、课件、论文、素材以及各类教学资源下载，还有大量而丰富的教学相关资讯！" type="#_x0000_t75" style="height:30.6pt;width:39.6pt;" o:ole="t" filled="f" o:preferrelative="t" stroked="f" coordsize="21600,21600">
            <v:path/>
            <v:fill on="f" focussize="0,0"/>
            <v:stroke on="f" joinstyle="miter"/>
            <v:imagedata r:id="rId805" o:title="eqIdee97803aede651ff63665d2f5f75e5c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596"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806" o:title="eqId50e6ca1f0d3577fc45d0dcc959af647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w:t>
      </w:r>
      <w:r>
        <w:pict>
          <v:shape id="_x0000_i71059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07" o:title="eqIdc5db41a1f31d6baee7c69990811edb9f"/>
            <o:lock v:ext="edit" aspectratio="t"/>
            <w10:wrap type="none"/>
            <w10:anchorlock/>
          </v:shape>
        </w:pict>
      </w:r>
      <w:r>
        <w:rPr>
          <w:rFonts w:ascii="宋体" w:hAnsi="宋体" w:eastAsia="宋体" w:cs="宋体"/>
          <w:color w:val="000000"/>
        </w:rPr>
        <w:t>点所表示的数为</w:t>
      </w:r>
      <w:r>
        <w:pict>
          <v:shape id="_x0000_i71059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08" o:title="eqId81dea63b8ce3e51adf66cf7b9982a2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59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09" o:title="eqIdc5db41a1f31d6baee7c69990811edb9f"/>
            <o:lock v:ext="edit" aspectratio="t"/>
            <w10:wrap type="none"/>
            <w10:anchorlock/>
          </v:shape>
        </w:pict>
      </w:r>
      <w:r>
        <w:rPr>
          <w:rFonts w:ascii="宋体" w:hAnsi="宋体" w:eastAsia="宋体" w:cs="宋体"/>
          <w:color w:val="000000"/>
        </w:rPr>
        <w:t>在</w:t>
      </w:r>
      <w:r>
        <w:pict>
          <v:shape id="_x0000_i710600"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10" o:title="eqIdf52a58fbaf4fea03567e88a9f0f6e37e"/>
            <o:lock v:ext="edit" aspectratio="t"/>
            <w10:wrap type="none"/>
            <w10:anchorlock/>
          </v:shape>
        </w:pict>
      </w:r>
      <w:r>
        <w:rPr>
          <w:rFonts w:ascii="宋体" w:hAnsi="宋体" w:eastAsia="宋体" w:cs="宋体"/>
          <w:color w:val="000000"/>
        </w:rPr>
        <w:t>中间时：</w:t>
      </w:r>
      <w:r>
        <w:pict>
          <v:shape id="_x0000_i710601" o:spt="75" alt="学科网(www.zxxk.com)--教育资源门户，提供试卷、教案、课件、论文、素材以及各类教学资源下载，还有大量而丰富的教学相关资讯！" type="#_x0000_t75" style="height:20.25pt;width:93pt;" o:ole="t" filled="f" o:preferrelative="t" stroked="f" coordsize="21600,21600">
            <v:path/>
            <v:fill on="f" focussize="0,0"/>
            <v:stroke on="f" joinstyle="miter"/>
            <v:imagedata r:id="rId811" o:title="eqId10d0549bc9d4d914483f17387fc7e5a1"/>
            <o:lock v:ext="edit" aspectratio="t"/>
            <w10:wrap type="none"/>
            <w10:anchorlock/>
          </v:shape>
        </w:pict>
      </w:r>
      <w:r>
        <w:rPr>
          <w:rFonts w:ascii="宋体" w:hAnsi="宋体" w:eastAsia="宋体" w:cs="宋体"/>
          <w:color w:val="000000"/>
        </w:rPr>
        <w:t>，解得：</w:t>
      </w:r>
      <w:r>
        <w:pict>
          <v:shape id="_x0000_i710602"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812" o:title="eqId9b384412acba251d87902ab928902f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60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13" o:title="eqIdc5db41a1f31d6baee7c69990811edb9f"/>
            <o:lock v:ext="edit" aspectratio="t"/>
            <w10:wrap type="none"/>
            <w10:anchorlock/>
          </v:shape>
        </w:pict>
      </w:r>
      <w:r>
        <w:rPr>
          <w:rFonts w:ascii="宋体" w:hAnsi="宋体" w:eastAsia="宋体" w:cs="宋体"/>
          <w:color w:val="000000"/>
        </w:rPr>
        <w:t>在</w:t>
      </w:r>
      <w:r>
        <w:pict>
          <v:shape id="_x0000_i71060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14" o:title="eqId7f9e8449aad35c5d840a3395ea86df6d"/>
            <o:lock v:ext="edit" aspectratio="t"/>
            <w10:wrap type="none"/>
            <w10:anchorlock/>
          </v:shape>
        </w:pict>
      </w:r>
      <w:r>
        <w:rPr>
          <w:rFonts w:ascii="宋体" w:hAnsi="宋体" w:eastAsia="宋体" w:cs="宋体"/>
          <w:color w:val="000000"/>
        </w:rPr>
        <w:t>的右侧时：</w:t>
      </w:r>
      <w:r>
        <w:pict>
          <v:shape id="_x0000_i710605" o:spt="75" alt="学科网(www.zxxk.com)--教育资源门户，提供试卷、教案、课件、论文、素材以及各类教学资源下载，还有大量而丰富的教学相关资讯！" type="#_x0000_t75" style="height:20.25pt;width:93pt;" o:ole="t" filled="f" o:preferrelative="t" stroked="f" coordsize="21600,21600">
            <v:path/>
            <v:fill on="f" focussize="0,0"/>
            <v:stroke on="f" joinstyle="miter"/>
            <v:imagedata r:id="rId815" o:title="eqId321c5bf11f70b73bc276fa3370b8a36f"/>
            <o:lock v:ext="edit" aspectratio="t"/>
            <w10:wrap type="none"/>
            <w10:anchorlock/>
          </v:shape>
        </w:pict>
      </w:r>
      <w:r>
        <w:rPr>
          <w:rFonts w:ascii="宋体" w:hAnsi="宋体" w:eastAsia="宋体" w:cs="宋体"/>
          <w:color w:val="000000"/>
        </w:rPr>
        <w:t>，解得：</w:t>
      </w:r>
      <w:r>
        <w:pict>
          <v:shape id="_x0000_i71060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816" o:title="eqIdf23d29646155e27b172ecdf263e2d70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pict>
          <v:shape id="_x0000_i71060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17" o:title="eqIdc5db41a1f31d6baee7c69990811edb9f"/>
            <o:lock v:ext="edit" aspectratio="t"/>
            <w10:wrap type="none"/>
            <w10:anchorlock/>
          </v:shape>
        </w:pict>
      </w:r>
      <w:r>
        <w:rPr>
          <w:rFonts w:ascii="宋体" w:hAnsi="宋体" w:eastAsia="宋体" w:cs="宋体"/>
          <w:color w:val="000000"/>
        </w:rPr>
        <w:t>点表示的数为：</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解：设</w:t>
      </w:r>
      <w:r>
        <w:pict>
          <v:shape id="_x0000_i71060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818" o:title="eqId8455657dde27aabe6adb7b188e031c11"/>
            <o:lock v:ext="edit" aspectratio="t"/>
            <w10:wrap type="none"/>
            <w10:anchorlock/>
          </v:shape>
        </w:pict>
      </w:r>
      <w:r>
        <w:rPr>
          <w:rFonts w:ascii="宋体" w:hAnsi="宋体" w:eastAsia="宋体" w:cs="宋体"/>
          <w:color w:val="000000"/>
        </w:rPr>
        <w:t>点表示的数为</w:t>
      </w:r>
      <w:r>
        <w:pict>
          <v:shape id="_x0000_i71060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19" o:title="eqId0a6936d370d6a238a608ca56f87198d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061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820" o:title="eqId8455657dde27aabe6adb7b188e031c11"/>
            <o:lock v:ext="edit" aspectratio="t"/>
            <w10:wrap type="none"/>
            <w10:anchorlock/>
          </v:shape>
        </w:pict>
      </w:r>
      <w:r>
        <w:rPr>
          <w:rFonts w:ascii="宋体" w:hAnsi="宋体" w:eastAsia="宋体" w:cs="宋体"/>
          <w:color w:val="000000"/>
        </w:rPr>
        <w:t>在</w:t>
      </w:r>
      <w:r>
        <w:pict>
          <v:shape id="_x0000_i71061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21" o:title="eqId5963abe8f421bd99a2aaa94831a951e9"/>
            <o:lock v:ext="edit" aspectratio="t"/>
            <w10:wrap type="none"/>
            <w10:anchorlock/>
          </v:shape>
        </w:pict>
      </w:r>
      <w:r>
        <w:rPr>
          <w:rFonts w:ascii="宋体" w:hAnsi="宋体" w:eastAsia="宋体" w:cs="宋体"/>
          <w:color w:val="000000"/>
        </w:rPr>
        <w:t>点左侧时，</w:t>
      </w:r>
      <w:r>
        <w:pict>
          <v:shape id="_x0000_i710612" o:spt="75" alt="学科网(www.zxxk.com)--教育资源门户，提供试卷、教案、课件、论文、素材以及各类教学资源下载，还有大量而丰富的教学相关资讯！" type="#_x0000_t75" style="height:15.75pt;width:117.75pt;" o:ole="t" filled="f" o:preferrelative="t" stroked="f" coordsize="21600,21600">
            <v:path/>
            <v:fill on="f" focussize="0,0"/>
            <v:stroke on="f" joinstyle="miter"/>
            <v:imagedata r:id="rId822" o:title="eqIdfc13881ccb1174df33c49a38ea519ba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10613"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823" o:title="eqId2a30f3a8b673cc28bd90c50cf1a35281"/>
            <o:lock v:ext="edit" aspectratio="t"/>
            <w10:wrap type="none"/>
            <w10:anchorlock/>
          </v:shape>
        </w:pict>
      </w:r>
      <w:r>
        <w:rPr>
          <w:rFonts w:ascii="宋体" w:hAnsi="宋体" w:eastAsia="宋体" w:cs="宋体"/>
          <w:color w:val="000000"/>
        </w:rPr>
        <w:t>、</w:t>
      </w:r>
      <w:r>
        <w:pict>
          <v:shape id="_x0000_i71061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824" o:title="eqIda0ed1ec316bc54c37c4286c208f55667"/>
            <o:lock v:ext="edit" aspectratio="t"/>
            <w10:wrap type="none"/>
            <w10:anchorlock/>
          </v:shape>
        </w:pict>
      </w:r>
      <w:r>
        <w:rPr>
          <w:rFonts w:ascii="宋体" w:hAnsi="宋体" w:eastAsia="宋体" w:cs="宋体"/>
          <w:color w:val="000000"/>
        </w:rPr>
        <w:t>分别为</w:t>
      </w:r>
      <w:r>
        <w:pict>
          <v:shape id="_x0000_i71061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25" o:title="eqId03902478df1a55bc99703210bccab910"/>
            <o:lock v:ext="edit" aspectratio="t"/>
            <w10:wrap type="none"/>
            <w10:anchorlock/>
          </v:shape>
        </w:pict>
      </w:r>
      <w:r>
        <w:rPr>
          <w:rFonts w:ascii="宋体" w:hAnsi="宋体" w:eastAsia="宋体" w:cs="宋体"/>
          <w:color w:val="000000"/>
        </w:rPr>
        <w:t>、</w:t>
      </w:r>
      <w:r>
        <w:pict>
          <v:shape id="_x0000_i710616"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826" o:title="eqIdd40b319212a7e7528b053e1c7097e966"/>
            <o:lock v:ext="edit" aspectratio="t"/>
            <w10:wrap type="none"/>
            <w10:anchorlock/>
          </v:shape>
        </w:pict>
      </w:r>
      <w:r>
        <w:rPr>
          <w:rFonts w:ascii="宋体" w:hAnsi="宋体" w:eastAsia="宋体" w:cs="宋体"/>
          <w:color w:val="000000"/>
        </w:rPr>
        <w:t>的中点，</w:t>
      </w:r>
    </w:p>
    <w:p>
      <w:pPr>
        <w:spacing w:line="360" w:lineRule="auto"/>
        <w:jc w:val="left"/>
        <w:textAlignment w:val="center"/>
        <w:rPr>
          <w:color w:val="000000"/>
        </w:rPr>
      </w:pPr>
      <w:r>
        <w:rPr>
          <w:rFonts w:ascii="宋体" w:hAnsi="宋体" w:eastAsia="宋体" w:cs="宋体"/>
          <w:color w:val="000000"/>
        </w:rPr>
        <w:t>∴</w:t>
      </w:r>
      <w:r>
        <w:pict>
          <v:shape id="_x0000_i710617" o:spt="75" alt="学科网(www.zxxk.com)--教育资源门户，提供试卷、教案、课件、论文、素材以及各类教学资源下载，还有大量而丰富的教学相关资讯！" type="#_x0000_t75" style="height:30.75pt;width:122.25pt;" o:ole="t" filled="f" o:preferrelative="t" stroked="f" coordsize="21600,21600">
            <v:path/>
            <v:fill on="f" focussize="0,0"/>
            <v:stroke on="f" joinstyle="miter"/>
            <v:imagedata r:id="rId827" o:title="eqId9fdcb63a52d0cd558bd914744fae394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18" o:spt="75" alt="学科网(www.zxxk.com)--教育资源门户，提供试卷、教案、课件、论文、素材以及各类教学资源下载，还有大量而丰富的教学相关资讯！" type="#_x0000_t75" style="height:33.75pt;width:176.25pt;" o:ole="t" filled="f" o:preferrelative="t" stroked="f" coordsize="21600,21600">
            <v:path/>
            <v:fill on="f" focussize="0,0"/>
            <v:stroke on="f" joinstyle="miter"/>
            <v:imagedata r:id="rId828" o:title="eqId363da50c0c749d554110e4214369c2a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0619" o:spt="75" alt="学科网(www.zxxk.com)--教育资源门户，提供试卷、教案、课件、论文、素材以及各类教学资源下载，还有大量而丰富的教学相关资讯！" type="#_x0000_t75" style="height:30.75pt;width:161.25pt;" o:ole="t" filled="f" o:preferrelative="t" stroked="f" coordsize="21600,21600">
            <v:path/>
            <v:fill on="f" focussize="0,0"/>
            <v:stroke on="f" joinstyle="miter"/>
            <v:imagedata r:id="rId829" o:title="eqId96da3e219aac79b9ac97f247eba669e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20"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830" o:title="eqId79b9d11b4b22d7f5797819f24bbd67b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21" o:spt="75" alt="学科网(www.zxxk.com)--教育资源门户，提供试卷、教案、课件、论文、素材以及各类教学资源下载，还有大量而丰富的教学相关资讯！" type="#_x0000_t75" style="height:33.75pt;width:84pt;" o:ole="t" filled="f" o:preferrelative="t" stroked="f" coordsize="21600,21600">
            <v:path/>
            <v:fill on="f" focussize="0,0"/>
            <v:stroke on="f" joinstyle="miter"/>
            <v:imagedata r:id="rId831" o:title="eqIdeab4c51eab183694b7f25b6f10ad9d2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062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832" o:title="eqId4cfc27d13b4d07ade4729b481cc9573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23" o:spt="75" alt="学科网(www.zxxk.com)--教育资源门户，提供试卷、教案、课件、论文、素材以及各类教学资源下载，还有大量而丰富的教学相关资讯！" type="#_x0000_t75" style="height:20.25pt;width:189pt;" o:ole="t" filled="f" o:preferrelative="t" stroked="f" coordsize="21600,21600">
            <v:path/>
            <v:fill on="f" focussize="0,0"/>
            <v:stroke on="f" joinstyle="miter"/>
            <v:imagedata r:id="rId833" o:title="eqId6d00dc83100557028ee9b4845dde6b8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24" o:spt="75" alt="学科网(www.zxxk.com)--教育资源门户，提供试卷、教案、课件、论文、素材以及各类教学资源下载，还有大量而丰富的教学相关资讯！" type="#_x0000_t75" style="height:30.75pt;width:86.25pt;" o:ole="t" filled="f" o:preferrelative="t" stroked="f" coordsize="21600,21600">
            <v:path/>
            <v:fill on="f" focussize="0,0"/>
            <v:stroke on="f" joinstyle="miter"/>
            <v:imagedata r:id="rId834" o:title="eqId1b5c1e3549f62f9795dac2e784334ca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52900" cy="504825"/>
            <wp:effectExtent l="0" t="0" r="0" b="9525"/>
            <wp:docPr id="3161"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 name="图片 100063" descr="学科网(www.zxxk.com)--教育资源门户，提供试卷、教案、课件、论文、素材以及各类教学资源下载，还有大量而丰富的教学相关资讯！"/>
                    <pic:cNvPicPr>
                      <a:picLocks noChangeAspect="1"/>
                    </pic:cNvPicPr>
                  </pic:nvPicPr>
                  <pic:blipFill>
                    <a:blip r:embed="rId835"/>
                    <a:stretch>
                      <a:fillRect/>
                    </a:stretch>
                  </pic:blipFill>
                  <pic:spPr>
                    <a:xfrm>
                      <a:off x="0" y="0"/>
                      <a:ext cx="4152900" cy="5048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当</w:t>
      </w:r>
      <w:r>
        <w:pict>
          <v:shape id="_x0000_i71062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836" o:title="eqId8455657dde27aabe6adb7b188e031c11"/>
            <o:lock v:ext="edit" aspectratio="t"/>
            <w10:wrap type="none"/>
            <w10:anchorlock/>
          </v:shape>
        </w:pict>
      </w:r>
      <w:r>
        <w:rPr>
          <w:rFonts w:ascii="宋体" w:hAnsi="宋体" w:eastAsia="宋体" w:cs="宋体"/>
          <w:color w:val="000000"/>
        </w:rPr>
        <w:t>在</w:t>
      </w:r>
      <w:r>
        <w:pict>
          <v:shape id="_x0000_i71062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37" o:title="eqId7f9e8449aad35c5d840a3395ea86df6d"/>
            <o:lock v:ext="edit" aspectratio="t"/>
            <w10:wrap type="none"/>
            <w10:anchorlock/>
          </v:shape>
        </w:pict>
      </w:r>
      <w:r>
        <w:rPr>
          <w:rFonts w:ascii="宋体" w:hAnsi="宋体" w:eastAsia="宋体" w:cs="宋体"/>
          <w:color w:val="000000"/>
        </w:rPr>
        <w:t>点右侧时，</w:t>
      </w:r>
      <w:r>
        <w:pict>
          <v:shape id="_x0000_i710627" o:spt="75" alt="学科网(www.zxxk.com)--教育资源门户，提供试卷、教案、课件、论文、素材以及各类教学资源下载，还有大量而丰富的教学相关资讯！" type="#_x0000_t75" style="height:15.75pt;width:111.75pt;" o:ole="t" filled="f" o:preferrelative="t" stroked="f" coordsize="21600,21600">
            <v:path/>
            <v:fill on="f" focussize="0,0"/>
            <v:stroke on="f" joinstyle="miter"/>
            <v:imagedata r:id="rId838" o:title="eqIde845b7853e965de2b6f985e09793d62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1062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839" o:title="eqId2a30f3a8b673cc28bd90c50cf1a35281"/>
            <o:lock v:ext="edit" aspectratio="t"/>
            <w10:wrap type="none"/>
            <w10:anchorlock/>
          </v:shape>
        </w:pict>
      </w:r>
      <w:r>
        <w:rPr>
          <w:rFonts w:ascii="宋体" w:hAnsi="宋体" w:eastAsia="宋体" w:cs="宋体"/>
          <w:color w:val="000000"/>
        </w:rPr>
        <w:t>、</w:t>
      </w:r>
      <w:r>
        <w:pict>
          <v:shape id="_x0000_i710629"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840" o:title="eqIda0ed1ec316bc54c37c4286c208f55667"/>
            <o:lock v:ext="edit" aspectratio="t"/>
            <w10:wrap type="none"/>
            <w10:anchorlock/>
          </v:shape>
        </w:pict>
      </w:r>
      <w:r>
        <w:rPr>
          <w:rFonts w:ascii="宋体" w:hAnsi="宋体" w:eastAsia="宋体" w:cs="宋体"/>
          <w:color w:val="000000"/>
        </w:rPr>
        <w:t>分别为</w:t>
      </w:r>
      <w:r>
        <w:pict>
          <v:shape id="_x0000_i71063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41" o:title="eqId03902478df1a55bc99703210bccab910"/>
            <o:lock v:ext="edit" aspectratio="t"/>
            <w10:wrap type="none"/>
            <w10:anchorlock/>
          </v:shape>
        </w:pict>
      </w:r>
      <w:r>
        <w:rPr>
          <w:rFonts w:ascii="宋体" w:hAnsi="宋体" w:eastAsia="宋体" w:cs="宋体"/>
          <w:color w:val="000000"/>
        </w:rPr>
        <w:t>、</w:t>
      </w:r>
      <w:r>
        <w:pict>
          <v:shape id="_x0000_i710631"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842" o:title="eqIdd40b319212a7e7528b053e1c7097e966"/>
            <o:lock v:ext="edit" aspectratio="t"/>
            <w10:wrap type="none"/>
            <w10:anchorlock/>
          </v:shape>
        </w:pict>
      </w:r>
      <w:r>
        <w:rPr>
          <w:rFonts w:ascii="宋体" w:hAnsi="宋体" w:eastAsia="宋体" w:cs="宋体"/>
          <w:color w:val="000000"/>
        </w:rPr>
        <w:t>的中点，</w:t>
      </w:r>
    </w:p>
    <w:p>
      <w:pPr>
        <w:spacing w:line="360" w:lineRule="auto"/>
        <w:jc w:val="left"/>
        <w:textAlignment w:val="center"/>
        <w:rPr>
          <w:color w:val="000000"/>
        </w:rPr>
      </w:pPr>
      <w:r>
        <w:rPr>
          <w:rFonts w:ascii="宋体" w:hAnsi="宋体" w:eastAsia="宋体" w:cs="宋体"/>
          <w:color w:val="000000"/>
        </w:rPr>
        <w:t>∴</w:t>
      </w:r>
      <w:r>
        <w:pict>
          <v:shape id="_x0000_i710632" o:spt="75" alt="学科网(www.zxxk.com)--教育资源门户，提供试卷、教案、课件、论文、素材以及各类教学资源下载，还有大量而丰富的教学相关资讯！" type="#_x0000_t75" style="height:30.75pt;width:185.25pt;" o:ole="t" filled="f" o:preferrelative="t" stroked="f" coordsize="21600,21600">
            <v:path/>
            <v:fill on="f" focussize="0,0"/>
            <v:stroke on="f" joinstyle="miter"/>
            <v:imagedata r:id="rId843" o:title="eqIdc6a4db60ba08cc7be016274ecac791b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33" o:spt="75" alt="学科网(www.zxxk.com)--教育资源门户，提供试卷、教案、课件、论文、素材以及各类教学资源下载，还有大量而丰富的教学相关资讯！" type="#_x0000_t75" style="height:33.75pt;width:173.25pt;" o:ole="t" filled="f" o:preferrelative="t" stroked="f" coordsize="21600,21600">
            <v:path/>
            <v:fill on="f" focussize="0,0"/>
            <v:stroke on="f" joinstyle="miter"/>
            <v:imagedata r:id="rId844" o:title="eqId04329c5432f5781e13a3c2748d992cf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0634" o:spt="75" alt="学科网(www.zxxk.com)--教育资源门户，提供试卷、教案、课件、论文、素材以及各类教学资源下载，还有大量而丰富的教学相关资讯！" type="#_x0000_t75" style="height:30.75pt;width:162.75pt;" o:ole="t" filled="f" o:preferrelative="t" stroked="f" coordsize="21600,21600">
            <v:path/>
            <v:fill on="f" focussize="0,0"/>
            <v:stroke on="f" joinstyle="miter"/>
            <v:imagedata r:id="rId845" o:title="eqId447b88e0ece42c7d900d0ccc438b7b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35"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846" o:title="eqId79b9d11b4b22d7f5797819f24bbd67b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36" o:spt="75" alt="学科网(www.zxxk.com)--教育资源门户，提供试卷、教案、课件、论文、素材以及各类教学资源下载，还有大量而丰富的教学相关资讯！" type="#_x0000_t75" style="height:33.75pt;width:84pt;" o:ole="t" filled="f" o:preferrelative="t" stroked="f" coordsize="21600,21600">
            <v:path/>
            <v:fill on="f" focussize="0,0"/>
            <v:stroke on="f" joinstyle="miter"/>
            <v:imagedata r:id="rId847" o:title="eqId68550afcd2321aec7e501b43f06fc0d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0637"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848" o:title="eqId36e15cbd7c42d7b15d7ba8d2b28ab8d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38" o:spt="75" alt="学科网(www.zxxk.com)--教育资源门户，提供试卷、教案、课件、论文、素材以及各类教学资源下载，还有大量而丰富的教学相关资讯！" type="#_x0000_t75" style="height:15.75pt;width:219.75pt;" o:ole="t" filled="f" o:preferrelative="t" stroked="f" coordsize="21600,21600">
            <v:path/>
            <v:fill on="f" focussize="0,0"/>
            <v:stroke on="f" joinstyle="miter"/>
            <v:imagedata r:id="rId849" o:title="eqIdbb896081ba3bb1ea59da3796990d66a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0639" o:spt="75" alt="学科网(www.zxxk.com)--教育资源门户，提供试卷、教案、课件、论文、素材以及各类教学资源下载，还有大量而丰富的教学相关资讯！" type="#_x0000_t75" style="height:30.75pt;width:86.25pt;" o:ole="t" filled="f" o:preferrelative="t" stroked="f" coordsize="21600,21600">
            <v:path/>
            <v:fill on="f" focussize="0,0"/>
            <v:stroke on="f" joinstyle="miter"/>
            <v:imagedata r:id="rId850" o:title="eqIdf2c48f77a4183357a11ed18d2dc4079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81475" cy="600075"/>
            <wp:effectExtent l="0" t="0" r="0" b="0"/>
            <wp:docPr id="3163"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 name="图片 100065" descr="学科网(www.zxxk.com)--教育资源门户，提供试卷、教案、课件、论文、素材以及各类教学资源下载，还有大量而丰富的教学相关资讯！"/>
                    <pic:cNvPicPr>
                      <a:picLocks noChangeAspect="1"/>
                    </pic:cNvPicPr>
                  </pic:nvPicPr>
                  <pic:blipFill>
                    <a:blip r:embed="rId851"/>
                    <a:stretch>
                      <a:fillRect/>
                    </a:stretch>
                  </pic:blipFill>
                  <pic:spPr>
                    <a:xfrm>
                      <a:off x="0" y="0"/>
                      <a:ext cx="4181475" cy="6000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综上：</w:t>
      </w:r>
      <w:r>
        <w:pict>
          <v:shape id="_x0000_i710640" o:spt="75" alt="学科网(www.zxxk.com)--教育资源门户，提供试卷、教案、课件、论文、素材以及各类教学资源下载，还有大量而丰富的教学相关资讯！" type="#_x0000_t75" style="height:31.2pt;width:30pt;" o:ole="t" filled="f" o:preferrelative="t" stroked="f" coordsize="21600,21600">
            <v:path/>
            <v:fill on="f" focussize="0,0"/>
            <v:stroke on="f" joinstyle="miter"/>
            <v:imagedata r:id="rId852" o:title="eqIdf9e67213c89a9bb119b126457a9f9f63"/>
            <o:lock v:ext="edit" aspectratio="t"/>
            <w10:wrap type="none"/>
            <w10:anchorlock/>
          </v:shape>
        </w:pict>
      </w:r>
      <w:r>
        <w:rPr>
          <w:rFonts w:ascii="宋体" w:hAnsi="宋体" w:eastAsia="宋体" w:cs="宋体"/>
          <w:color w:val="000000"/>
        </w:rPr>
        <w:t>，点</w:t>
      </w:r>
      <w:r>
        <w:pict>
          <v:shape id="_x0000_i71064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853" o:title="eqId8455657dde27aabe6adb7b188e031c11"/>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8</w:t>
      </w:r>
      <w:r>
        <w:rPr>
          <w:rFonts w:ascii="宋体" w:hAnsi="宋体" w:eastAsia="宋体" w:cs="宋体"/>
          <w:color w:val="000000"/>
        </w:rPr>
        <w:t>；</w:t>
      </w:r>
      <w:r>
        <w:pict>
          <v:shape id="_x0000_i710642"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854" o:title="eqIdabd97dfdac7bde7b03acbe713e095ad8"/>
            <o:lock v:ext="edit" aspectratio="t"/>
            <w10:wrap type="none"/>
            <w10:anchorlock/>
          </v:shape>
        </w:pict>
      </w:r>
      <w:r>
        <w:rPr>
          <w:rFonts w:ascii="宋体" w:hAnsi="宋体" w:eastAsia="宋体" w:cs="宋体"/>
          <w:color w:val="000000"/>
        </w:rPr>
        <w:t>点</w:t>
      </w:r>
      <w:r>
        <w:pict>
          <v:shape id="_x0000_i71064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853" o:title="eqId8455657dde27aabe6adb7b188e031c11"/>
            <o:lock v:ext="edit" aspectratio="t"/>
            <w10:wrap type="none"/>
            <w10:anchorlock/>
          </v:shape>
        </w:pict>
      </w:r>
      <w:r>
        <w:rPr>
          <w:rFonts w:ascii="宋体" w:hAnsi="宋体" w:eastAsia="宋体" w:cs="宋体"/>
          <w:color w:val="000000"/>
        </w:rPr>
        <w:t>表示的数为</w:t>
      </w:r>
      <w:r>
        <w:pict>
          <v:shape id="_x0000_i710644" o:spt="75" alt="学科网(www.zxxk.com)--教育资源门户，提供试卷、教案、课件、论文、素材以及各类教学资源下载，还有大量而丰富的教学相关资讯！" type="#_x0000_t75" style="height:14.25pt;width:15.9pt;" o:ole="t" filled="f" o:preferrelative="t" stroked="f" coordsize="21600,21600">
            <v:path/>
            <v:fill on="f" focussize="0,0"/>
            <v:stroke on="f" joinstyle="miter"/>
            <v:imagedata r:id="rId855" o:title="eqIdb6b9a5f1362c12e1ea8f6fc0d9d787ac"/>
            <o:lock v:ext="edit" aspectratio="t"/>
            <w10:wrap type="none"/>
            <w10:anchorlock/>
          </v:shape>
        </w:pict>
      </w:r>
      <w:r>
        <w:rPr>
          <w:rFonts w:ascii="宋体" w:hAnsi="宋体" w:eastAsia="宋体" w:cs="宋体"/>
          <w:color w:val="000000"/>
        </w:rPr>
        <w:t>．</w:t>
      </w:r>
    </w:p>
    <w:p>
      <w:pPr>
        <w:spacing w:line="360" w:lineRule="auto"/>
        <w:jc w:val="left"/>
        <w:textAlignment w:val="center"/>
      </w:pPr>
      <w:r>
        <w:rPr>
          <w:color w:val="000000"/>
        </w:rPr>
        <w:t>【点睛】</w:t>
      </w:r>
      <w:r>
        <w:rPr>
          <w:rFonts w:ascii="宋体" w:hAnsi="宋体" w:eastAsia="宋体" w:cs="宋体"/>
          <w:color w:val="000000"/>
        </w:rPr>
        <w:t>本题考查数轴上两点间的距离，一元一次方程的应用．理解并掌握“</w:t>
      </w:r>
      <w:r>
        <w:pict>
          <v:shape id="_x0000_i710645"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856" o:title="eqId294f5ba74cdf695fc9a8a8e52f421328"/>
            <o:lock v:ext="edit" aspectratio="t"/>
            <w10:wrap type="none"/>
            <w10:anchorlock/>
          </v:shape>
        </w:pict>
      </w:r>
      <w:r>
        <w:rPr>
          <w:rFonts w:ascii="宋体" w:hAnsi="宋体" w:eastAsia="宋体" w:cs="宋体"/>
          <w:color w:val="000000"/>
        </w:rPr>
        <w:t>倍伴随点”的定义，是解题的关键．</w:t>
      </w:r>
    </w:p>
    <w:p>
      <w:pPr>
        <w:pStyle w:val="Heading1"/>
      </w:pPr>
      <w:r>
        <w:t>期中</w:t>
      </w:r>
    </w:p>
    <w:p>
      <w:pPr>
        <w:pStyle w:val="Heading2"/>
      </w:pPr>
      <w:r>
        <w:t>东城区广渠门中学</w:t>
      </w:r>
    </w:p>
    <w:p>
      <w:pPr>
        <w:spacing w:line="360" w:lineRule="auto"/>
        <w:jc w:val="left"/>
        <w:textAlignment w:val="center"/>
        <w:rPr>
          <w:color w:val="000000"/>
        </w:rPr>
      </w:pPr>
      <w:r>
        <w:rPr>
          <w:color w:val="000000"/>
        </w:rPr>
        <w:t xml:space="preserve">25.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是</w:t>
      </w:r>
      <w:r>
        <w:rPr>
          <w:rFonts w:ascii="Times New Roman" w:eastAsia="Times New Roman" w:hAnsi="Times New Roman" w:cs="Times New Roman"/>
          <w:color w:val="000000"/>
        </w:rPr>
        <w:t>2022</w:t>
      </w:r>
      <w:r>
        <w:rPr>
          <w:rFonts w:ascii="宋体" w:eastAsia="宋体" w:hAnsi="宋体" w:cs="宋体"/>
          <w:color w:val="000000"/>
        </w:rPr>
        <w:t>年</w:t>
      </w:r>
      <w:r>
        <w:rPr>
          <w:rFonts w:ascii="Times New Roman" w:eastAsia="Times New Roman" w:hAnsi="Times New Roman" w:cs="Times New Roman"/>
          <w:color w:val="000000"/>
        </w:rPr>
        <w:t>2</w:t>
      </w:r>
      <w:r>
        <w:rPr>
          <w:rFonts w:ascii="宋体" w:eastAsia="宋体" w:hAnsi="宋体" w:cs="宋体"/>
          <w:color w:val="000000"/>
        </w:rPr>
        <w:t>月的日历表：</w:t>
      </w:r>
    </w:p>
    <w:p>
      <w:pPr>
        <w:spacing w:line="360" w:lineRule="auto"/>
        <w:jc w:val="left"/>
        <w:textAlignment w:val="center"/>
        <w:rPr>
          <w:color w:val="000000"/>
        </w:rPr>
      </w:pPr>
      <w:r>
        <w:rPr>
          <w:color w:val="000000"/>
        </w:rPr>
        <w:drawing>
          <wp:inline>
            <wp:extent cx="3695700" cy="1657350"/>
            <wp:docPr id="31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 name=""/>
                    <pic:cNvPicPr>
                      <a:picLocks noChangeAspect="1"/>
                    </pic:cNvPicPr>
                  </pic:nvPicPr>
                  <pic:blipFill>
                    <a:blip r:embed="rId857"/>
                    <a:stretch>
                      <a:fillRect/>
                    </a:stretch>
                  </pic:blipFill>
                  <pic:spPr>
                    <a:xfrm>
                      <a:off x="0" y="0"/>
                      <a:ext cx="3695700" cy="16573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在图</w:t>
      </w:r>
      <w:r>
        <w:rPr>
          <w:rFonts w:ascii="Times New Roman" w:eastAsia="Times New Roman" w:hAnsi="Times New Roman" w:cs="Times New Roman"/>
          <w:color w:val="000000"/>
        </w:rPr>
        <w:t>1</w:t>
      </w:r>
      <w:r>
        <w:rPr>
          <w:rFonts w:ascii="宋体" w:eastAsia="宋体" w:hAnsi="宋体" w:cs="宋体"/>
          <w:color w:val="000000"/>
        </w:rPr>
        <w:t>中用优美的“</w:t>
      </w:r>
      <w:r>
        <w:rPr>
          <w:color w:val="000000"/>
        </w:rPr>
        <w:drawing>
          <wp:inline>
            <wp:extent cx="742950" cy="733425"/>
            <wp:docPr id="31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 name=""/>
                    <pic:cNvPicPr>
                      <a:picLocks noChangeAspect="1"/>
                    </pic:cNvPicPr>
                  </pic:nvPicPr>
                  <pic:blipFill>
                    <a:blip r:embed="rId858"/>
                    <a:stretch>
                      <a:fillRect/>
                    </a:stretch>
                  </pic:blipFill>
                  <pic:spPr>
                    <a:xfrm>
                      <a:off x="0" y="0"/>
                      <a:ext cx="742950" cy="733425"/>
                    </a:xfrm>
                    <a:prstGeom prst="rect">
                      <a:avLst/>
                    </a:prstGeom>
                  </pic:spPr>
                </pic:pic>
              </a:graphicData>
            </a:graphic>
          </wp:inline>
        </w:drawing>
      </w:r>
      <w:r>
        <w:rPr>
          <w:rFonts w:ascii="宋体" w:eastAsia="宋体" w:hAnsi="宋体" w:cs="宋体"/>
          <w:color w:val="000000"/>
        </w:rPr>
        <w:t>”</w:t>
      </w:r>
      <w:r>
        <w:rPr>
          <w:rFonts w:ascii="Times New Roman" w:eastAsia="Times New Roman" w:hAnsi="Times New Roman" w:cs="Times New Roman"/>
          <w:i/>
          <w:color w:val="000000"/>
        </w:rPr>
        <w:t>U</w:t>
      </w:r>
      <w:r>
        <w:rPr>
          <w:rFonts w:ascii="宋体" w:eastAsia="宋体" w:hAnsi="宋体" w:cs="宋体"/>
          <w:color w:val="000000"/>
        </w:rPr>
        <w:t>形框框住五个数，其中最小的数为</w:t>
      </w:r>
      <w:r>
        <w:rPr>
          <w:rFonts w:ascii="Times New Roman" w:eastAsia="Times New Roman" w:hAnsi="Times New Roman" w:cs="Times New Roman"/>
          <w:color w:val="000000"/>
        </w:rPr>
        <w:t>1</w:t>
      </w:r>
      <w:r>
        <w:rPr>
          <w:rFonts w:ascii="宋体" w:eastAsia="宋体" w:hAnsi="宋体" w:cs="宋体"/>
          <w:color w:val="000000"/>
        </w:rPr>
        <w:t>，则</w:t>
      </w:r>
      <w:r>
        <w:pict>
          <v:shape id="_x0000_i710646" type="#_x0000_t75" alt="学科网(www.zxxk.com)--教育资源门户，提供试卷、教案、课件、论文、素材以及各类教学资源下载，还有大量而丰富的教学相关资讯！" style="width:12.75pt;height:14.25pt" o:oleicon="f" o:ole="">
            <v:imagedata r:id="rId859" o:title="eqIdb52b4f24969673c863b5aff4fb6751ce"/>
          </v:shape>
        </w:pict>
      </w:r>
      <w:r>
        <w:rPr>
          <w:rFonts w:ascii="宋体" w:eastAsia="宋体" w:hAnsi="宋体" w:cs="宋体"/>
          <w:color w:val="000000"/>
        </w:rPr>
        <w:t>形框中的五个数字之和为</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在图</w:t>
      </w:r>
      <w:r>
        <w:rPr>
          <w:rFonts w:ascii="Times New Roman" w:eastAsia="Times New Roman" w:hAnsi="Times New Roman" w:cs="Times New Roman"/>
          <w:color w:val="000000"/>
        </w:rPr>
        <w:t>1</w:t>
      </w:r>
      <w:r>
        <w:rPr>
          <w:rFonts w:ascii="宋体" w:eastAsia="宋体" w:hAnsi="宋体" w:cs="宋体"/>
          <w:color w:val="000000"/>
        </w:rPr>
        <w:t>中将</w:t>
      </w:r>
      <w:r>
        <w:pict>
          <v:shape id="_x0000_i710647" type="#_x0000_t75" alt="学科网(www.zxxk.com)--教育资源门户，提供试卷、教案、课件、论文、素材以及各类教学资源下载，还有大量而丰富的教学相关资讯！" style="width:12.75pt;height:14.25pt" o:oleicon="f" o:ole="">
            <v:imagedata r:id="rId860" o:title="eqIdb52b4f24969673c863b5aff4fb6751ce"/>
          </v:shape>
        </w:pict>
      </w:r>
      <w:r>
        <w:rPr>
          <w:rFonts w:ascii="宋体" w:eastAsia="宋体" w:hAnsi="宋体" w:cs="宋体"/>
          <w:color w:val="000000"/>
        </w:rPr>
        <w:t>形框上下左右移动，框住日历表中的</w:t>
      </w:r>
      <w:r>
        <w:rPr>
          <w:rFonts w:ascii="Times New Roman" w:eastAsia="Times New Roman" w:hAnsi="Times New Roman" w:cs="Times New Roman"/>
          <w:color w:val="000000"/>
        </w:rPr>
        <w:t>5</w:t>
      </w:r>
      <w:r>
        <w:rPr>
          <w:rFonts w:ascii="宋体" w:eastAsia="宋体" w:hAnsi="宋体" w:cs="宋体"/>
          <w:color w:val="000000"/>
        </w:rPr>
        <w:t>个数字，设最小的数字为</w:t>
      </w:r>
      <w:r>
        <w:pict>
          <v:shape id="_x0000_i710648" type="#_x0000_t75" alt="学科网(www.zxxk.com)--教育资源门户，提供试卷、教案、课件、论文、素材以及各类教学资源下载，还有大量而丰富的教学相关资讯！" style="width:9pt;height:9.75pt" o:oleicon="f" o:ole="">
            <v:imagedata r:id="rId861" o:title="eqId81dea63b8ce3e51adf66cf7b9982a248"/>
          </v:shape>
        </w:pict>
      </w:r>
      <w:r>
        <w:rPr>
          <w:rFonts w:ascii="宋体" w:eastAsia="宋体" w:hAnsi="宋体" w:cs="宋体"/>
          <w:color w:val="000000"/>
        </w:rPr>
        <w:t>，用代数式表示</w:t>
      </w:r>
      <w:r>
        <w:pict>
          <v:shape id="_x0000_i710649" type="#_x0000_t75" alt="学科网(www.zxxk.com)--教育资源门户，提供试卷、教案、课件、论文、素材以及各类教学资源下载，还有大量而丰富的教学相关资讯！" style="width:12.75pt;height:14.25pt" o:oleicon="f" o:ole="">
            <v:imagedata r:id="rId860" o:title="eqIdb52b4f24969673c863b5aff4fb6751ce"/>
          </v:shape>
        </w:pict>
      </w:r>
      <w:r>
        <w:rPr>
          <w:rFonts w:ascii="宋体" w:eastAsia="宋体" w:hAnsi="宋体" w:cs="宋体"/>
          <w:color w:val="000000"/>
        </w:rPr>
        <w:t>形框框住的五个数字之和为</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在图</w:t>
      </w:r>
      <w:r>
        <w:rPr>
          <w:rFonts w:ascii="Times New Roman" w:eastAsia="Times New Roman" w:hAnsi="Times New Roman" w:cs="Times New Roman"/>
          <w:color w:val="000000"/>
        </w:rPr>
        <w:t>1</w:t>
      </w:r>
      <w:r>
        <w:rPr>
          <w:rFonts w:ascii="宋体" w:eastAsia="宋体" w:hAnsi="宋体" w:cs="宋体"/>
          <w:color w:val="000000"/>
        </w:rPr>
        <w:t>中移动</w:t>
      </w:r>
      <w:r>
        <w:pict>
          <v:shape id="_x0000_i710650" type="#_x0000_t75" alt="学科网(www.zxxk.com)--教育资源门户，提供试卷、教案、课件、论文、素材以及各类教学资源下载，还有大量而丰富的教学相关资讯！" style="width:12.75pt;height:14.25pt" o:oleicon="f" o:ole="">
            <v:imagedata r:id="rId862" o:title="eqIdb52b4f24969673c863b5aff4fb6751ce"/>
          </v:shape>
        </w:pict>
      </w:r>
      <w:r>
        <w:rPr>
          <w:rFonts w:ascii="宋体" w:eastAsia="宋体" w:hAnsi="宋体" w:cs="宋体"/>
          <w:color w:val="000000"/>
        </w:rPr>
        <w:t>形框的位置，若</w:t>
      </w:r>
      <w:r>
        <w:pict>
          <v:shape id="_x0000_i710651" type="#_x0000_t75" alt="学科网(www.zxxk.com)--教育资源门户，提供试卷、教案、课件、论文、素材以及各类教学资源下载，还有大量而丰富的教学相关资讯！" style="width:12.75pt;height:14.25pt" o:oleicon="f" o:ole="">
            <v:imagedata r:id="rId862" o:title="eqIdb52b4f24969673c863b5aff4fb6751ce"/>
          </v:shape>
        </w:pict>
      </w:r>
      <w:r>
        <w:rPr>
          <w:rFonts w:ascii="宋体" w:eastAsia="宋体" w:hAnsi="宋体" w:cs="宋体"/>
          <w:color w:val="000000"/>
        </w:rPr>
        <w:t>形框框住的五个数字之和为</w:t>
      </w:r>
      <w:r>
        <w:rPr>
          <w:rFonts w:ascii="Times New Roman" w:eastAsia="Times New Roman" w:hAnsi="Times New Roman" w:cs="Times New Roman"/>
          <w:color w:val="000000"/>
        </w:rPr>
        <w:t>53</w:t>
      </w:r>
      <w:r>
        <w:rPr>
          <w:rFonts w:ascii="宋体" w:eastAsia="宋体" w:hAnsi="宋体" w:cs="宋体"/>
          <w:color w:val="000000"/>
        </w:rPr>
        <w:t>，则这五个数字从小到大依次为</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（4）</w:t>
      </w:r>
      <w:r>
        <w:rPr>
          <w:rFonts w:ascii="宋体" w:eastAsia="宋体" w:hAnsi="宋体" w:cs="宋体"/>
          <w:color w:val="000000"/>
        </w:rPr>
        <w:t>在图</w:t>
      </w:r>
      <w:r>
        <w:rPr>
          <w:rFonts w:ascii="Times New Roman" w:eastAsia="Times New Roman" w:hAnsi="Times New Roman" w:cs="Times New Roman"/>
          <w:color w:val="000000"/>
        </w:rPr>
        <w:t>1</w:t>
      </w:r>
      <w:r>
        <w:rPr>
          <w:rFonts w:ascii="宋体" w:eastAsia="宋体" w:hAnsi="宋体" w:cs="宋体"/>
          <w:color w:val="000000"/>
        </w:rPr>
        <w:t>日历表的基础上，继续将连续的自然数排列成如图</w:t>
      </w:r>
      <w:r>
        <w:rPr>
          <w:rFonts w:ascii="Times New Roman" w:eastAsia="Times New Roman" w:hAnsi="Times New Roman" w:cs="Times New Roman"/>
          <w:color w:val="000000"/>
        </w:rPr>
        <w:t>2</w:t>
      </w:r>
      <w:r>
        <w:rPr>
          <w:rFonts w:ascii="宋体" w:eastAsia="宋体" w:hAnsi="宋体" w:cs="宋体"/>
          <w:color w:val="000000"/>
        </w:rPr>
        <w:t>的数表，在图</w:t>
      </w:r>
      <w:r>
        <w:rPr>
          <w:rFonts w:ascii="Times New Roman" w:eastAsia="Times New Roman" w:hAnsi="Times New Roman" w:cs="Times New Roman"/>
          <w:color w:val="000000"/>
        </w:rPr>
        <w:t>2</w:t>
      </w:r>
      <w:r>
        <w:rPr>
          <w:rFonts w:ascii="宋体" w:eastAsia="宋体" w:hAnsi="宋体" w:cs="宋体"/>
          <w:color w:val="000000"/>
        </w:rPr>
        <w:t>中</w:t>
      </w:r>
      <w:r>
        <w:pict>
          <v:shape id="_x0000_i710652" type="#_x0000_t75" alt="学科网(www.zxxk.com)--教育资源门户，提供试卷、教案、课件、论文、素材以及各类教学资源下载，还有大量而丰富的教学相关资讯！" style="width:12.75pt;height:14.25pt" o:oleicon="f" o:ole="">
            <v:imagedata r:id="rId863" o:title="eqIdb52b4f24969673c863b5aff4fb6751ce"/>
          </v:shape>
        </w:pict>
      </w:r>
      <w:r>
        <w:rPr>
          <w:rFonts w:ascii="宋体" w:eastAsia="宋体" w:hAnsi="宋体" w:cs="宋体"/>
          <w:color w:val="000000"/>
        </w:rPr>
        <w:t>形框框住的</w:t>
      </w:r>
      <w:r>
        <w:rPr>
          <w:rFonts w:ascii="Times New Roman" w:eastAsia="Times New Roman" w:hAnsi="Times New Roman" w:cs="Times New Roman"/>
          <w:color w:val="000000"/>
        </w:rPr>
        <w:t>5</w:t>
      </w:r>
      <w:r>
        <w:rPr>
          <w:rFonts w:ascii="宋体" w:eastAsia="宋体" w:hAnsi="宋体" w:cs="宋体"/>
          <w:color w:val="000000"/>
        </w:rPr>
        <w:t>个数字之和能等于</w:t>
      </w:r>
      <w:r>
        <w:rPr>
          <w:rFonts w:ascii="Times New Roman" w:eastAsia="Times New Roman" w:hAnsi="Times New Roman" w:cs="Times New Roman"/>
          <w:color w:val="000000"/>
        </w:rPr>
        <w:t>2023</w:t>
      </w:r>
      <w:r>
        <w:rPr>
          <w:rFonts w:ascii="宋体" w:eastAsia="宋体" w:hAnsi="宋体" w:cs="宋体"/>
          <w:color w:val="000000"/>
        </w:rPr>
        <w:t>吗？若能，分别写出</w:t>
      </w:r>
      <w:r>
        <w:pict>
          <v:shape id="_x0000_i710653" type="#_x0000_t75" alt="学科网(www.zxxk.com)--教育资源门户，提供试卷、教案、课件、论文、素材以及各类教学资源下载，还有大量而丰富的教学相关资讯！" style="width:12.75pt;height:14.25pt" o:oleicon="f" o:ole="">
            <v:imagedata r:id="rId863" o:title="eqIdb52b4f24969673c863b5aff4fb6751ce"/>
          </v:shape>
        </w:pict>
      </w:r>
      <w:r>
        <w:rPr>
          <w:rFonts w:ascii="宋体" w:eastAsia="宋体" w:hAnsi="宋体" w:cs="宋体"/>
          <w:color w:val="000000"/>
        </w:rPr>
        <w:t>形框框住的</w:t>
      </w:r>
      <w:r>
        <w:rPr>
          <w:rFonts w:ascii="Times New Roman" w:eastAsia="Times New Roman" w:hAnsi="Times New Roman" w:cs="Times New Roman"/>
          <w:color w:val="000000"/>
        </w:rPr>
        <w:t>5</w:t>
      </w:r>
      <w:r>
        <w:rPr>
          <w:rFonts w:ascii="宋体" w:eastAsia="宋体" w:hAnsi="宋体" w:cs="宋体"/>
          <w:color w:val="000000"/>
        </w:rPr>
        <w:t>个数字；若不能，请说明理由．</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U</w:t>
      </w:r>
      <w:r>
        <w:rPr>
          <w:rFonts w:ascii="宋体" w:eastAsia="宋体" w:hAnsi="宋体" w:cs="宋体"/>
          <w:color w:val="000000"/>
        </w:rPr>
        <w:t>形框中的五个数字之和为</w:t>
      </w:r>
      <w:r>
        <w:rPr>
          <w:rFonts w:ascii="Times New Roman" w:eastAsia="Times New Roman" w:hAnsi="Times New Roman" w:cs="Times New Roman"/>
          <w:color w:val="000000"/>
        </w:rPr>
        <w:t>38</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用代数式表示</w:t>
      </w:r>
      <w:r>
        <w:rPr>
          <w:rFonts w:ascii="Times New Roman" w:eastAsia="Times New Roman" w:hAnsi="Times New Roman" w:cs="Times New Roman"/>
          <w:i/>
          <w:color w:val="000000"/>
        </w:rPr>
        <w:t>U</w:t>
      </w:r>
      <w:r>
        <w:rPr>
          <w:rFonts w:ascii="宋体" w:eastAsia="宋体" w:hAnsi="宋体" w:cs="宋体"/>
          <w:color w:val="000000"/>
        </w:rPr>
        <w:t>形框框住的五个数字之和为</w:t>
      </w:r>
      <w:r>
        <w:pict>
          <v:shape id="_x0000_i710654" type="#_x0000_t75" alt="学科网(www.zxxk.com)--教育资源门户，提供试卷、教案、课件、论文、素材以及各类教学资源下载，还有大量而丰富的教学相关资讯！" style="width:38.25pt;height:14.25pt" o:oleicon="f" o:ole="">
            <v:imagedata r:id="rId864" o:title="eqId7bb84338ad244e6d3c93a5e8845a445f"/>
          </v:shape>
        </w:pi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这五个数字从小到大依次为：</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（4）</w:t>
      </w:r>
      <w:r>
        <w:rPr>
          <w:rFonts w:ascii="Times New Roman" w:eastAsia="Times New Roman" w:hAnsi="Times New Roman" w:cs="Times New Roman"/>
          <w:i/>
          <w:color w:val="000000"/>
        </w:rPr>
        <w:t>U</w:t>
      </w:r>
      <w:r>
        <w:rPr>
          <w:rFonts w:ascii="宋体" w:eastAsia="宋体" w:hAnsi="宋体" w:cs="宋体"/>
          <w:color w:val="000000"/>
        </w:rPr>
        <w:t>形框框住的</w:t>
      </w:r>
      <w:r>
        <w:rPr>
          <w:rFonts w:ascii="Times New Roman" w:eastAsia="Times New Roman" w:hAnsi="Times New Roman" w:cs="Times New Roman"/>
          <w:color w:val="000000"/>
        </w:rPr>
        <w:t>5</w:t>
      </w:r>
      <w:r>
        <w:rPr>
          <w:rFonts w:ascii="宋体" w:eastAsia="宋体" w:hAnsi="宋体" w:cs="宋体"/>
          <w:color w:val="000000"/>
        </w:rPr>
        <w:t>个数字之和不能等于</w:t>
      </w:r>
      <w:r>
        <w:rPr>
          <w:rFonts w:ascii="Times New Roman" w:eastAsia="Times New Roman" w:hAnsi="Times New Roman" w:cs="Times New Roman"/>
          <w:color w:val="000000"/>
        </w:rPr>
        <w:t>2023</w:t>
      </w:r>
      <w:r>
        <w:rPr>
          <w:rFonts w:ascii="宋体" w:eastAsia="宋体" w:hAnsi="宋体" w:cs="宋体"/>
          <w:color w:val="000000"/>
        </w:rPr>
        <w:t>，理由见解析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五个数字相加即可；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）设最小的数字为</w:t>
      </w:r>
      <w:r>
        <w:rPr>
          <w:rFonts w:ascii="Times New Roman" w:eastAsia="Times New Roman" w:hAnsi="Times New Roman" w:cs="Times New Roman"/>
          <w:i/>
          <w:color w:val="000000"/>
        </w:rPr>
        <w:t>x</w:t>
      </w:r>
      <w:r>
        <w:rPr>
          <w:rFonts w:ascii="宋体" w:eastAsia="宋体" w:hAnsi="宋体" w:cs="宋体"/>
          <w:color w:val="000000"/>
        </w:rPr>
        <w:t>，则其余四个数为：</w:t>
      </w:r>
      <w:r>
        <w:pict>
          <v:shape id="_x0000_i710655" type="#_x0000_t75" alt="学科网(www.zxxk.com)--教育资源门户，提供试卷、教案、课件、论文、素材以及各类教学资源下载，还有大量而丰富的教学相关资讯！" style="width:112.1pt;height:16.3pt" o:oleicon="f" o:ole="">
            <v:imagedata r:id="rId865" o:title="eqId7c8cca689431bf9b0acc5648c7f0f046"/>
          </v:shape>
        </w:pict>
      </w:r>
      <w:r>
        <w:rPr>
          <w:rFonts w:ascii="宋体" w:eastAsia="宋体" w:hAnsi="宋体" w:cs="宋体"/>
          <w:color w:val="000000"/>
        </w:rPr>
        <w:t>相加即可；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）计算</w:t>
      </w:r>
      <w:r>
        <w:pict>
          <v:shape id="_x0000_i710656" type="#_x0000_t75" alt="学科网(www.zxxk.com)--教育资源门户，提供试卷、教案、课件、论文、素材以及各类教学资源下载，还有大量而丰富的教学相关资讯！" style="width:60.75pt;height:14.25pt" o:oleicon="f" o:ole="">
            <v:imagedata r:id="rId866" o:title="eqIdc82355402e71f476fcfcc947f344fefe"/>
          </v:shape>
        </w:pict>
      </w:r>
      <w:r>
        <w:rPr>
          <w:rFonts w:ascii="宋体" w:eastAsia="宋体" w:hAnsi="宋体" w:cs="宋体"/>
          <w:color w:val="000000"/>
        </w:rPr>
        <w:t>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）计算</w:t>
      </w:r>
      <w:r>
        <w:pict>
          <v:shape id="_x0000_i710657" type="#_x0000_t75" alt="学科网(www.zxxk.com)--教育资源门户，提供试卷、教案、课件、论文、素材以及各类教学资源下载，还有大量而丰富的教学相关资讯！" style="width:72.75pt;height:14.25pt" o:oleicon="f" o:ole="">
            <v:imagedata r:id="rId867" o:title="eqIdcc5e9c583a74afa9f61aa5b4dfdf85db"/>
          </v:shape>
        </w:pict>
      </w:r>
      <w:r>
        <w:rPr>
          <w:rFonts w:ascii="宋体" w:eastAsia="宋体" w:hAnsi="宋体" w:cs="宋体"/>
          <w:color w:val="000000"/>
        </w:rPr>
        <w:t>，在判断</w:t>
      </w:r>
      <w:r>
        <w:rPr>
          <w:rFonts w:ascii="Times New Roman" w:eastAsia="Times New Roman" w:hAnsi="Times New Roman" w:cs="Times New Roman"/>
          <w:i/>
          <w:color w:val="000000"/>
        </w:rPr>
        <w:t>x</w:t>
      </w:r>
      <w:r>
        <w:rPr>
          <w:rFonts w:ascii="宋体" w:eastAsia="宋体" w:hAnsi="宋体" w:cs="宋体"/>
          <w:color w:val="000000"/>
        </w:rPr>
        <w:t>位于位于</w:t>
      </w:r>
      <w:r>
        <w:rPr>
          <w:rFonts w:ascii="Times New Roman" w:eastAsia="Times New Roman" w:hAnsi="Times New Roman" w:cs="Times New Roman"/>
          <w:color w:val="000000"/>
        </w:rPr>
        <w:t>57</w:t>
      </w:r>
      <w:r>
        <w:rPr>
          <w:rFonts w:ascii="宋体" w:eastAsia="宋体" w:hAnsi="宋体" w:cs="宋体"/>
          <w:color w:val="000000"/>
        </w:rPr>
        <w:t>行最后一个数字，可得答案．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0658" type="#_x0000_t75" alt="学科网(www.zxxk.com)--教育资源门户，提供试卷、教案、课件、论文、素材以及各类教学资源下载，还有大量而丰富的教学相关资讯！" style="width:105.75pt;height:14.25pt" o:oleicon="f" o:ole="">
            <v:imagedata r:id="rId868" o:title="eqId31717a2089433c02d1e270e3f9de166c"/>
          </v:shape>
        </w:pict>
      </w:r>
      <w:r>
        <w:rPr>
          <w:rFonts w:ascii="宋体" w:eastAsia="宋体" w:hAnsi="宋体" w:cs="宋体"/>
          <w:color w:val="000000"/>
        </w:rPr>
        <w:t>，</w:t>
      </w:r>
    </w:p>
    <w:p>
      <w:pPr>
        <w:spacing w:line="360" w:lineRule="auto"/>
        <w:jc w:val="both"/>
        <w:textAlignment w:val="center"/>
        <w:rPr>
          <w:color w:val="000000"/>
        </w:rPr>
      </w:pPr>
      <w:r>
        <w:pict>
          <v:shape id="_x0000_i710659" type="#_x0000_t75" alt="学科网(www.zxxk.com)--教育资源门户，提供试卷、教案、课件、论文、素材以及各类教学资源下载，还有大量而丰富的教学相关资讯！" style="width:9.75pt;height:9pt" o:oleicon="f" o:ole="">
            <v:imagedata r:id="rId869" o:title="eqId2de0d10ef8b748d4531250c37c5d3f9e"/>
          </v:shape>
        </w:pict>
      </w:r>
      <w:r>
        <w:rPr>
          <w:rFonts w:ascii="Times New Roman" w:eastAsia="Times New Roman" w:hAnsi="Times New Roman" w:cs="Times New Roman"/>
          <w:i/>
          <w:color w:val="000000"/>
        </w:rPr>
        <w:t>U</w:t>
      </w:r>
      <w:r>
        <w:rPr>
          <w:rFonts w:ascii="宋体" w:eastAsia="宋体" w:hAnsi="宋体" w:cs="宋体"/>
          <w:color w:val="000000"/>
        </w:rPr>
        <w:t>形框中的五个数字之和为</w:t>
      </w:r>
      <w:r>
        <w:rPr>
          <w:rFonts w:ascii="Times New Roman" w:eastAsia="Times New Roman" w:hAnsi="Times New Roman" w:cs="Times New Roman"/>
          <w:color w:val="000000"/>
        </w:rPr>
        <w:t>38</w: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0660" type="#_x0000_t75" alt="学科网(www.zxxk.com)--教育资源门户，提供试卷、教案、课件、论文、素材以及各类教学资源下载，还有大量而丰富的教学相关资讯！" style="width:191.25pt;height:14.25pt" o:oleicon="f" o:ole="">
            <v:imagedata r:id="rId870" o:title="eqId3d7c04b98ee71cf424a5532fd568bff6"/>
          </v:shape>
        </w:pict>
      </w:r>
      <w:r>
        <w:rPr>
          <w:rFonts w:ascii="宋体" w:eastAsia="宋体" w:hAnsi="宋体" w:cs="宋体"/>
          <w:color w:val="000000"/>
        </w:rPr>
        <w:t>，</w:t>
      </w:r>
    </w:p>
    <w:p>
      <w:pPr>
        <w:spacing w:line="360" w:lineRule="auto"/>
        <w:jc w:val="left"/>
        <w:textAlignment w:val="center"/>
        <w:rPr>
          <w:color w:val="000000"/>
        </w:rPr>
      </w:pPr>
      <w:r>
        <w:pict>
          <v:shape id="_x0000_i710661" type="#_x0000_t75" alt="学科网(www.zxxk.com)--教育资源门户，提供试卷、教案、课件、论文、素材以及各类教学资源下载，还有大量而丰富的教学相关资讯！" style="width:9.75pt;height:9pt" o:oleicon="f" o:ole="">
            <v:imagedata r:id="rId871" o:title="eqId2de0d10ef8b748d4531250c37c5d3f9e"/>
          </v:shape>
        </w:pict>
      </w:r>
      <w:r>
        <w:rPr>
          <w:rFonts w:ascii="宋体" w:eastAsia="宋体" w:hAnsi="宋体" w:cs="宋体"/>
          <w:color w:val="000000"/>
        </w:rPr>
        <w:t>用代数式表示</w:t>
      </w:r>
      <w:r>
        <w:rPr>
          <w:rFonts w:ascii="Times New Roman" w:eastAsia="Times New Roman" w:hAnsi="Times New Roman" w:cs="Times New Roman"/>
          <w:i/>
          <w:color w:val="000000"/>
        </w:rPr>
        <w:t>U</w:t>
      </w:r>
      <w:r>
        <w:rPr>
          <w:rFonts w:ascii="宋体" w:eastAsia="宋体" w:hAnsi="宋体" w:cs="宋体"/>
          <w:color w:val="000000"/>
        </w:rPr>
        <w:t>形框框住的五个数字之和为</w:t>
      </w:r>
      <w:r>
        <w:pict>
          <v:shape id="_x0000_i710662" type="#_x0000_t75" alt="学科网(www.zxxk.com)--教育资源门户，提供试卷、教案、课件、论文、素材以及各类教学资源下载，还有大量而丰富的教学相关资讯！" style="width:38.25pt;height:14.25pt" o:oleicon="f" o:ole="">
            <v:imagedata r:id="rId872" o:title="eqId7bb84338ad244e6d3c93a5e8845a445f"/>
          </v:shape>
        </w:pict>
      </w:r>
      <w:r>
        <w:rPr>
          <w:rFonts w:ascii="宋体" w:eastAsia="宋体" w:hAnsi="宋体" w:cs="宋体"/>
          <w:color w:val="000000"/>
        </w:rPr>
        <w:t>；</w:t>
      </w:r>
    </w:p>
    <w:p>
      <w:pPr>
        <w:spacing w:line="360" w:lineRule="auto"/>
        <w:jc w:val="left"/>
        <w:textAlignment w:val="center"/>
        <w:rPr>
          <w:color w:val="000000"/>
        </w:rPr>
      </w:pPr>
      <w:r>
        <w:rPr>
          <w:color w:val="000000"/>
          <w:position w:val="0"/>
        </w:rPr>
        <w:drawing>
          <wp:inline>
            <wp:extent cx="95250" cy="171450"/>
            <wp:docPr id="31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 name=""/>
                    <pic:cNvPicPr>
                      <a:picLocks noChangeAspect="1"/>
                    </pic:cNvPicPr>
                  </pic:nvPicPr>
                  <pic:blipFill>
                    <a:blip r:embed="rId873"/>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left"/>
        <w:textAlignment w:val="center"/>
        <w:rPr>
          <w:color w:val="000000"/>
        </w:rPr>
      </w:pPr>
      <w:r>
        <w:pict>
          <v:shape id="_x0000_i710663" type="#_x0000_t75" alt="学科网(www.zxxk.com)--教育资源门户，提供试卷、教案、课件、论文、素材以及各类教学资源下载，还有大量而丰富的教学相关资讯！" style="width:60.75pt;height:14.25pt" o:oleicon="f" o:ole="">
            <v:imagedata r:id="rId874" o:title="eqIdc82355402e71f476fcfcc947f344fefe"/>
          </v:shape>
        </w:pict>
      </w:r>
    </w:p>
    <w:p>
      <w:pPr>
        <w:spacing w:line="360" w:lineRule="auto"/>
        <w:jc w:val="left"/>
        <w:textAlignment w:val="center"/>
        <w:rPr>
          <w:color w:val="000000"/>
        </w:rPr>
      </w:pPr>
      <w:r>
        <w:rPr>
          <w:rFonts w:ascii="宋体" w:eastAsia="宋体" w:hAnsi="宋体" w:cs="宋体"/>
          <w:color w:val="000000"/>
        </w:rPr>
        <w:t>解得：</w:t>
      </w:r>
      <w:r>
        <w:pict>
          <v:shape id="_x0000_i710664" type="#_x0000_t75" alt="学科网(www.zxxk.com)--教育资源门户，提供试卷、教案、课件、论文、素材以及各类教学资源下载，还有大量而丰富的教学相关资讯！" style="width:24.75pt;height:12.75pt" o:oleicon="f" o:ole="">
            <v:imagedata r:id="rId875" o:title="eqIdf23d29646155e27b172ecdf263e2d702"/>
          </v:shape>
        </w:pict>
      </w:r>
      <w:r>
        <w:rPr>
          <w:rFonts w:ascii="宋体" w:eastAsia="宋体" w:hAnsi="宋体" w:cs="宋体"/>
          <w:color w:val="000000"/>
        </w:rPr>
        <w:t>，</w:t>
      </w:r>
    </w:p>
    <w:p>
      <w:pPr>
        <w:spacing w:line="360" w:lineRule="auto"/>
        <w:jc w:val="left"/>
        <w:textAlignment w:val="center"/>
        <w:rPr>
          <w:color w:val="000000"/>
        </w:rPr>
      </w:pPr>
      <w:r>
        <w:pict>
          <v:shape id="_x0000_i710665" type="#_x0000_t75" alt="学科网(www.zxxk.com)--教育资源门户，提供试卷、教案、课件、论文、素材以及各类教学资源下载，还有大量而丰富的教学相关资讯！" style="width:198.75pt;height:15.75pt" o:oleicon="f" o:ole="">
            <v:imagedata r:id="rId876" o:title="eqId51269a55f39d6ab5c0f283a5dca5cd3a"/>
          </v:shape>
        </w:pict>
      </w:r>
      <w:r>
        <w:rPr>
          <w:rFonts w:ascii="宋体" w:eastAsia="宋体" w:hAnsi="宋体" w:cs="宋体"/>
          <w:color w:val="000000"/>
        </w:rPr>
        <w:t>，</w:t>
      </w:r>
    </w:p>
    <w:p>
      <w:pPr>
        <w:spacing w:line="360" w:lineRule="auto"/>
        <w:jc w:val="left"/>
        <w:textAlignment w:val="center"/>
        <w:rPr>
          <w:color w:val="000000"/>
        </w:rPr>
      </w:pPr>
      <w:r>
        <w:pict>
          <v:shape id="_x0000_i710666" type="#_x0000_t75" alt="学科网(www.zxxk.com)--教育资源门户，提供试卷、教案、课件、论文、素材以及各类教学资源下载，还有大量而丰富的教学相关资讯！" style="width:9.75pt;height:9pt" o:oleicon="f" o:ole="">
            <v:imagedata r:id="rId877" o:title="eqId2de0d10ef8b748d4531250c37c5d3f9e"/>
          </v:shape>
        </w:pict>
      </w:r>
      <w:r>
        <w:rPr>
          <w:rFonts w:ascii="宋体" w:eastAsia="宋体" w:hAnsi="宋体" w:cs="宋体"/>
          <w:color w:val="000000"/>
        </w:rPr>
        <w:t>这五个数字从小到大依次为：</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pict>
          <v:shape id="_x0000_i710667" type="#_x0000_t75" alt="学科网(www.zxxk.com)--教育资源门户，提供试卷、教案、课件、论文、素材以及各类教学资源下载，还有大量而丰富的教学相关资讯！" style="width:72.75pt;height:14.25pt" o:oleicon="f" o:ole="">
            <v:imagedata r:id="rId878" o:title="eqIdcc5e9c583a74afa9f61aa5b4dfdf85db"/>
          </v:shape>
        </w:pict>
      </w:r>
    </w:p>
    <w:p>
      <w:pPr>
        <w:spacing w:line="360" w:lineRule="auto"/>
        <w:jc w:val="left"/>
        <w:textAlignment w:val="center"/>
        <w:rPr>
          <w:color w:val="000000"/>
        </w:rPr>
      </w:pPr>
      <w:r>
        <w:rPr>
          <w:rFonts w:ascii="宋体" w:eastAsia="宋体" w:hAnsi="宋体" w:cs="宋体"/>
          <w:color w:val="000000"/>
        </w:rPr>
        <w:t>解得：</w:t>
      </w:r>
      <w:r>
        <w:pict>
          <v:shape id="_x0000_i710668" type="#_x0000_t75" alt="学科网(www.zxxk.com)--教育资源门户，提供试卷、教案、课件、论文、素材以及各类教学资源下载，还有大量而丰富的教学相关资讯！" style="width:39.75pt;height:14.25pt" o:oleicon="f" o:ole="">
            <v:imagedata r:id="rId879" o:title="eqId3d7d1b366fe77549bcf5c4d80109363c"/>
          </v:shape>
        </w:pict>
      </w:r>
      <w:r>
        <w:rPr>
          <w:rFonts w:ascii="宋体" w:eastAsia="宋体" w:hAnsi="宋体" w:cs="宋体"/>
          <w:color w:val="000000"/>
        </w:rPr>
        <w:t>，</w:t>
      </w:r>
    </w:p>
    <w:p>
      <w:pPr>
        <w:spacing w:line="360" w:lineRule="auto"/>
        <w:jc w:val="both"/>
        <w:textAlignment w:val="center"/>
        <w:rPr>
          <w:color w:val="000000"/>
        </w:rPr>
      </w:pPr>
      <w:r>
        <w:pict>
          <v:shape id="_x0000_i710669" type="#_x0000_t75" alt="学科网(www.zxxk.com)--教育资源门户，提供试卷、教案、课件、论文、素材以及各类教学资源下载，还有大量而丰富的教学相关资讯！" style="width:87pt;height:18pt" o:oleicon="f" o:ole="">
            <v:imagedata r:id="rId880" o:title="eqId3d8efd6a0063ed93fd4eb9795c57f484"/>
          </v:shape>
        </w:pict>
      </w:r>
      <w:r>
        <w:rPr>
          <w:rFonts w:ascii="宋体" w:eastAsia="宋体" w:hAnsi="宋体" w:cs="宋体"/>
          <w:color w:val="000000"/>
        </w:rPr>
        <w:t>，</w:t>
      </w:r>
      <w:r>
        <w:pict>
          <v:shape id="_x0000_i710670" type="#_x0000_t75" alt="学科网(www.zxxk.com)--教育资源门户，提供试卷、教案、课件、论文、素材以及各类教学资源下载，还有大量而丰富的教学相关资讯！" style="width:51.75pt;height:14.25pt" o:oleicon="f" o:ole="">
            <v:imagedata r:id="rId881" o:title="eqIdf9ae89394f160c001704f24c4bb79c93"/>
          </v:shape>
        </w:pict>
      </w:r>
      <w:r>
        <w:rPr>
          <w:rFonts w:ascii="宋体" w:eastAsia="宋体" w:hAnsi="宋体" w:cs="宋体"/>
          <w:color w:val="000000"/>
        </w:rPr>
        <w:t>，</w:t>
      </w:r>
    </w:p>
    <w:p>
      <w:pPr>
        <w:spacing w:line="360" w:lineRule="auto"/>
        <w:jc w:val="both"/>
        <w:textAlignment w:val="center"/>
        <w:rPr>
          <w:color w:val="000000"/>
        </w:rPr>
      </w:pPr>
      <w:r>
        <w:pict>
          <v:shape id="_x0000_i710671" type="#_x0000_t75" alt="学科网(www.zxxk.com)--教育资源门户，提供试卷、教案、课件、论文、素材以及各类教学资源下载，还有大量而丰富的教学相关资讯！" style="width:9.75pt;height:9pt" o:oleicon="f" o:ole="">
            <v:imagedata r:id="rId882" o:title="eqId2de0d10ef8b748d4531250c37c5d3f9e"/>
          </v:shape>
        </w:pict>
      </w:r>
      <w:r>
        <w:rPr>
          <w:color w:val="000000"/>
        </w:rPr>
        <w:t>这五个数字最小的数位于57行最后一个数，</w:t>
      </w:r>
    </w:p>
    <w:p>
      <w:pPr>
        <w:spacing w:line="360" w:lineRule="auto"/>
        <w:jc w:val="both"/>
        <w:textAlignment w:val="center"/>
        <w:rPr>
          <w:color w:val="000000"/>
        </w:rPr>
      </w:pPr>
      <w:r>
        <w:pict>
          <v:shape id="_x0000_i710672" type="#_x0000_t75" alt="学科网(www.zxxk.com)--教育资源门户，提供试卷、教案、课件、论文、素材以及各类教学资源下载，还有大量而丰富的教学相关资讯！" style="width:9.75pt;height:9pt" o:oleicon="f" o:ole="">
            <v:imagedata r:id="rId883" o:title="eqId2de0d10ef8b748d4531250c37c5d3f9e"/>
          </v:shape>
        </w:pict>
      </w:r>
      <w:r>
        <w:rPr>
          <w:rFonts w:ascii="Times New Roman" w:eastAsia="Times New Roman" w:hAnsi="Times New Roman" w:cs="Times New Roman"/>
          <w:i/>
          <w:color w:val="000000"/>
        </w:rPr>
        <w:t>U</w:t>
      </w:r>
      <w:r>
        <w:rPr>
          <w:rFonts w:ascii="宋体" w:eastAsia="宋体" w:hAnsi="宋体" w:cs="宋体"/>
          <w:color w:val="000000"/>
        </w:rPr>
        <w:t>形框框住的</w:t>
      </w:r>
      <w:r>
        <w:rPr>
          <w:rFonts w:ascii="Times New Roman" w:eastAsia="Times New Roman" w:hAnsi="Times New Roman" w:cs="Times New Roman"/>
          <w:color w:val="000000"/>
        </w:rPr>
        <w:t>5</w:t>
      </w:r>
      <w:r>
        <w:rPr>
          <w:rFonts w:ascii="宋体" w:eastAsia="宋体" w:hAnsi="宋体" w:cs="宋体"/>
          <w:color w:val="000000"/>
        </w:rPr>
        <w:t>个数字之和不能等于</w:t>
      </w:r>
      <w:r>
        <w:rPr>
          <w:rFonts w:ascii="Times New Roman" w:eastAsia="Times New Roman" w:hAnsi="Times New Roman" w:cs="Times New Roman"/>
          <w:color w:val="000000"/>
        </w:rPr>
        <w:t>2023</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本题考查了一元一次方程的应用，解题的关键是根据题意列出方程，注意题难度的层层递进．</w:t>
      </w:r>
    </w:p>
    <w:p>
      <w:pPr>
        <w:spacing w:line="360" w:lineRule="auto"/>
        <w:jc w:val="left"/>
        <w:textAlignment w:val="center"/>
        <w:rPr>
          <w:color w:val="000000"/>
        </w:rPr>
      </w:pPr>
      <w:r>
        <w:rPr>
          <w:color w:val="000000"/>
        </w:rPr>
        <w:t xml:space="preserve">26. </w:t>
      </w:r>
      <w:r>
        <w:rPr>
          <w:rFonts w:ascii="宋体" w:eastAsia="宋体" w:hAnsi="宋体" w:cs="宋体"/>
          <w:color w:val="000000"/>
        </w:rPr>
        <w:t>阅读下列材料：</w:t>
      </w:r>
    </w:p>
    <w:p>
      <w:pPr>
        <w:spacing w:line="360" w:lineRule="auto"/>
        <w:jc w:val="left"/>
        <w:textAlignment w:val="center"/>
        <w:rPr>
          <w:color w:val="000000"/>
        </w:rPr>
      </w:pPr>
      <w:r>
        <w:rPr>
          <w:rFonts w:ascii="宋体" w:eastAsia="宋体" w:hAnsi="宋体" w:cs="宋体"/>
          <w:color w:val="000000"/>
        </w:rPr>
        <w:t>我们给出如下定义：数轴上给定不重合的两点</w:t>
      </w:r>
      <w:r>
        <w:rPr>
          <w:rFonts w:ascii="Times New Roman" w:eastAsia="Times New Roman" w:hAnsi="Times New Roman" w:cs="Times New Roman"/>
          <w:i/>
          <w:color w:val="000000"/>
        </w:rPr>
        <w:t>A</w:t>
      </w:r>
      <w:r>
        <w:rPr>
          <w:rFonts w:ascii="宋体" w:eastAsia="宋体" w:hAnsi="宋体" w:cs="宋体"/>
          <w:color w:val="000000"/>
        </w:rPr>
        <w:t>，</w:t>
      </w:r>
      <w:r>
        <w:pict>
          <v:shape id="_x0000_i710673"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以及一条线段</w:t>
      </w:r>
      <w:r>
        <w:pict>
          <v:shape id="_x0000_i710674" type="#_x0000_t75" alt="学科网(www.zxxk.com)--教育资源门户，提供试卷、教案、课件、论文、素材以及各类教学资源下载，还有大量而丰富的教学相关资讯！" style="width:18pt;height:15pt" o:oleicon="f" o:ole="">
            <v:imagedata r:id="rId885" o:title="eqId7a5f1641947153c80b987320885a2b57"/>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）若数轴上存在一点</w:t>
      </w:r>
      <w:r>
        <w:rPr>
          <w:rFonts w:ascii="Times New Roman" w:eastAsia="Times New Roman" w:hAnsi="Times New Roman" w:cs="Times New Roman"/>
          <w:i/>
          <w:color w:val="000000"/>
        </w:rPr>
        <w:t>M</w:t>
      </w:r>
      <w:r>
        <w:rPr>
          <w:rFonts w:ascii="宋体" w:eastAsia="宋体" w:hAnsi="宋体" w:cs="宋体"/>
          <w:color w:val="000000"/>
        </w:rPr>
        <w:t>，使得点</w:t>
      </w:r>
      <w:r>
        <w:pict>
          <v:shape id="_x0000_i710675"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的距离等于点</w:t>
      </w:r>
      <w:r>
        <w:pict>
          <v:shape id="_x0000_i710676"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到点</w:t>
      </w:r>
      <w:r>
        <w:pict>
          <v:shape id="_x0000_i710677"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的距离，则称点</w:t>
      </w:r>
      <w:r>
        <w:pict>
          <v:shape id="_x0000_i710678"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679"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的“中位点”；（</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680"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的“中位点”</w:t>
      </w:r>
      <w:r>
        <w:pict>
          <v:shape id="_x0000_i710681"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在线段</w:t>
      </w:r>
      <w:r>
        <w:pict>
          <v:shape id="_x0000_i710682" type="#_x0000_t75" alt="学科网(www.zxxk.com)--教育资源门户，提供试卷、教案、课件、论文、素材以及各类教学资源下载，还有大量而丰富的教学相关资讯！" style="width:18pt;height:15pt" o:oleicon="f" o:ole="">
            <v:imagedata r:id="rId885" o:title="eqId7a5f1641947153c80b987320885a2b57"/>
          </v:shape>
        </w:pict>
      </w:r>
      <w:r>
        <w:rPr>
          <w:rFonts w:ascii="宋体" w:eastAsia="宋体" w:hAnsi="宋体" w:cs="宋体"/>
          <w:color w:val="000000"/>
        </w:rPr>
        <w:t>上（点</w:t>
      </w:r>
      <w:r>
        <w:pict>
          <v:shape id="_x0000_i710683"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可以与点</w:t>
      </w:r>
      <w:r>
        <w:pict>
          <v:shape id="_x0000_i710684" type="#_x0000_t75" alt="学科网(www.zxxk.com)--教育资源门户，提供试卷、教案、课件、论文、素材以及各类教学资源下载，还有大量而丰富的教学相关资讯！" style="width:11.25pt;height:12pt" o:oleicon="f" o:ole="">
            <v:imagedata r:id="rId887" o:title="eqIddad2a36927223bd70f426ba06aea4b45"/>
          </v:shape>
        </w:pict>
      </w:r>
      <w:r>
        <w:rPr>
          <w:rFonts w:ascii="宋体" w:eastAsia="宋体" w:hAnsi="宋体" w:cs="宋体"/>
          <w:color w:val="000000"/>
        </w:rPr>
        <w:t>或</w:t>
      </w:r>
      <w:r>
        <w:pict>
          <v:shape id="_x0000_i710685" type="#_x0000_t75" alt="学科网(www.zxxk.com)--教育资源门户，提供试卷、教案、课件、论文、素材以及各类教学资源下载，还有大量而丰富的教学相关资讯！" style="width:12pt;height:15.6pt" o:oleicon="f" o:ole="">
            <v:imagedata r:id="rId888" o:title="eqIdacc290b44635265137fdf13146b6a6d9"/>
          </v:shape>
        </w:pict>
      </w:r>
      <w:r>
        <w:rPr>
          <w:rFonts w:ascii="宋体" w:eastAsia="宋体" w:hAnsi="宋体" w:cs="宋体"/>
          <w:color w:val="000000"/>
        </w:rPr>
        <w:t>重合），则称点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686"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关于线段</w:t>
      </w:r>
      <w:r>
        <w:pict>
          <v:shape id="_x0000_i710687" type="#_x0000_t75" alt="学科网(www.zxxk.com)--教育资源门户，提供试卷、教案、课件、论文、素材以及各类教学资源下载，还有大量而丰富的教学相关资讯！" style="width:18pt;height:15pt" o:oleicon="f" o:ole="">
            <v:imagedata r:id="rId885" o:title="eqId7a5f1641947153c80b987320885a2b57"/>
          </v:shape>
        </w:pict>
      </w:r>
      <w:r>
        <w:rPr>
          <w:rFonts w:ascii="宋体" w:eastAsia="宋体" w:hAnsi="宋体" w:cs="宋体"/>
          <w:color w:val="000000"/>
        </w:rPr>
        <w:t>“中位对称”．如图</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0688" type="#_x0000_t75" alt="学科网(www.zxxk.com)--教育资源门户，提供试卷、教案、课件、论文、素材以及各类教学资源下载，还有大量而丰富的教学相关资讯！" style="width:16.05pt;height:13.9pt" o:oleicon="f" o:ole="">
            <v:imagedata r:id="rId889" o:title="eqId81fb134b2b48acc99213fff6ccfee65f"/>
          </v:shape>
        </w:pict>
      </w:r>
      <w:r>
        <w:rPr>
          <w:rFonts w:ascii="宋体" w:eastAsia="宋体" w:hAnsi="宋体" w:cs="宋体"/>
          <w:color w:val="000000"/>
        </w:rPr>
        <w:t>，点</w:t>
      </w:r>
      <w:r>
        <w:pict>
          <v:shape id="_x0000_i710689"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pict>
          <v:shape id="_x0000_i710690"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表示的数为</w:t>
      </w:r>
      <w:r>
        <w:pict>
          <v:shape id="_x0000_i710691" type="#_x0000_t75" alt="学科网(www.zxxk.com)--教育资源门户，提供试卷、教案、课件、论文、素材以及各类教学资源下载，还有大量而丰富的教学相关资讯！" style="width:12pt;height:10.5pt" o:oleicon="f" o:ole="">
            <v:imagedata r:id="rId890" o:title="eqIdacbc6a613224461ade69362d46550474"/>
          </v:shape>
        </w:pict>
      </w:r>
      <w:r>
        <w:rPr>
          <w:rFonts w:ascii="宋体" w:eastAsia="宋体" w:hAnsi="宋体" w:cs="宋体"/>
          <w:color w:val="000000"/>
        </w:rPr>
        <w:t>，点</w:t>
      </w:r>
      <w:r>
        <w:pict>
          <v:shape id="_x0000_i710692"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的距离等于</w:t>
      </w:r>
      <w:r>
        <w:rPr>
          <w:rFonts w:ascii="Times New Roman" w:eastAsia="Times New Roman" w:hAnsi="Times New Roman" w:cs="Times New Roman"/>
          <w:color w:val="000000"/>
        </w:rPr>
        <w:t>2</w:t>
      </w:r>
      <w:r>
        <w:rPr>
          <w:rFonts w:ascii="宋体" w:eastAsia="宋体" w:hAnsi="宋体" w:cs="宋体"/>
          <w:color w:val="000000"/>
        </w:rPr>
        <w:t>，点</w:t>
      </w:r>
      <w:r>
        <w:pict>
          <v:shape id="_x0000_i710693"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到点</w:t>
      </w:r>
      <w:r>
        <w:pict>
          <v:shape id="_x0000_i710694"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的距离也等于</w:t>
      </w:r>
      <w:r>
        <w:rPr>
          <w:rFonts w:ascii="Times New Roman" w:eastAsia="Times New Roman" w:hAnsi="Times New Roman" w:cs="Times New Roman"/>
          <w:color w:val="000000"/>
        </w:rPr>
        <w:t>2</w:t>
      </w:r>
      <w:r>
        <w:rPr>
          <w:rFonts w:ascii="宋体" w:eastAsia="宋体" w:hAnsi="宋体" w:cs="宋体"/>
          <w:color w:val="000000"/>
        </w:rPr>
        <w:t>，那么点</w:t>
      </w:r>
      <w:r>
        <w:pict>
          <v:shape id="_x0000_i710695"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696"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的“中位点”；点</w:t>
      </w:r>
      <w:r>
        <w:pict>
          <v:shape id="_x0000_i710697" type="#_x0000_t75" alt="学科网(www.zxxk.com)--教育资源门户，提供试卷、教案、课件、论文、素材以及各类教学资源下载，还有大量而丰富的教学相关资讯！" style="width:11.25pt;height:12pt" o:oleicon="f" o:ole="">
            <v:imagedata r:id="rId887" o:title="eqIddad2a36927223bd70f426ba06aea4b45"/>
          </v:shape>
        </w:pict>
      </w:r>
      <w:r>
        <w:rPr>
          <w:rFonts w:ascii="宋体" w:eastAsia="宋体" w:hAnsi="宋体" w:cs="宋体"/>
          <w:color w:val="000000"/>
        </w:rPr>
        <w:t>表示的数为</w:t>
      </w:r>
      <w:r>
        <w:pict>
          <v:shape id="_x0000_i710698" type="#_x0000_t75" alt="学科网(www.zxxk.com)--教育资源门户，提供试卷、教案、课件、论文、素材以及各类教学资源下载，还有大量而丰富的教学相关资讯！" style="width:15.75pt;height:12.75pt" o:oleicon="f" o:ole="">
            <v:imagedata r:id="rId891" o:title="eqId274a9dc37509f01c2606fb3086a46f4f"/>
          </v:shape>
        </w:pict>
      </w:r>
      <w:r>
        <w:rPr>
          <w:rFonts w:ascii="宋体" w:eastAsia="宋体" w:hAnsi="宋体" w:cs="宋体"/>
          <w:color w:val="000000"/>
        </w:rPr>
        <w:t>，点</w:t>
      </w:r>
      <w:r>
        <w:pict>
          <v:shape id="_x0000_i710699" type="#_x0000_t75" alt="学科网(www.zxxk.com)--教育资源门户，提供试卷、教案、课件、论文、素材以及各类教学资源下载，还有大量而丰富的教学相关资讯！" style="width:12pt;height:15.6pt" o:oleicon="f" o:ole="">
            <v:imagedata r:id="rId888" o:title="eqIdacc290b44635265137fdf13146b6a6d9"/>
          </v:shape>
        </w:pic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700"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的“中位点”</w:t>
      </w:r>
      <w:r>
        <w:pict>
          <v:shape id="_x0000_i710701" type="#_x0000_t75" alt="学科网(www.zxxk.com)--教育资源门户，提供试卷、教案、课件、论文、素材以及各类教学资源下载，还有大量而丰富的教学相关资讯！" style="width:14.25pt;height:10.5pt" o:oleicon="f" o:ole="">
            <v:imagedata r:id="rId886" o:title="eqIdac047e91852b91af639feec23a9598b2"/>
          </v:shape>
        </w:pict>
      </w:r>
      <w:r>
        <w:rPr>
          <w:rFonts w:ascii="宋体" w:eastAsia="宋体" w:hAnsi="宋体" w:cs="宋体"/>
          <w:color w:val="000000"/>
        </w:rPr>
        <w:t>在线段</w:t>
      </w:r>
      <w:r>
        <w:pict>
          <v:shape id="_x0000_i710702" type="#_x0000_t75" alt="学科网(www.zxxk.com)--教育资源门户，提供试卷、教案、课件、论文、素材以及各类教学资源下载，还有大量而丰富的教学相关资讯！" style="width:18pt;height:15pt" o:oleicon="f" o:ole="">
            <v:imagedata r:id="rId885" o:title="eqId7a5f1641947153c80b987320885a2b57"/>
          </v:shape>
        </w:pict>
      </w:r>
      <w:r>
        <w:rPr>
          <w:rFonts w:ascii="宋体" w:eastAsia="宋体" w:hAnsi="宋体" w:cs="宋体"/>
          <w:color w:val="000000"/>
        </w:rPr>
        <w:t>上，那么点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703" type="#_x0000_t75" alt="学科网(www.zxxk.com)--教育资源门户，提供试卷、教案、课件、论文、素材以及各类教学资源下载，还有大量而丰富的教学相关资讯！" style="width:9.75pt;height:10.5pt" o:oleicon="f" o:ole="">
            <v:imagedata r:id="rId884" o:title="eqId7f9e8449aad35c5d840a3395ea86df6d"/>
          </v:shape>
        </w:pict>
      </w:r>
      <w:r>
        <w:rPr>
          <w:rFonts w:ascii="宋体" w:eastAsia="宋体" w:hAnsi="宋体" w:cs="宋体"/>
          <w:color w:val="000000"/>
        </w:rPr>
        <w:t>关于线段</w:t>
      </w:r>
      <w:r>
        <w:pict>
          <v:shape id="_x0000_i710704" type="#_x0000_t75" alt="学科网(www.zxxk.com)--教育资源门户，提供试卷、教案、课件、论文、素材以及各类教学资源下载，还有大量而丰富的教学相关资讯！" style="width:18pt;height:15pt" o:oleicon="f" o:ole="">
            <v:imagedata r:id="rId885" o:title="eqId7a5f1641947153c80b987320885a2b57"/>
          </v:shape>
        </w:pict>
      </w:r>
      <w:r>
        <w:rPr>
          <w:rFonts w:ascii="宋体" w:eastAsia="宋体" w:hAnsi="宋体" w:cs="宋体"/>
          <w:color w:val="000000"/>
        </w:rPr>
        <w:t>“中位对称”．</w:t>
      </w:r>
    </w:p>
    <w:p>
      <w:pPr>
        <w:spacing w:line="360" w:lineRule="auto"/>
        <w:jc w:val="left"/>
        <w:textAlignment w:val="center"/>
        <w:rPr>
          <w:color w:val="000000"/>
        </w:rPr>
      </w:pPr>
      <w:r>
        <w:rPr>
          <w:color w:val="000000"/>
        </w:rPr>
        <w:drawing>
          <wp:inline>
            <wp:extent cx="5238750" cy="544844"/>
            <wp:docPr id="31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2" name=""/>
                    <pic:cNvPicPr>
                      <a:picLocks noChangeAspect="1"/>
                    </pic:cNvPicPr>
                  </pic:nvPicPr>
                  <pic:blipFill>
                    <a:blip r:embed="rId892"/>
                    <a:stretch>
                      <a:fillRect/>
                    </a:stretch>
                  </pic:blipFill>
                  <pic:spPr>
                    <a:xfrm>
                      <a:off x="0" y="0"/>
                      <a:ext cx="5238750" cy="544844"/>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根据以上定义完成下列问题：</w:t>
      </w:r>
    </w:p>
    <w:p>
      <w:pPr>
        <w:spacing w:line="360" w:lineRule="auto"/>
        <w:jc w:val="left"/>
        <w:textAlignment w:val="center"/>
        <w:rPr>
          <w:color w:val="000000"/>
        </w:rPr>
      </w:pPr>
      <w:r>
        <w:rPr>
          <w:rFonts w:ascii="宋体" w:eastAsia="宋体" w:hAnsi="宋体" w:cs="宋体"/>
          <w:color w:val="000000"/>
        </w:rPr>
        <w:t>已知：如图</w:t>
      </w:r>
      <w:r>
        <w:rPr>
          <w:rFonts w:ascii="Times New Roman" w:eastAsia="Times New Roman" w:hAnsi="Times New Roman" w:cs="Times New Roman"/>
          <w:color w:val="000000"/>
        </w:rPr>
        <w:t>2</w:t>
      </w:r>
      <w:r>
        <w:rPr>
          <w:rFonts w:ascii="宋体" w:eastAsia="宋体" w:hAnsi="宋体" w:cs="宋体"/>
          <w:color w:val="000000"/>
        </w:rPr>
        <w:t>，点</w:t>
      </w:r>
      <w:r>
        <w:pict>
          <v:shape id="_x0000_i710705" type="#_x0000_t75" alt="学科网(www.zxxk.com)--教育资源门户，提供试卷、教案、课件、论文、素材以及各类教学资源下载，还有大量而丰富的教学相关资讯！" style="width:12pt;height:14.25pt" o:oleicon="f" o:ole="">
            <v:imagedata r:id="rId893" o:title="eqId1dde8112e8eb968fd042418dd632759e"/>
          </v:shape>
        </w:pict>
      </w:r>
      <w:r>
        <w:rPr>
          <w:rFonts w:ascii="宋体" w:eastAsia="宋体" w:hAnsi="宋体" w:cs="宋体"/>
          <w:color w:val="000000"/>
        </w:rPr>
        <w:t>为数轴的原点，点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0706" type="#_x0000_t75" alt="学科网(www.zxxk.com)--教育资源门户，提供试卷、教案、课件、论文、素材以及各类教学资源下载，还有大量而丰富的教学相关资讯！" style="width:15.75pt;height:12.75pt" o:oleicon="f" o:ole="">
            <v:imagedata r:id="rId894" o:title="eqId274a9dc37509f01c2606fb3086a46f4f"/>
          </v:shape>
        </w:pict>
      </w:r>
      <w:r>
        <w:rPr>
          <w:rFonts w:ascii="宋体" w:eastAsia="宋体" w:hAnsi="宋体" w:cs="宋体"/>
          <w:color w:val="000000"/>
        </w:rPr>
        <w:t>，点</w:t>
      </w:r>
      <w:r>
        <w:pict>
          <v:shape id="_x0000_i710707" type="#_x0000_t75" alt="学科网(www.zxxk.com)--教育资源门户，提供试卷、教案、课件、论文、素材以及各类教学资源下载，还有大量而丰富的教学相关资讯！" style="width:11.25pt;height:12pt" o:oleicon="f" o:ole="">
            <v:imagedata r:id="rId895" o:title="eqId4aa0df7f1e45f9de29e802c7f19a4f64"/>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①若点</w:t>
      </w:r>
      <w:r>
        <w:pict>
          <v:shape id="_x0000_i710708" type="#_x0000_t75" alt="学科网(www.zxxk.com)--教育资源门户，提供试卷、教案、课件、论文、素材以及各类教学资源下载，还有大量而丰富的教学相关资讯！" style="width:9.75pt;height:10.5pt" o:oleicon="f" o:ole="">
            <v:imagedata r:id="rId896" o:title="eqId7f9e8449aad35c5d840a3395ea86df6d"/>
          </v:shape>
        </w:pict>
      </w:r>
      <w:r>
        <w:rPr>
          <w:rFonts w:ascii="宋体" w:eastAsia="宋体" w:hAnsi="宋体" w:cs="宋体"/>
          <w:color w:val="000000"/>
        </w:rPr>
        <w:t>表示的数为</w:t>
      </w:r>
      <w:r>
        <w:pict>
          <v:shape id="_x0000_i710709" type="#_x0000_t75" alt="学科网(www.zxxk.com)--教育资源门户，提供试卷、教案、课件、论文、素材以及各类教学资源下载，还有大量而丰富的教学相关资讯！" style="width:15.75pt;height:14.25pt" o:oleicon="f" o:ole="">
            <v:imagedata r:id="rId897" o:title="eqIdd13ce3ebd1112220c639562739f1f9d1"/>
          </v:shape>
        </w:pict>
      </w:r>
      <w:r>
        <w:rPr>
          <w:rFonts w:ascii="宋体" w:eastAsia="宋体" w:hAnsi="宋体" w:cs="宋体"/>
          <w:color w:val="000000"/>
        </w:rPr>
        <w:t>，点</w:t>
      </w:r>
      <w:r>
        <w:pict>
          <v:shape id="_x0000_i710710" type="#_x0000_t75" alt="学科网(www.zxxk.com)--教育资源门户，提供试卷、教案、课件、论文、素材以及各类教学资源下载，还有大量而丰富的教学相关资讯！" style="width:14.25pt;height:10.5pt" o:oleicon="f" o:ole="">
            <v:imagedata r:id="rId898" o:title="eqIdac047e91852b91af639feec23a9598b2"/>
          </v:shape>
        </w:pic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711" type="#_x0000_t75" alt="学科网(www.zxxk.com)--教育资源门户，提供试卷、教案、课件、论文、素材以及各类教学资源下载，还有大量而丰富的教学相关资讯！" style="width:9.75pt;height:10.5pt" o:oleicon="f" o:ole="">
            <v:imagedata r:id="rId896" o:title="eqId7f9e8449aad35c5d840a3395ea86df6d"/>
          </v:shape>
        </w:pict>
      </w:r>
      <w:r>
        <w:rPr>
          <w:rFonts w:ascii="宋体" w:eastAsia="宋体" w:hAnsi="宋体" w:cs="宋体"/>
          <w:color w:val="000000"/>
        </w:rPr>
        <w:t>的“中位点”，则点</w:t>
      </w:r>
      <w:r>
        <w:pict>
          <v:shape id="_x0000_i710712" type="#_x0000_t75" alt="学科网(www.zxxk.com)--教育资源门户，提供试卷、教案、课件、论文、素材以及各类教学资源下载，还有大量而丰富的教学相关资讯！" style="width:14.25pt;height:10.5pt" o:oleicon="f" o:ole="">
            <v:imagedata r:id="rId898" o:title="eqIdac047e91852b91af639feec23a9598b2"/>
          </v:shape>
        </w:pict>
      </w:r>
      <w:r>
        <w:rPr>
          <w:rFonts w:ascii="宋体" w:eastAsia="宋体" w:hAnsi="宋体" w:cs="宋体"/>
          <w:color w:val="000000"/>
        </w:rPr>
        <w:t>表示的数为</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713" type="#_x0000_t75" alt="学科网(www.zxxk.com)--教育资源门户，提供试卷、教案、课件、论文、素材以及各类教学资源下载，还有大量而丰富的教学相关资讯！" style="width:9.75pt;height:10.5pt" o:oleicon="f" o:ole="">
            <v:imagedata r:id="rId899" o:title="eqId7f9e8449aad35c5d840a3395ea86df6d"/>
          </v:shape>
        </w:pict>
      </w:r>
      <w:r>
        <w:rPr>
          <w:rFonts w:ascii="宋体" w:eastAsia="宋体" w:hAnsi="宋体" w:cs="宋体"/>
          <w:color w:val="000000"/>
        </w:rPr>
        <w:t>的“中位点”</w:t>
      </w:r>
      <w:r>
        <w:pict>
          <v:shape id="_x0000_i710714" type="#_x0000_t75" alt="学科网(www.zxxk.com)--教育资源门户，提供试卷、教案、课件、论文、素材以及各类教学资源下载，还有大量而丰富的教学相关资讯！" style="width:14.25pt;height:10.5pt" o:oleicon="f" o:ole="">
            <v:imagedata r:id="rId900" o:title="eqIdac047e91852b91af639feec23a9598b2"/>
          </v:shape>
        </w:pic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，则点</w:t>
      </w:r>
      <w:r>
        <w:pict>
          <v:shape id="_x0000_i710715" type="#_x0000_t75" alt="学科网(www.zxxk.com)--教育资源门户，提供试卷、教案、课件、论文、素材以及各类教学资源下载，还有大量而丰富的教学相关资讯！" style="width:9.75pt;height:10.5pt" o:oleicon="f" o:ole="">
            <v:imagedata r:id="rId899" o:title="eqId7f9e8449aad35c5d840a3395ea86df6d"/>
          </v:shape>
        </w:pict>
      </w:r>
      <w:r>
        <w:rPr>
          <w:rFonts w:ascii="宋体" w:eastAsia="宋体" w:hAnsi="宋体" w:cs="宋体"/>
          <w:color w:val="000000"/>
        </w:rPr>
        <w:t>表示的数为</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①点</w:t>
      </w:r>
      <w:r>
        <w:pict>
          <v:shape id="_x0000_i710716" type="#_x0000_t75" alt="学科网(www.zxxk.com)--教育资源门户，提供试卷、教案、课件、论文、素材以及各类教学资源下载，还有大量而丰富的教学相关资讯！" style="width:9.75pt;height:10.5pt" o:oleicon="f" o:ole="">
            <v:imagedata r:id="rId901" o:title="eqId7f9e8449aad35c5d840a3395ea86df6d"/>
          </v:shape>
        </w:pict>
      </w:r>
      <w:r>
        <w:rPr>
          <w:rFonts w:ascii="宋体" w:eastAsia="宋体" w:hAnsi="宋体" w:cs="宋体"/>
          <w:color w:val="000000"/>
        </w:rPr>
        <w:t>，</w:t>
      </w:r>
      <w:r>
        <w:pict>
          <v:shape id="_x0000_i710717" type="#_x0000_t75" alt="学科网(www.zxxk.com)--教育资源门户，提供试卷、教案、课件、论文、素材以及各类教学资源下载，还有大量而丰富的教学相关资讯！" style="width:11.9pt;height:14.4pt" o:oleicon="f" o:ole="">
            <v:imagedata r:id="rId902" o:title="eqIdc5db41a1f31d6baee7c69990811edb9f"/>
          </v:shape>
        </w:pict>
      </w:r>
      <w:r>
        <w:rPr>
          <w:rFonts w:ascii="宋体" w:eastAsia="宋体" w:hAnsi="宋体" w:cs="宋体"/>
          <w:color w:val="000000"/>
        </w:rPr>
        <w:t>，</w:t>
      </w:r>
      <w:r>
        <w:pict>
          <v:shape id="_x0000_i710718" type="#_x0000_t75" alt="学科网(www.zxxk.com)--教育资源门户，提供试卷、教案、课件、论文、素材以及各类教学资源下载，还有大量而丰富的教学相关资讯！" style="width:11.25pt;height:11.25pt" o:oleicon="f" o:ole="">
            <v:imagedata r:id="rId903" o:title="eqId8455657dde27aabe6adb7b188e031c11"/>
          </v:shape>
        </w:pict>
      </w:r>
      <w:r>
        <w:rPr>
          <w:rFonts w:ascii="宋体" w:eastAsia="宋体" w:hAnsi="宋体" w:cs="宋体"/>
          <w:color w:val="000000"/>
        </w:rPr>
        <w:t>分别表示的数为</w:t>
      </w:r>
      <w:r>
        <w:rPr>
          <w:rFonts w:ascii="Times New Roman" w:eastAsia="Times New Roman" w:hAnsi="Times New Roman" w:cs="Times New Roman"/>
          <w:color w:val="000000"/>
        </w:rPr>
        <w:t>1</w:t>
      </w:r>
      <w:r>
        <w:rPr>
          <w:rFonts w:ascii="宋体" w:eastAsia="宋体" w:hAnsi="宋体" w:cs="宋体"/>
          <w:color w:val="000000"/>
        </w:rPr>
        <w:t>，</w:t>
      </w:r>
      <w:r>
        <w:pict>
          <v:shape id="_x0000_i710719" type="#_x0000_t75" alt="学科网(www.zxxk.com)--教育资源门户，提供试卷、教案、课件、论文、素材以及各类教学资源下载，还有大量而丰富的教学相关资讯！" style="width:18pt;height:30.75pt" o:oleicon="f" o:ole="">
            <v:imagedata r:id="rId904" o:title="eqId043de75e808ad772b320d8928a346114"/>
          </v:shape>
        </w:pic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，在</w:t>
      </w:r>
      <w:r>
        <w:pict>
          <v:shape id="_x0000_i710720" type="#_x0000_t75" alt="学科网(www.zxxk.com)--教育资源门户，提供试卷、教案、课件、论文、素材以及各类教学资源下载，还有大量而丰富的教学相关资讯！" style="width:9.75pt;height:10.5pt" o:oleicon="f" o:ole="">
            <v:imagedata r:id="rId901" o:title="eqId7f9e8449aad35c5d840a3395ea86df6d"/>
          </v:shape>
        </w:pict>
      </w:r>
      <w:r>
        <w:rPr>
          <w:rFonts w:ascii="宋体" w:eastAsia="宋体" w:hAnsi="宋体" w:cs="宋体"/>
          <w:color w:val="000000"/>
        </w:rPr>
        <w:t>，</w:t>
      </w:r>
      <w:r>
        <w:pict>
          <v:shape id="_x0000_i710721" type="#_x0000_t75" alt="学科网(www.zxxk.com)--教育资源门户，提供试卷、教案、课件、论文、素材以及各类教学资源下载，还有大量而丰富的教学相关资讯！" style="width:11.9pt;height:14.4pt" o:oleicon="f" o:ole="">
            <v:imagedata r:id="rId902" o:title="eqIdc5db41a1f31d6baee7c69990811edb9f"/>
          </v:shape>
        </w:pict>
      </w:r>
      <w:r>
        <w:rPr>
          <w:rFonts w:ascii="宋体" w:eastAsia="宋体" w:hAnsi="宋体" w:cs="宋体"/>
          <w:color w:val="000000"/>
        </w:rPr>
        <w:t>，</w:t>
      </w:r>
      <w:r>
        <w:pict>
          <v:shape id="_x0000_i710722" type="#_x0000_t75" alt="学科网(www.zxxk.com)--教育资源门户，提供试卷、教案、课件、论文、素材以及各类教学资源下载，还有大量而丰富的教学相关资讯！" style="width:11.25pt;height:11.25pt" o:oleicon="f" o:ole="">
            <v:imagedata r:id="rId903" o:title="eqId8455657dde27aabe6adb7b188e031c11"/>
          </v:shape>
        </w:pict>
      </w:r>
      <w:r>
        <w:rPr>
          <w:rFonts w:ascii="宋体" w:eastAsia="宋体" w:hAnsi="宋体" w:cs="宋体"/>
          <w:color w:val="000000"/>
        </w:rPr>
        <w:t>三点中，点</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color w:val="000000"/>
        </w:rPr>
        <w:t>_________</w:t>
      </w:r>
      <w:r>
        <w:rPr>
          <w:rFonts w:ascii="宋体" w:eastAsia="宋体" w:hAnsi="宋体" w:cs="宋体"/>
          <w:color w:val="000000"/>
        </w:rPr>
        <w:t>关于线段</w:t>
      </w:r>
      <w:r>
        <w:rPr>
          <w:rFonts w:ascii="Times New Roman" w:eastAsia="Times New Roman" w:hAnsi="Times New Roman" w:cs="Times New Roman"/>
          <w:i/>
          <w:color w:val="000000"/>
        </w:rPr>
        <w:t>OR</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②点</w:t>
      </w:r>
      <w:r>
        <w:pict>
          <v:shape id="_x0000_i710723" type="#_x0000_t75" alt="学科网(www.zxxk.com)--教育资源门户，提供试卷、教案、课件、论文、素材以及各类教学资源下载，还有大量而丰富的教学相关资讯！" style="width:14.25pt;height:14.25pt" o:oleicon="f" o:ole="">
            <v:imagedata r:id="rId905" o:title="eqId54a5d7d3b6b63fe5c24c3907b7a8eaa3"/>
          </v:shape>
        </w:pict>
      </w:r>
      <w:r>
        <w:rPr>
          <w:rFonts w:ascii="宋体" w:eastAsia="宋体" w:hAnsi="宋体" w:cs="宋体"/>
          <w:color w:val="000000"/>
        </w:rPr>
        <w:t>表示的数为</w:t>
      </w:r>
      <w:r>
        <w:pict>
          <v:shape id="_x0000_i710724" type="#_x0000_t75" alt="学科网(www.zxxk.com)--教育资源门户，提供试卷、教案、课件、论文、素材以及各类教学资源下载，还有大量而丰富的教学相关资讯！" style="width:9pt;height:9.75pt" o:oleicon="f" o:ole="">
            <v:imagedata r:id="rId906" o:title="eqId81dea63b8ce3e51adf66cf7b9982a248"/>
          </v:shape>
        </w:pic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725" type="#_x0000_t75" alt="学科网(www.zxxk.com)--教育资源门户，提供试卷、教案、课件、论文、素材以及各类教学资源下载，还有大量而丰富的教学相关资讯！" style="width:14.25pt;height:14.25pt" o:oleicon="f" o:ole="">
            <v:imagedata r:id="rId905" o:title="eqId54a5d7d3b6b63fe5c24c3907b7a8eaa3"/>
          </v:shape>
        </w:pict>
      </w:r>
      <w:r>
        <w:rPr>
          <w:rFonts w:ascii="宋体" w:eastAsia="宋体" w:hAnsi="宋体" w:cs="宋体"/>
          <w:color w:val="000000"/>
        </w:rPr>
        <w:t>关于线段</w:t>
      </w:r>
      <w:r>
        <w:rPr>
          <w:rFonts w:ascii="Times New Roman" w:eastAsia="Times New Roman" w:hAnsi="Times New Roman" w:cs="Times New Roman"/>
          <w:i/>
          <w:color w:val="000000"/>
        </w:rPr>
        <w:t>OR</w:t>
      </w:r>
      <w:r>
        <w:rPr>
          <w:rFonts w:ascii="宋体" w:eastAsia="宋体" w:hAnsi="宋体" w:cs="宋体"/>
          <w:color w:val="000000"/>
        </w:rPr>
        <w:t>“中位对称”，则</w:t>
      </w:r>
      <w:r>
        <w:pict>
          <v:shape id="_x0000_i710726" type="#_x0000_t75" alt="学科网(www.zxxk.com)--教育资源门户，提供试卷、教案、课件、论文、素材以及各类教学资源下载，还有大量而丰富的教学相关资讯！" style="width:9pt;height:9.75pt" o:oleicon="f" o:ole="">
            <v:imagedata r:id="rId906" o:title="eqId81dea63b8ce3e51adf66cf7b9982a248"/>
          </v:shape>
        </w:pict>
      </w:r>
      <w:r>
        <w:rPr>
          <w:rFonts w:ascii="宋体" w:eastAsia="宋体" w:hAnsi="宋体" w:cs="宋体"/>
          <w:color w:val="000000"/>
        </w:rPr>
        <w:t>的取值范围是</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③点</w:t>
      </w:r>
      <w:r>
        <w:pict>
          <v:shape id="_x0000_i710727" type="#_x0000_t75" alt="学科网(www.zxxk.com)--教育资源门户，提供试卷、教案、课件、论文、素材以及各类教学资源下载，还有大量而丰富的教学相关资讯！" style="width:12pt;height:13pt" o:oleicon="f" o:ole="">
            <v:imagedata r:id="rId907" o:title="eqId2a30f3a8b673cc28bd90c50cf1a35281"/>
          </v:shape>
        </w:pict>
      </w:r>
      <w:r>
        <w:rPr>
          <w:rFonts w:ascii="宋体" w:eastAsia="宋体" w:hAnsi="宋体" w:cs="宋体"/>
          <w:color w:val="000000"/>
        </w:rPr>
        <w:t>表示的数为</w:t>
      </w:r>
      <w:r>
        <w:pict>
          <v:shape id="_x0000_i710728" type="#_x0000_t75" alt="学科网(www.zxxk.com)--教育资源门户，提供试卷、教案、课件、论文、素材以及各类教学资源下载，还有大量而丰富的教学相关资讯！" style="width:12.75pt;height:11.25pt" o:oleicon="f" o:ole="">
            <v:imagedata r:id="rId908" o:title="eqId294f5ba74cdf695fc9a8a8e52f421328"/>
          </v:shape>
        </w:pict>
      </w:r>
      <w:r>
        <w:rPr>
          <w:rFonts w:ascii="宋体" w:eastAsia="宋体" w:hAnsi="宋体" w:cs="宋体"/>
          <w:color w:val="000000"/>
        </w:rPr>
        <w:t>，点</w:t>
      </w:r>
      <w:r>
        <w:pict>
          <v:shape id="_x0000_i710729" type="#_x0000_t75" alt="学科网(www.zxxk.com)--教育资源门户，提供试卷、教案、课件、论文、素材以及各类教学资源下载，还有大量而丰富的教学相关资讯！" style="width:12.75pt;height:12.75pt" o:oleicon="f" o:ole="">
            <v:imagedata r:id="rId909" o:title="eqIda0ed1ec316bc54c37c4286c208f55667"/>
          </v:shape>
        </w:pict>
      </w:r>
      <w:r>
        <w:rPr>
          <w:rFonts w:ascii="宋体" w:eastAsia="宋体" w:hAnsi="宋体" w:cs="宋体"/>
          <w:color w:val="000000"/>
        </w:rPr>
        <w:t>表示的数为</w:t>
      </w:r>
      <w:r>
        <w:pict>
          <v:shape id="_x0000_i710730" type="#_x0000_t75" alt="学科网(www.zxxk.com)--教育资源门户，提供试卷、教案、课件、论文、素材以及各类教学资源下载，还有大量而丰富的教学相关资讯！" style="width:29pt;height:13.95pt" o:oleicon="f" o:ole="">
            <v:imagedata r:id="rId910" o:title="eqId9f2c1ec3153d6b86778f01cb90027029"/>
          </v:shape>
        </w:pict>
      </w:r>
      <w:r>
        <w:rPr>
          <w:rFonts w:ascii="宋体" w:eastAsia="宋体" w:hAnsi="宋体" w:cs="宋体"/>
          <w:color w:val="000000"/>
        </w:rPr>
        <w:t>，若线段</w:t>
      </w:r>
      <w:r>
        <w:pict>
          <v:shape id="_x0000_i710731" type="#_x0000_t75" alt="学科网(www.zxxk.com)--教育资源门户，提供试卷、教案、课件、论文、素材以及各类教学资源下载，还有大量而丰富的教学相关资讯！" style="width:20.4pt;height:12.6pt" o:oleicon="f" o:ole="">
            <v:imagedata r:id="rId911" o:title="eqId49b50357a6545cae8348e3059312f520"/>
          </v:shape>
        </w:pict>
      </w:r>
      <w:r>
        <w:rPr>
          <w:rFonts w:ascii="宋体" w:eastAsia="宋体" w:hAnsi="宋体" w:cs="宋体"/>
          <w:color w:val="000000"/>
        </w:rPr>
        <w:t>上至少存在一点与点</w:t>
      </w:r>
      <w:r>
        <w:rPr>
          <w:rFonts w:ascii="Times New Roman" w:eastAsia="Times New Roman" w:hAnsi="Times New Roman" w:cs="Times New Roman"/>
          <w:i/>
          <w:color w:val="000000"/>
        </w:rPr>
        <w:t>A</w:t>
      </w:r>
      <w:r>
        <w:rPr>
          <w:rFonts w:ascii="宋体" w:eastAsia="宋体" w:hAnsi="宋体" w:cs="宋体"/>
          <w:color w:val="000000"/>
        </w:rPr>
        <w:t>关于线段</w:t>
      </w:r>
      <w:r>
        <w:pict>
          <v:shape id="_x0000_i710732" type="#_x0000_t75" alt="学科网(www.zxxk.com)--教育资源门户，提供试卷、教案、课件、论文、素材以及各类教学资源下载，还有大量而丰富的教学相关资讯！" style="width:20.4pt;height:12.6pt" o:oleicon="f" o:ole="">
            <v:imagedata r:id="rId911" o:title="eqId49b50357a6545cae8348e3059312f520"/>
          </v:shape>
        </w:pict>
      </w:r>
      <w:r>
        <w:rPr>
          <w:rFonts w:ascii="宋体" w:eastAsia="宋体" w:hAnsi="宋体" w:cs="宋体"/>
          <w:color w:val="000000"/>
        </w:rPr>
        <w:t>“中位对称”，直接写出</w:t>
      </w:r>
      <w:r>
        <w:pict>
          <v:shape id="_x0000_i710733" type="#_x0000_t75" alt="学科网(www.zxxk.com)--教育资源门户，提供试卷、教案、课件、论文、素材以及各类教学资源下载，还有大量而丰富的教学相关资讯！" style="width:12.75pt;height:11.25pt" o:oleicon="f" o:ole="">
            <v:imagedata r:id="rId908" o:title="eqId294f5ba74cdf695fc9a8a8e52f421328"/>
          </v:shape>
        </w:pi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pict>
          <v:shape id="_x0000_i710734" type="#_x0000_t75" alt="学科网(www.zxxk.com)--教育资源门户，提供试卷、教案、课件、论文、素材以及各类教学资源下载，还有大量而丰富的教学相关资讯！" style="width:24.75pt;height:14.25pt" o:oleicon="f" o:ole="">
            <v:imagedata r:id="rId912" o:title="eqId7f4c8c3959bc2ed4902bf51bf2c24b48"/>
          </v:shape>
        </w:pict>
      </w:r>
      <w:r>
        <w:rPr>
          <w:rFonts w:ascii="宋体" w:eastAsia="宋体" w:hAnsi="宋体" w:cs="宋体"/>
          <w:color w:val="000000"/>
        </w:rPr>
        <w:t>；②</w:t>
      </w:r>
      <w:r>
        <w:pict>
          <v:shape id="_x0000_i710735" type="#_x0000_t75" alt="学科网(www.zxxk.com)--教育资源门户，提供试卷、教案、课件、论文、素材以及各类教学资源下载，还有大量而丰富的教学相关资讯！" style="width:9.6pt;height:13.2pt" o:oleicon="f" o:ole="">
            <v:imagedata r:id="rId913" o:title="eqIdb8860d9787671b53b1ab68b3d526f5ca"/>
          </v:shape>
        </w:pi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①点</w:t>
      </w:r>
      <w:r>
        <w:rPr>
          <w:rFonts w:ascii="Times New Roman" w:eastAsia="Times New Roman" w:hAnsi="Times New Roman" w:cs="Times New Roman"/>
          <w:i/>
          <w:color w:val="000000"/>
        </w:rPr>
        <w:t>C</w:t>
      </w:r>
      <w:r>
        <w:rPr>
          <w:rFonts w:ascii="宋体" w:eastAsia="宋体" w:hAnsi="宋体" w:cs="宋体"/>
          <w:color w:val="000000"/>
        </w:rPr>
        <w:t>和点</w:t>
      </w:r>
      <w:r>
        <w:rPr>
          <w:rFonts w:ascii="Times New Roman" w:eastAsia="Times New Roman" w:hAnsi="Times New Roman" w:cs="Times New Roman"/>
          <w:i/>
          <w:color w:val="000000"/>
        </w:rPr>
        <w:t>D</w:t>
      </w:r>
      <w:r>
        <w:rPr>
          <w:rFonts w:ascii="宋体" w:eastAsia="宋体" w:hAnsi="宋体" w:cs="宋体"/>
          <w:color w:val="000000"/>
        </w:rPr>
        <w:t>；②</w:t>
      </w:r>
      <w:r>
        <w:pict>
          <v:shape id="_x0000_i710736" type="#_x0000_t75" alt="学科网(www.zxxk.com)--教育资源门户，提供试卷、教案、课件、论文、素材以及各类教学资源下载，还有大量而丰富的教学相关资讯！" style="width:45pt;height:14.4pt" o:oleicon="f" o:ole="">
            <v:imagedata r:id="rId914" o:title="eqId7c6b35f463609583a35b54ac9ba117b7"/>
          </v:shape>
        </w:pict>
      </w:r>
      <w:r>
        <w:rPr>
          <w:rFonts w:ascii="宋体" w:eastAsia="宋体" w:hAnsi="宋体" w:cs="宋体"/>
          <w:color w:val="000000"/>
        </w:rPr>
        <w:t>；③</w:t>
      </w:r>
      <w:r>
        <w:pict>
          <v:shape id="_x0000_i710737" type="#_x0000_t75" alt="学科网(www.zxxk.com)--教育资源门户，提供试卷、教案、课件、论文、素材以及各类教学资源下载，还有大量而丰富的教学相关资讯！" style="width:60.7pt;height:13.95pt" o:oleicon="f" o:ole="">
            <v:imagedata r:id="rId915" o:title="eqIdc079af321a054ab2f5d978dd6ccad076"/>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）①根据新定义进行运算求解即可；</w:t>
      </w:r>
    </w:p>
    <w:p>
      <w:pPr>
        <w:spacing w:line="360" w:lineRule="auto"/>
        <w:jc w:val="both"/>
        <w:textAlignment w:val="center"/>
        <w:rPr>
          <w:color w:val="000000"/>
        </w:rPr>
      </w:pPr>
      <w:r>
        <w:rPr>
          <w:rFonts w:ascii="宋体" w:eastAsia="宋体" w:hAnsi="宋体" w:cs="宋体"/>
          <w:color w:val="000000"/>
        </w:rPr>
        <w:t>②根据新定义进行运算求解即可；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）①先算出每个点与</w:t>
      </w:r>
      <w:r>
        <w:rPr>
          <w:rFonts w:ascii="Times New Roman" w:eastAsia="Times New Roman" w:hAnsi="Times New Roman" w:cs="Times New Roman"/>
          <w:i/>
          <w:color w:val="000000"/>
        </w:rPr>
        <w:t>A</w:t>
      </w:r>
      <w:r>
        <w:rPr>
          <w:rFonts w:ascii="宋体" w:eastAsia="宋体" w:hAnsi="宋体" w:cs="宋体"/>
          <w:color w:val="000000"/>
        </w:rPr>
        <w:t>的中位点，再逐一判断即可；</w:t>
      </w:r>
    </w:p>
    <w:p>
      <w:pPr>
        <w:spacing w:line="360" w:lineRule="auto"/>
        <w:jc w:val="both"/>
        <w:textAlignment w:val="center"/>
        <w:rPr>
          <w:color w:val="000000"/>
        </w:rPr>
      </w:pPr>
      <w:r>
        <w:rPr>
          <w:rFonts w:ascii="宋体" w:eastAsia="宋体" w:hAnsi="宋体" w:cs="宋体"/>
          <w:color w:val="000000"/>
        </w:rPr>
        <w:t>②根据新定义先求得点</w:t>
      </w:r>
      <w:r>
        <w:rPr>
          <w:rFonts w:ascii="Times New Roman" w:eastAsia="Times New Roman" w:hAnsi="Times New Roman" w:cs="Times New Roman"/>
          <w:i/>
          <w:color w:val="000000"/>
        </w:rPr>
        <w:t>N</w:t>
      </w:r>
      <w:r>
        <w:rPr>
          <w:rFonts w:ascii="宋体" w:eastAsia="宋体" w:hAnsi="宋体" w:cs="宋体"/>
          <w:color w:val="000000"/>
        </w:rPr>
        <w:t>与</w:t>
      </w:r>
      <w:r>
        <w:rPr>
          <w:rFonts w:ascii="Times New Roman" w:eastAsia="Times New Roman" w:hAnsi="Times New Roman" w:cs="Times New Roman"/>
          <w:i/>
          <w:color w:val="000000"/>
        </w:rPr>
        <w:t>A</w:t>
      </w:r>
      <w:r>
        <w:rPr>
          <w:rFonts w:ascii="宋体" w:eastAsia="宋体" w:hAnsi="宋体" w:cs="宋体"/>
          <w:color w:val="000000"/>
        </w:rPr>
        <w:t>的中位点得代数式，在进行求解即可；</w:t>
      </w:r>
    </w:p>
    <w:p>
      <w:pPr>
        <w:spacing w:line="360" w:lineRule="auto"/>
        <w:jc w:val="both"/>
        <w:textAlignment w:val="center"/>
        <w:rPr>
          <w:color w:val="000000"/>
        </w:rPr>
      </w:pPr>
      <w:r>
        <w:rPr>
          <w:rFonts w:ascii="宋体" w:eastAsia="宋体" w:hAnsi="宋体" w:cs="宋体"/>
          <w:color w:val="000000"/>
        </w:rPr>
        <w:t>③先进行分类讨论：当点</w:t>
      </w:r>
      <w:r>
        <w:rPr>
          <w:rFonts w:ascii="Times New Roman" w:eastAsia="Times New Roman" w:hAnsi="Times New Roman" w:cs="Times New Roman"/>
          <w:i/>
          <w:color w:val="000000"/>
        </w:rPr>
        <w:t>H</w:t>
      </w:r>
      <w:r>
        <w:rPr>
          <w:rFonts w:ascii="宋体" w:eastAsia="宋体" w:hAnsi="宋体" w:cs="宋体"/>
          <w:color w:val="000000"/>
        </w:rPr>
        <w:t>与</w:t>
      </w:r>
      <w:r>
        <w:rPr>
          <w:rFonts w:ascii="Times New Roman" w:eastAsia="Times New Roman" w:hAnsi="Times New Roman" w:cs="Times New Roman"/>
          <w:i/>
          <w:color w:val="000000"/>
        </w:rPr>
        <w:t>E</w:t>
      </w:r>
      <w:r>
        <w:rPr>
          <w:rFonts w:ascii="宋体" w:eastAsia="宋体" w:hAnsi="宋体" w:cs="宋体"/>
          <w:color w:val="000000"/>
        </w:rPr>
        <w:t>点重合时和当点</w:t>
      </w:r>
      <w:r>
        <w:rPr>
          <w:rFonts w:ascii="Times New Roman" w:eastAsia="Times New Roman" w:hAnsi="Times New Roman" w:cs="Times New Roman"/>
          <w:i/>
          <w:color w:val="000000"/>
        </w:rPr>
        <w:t>H</w:t>
      </w:r>
      <w:r>
        <w:rPr>
          <w:rFonts w:ascii="宋体" w:eastAsia="宋体" w:hAnsi="宋体" w:cs="宋体"/>
          <w:color w:val="000000"/>
        </w:rPr>
        <w:t>与</w:t>
      </w:r>
      <w:r>
        <w:rPr>
          <w:rFonts w:ascii="Times New Roman" w:eastAsia="Times New Roman" w:hAnsi="Times New Roman" w:cs="Times New Roman"/>
          <w:i/>
          <w:color w:val="000000"/>
        </w:rPr>
        <w:t>F</w:t>
      </w:r>
      <w:r>
        <w:rPr>
          <w:rFonts w:ascii="宋体" w:eastAsia="宋体" w:hAnsi="宋体" w:cs="宋体"/>
          <w:color w:val="000000"/>
        </w:rPr>
        <w:t>点重合时，再结合两次求得的取值范围进行求解即可．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①由题意得，点</w:t>
      </w:r>
      <w:r>
        <w:pict>
          <v:shape id="_x0000_i710738" type="#_x0000_t75" alt="学科网(www.zxxk.com)--教育资源门户，提供试卷、教案、课件、论文、素材以及各类教学资源下载，还有大量而丰富的教学相关资讯！" style="width:14.25pt;height:10.5pt" o:oleicon="f" o:ole="">
            <v:imagedata r:id="rId916" o:title="eqIdac047e91852b91af639feec23a9598b2"/>
          </v:shape>
        </w:pict>
      </w:r>
      <w:r>
        <w:rPr>
          <w:rFonts w:ascii="宋体" w:eastAsia="宋体" w:hAnsi="宋体" w:cs="宋体"/>
          <w:color w:val="000000"/>
        </w:rPr>
        <w:t>表示的数为</w:t>
      </w:r>
      <w:r>
        <w:pict>
          <v:shape id="_x0000_i710739" type="#_x0000_t75" alt="学科网(www.zxxk.com)--教育资源门户，提供试卷、教案、课件、论文、素材以及各类教学资源下载，还有大量而丰富的教学相关资讯！" style="width:84pt;height:33pt" o:oleicon="f" o:ole="">
            <v:imagedata r:id="rId917" o:title="eqIde81a9bc29a4218a9bdfd8d7e5f74ed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0740" type="#_x0000_t75" alt="学科网(www.zxxk.com)--教育资源门户，提供试卷、教案、课件、论文、素材以及各类教学资源下载，还有大量而丰富的教学相关资讯！" style="width:24.75pt;height:14.25pt" o:oleicon="f" o:ole="">
            <v:imagedata r:id="rId918" o:title="eqId7f4c8c3959bc2ed4902bf51bf2c24b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②由题意得点</w:t>
      </w:r>
      <w:r>
        <w:pict>
          <v:shape id="_x0000_i710741" type="#_x0000_t75" alt="学科网(www.zxxk.com)--教育资源门户，提供试卷、教案、课件、论文、素材以及各类教学资源下载，还有大量而丰富的教学相关资讯！" style="width:9.75pt;height:10.5pt" o:oleicon="f" o:ole="">
            <v:imagedata r:id="rId919" o:title="eqId7f9e8449aad35c5d840a3395ea86df6d"/>
          </v:shape>
        </w:pict>
      </w:r>
      <w:r>
        <w:rPr>
          <w:rFonts w:ascii="宋体" w:eastAsia="宋体" w:hAnsi="宋体" w:cs="宋体"/>
          <w:color w:val="000000"/>
        </w:rPr>
        <w:t>表示的数为</w:t>
      </w:r>
      <w:r>
        <w:pict>
          <v:shape id="_x0000_i710742" type="#_x0000_t75" alt="学科网(www.zxxk.com)--教育资源门户，提供试卷、教案、课件、论文、素材以及各类教学资源下载，还有大量而丰富的教学相关资讯！" style="width:108pt;height:20pt" o:oleicon="f" o:ole="">
            <v:imagedata r:id="rId920" o:title="eqId9059a3b5e6f717ebc82b0d014eed2e1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0743" type="#_x0000_t75" alt="学科网(www.zxxk.com)--教育资源门户，提供试卷、教案、课件、论文、素材以及各类教学资源下载，还有大量而丰富的教学相关资讯！" style="width:9.6pt;height:13.2pt" o:oleicon="f" o:ole="">
            <v:imagedata r:id="rId921" o:title="eqIdb8860d9787671b53b1ab68b3d526f5ca"/>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①∵在</w:t>
      </w:r>
      <w:r>
        <w:pict>
          <v:shape id="_x0000_i710744" type="#_x0000_t75" alt="学科网(www.zxxk.com)--教育资源门户，提供试卷、教案、课件、论文、素材以及各类教学资源下载，还有大量而丰富的教学相关资讯！" style="width:9.75pt;height:10.5pt" o:oleicon="f" o:ole="">
            <v:imagedata r:id="rId922" o:title="eqId7f9e8449aad35c5d840a3395ea86df6d"/>
          </v:shape>
        </w:pict>
      </w:r>
      <w:r>
        <w:rPr>
          <w:rFonts w:ascii="宋体" w:eastAsia="宋体" w:hAnsi="宋体" w:cs="宋体"/>
          <w:color w:val="000000"/>
        </w:rPr>
        <w:t>，</w:t>
      </w:r>
      <w:r>
        <w:pict>
          <v:shape id="_x0000_i710745" type="#_x0000_t75" alt="学科网(www.zxxk.com)--教育资源门户，提供试卷、教案、课件、论文、素材以及各类教学资源下载，还有大量而丰富的教学相关资讯！" style="width:11.9pt;height:14.4pt" o:oleicon="f" o:ole="">
            <v:imagedata r:id="rId923" o:title="eqIdc5db41a1f31d6baee7c69990811edb9f"/>
          </v:shape>
        </w:pict>
      </w:r>
      <w:r>
        <w:rPr>
          <w:rFonts w:ascii="宋体" w:eastAsia="宋体" w:hAnsi="宋体" w:cs="宋体"/>
          <w:color w:val="000000"/>
        </w:rPr>
        <w:t>，</w:t>
      </w:r>
      <w:r>
        <w:pict>
          <v:shape id="_x0000_i710746" type="#_x0000_t75" alt="学科网(www.zxxk.com)--教育资源门户，提供试卷、教案、课件、论文、素材以及各类教学资源下载，还有大量而丰富的教学相关资讯！" style="width:11.25pt;height:11.25pt" o:oleicon="f" o:ole="">
            <v:imagedata r:id="rId924" o:title="eqId8455657dde27aabe6adb7b188e031c11"/>
          </v:shape>
        </w:pict>
      </w:r>
      <w:r>
        <w:rPr>
          <w:rFonts w:ascii="宋体" w:eastAsia="宋体" w:hAnsi="宋体" w:cs="宋体"/>
          <w:color w:val="000000"/>
        </w:rPr>
        <w:t>三点中，点</w:t>
      </w:r>
      <w:r>
        <w:rPr>
          <w:rFonts w:ascii="Times New Roman" w:eastAsia="Times New Roman" w:hAnsi="Times New Roman" w:cs="Times New Roman"/>
          <w:i/>
          <w:color w:val="000000"/>
        </w:rPr>
        <w:t>A</w:t>
      </w:r>
      <w:r>
        <w:rPr>
          <w:rFonts w:ascii="宋体" w:eastAsia="宋体" w:hAnsi="宋体" w:cs="宋体"/>
          <w:color w:val="000000"/>
        </w:rPr>
        <w:t>与这个点关于线段</w:t>
      </w:r>
      <w:r>
        <w:rPr>
          <w:rFonts w:ascii="Times New Roman" w:eastAsia="Times New Roman" w:hAnsi="Times New Roman" w:cs="Times New Roman"/>
          <w:i/>
          <w:color w:val="000000"/>
        </w:rPr>
        <w:t>OR</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∴中位点要在线段</w:t>
      </w:r>
      <w:r>
        <w:rPr>
          <w:rFonts w:ascii="Times New Roman" w:eastAsia="Times New Roman" w:hAnsi="Times New Roman" w:cs="Times New Roman"/>
          <w:i/>
          <w:color w:val="000000"/>
        </w:rPr>
        <w:t>OR</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与</w:t>
      </w:r>
      <w:r>
        <w:rPr>
          <w:rFonts w:ascii="Times New Roman" w:eastAsia="Times New Roman" w:hAnsi="Times New Roman" w:cs="Times New Roman"/>
          <w:i/>
          <w:color w:val="000000"/>
        </w:rPr>
        <w:t>A</w:t>
      </w:r>
      <w:r>
        <w:rPr>
          <w:rFonts w:ascii="宋体" w:eastAsia="宋体" w:hAnsi="宋体" w:cs="宋体"/>
          <w:color w:val="000000"/>
        </w:rPr>
        <w:t>的中位点为</w:t>
      </w:r>
      <w:r>
        <w:pict>
          <v:shape id="_x0000_i710747" type="#_x0000_t75" alt="学科网(www.zxxk.com)--教育资源门户，提供试卷、教案、课件、论文、素材以及各类教学资源下载，还有大量而丰富的教学相关资讯！" style="width:61.15pt;height:31.25pt" o:oleicon="f" o:ole="">
            <v:imagedata r:id="rId925" o:title="eqId97d5b5addcb17021fc758f37acfd3c8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与</w:t>
      </w:r>
      <w:r>
        <w:rPr>
          <w:rFonts w:ascii="Times New Roman" w:eastAsia="Times New Roman" w:hAnsi="Times New Roman" w:cs="Times New Roman"/>
          <w:i/>
          <w:color w:val="000000"/>
        </w:rPr>
        <w:t>A</w:t>
      </w:r>
      <w:r>
        <w:rPr>
          <w:rFonts w:ascii="宋体" w:eastAsia="宋体" w:hAnsi="宋体" w:cs="宋体"/>
          <w:color w:val="000000"/>
        </w:rPr>
        <w:t>的中位点为</w:t>
      </w:r>
      <w:r>
        <w:pict>
          <v:shape id="_x0000_i710748" type="#_x0000_t75" alt="学科网(www.zxxk.com)--教育资源门户，提供试卷、教案、课件、论文、素材以及各类教学资源下载，还有大量而丰富的教学相关资讯！" style="width:88pt;height:48pt" o:oleicon="f" o:ole="">
            <v:imagedata r:id="rId926" o:title="eqId8633e53ae7d50330dd934eec93f2a98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与</w:t>
      </w:r>
      <w:r>
        <w:rPr>
          <w:rFonts w:ascii="Times New Roman" w:eastAsia="Times New Roman" w:hAnsi="Times New Roman" w:cs="Times New Roman"/>
          <w:i/>
          <w:color w:val="000000"/>
        </w:rPr>
        <w:t>A</w:t>
      </w:r>
      <w:r>
        <w:rPr>
          <w:rFonts w:ascii="宋体" w:eastAsia="宋体" w:hAnsi="宋体" w:cs="宋体"/>
          <w:color w:val="000000"/>
        </w:rPr>
        <w:t>的中位点为</w:t>
      </w:r>
      <w:r>
        <w:pict>
          <v:shape id="_x0000_i710749" type="#_x0000_t75" alt="学科网(www.zxxk.com)--教育资源门户，提供试卷、教案、课件、论文、素材以及各类教学资源下载，还有大量而丰富的教学相关资讯！" style="width:50.25pt;height:28.5pt" o:oleicon="f" o:ole="">
            <v:imagedata r:id="rId927" o:title="eqId9ac7a99696f6fd3b45c07bf4c1f4414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其中有</w:t>
      </w:r>
      <w:r>
        <w:rPr>
          <w:rFonts w:ascii="Times New Roman" w:eastAsia="Times New Roman" w:hAnsi="Times New Roman" w:cs="Times New Roman"/>
          <w:i/>
          <w:color w:val="000000"/>
        </w:rPr>
        <w:t>C</w:t>
      </w:r>
      <w:r>
        <w:rPr>
          <w:rFonts w:ascii="宋体" w:eastAsia="宋体" w:hAnsi="宋体" w:cs="宋体"/>
          <w:color w:val="000000"/>
        </w:rPr>
        <w:t>与</w:t>
      </w:r>
      <w:r>
        <w:rPr>
          <w:rFonts w:ascii="Times New Roman" w:eastAsia="Times New Roman" w:hAnsi="Times New Roman" w:cs="Times New Roman"/>
          <w:i/>
          <w:color w:val="000000"/>
        </w:rPr>
        <w:t>A</w:t>
      </w:r>
      <w:r>
        <w:rPr>
          <w:rFonts w:ascii="宋体" w:eastAsia="宋体" w:hAnsi="宋体" w:cs="宋体"/>
          <w:color w:val="000000"/>
        </w:rPr>
        <w:t>的中位点和</w:t>
      </w:r>
      <w:r>
        <w:rPr>
          <w:rFonts w:ascii="Times New Roman" w:eastAsia="Times New Roman" w:hAnsi="Times New Roman" w:cs="Times New Roman"/>
          <w:i/>
          <w:color w:val="000000"/>
        </w:rPr>
        <w:t>D</w:t>
      </w:r>
      <w:r>
        <w:rPr>
          <w:rFonts w:ascii="宋体" w:eastAsia="宋体" w:hAnsi="宋体" w:cs="宋体"/>
          <w:color w:val="000000"/>
        </w:rPr>
        <w:t>与</w:t>
      </w:r>
      <w:r>
        <w:rPr>
          <w:rFonts w:ascii="Times New Roman" w:eastAsia="Times New Roman" w:hAnsi="Times New Roman" w:cs="Times New Roman"/>
          <w:i/>
          <w:color w:val="000000"/>
        </w:rPr>
        <w:t>A</w:t>
      </w:r>
      <w:r>
        <w:rPr>
          <w:rFonts w:ascii="宋体" w:eastAsia="宋体" w:hAnsi="宋体" w:cs="宋体"/>
          <w:color w:val="000000"/>
        </w:rPr>
        <w:t>的中位点在线段</w:t>
      </w:r>
      <w:r>
        <w:rPr>
          <w:rFonts w:ascii="Times New Roman" w:eastAsia="Times New Roman" w:hAnsi="Times New Roman" w:cs="Times New Roman"/>
          <w:i/>
          <w:color w:val="000000"/>
        </w:rPr>
        <w:t>OR</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C</w:t>
      </w:r>
      <w:r>
        <w:rPr>
          <w:rFonts w:ascii="宋体" w:eastAsia="宋体" w:hAnsi="宋体" w:cs="宋体"/>
          <w:color w:val="000000"/>
        </w:rPr>
        <w:t>和点</w:t>
      </w:r>
      <w:r>
        <w:rPr>
          <w:rFonts w:ascii="Times New Roman" w:eastAsia="Times New Roman" w:hAnsi="Times New Roman" w:cs="Times New Roman"/>
          <w:i/>
          <w:color w:val="000000"/>
        </w:rPr>
        <w:t>D</w:t>
      </w:r>
      <w:r>
        <w:rPr>
          <w:rFonts w:ascii="宋体" w:eastAsia="宋体" w:hAnsi="宋体" w:cs="宋体"/>
          <w:color w:val="000000"/>
        </w:rPr>
        <w:t>关于线段</w:t>
      </w:r>
      <w:r>
        <w:rPr>
          <w:rFonts w:ascii="Times New Roman" w:eastAsia="Times New Roman" w:hAnsi="Times New Roman" w:cs="Times New Roman"/>
          <w:i/>
          <w:color w:val="000000"/>
        </w:rPr>
        <w:t>OR</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故答案为：点</w:t>
      </w:r>
      <w:r>
        <w:rPr>
          <w:rFonts w:ascii="Times New Roman" w:eastAsia="Times New Roman" w:hAnsi="Times New Roman" w:cs="Times New Roman"/>
          <w:i/>
          <w:color w:val="000000"/>
        </w:rPr>
        <w:t>C</w:t>
      </w:r>
      <w:r>
        <w:rPr>
          <w:rFonts w:ascii="宋体" w:eastAsia="宋体" w:hAnsi="宋体" w:cs="宋体"/>
          <w:color w:val="000000"/>
        </w:rPr>
        <w:t>和点</w:t>
      </w:r>
      <w:r>
        <w:rPr>
          <w:rFonts w:ascii="Times New Roman" w:eastAsia="Times New Roman" w:hAnsi="Times New Roman" w:cs="Times New Roman"/>
          <w:i/>
          <w:color w:val="000000"/>
        </w:rPr>
        <w:t>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②由题意得，点</w:t>
      </w:r>
      <w:r>
        <w:rPr>
          <w:rFonts w:ascii="Times New Roman" w:eastAsia="Times New Roman" w:hAnsi="Times New Roman" w:cs="Times New Roman"/>
          <w:i/>
          <w:color w:val="000000"/>
        </w:rPr>
        <w:t>N</w:t>
      </w:r>
      <w:r>
        <w:rPr>
          <w:color w:val="000000"/>
        </w:rPr>
        <w:t xml:space="preserve">    </w:t>
      </w:r>
      <w:r>
        <w:rPr>
          <w:rFonts w:ascii="宋体" w:eastAsia="宋体" w:hAnsi="宋体" w:cs="宋体"/>
          <w:color w:val="000000"/>
        </w:rPr>
        <w:t>与</w:t>
      </w:r>
      <w:r>
        <w:rPr>
          <w:rFonts w:ascii="Times New Roman" w:eastAsia="Times New Roman" w:hAnsi="Times New Roman" w:cs="Times New Roman"/>
          <w:i/>
          <w:color w:val="000000"/>
        </w:rPr>
        <w:t>A</w:t>
      </w:r>
      <w:r>
        <w:rPr>
          <w:rFonts w:ascii="宋体" w:eastAsia="宋体" w:hAnsi="宋体" w:cs="宋体"/>
          <w:color w:val="000000"/>
        </w:rPr>
        <w:t>的中位点为</w:t>
      </w:r>
      <w:r>
        <w:pict>
          <v:shape id="_x0000_i710750" type="#_x0000_t75" alt="学科网(www.zxxk.com)--教育资源门户，提供试卷、教案、课件、论文、素材以及各类教学资源下载，还有大量而丰富的教学相关资讯！" style="width:27.75pt;height:30.75pt" o:oleicon="f" o:ole="">
            <v:imagedata r:id="rId928" o:title="eqId23ad763ff8ceabd30c08970f75944cd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751" type="#_x0000_t75" alt="学科网(www.zxxk.com)--教育资源门户，提供试卷、教案、课件、论文、素材以及各类教学资源下载，还有大量而丰富的教学相关资讯！" style="width:14.25pt;height:14.25pt" o:oleicon="f" o:ole="">
            <v:imagedata r:id="rId929" o:title="eqId54a5d7d3b6b63fe5c24c3907b7a8eaa3"/>
          </v:shape>
        </w:pict>
      </w:r>
      <w:r>
        <w:rPr>
          <w:rFonts w:ascii="宋体" w:eastAsia="宋体" w:hAnsi="宋体" w:cs="宋体"/>
          <w:color w:val="000000"/>
        </w:rPr>
        <w:t>关于线段</w:t>
      </w:r>
      <w:r>
        <w:rPr>
          <w:rFonts w:ascii="Times New Roman" w:eastAsia="Times New Roman" w:hAnsi="Times New Roman" w:cs="Times New Roman"/>
          <w:i/>
          <w:color w:val="000000"/>
        </w:rPr>
        <w:t>OR</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又∵点</w:t>
      </w:r>
      <w:r>
        <w:pict>
          <v:shape id="_x0000_i710752" type="#_x0000_t75" alt="学科网(www.zxxk.com)--教育资源门户，提供试卷、教案、课件、论文、素材以及各类教学资源下载，还有大量而丰富的教学相关资讯！" style="width:11.25pt;height:12pt" o:oleicon="f" o:ole="">
            <v:imagedata r:id="rId930" o:title="eqId4aa0df7f1e45f9de29e802c7f19a4f64"/>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753" type="#_x0000_t75" alt="学科网(www.zxxk.com)--教育资源门户，提供试卷、教案、课件、论文、素材以及各类教学资源下载，还有大量而丰富的教学相关资讯！" style="width:27.75pt;height:30.75pt" o:oleicon="f" o:ole="">
            <v:imagedata r:id="rId931" o:title="eqId23ad763ff8ceabd30c08970f75944cd9"/>
          </v:shape>
        </w:pict>
      </w:r>
      <w:r>
        <w:rPr>
          <w:rFonts w:ascii="宋体" w:eastAsia="宋体" w:hAnsi="宋体" w:cs="宋体"/>
          <w:color w:val="000000"/>
        </w:rPr>
        <w:t>要同时大于或等于</w:t>
      </w:r>
      <w:r>
        <w:rPr>
          <w:rFonts w:ascii="Times New Roman" w:eastAsia="Times New Roman" w:hAnsi="Times New Roman" w:cs="Times New Roman"/>
          <w:color w:val="000000"/>
        </w:rPr>
        <w:t>0</w:t>
      </w:r>
      <w:r>
        <w:rPr>
          <w:rFonts w:ascii="宋体" w:eastAsia="宋体" w:hAnsi="宋体" w:cs="宋体"/>
          <w:color w:val="000000"/>
        </w:rPr>
        <w:t>和小于或等于</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的取值范围为</w:t>
      </w:r>
      <w:r>
        <w:pict>
          <v:shape id="_x0000_i710754" type="#_x0000_t75" alt="学科网(www.zxxk.com)--教育资源门户，提供试卷、教案、课件、论文、素材以及各类教学资源下载，还有大量而丰富的教学相关资讯！" style="width:45pt;height:14.4pt" o:oleicon="f" o:ole="">
            <v:imagedata r:id="rId932" o:title="eqId7c6b35f463609583a35b54ac9ba117b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0755" type="#_x0000_t75" alt="学科网(www.zxxk.com)--教育资源门户，提供试卷、教案、课件、论文、素材以及各类教学资源下载，还有大量而丰富的教学相关资讯！" style="width:45pt;height:14.4pt" o:oleicon="f" o:ole="">
            <v:imagedata r:id="rId933" o:title="eqId7c6b35f463609583a35b54ac9ba117b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③设这点为</w:t>
      </w:r>
      <w:r>
        <w:rPr>
          <w:rFonts w:ascii="Times New Roman" w:eastAsia="Times New Roman" w:hAnsi="Times New Roman" w:cs="Times New Roman"/>
          <w:i/>
          <w:color w:val="000000"/>
        </w:rPr>
        <w:t>H</w:t>
      </w:r>
      <w:r>
        <w:rPr>
          <w:rFonts w:ascii="宋体" w:eastAsia="宋体" w:hAnsi="宋体" w:cs="宋体"/>
          <w:color w:val="000000"/>
        </w:rPr>
        <w:t>，当点</w:t>
      </w:r>
      <w:r>
        <w:rPr>
          <w:rFonts w:ascii="Times New Roman" w:eastAsia="Times New Roman" w:hAnsi="Times New Roman" w:cs="Times New Roman"/>
          <w:i/>
          <w:color w:val="000000"/>
        </w:rPr>
        <w:t>H</w:t>
      </w:r>
      <w:r>
        <w:rPr>
          <w:rFonts w:ascii="宋体" w:eastAsia="宋体" w:hAnsi="宋体" w:cs="宋体"/>
          <w:color w:val="000000"/>
        </w:rPr>
        <w:t>与</w:t>
      </w:r>
      <w:r>
        <w:rPr>
          <w:rFonts w:ascii="Times New Roman" w:eastAsia="Times New Roman" w:hAnsi="Times New Roman" w:cs="Times New Roman"/>
          <w:i/>
          <w:color w:val="000000"/>
        </w:rPr>
        <w:t>E</w:t>
      </w:r>
      <w:r>
        <w:rPr>
          <w:rFonts w:ascii="宋体" w:eastAsia="宋体" w:hAnsi="宋体" w:cs="宋体"/>
          <w:color w:val="000000"/>
        </w:rPr>
        <w:t>点重合时，则此时中位点为</w:t>
      </w:r>
      <w:r>
        <w:pict>
          <v:shape id="_x0000_i710756" type="#_x0000_t75" alt="学科网(www.zxxk.com)--教育资源门户，提供试卷、教案、课件、论文、素材以及各类教学资源下载，还有大量而丰富的教学相关资讯！" style="width:18.8pt;height:19.9pt" o:oleicon="f" o:ole="">
            <v:imagedata r:id="rId934" o:title="eqIdc56dff225473097bf52e5ee5caba51f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757" type="#_x0000_t75" alt="学科网(www.zxxk.com)--教育资源门户，提供试卷、教案、课件、论文、素材以及各类教学资源下载，还有大量而丰富的教学相关资讯！" style="width:12.75pt;height:12pt" o:oleicon="f" o:ole="">
            <v:imagedata r:id="rId935" o:title="eqId73465a1f9aa03481295bf6bd3c6903ac"/>
          </v:shape>
        </w:pict>
      </w:r>
      <w:r>
        <w:rPr>
          <w:rFonts w:ascii="宋体" w:eastAsia="宋体" w:hAnsi="宋体" w:cs="宋体"/>
          <w:color w:val="000000"/>
        </w:rPr>
        <w:t>关于线段</w:t>
      </w:r>
      <w:r>
        <w:pict>
          <v:shape id="_x0000_i710758" type="#_x0000_t75" alt="学科网(www.zxxk.com)--教育资源门户，提供试卷、教案、课件、论文、素材以及各类教学资源下载，还有大量而丰富的教学相关资讯！" style="width:20.4pt;height:12.6pt" o:oleicon="f" o:ole="">
            <v:imagedata r:id="rId936" o:title="eqId49b50357a6545cae8348e3059312f520"/>
          </v:shape>
        </w:pic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w:t>
      </w:r>
      <w:r>
        <w:pict>
          <v:shape id="_x0000_i710759" type="#_x0000_t75" alt="学科网(www.zxxk.com)--教育资源门户，提供试卷、教案、课件、论文、素材以及各类教学资源下载，还有大量而丰富的教学相关资讯！" style="width:18.8pt;height:19.9pt" o:oleicon="f" o:ole="">
            <v:imagedata r:id="rId937" o:title="eqIdc56dff225473097bf52e5ee5caba51fe"/>
          </v:shape>
        </w:pict>
      </w:r>
      <w:r>
        <w:rPr>
          <w:rFonts w:ascii="宋体" w:eastAsia="宋体" w:hAnsi="宋体" w:cs="宋体"/>
          <w:color w:val="000000"/>
        </w:rPr>
        <w:t>要同时大于或等于</w:t>
      </w:r>
      <w:r>
        <w:rPr>
          <w:rFonts w:ascii="Times New Roman" w:eastAsia="Times New Roman" w:hAnsi="Times New Roman" w:cs="Times New Roman"/>
          <w:i/>
          <w:color w:val="000000"/>
        </w:rPr>
        <w:t>m</w:t>
      </w:r>
      <w:r>
        <w:rPr>
          <w:rFonts w:ascii="宋体" w:eastAsia="宋体" w:hAnsi="宋体" w:cs="宋体"/>
          <w:color w:val="000000"/>
        </w:rPr>
        <w:t>和小于或等于</w:t>
      </w:r>
      <w:r>
        <w:pict>
          <v:shape id="_x0000_i710760" type="#_x0000_t75" alt="学科网(www.zxxk.com)--教育资源门户，提供试卷、教案、课件、论文、素材以及各类教学资源下载，还有大量而丰富的教学相关资讯！" style="width:29pt;height:13.95pt" o:oleicon="f" o:ole="">
            <v:imagedata r:id="rId938" o:title="eqId9f2c1ec3153d6b86778f01cb9002702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的取值范围为</w:t>
      </w:r>
      <w:r>
        <w:pict>
          <v:shape id="_x0000_i710761" type="#_x0000_t75" alt="学科网(www.zxxk.com)--教育资源门户，提供试卷、教案、课件、论文、素材以及各类教学资源下载，还有大量而丰富的教学相关资讯！" style="width:62.2pt;height:13.8pt" o:oleicon="f" o:ole="">
            <v:imagedata r:id="rId939" o:title="eqIdbb7391a4d7c71114864baa19ed35c2b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H</w:t>
      </w:r>
      <w:r>
        <w:rPr>
          <w:rFonts w:ascii="宋体" w:eastAsia="宋体" w:hAnsi="宋体" w:cs="宋体"/>
          <w:color w:val="000000"/>
        </w:rPr>
        <w:t>与</w:t>
      </w:r>
      <w:r>
        <w:rPr>
          <w:rFonts w:ascii="Times New Roman" w:eastAsia="Times New Roman" w:hAnsi="Times New Roman" w:cs="Times New Roman"/>
          <w:i/>
          <w:color w:val="000000"/>
        </w:rPr>
        <w:t>F</w:t>
      </w:r>
      <w:r>
        <w:rPr>
          <w:rFonts w:ascii="宋体" w:eastAsia="宋体" w:hAnsi="宋体" w:cs="宋体"/>
          <w:color w:val="000000"/>
        </w:rPr>
        <w:t>点重合时，则此时中位点为</w:t>
      </w:r>
      <w:r>
        <w:pict>
          <v:shape id="_x0000_i710762" type="#_x0000_t75" alt="学科网(www.zxxk.com)--教育资源门户，提供试卷、教案、课件、论文、素材以及各类教学资源下载，还有大量而丰富的教学相关资讯！" style="width:70pt;height:31pt" o:oleicon="f" o:ole="">
            <v:imagedata r:id="rId940" o:title="eqIdd5177c6014e2c978c826f955788598f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pict>
          <v:shape id="_x0000_i710763" type="#_x0000_t75" alt="学科网(www.zxxk.com)--教育资源门户，提供试卷、教案、课件、论文、素材以及各类教学资源下载，还有大量而丰富的教学相关资讯！" style="width:12.75pt;height:12pt" o:oleicon="f" o:ole="">
            <v:imagedata r:id="rId941" o:title="eqId73465a1f9aa03481295bf6bd3c6903ac"/>
          </v:shape>
        </w:pict>
      </w:r>
      <w:r>
        <w:rPr>
          <w:rFonts w:ascii="宋体" w:eastAsia="宋体" w:hAnsi="宋体" w:cs="宋体"/>
          <w:color w:val="000000"/>
        </w:rPr>
        <w:t>关于线段</w:t>
      </w:r>
      <w:r>
        <w:pict>
          <v:shape id="_x0000_i710764" type="#_x0000_t75" alt="学科网(www.zxxk.com)--教育资源门户，提供试卷、教案、课件、论文、素材以及各类教学资源下载，还有大量而丰富的教学相关资讯！" style="width:20.4pt;height:12.6pt" o:oleicon="f" o:ole="">
            <v:imagedata r:id="rId942" o:title="eqId49b50357a6545cae8348e3059312f520"/>
          </v:shape>
        </w:pic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w:t>
      </w:r>
      <w:r>
        <w:pict>
          <v:shape id="_x0000_i710765" type="#_x0000_t75" alt="学科网(www.zxxk.com)--教育资源门户，提供试卷、教案、课件、论文、素材以及各类教学资源下载，还有大量而丰富的教学相关资讯！" style="width:14.25pt;height:30.75pt" o:oleicon="f" o:ole="">
            <v:imagedata r:id="rId943" o:title="eqId3c46af2ff5b39b2e20c17f15cbdf5ffe"/>
          </v:shape>
        </w:pict>
      </w:r>
      <w:r>
        <w:rPr>
          <w:rFonts w:ascii="宋体" w:eastAsia="宋体" w:hAnsi="宋体" w:cs="宋体"/>
          <w:color w:val="000000"/>
        </w:rPr>
        <w:t>要同时大于或等于</w:t>
      </w:r>
      <w:r>
        <w:rPr>
          <w:rFonts w:ascii="Times New Roman" w:eastAsia="Times New Roman" w:hAnsi="Times New Roman" w:cs="Times New Roman"/>
          <w:i/>
          <w:color w:val="000000"/>
        </w:rPr>
        <w:t>m</w:t>
      </w:r>
      <w:r>
        <w:rPr>
          <w:rFonts w:ascii="宋体" w:eastAsia="宋体" w:hAnsi="宋体" w:cs="宋体"/>
          <w:color w:val="000000"/>
        </w:rPr>
        <w:t>和小于或等于</w:t>
      </w:r>
      <w:r>
        <w:pict>
          <v:shape id="_x0000_i710766" type="#_x0000_t75" alt="学科网(www.zxxk.com)--教育资源门户，提供试卷、教案、课件、论文、素材以及各类教学资源下载，还有大量而丰富的教学相关资讯！" style="width:29pt;height:13.95pt" o:oleicon="f" o:ole="">
            <v:imagedata r:id="rId944" o:title="eqId9f2c1ec3153d6b86778f01cb9002702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的取值范围为</w:t>
      </w:r>
      <w:r>
        <w:pict>
          <v:shape id="_x0000_i710767" type="#_x0000_t75" alt="学科网(www.zxxk.com)--教育资源门户，提供试卷、教案、课件、论文、素材以及各类教学资源下载，还有大量而丰富的教学相关资讯！" style="width:54.75pt;height:14.25pt" o:oleicon="f" o:ole="">
            <v:imagedata r:id="rId945" o:title="eqIdd0ce437ffe6a880b50597cc9d71d0ef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∵要使线段</w:t>
      </w:r>
      <w:r>
        <w:pict>
          <v:shape id="_x0000_i710768" type="#_x0000_t75" alt="学科网(www.zxxk.com)--教育资源门户，提供试卷、教案、课件、论文、素材以及各类教学资源下载，还有大量而丰富的教学相关资讯！" style="width:20.4pt;height:12.6pt" o:oleicon="f" o:ole="">
            <v:imagedata r:id="rId946" o:title="eqId49b50357a6545cae8348e3059312f520"/>
          </v:shape>
        </w:pict>
      </w:r>
      <w:r>
        <w:rPr>
          <w:rFonts w:ascii="宋体" w:eastAsia="宋体" w:hAnsi="宋体" w:cs="宋体"/>
          <w:color w:val="000000"/>
        </w:rPr>
        <w:t>上至少存在一点与点</w:t>
      </w:r>
      <w:r>
        <w:rPr>
          <w:rFonts w:ascii="Times New Roman" w:eastAsia="Times New Roman" w:hAnsi="Times New Roman" w:cs="Times New Roman"/>
          <w:i/>
          <w:color w:val="000000"/>
        </w:rPr>
        <w:t>A</w:t>
      </w:r>
      <w:r>
        <w:rPr>
          <w:rFonts w:ascii="宋体" w:eastAsia="宋体" w:hAnsi="宋体" w:cs="宋体"/>
          <w:color w:val="000000"/>
        </w:rPr>
        <w:t>关于线段</w:t>
      </w:r>
      <w:r>
        <w:pict>
          <v:shape id="_x0000_i710769" type="#_x0000_t75" alt="学科网(www.zxxk.com)--教育资源门户，提供试卷、教案、课件、论文、素材以及各类教学资源下载，还有大量而丰富的教学相关资讯！" style="width:20.4pt;height:12.6pt" o:oleicon="f" o:ole="">
            <v:imagedata r:id="rId946" o:title="eqId49b50357a6545cae8348e3059312f520"/>
          </v:shape>
        </w:pic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的取值范围为</w:t>
      </w:r>
      <w:r>
        <w:pict>
          <v:shape id="_x0000_i710770" type="#_x0000_t75" alt="学科网(www.zxxk.com)--教育资源门户，提供试卷、教案、课件、论文、素材以及各类教学资源下载，还有大量而丰富的教学相关资讯！" style="width:60.7pt;height:13.95pt" o:oleicon="f" o:ole="">
            <v:imagedata r:id="rId947" o:title="eqIdc079af321a054ab2f5d978dd6ccad076"/>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567"/>
          <w:footerReference w:type="even" r:id="rId568"/>
          <w:headerReference w:type="first" r:id="rId569"/>
          <w:footerReference w:type="first" r:id="rId570"/>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本题考查了新定义、数轴和列代数式计算，解决本题的关键是读懂题意掌握新定义．</w:t>
      </w:r>
    </w:p>
    <w:p>
      <w:pPr>
        <w:pStyle w:val="Heading2"/>
      </w:pPr>
      <w:r>
        <w:t>东城区文汇中学</w:t>
      </w:r>
    </w:p>
    <w:p>
      <w:pPr>
        <w:spacing w:line="360" w:lineRule="auto"/>
        <w:jc w:val="left"/>
        <w:textAlignment w:val="center"/>
        <w:rPr>
          <w:color w:val="000000"/>
        </w:rPr>
      </w:pPr>
      <w:r>
        <w:rPr>
          <w:color w:val="000000"/>
        </w:rPr>
        <w:t xml:space="preserve">26. </w:t>
      </w:r>
      <w:r>
        <w:rPr>
          <w:rFonts w:ascii="宋体" w:eastAsia="宋体" w:hAnsi="宋体" w:cs="宋体"/>
          <w:color w:val="000000"/>
        </w:rPr>
        <w:t>理解与思考：整体代换是数学的一种思想方法，例如：</w:t>
      </w:r>
      <w:r>
        <w:pict>
          <v:shape id="_x0000_i710771" type="#_x0000_t75" alt="学科网(www.zxxk.com)--教育资源门户，提供试卷、教案、课件、论文、素材以及各类教学资源下载，还有大量而丰富的教学相关资讯！" style="width:50.25pt;height:15.75pt" o:oleicon="f" o:ole="">
            <v:imagedata r:id="rId948" o:title="eqIdd905b0b228d2ddb95cf128de5002eedc"/>
          </v:shape>
        </w:pict>
      </w:r>
      <w:r>
        <w:rPr>
          <w:rFonts w:ascii="宋体" w:eastAsia="宋体" w:hAnsi="宋体" w:cs="宋体"/>
          <w:color w:val="000000"/>
        </w:rPr>
        <w:t>，则</w:t>
      </w:r>
      <w:r>
        <w:pict>
          <v:shape id="_x0000_i710772" type="#_x0000_t75" alt="学科网(www.zxxk.com)--教育资源门户，提供试卷、教案、课件、论文、素材以及各类教学资源下载，还有大量而丰富的教学相关资讯！" style="width:67.15pt;height:15pt" o:oleicon="f" o:ole="">
            <v:imagedata r:id="rId949" o:title="eqId472443b4455731d351091dd95e324da3"/>
          </v:shape>
        </w:pict>
      </w:r>
      <w:r>
        <w:rPr>
          <w:rFonts w:ascii="Times New Roman" w:eastAsia="Times New Roman" w:hAnsi="Times New Roman" w:cs="Times New Roman"/>
          <w:color w:val="000000"/>
        </w:rPr>
        <w:t>______</w:t>
      </w:r>
      <w:r>
        <w:rPr>
          <w:rFonts w:ascii="宋体" w:eastAsia="宋体" w:hAnsi="宋体" w:cs="宋体"/>
          <w:color w:val="000000"/>
        </w:rPr>
        <w:t>；我们将</w:t>
      </w:r>
      <w:r>
        <w:pict>
          <v:shape id="_x0000_i710773" type="#_x0000_t75" alt="学科网(www.zxxk.com)--教育资源门户，提供试卷、教案、课件、论文、素材以及各类教学资源下载，还有大量而丰富的教学相关资讯！" style="width:31.8pt;height:16.2pt" o:oleicon="f" o:ole="">
            <v:imagedata r:id="rId950" o:title="eqId749d0e03dc286f2a835768d4ac5f07a8"/>
          </v:shape>
        </w:pict>
      </w:r>
      <w:r>
        <w:rPr>
          <w:rFonts w:ascii="宋体" w:eastAsia="宋体" w:hAnsi="宋体" w:cs="宋体"/>
          <w:color w:val="000000"/>
        </w:rPr>
        <w:t>作为一个整体代入，则原式</w:t>
      </w:r>
      <w:r>
        <w:pict>
          <v:shape id="_x0000_i710774" type="#_x0000_t75" alt="学科网(www.zxxk.com)--教育资源门户，提供试卷、教案、课件、论文、素材以及各类教学资源下载，还有大量而丰富的教学相关资讯！" style="width:77.35pt;height:12.8pt" o:oleicon="f" o:ole="">
            <v:imagedata r:id="rId951" o:title="eqId6ef9789fe7c1111b8a62715bc9db6ae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仿照上面的解题方法，完成下面的问题：</w:t>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0775" type="#_x0000_t75" alt="学科网(www.zxxk.com)--教育资源门户，提供试卷、教案、课件、论文、素材以及各类教学资源下载，还有大量而丰富的教学相关资讯！" style="width:64.25pt;height:16.25pt" o:oleicon="f" o:ole="">
            <v:imagedata r:id="rId952" o:title="eqId99606defee81cacc6652482953b6818c"/>
          </v:shape>
        </w:pict>
      </w:r>
      <w:r>
        <w:rPr>
          <w:rFonts w:ascii="宋体" w:eastAsia="宋体" w:hAnsi="宋体" w:cs="宋体"/>
          <w:color w:val="000000"/>
        </w:rPr>
        <w:t>，则</w:t>
      </w:r>
      <w:r>
        <w:pict>
          <v:shape id="_x0000_i710776" type="#_x0000_t75" alt="学科网(www.zxxk.com)--教育资源门户，提供试卷、教案、课件、论文、素材以及各类教学资源下载，还有大量而丰富的教学相关资讯！" style="width:75.6pt;height:15.6pt" o:oleicon="f" o:ole="">
            <v:imagedata r:id="rId953" o:title="eqIdfff789bda494f74ca908864a707bf71a"/>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如果</w:t>
      </w:r>
      <w:r>
        <w:pict>
          <v:shape id="_x0000_i710777" type="#_x0000_t75" alt="学科网(www.zxxk.com)--教育资源门户，提供试卷、教案、课件、论文、素材以及各类教学资源下载，还有大量而丰富的教学相关资讯！" style="width:44pt;height:13.95pt" o:oleicon="f" o:ole="">
            <v:imagedata r:id="rId954" o:title="eqId6ff7e62312dbd1cd5b50a6dc7fdfc166"/>
          </v:shape>
        </w:pict>
      </w:r>
      <w:r>
        <w:rPr>
          <w:rFonts w:ascii="宋体" w:eastAsia="宋体" w:hAnsi="宋体" w:cs="宋体"/>
          <w:color w:val="000000"/>
        </w:rPr>
        <w:t>，求</w:t>
      </w:r>
      <w:r>
        <w:pict>
          <v:shape id="_x0000_i710778" type="#_x0000_t75" alt="学科网(www.zxxk.com)--教育资源门户，提供试卷、教案、课件、论文、素材以及各类教学资源下载，还有大量而丰富的教学相关资讯！" style="width:111pt;height:20.25pt" o:oleicon="f" o:ole="">
            <v:imagedata r:id="rId955" o:title="eqId4a2841e37e3f02283ca7741839c91bac"/>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pict>
          <v:shape id="_x0000_i710779" type="#_x0000_t75" alt="学科网(www.zxxk.com)--教育资源门户，提供试卷、教案、课件、论文、素材以及各类教学资源下载，还有大量而丰富的教学相关资讯！" style="width:129.6pt;height:18pt" o:oleicon="f" o:ole="">
            <v:imagedata r:id="rId956" o:title="eqId5c8d72f8c2de539d25ff156056a301f0"/>
          </v:shape>
        </w:pict>
      </w:r>
      <w:r>
        <w:rPr>
          <w:rFonts w:ascii="宋体" w:eastAsia="宋体" w:hAnsi="宋体" w:cs="宋体"/>
          <w:color w:val="000000"/>
        </w:rPr>
        <w:t>，求</w:t>
      </w:r>
      <w:r>
        <w:pict>
          <v:shape id="_x0000_i710780" type="#_x0000_t75" alt="学科网(www.zxxk.com)--教育资源门户，提供试卷、教案、课件、论文、素材以及各类教学资源下载，还有大量而丰富的教学相关资讯！" style="width:77.25pt;height:16.5pt" o:oleicon="f" o:ole="">
            <v:imagedata r:id="rId957" o:title="eqId097c03ecc166e43e8d95f8941237438a"/>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2023</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11</w:t>
      </w:r>
      <w:r>
        <w:rPr>
          <w:color w:val="000000"/>
        </w:rPr>
        <w:t xml:space="preserve">    </w:t>
      </w:r>
      <w:r>
        <w:rPr>
          <w:color w:val="000000"/>
        </w:rPr>
        <w:t>（3）</w:t>
      </w:r>
      <w:r>
        <w:rPr>
          <w:rFonts w:ascii="Times New Roman" w:eastAsia="Times New Roman" w:hAnsi="Times New Roman" w:cs="Times New Roman"/>
          <w:color w:val="000000"/>
        </w:rPr>
        <w:t>16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）把已知等式代入原式计算即可得到结果；</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）原式变形后，把</w:t>
      </w:r>
      <w:r>
        <w:pict>
          <v:shape id="_x0000_i710781" type="#_x0000_t75" alt="学科网(www.zxxk.com)--教育资源门户，提供试卷、教案、课件、论文、素材以及各类教学资源下载，还有大量而丰富的教学相关资讯！" style="width:44.25pt;height:14.25pt" o:oleicon="f" o:ole="">
            <v:imagedata r:id="rId958" o:title="eqIdb23e3500bb9f9f286243c01288141f85"/>
          </v:shape>
        </w:pict>
      </w:r>
      <w:r>
        <w:rPr>
          <w:rFonts w:ascii="宋体" w:eastAsia="宋体" w:hAnsi="宋体" w:cs="宋体"/>
          <w:color w:val="000000"/>
        </w:rPr>
        <w:t>代入计算即可求出值；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）已知第一个等式两边乘以</w:t>
      </w:r>
      <w:r>
        <w:rPr>
          <w:rFonts w:ascii="Times New Roman" w:eastAsia="Times New Roman" w:hAnsi="Times New Roman" w:cs="Times New Roman"/>
          <w:color w:val="000000"/>
        </w:rPr>
        <w:t>2</w:t>
      </w:r>
      <w:r>
        <w:rPr>
          <w:rFonts w:ascii="宋体" w:eastAsia="宋体" w:hAnsi="宋体" w:cs="宋体"/>
          <w:color w:val="000000"/>
        </w:rPr>
        <w:t>，减去第二个等式两边乘以</w:t>
      </w:r>
      <w:r>
        <w:rPr>
          <w:rFonts w:ascii="Times New Roman" w:eastAsia="Times New Roman" w:hAnsi="Times New Roman" w:cs="Times New Roman"/>
          <w:color w:val="000000"/>
        </w:rPr>
        <w:t>3</w:t>
      </w:r>
      <w:r>
        <w:rPr>
          <w:rFonts w:ascii="宋体" w:eastAsia="宋体" w:hAnsi="宋体" w:cs="宋体"/>
          <w:color w:val="000000"/>
        </w:rPr>
        <w:t>求出原式的值即可．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0782" type="#_x0000_t75" alt="学科网(www.zxxk.com)--教育资源门户，提供试卷、教案、课件、论文、素材以及各类教学资源下载，还有大量而丰富的教学相关资讯！" style="width:53pt;height:14pt" o:oleicon="f" o:ole="">
            <v:imagedata r:id="rId959" o:title="eqIdbed5c8b8743acd11e7873457fce0daf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783" type="#_x0000_t75" alt="学科网(www.zxxk.com)--教育资源门户，提供试卷、教案、课件、论文、素材以及各类教学资源下载，还有大量而丰富的教学相关资讯！" style="width:44.35pt;height:15.9pt" o:oleicon="f" o:ole="">
            <v:imagedata r:id="rId960" o:title="eqId2abc512de53feb24324f8c68818cb30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784" type="#_x0000_t75" alt="学科网(www.zxxk.com)--教育资源门户，提供试卷、教案、课件、论文、素材以及各类教学资源下载，还有大量而丰富的教学相关资讯！" style="width:144.85pt;height:15.9pt" o:oleicon="f" o:ole="">
            <v:imagedata r:id="rId961" o:title="eqId86ec4da26fa659d41a3b499e0f16d76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2023</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0785" type="#_x0000_t75" alt="学科网(www.zxxk.com)--教育资源门户，提供试卷、教案、课件、论文、素材以及各类教学资源下载，还有大量而丰富的教学相关资讯！" style="width:41.85pt;height:14.25pt" o:oleicon="f" o:ole="">
            <v:imagedata r:id="rId962" o:title="eqIdf295149e4c0b26efcd747dd7d1802cf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786" type="#_x0000_t75" alt="学科网(www.zxxk.com)--教育资源门户，提供试卷、教案、课件、论文、素材以及各类教学资源下载，还有大量而丰富的教学相关资讯！" style="width:107.15pt;height:16.75pt" o:oleicon="f" o:ole="">
            <v:imagedata r:id="rId963" o:title="eqId959c1c61f7c20e4be581fbab23e7302e"/>
          </v:shape>
        </w:pict>
      </w:r>
    </w:p>
    <w:p>
      <w:pPr>
        <w:spacing w:line="360" w:lineRule="auto"/>
        <w:jc w:val="left"/>
        <w:textAlignment w:val="center"/>
        <w:rPr>
          <w:color w:val="000000"/>
        </w:rPr>
      </w:pPr>
      <w:r>
        <w:pict>
          <v:shape id="_x0000_i710787" type="#_x0000_t75" alt="学科网(www.zxxk.com)--教育资源门户，提供试卷、教案、课件、论文、素材以及各类教学资源下载，还有大量而丰富的教学相关资讯！" style="width:121.4pt;height:15.9pt" o:oleicon="f" o:ole="">
            <v:imagedata r:id="rId964" o:title="eqId1cf83cf58fe1dfa7cb4ec339927eaa77"/>
          </v:shape>
        </w:pict>
      </w:r>
    </w:p>
    <w:p>
      <w:pPr>
        <w:spacing w:line="360" w:lineRule="auto"/>
        <w:jc w:val="left"/>
        <w:textAlignment w:val="center"/>
        <w:rPr>
          <w:color w:val="000000"/>
        </w:rPr>
      </w:pPr>
      <w:r>
        <w:pict>
          <v:shape id="_x0000_i710788" type="#_x0000_t75" alt="学科网(www.zxxk.com)--教育资源门户，提供试卷、教案、课件、论文、素材以及各类教学资源下载，还有大量而丰富的教学相关资讯！" style="width:85.4pt;height:16.75pt" o:oleicon="f" o:ole="">
            <v:imagedata r:id="rId965" o:title="eqId0c256edaa1b3aa2d89f673b7ce75a4f9"/>
          </v:shape>
        </w:pict>
      </w:r>
    </w:p>
    <w:p>
      <w:pPr>
        <w:spacing w:line="360" w:lineRule="auto"/>
        <w:jc w:val="left"/>
        <w:textAlignment w:val="center"/>
        <w:rPr>
          <w:color w:val="000000"/>
        </w:rPr>
      </w:pPr>
      <w:r>
        <w:pict>
          <v:shape id="_x0000_i710789" type="#_x0000_t75" alt="学科网(www.zxxk.com)--教育资源门户，提供试卷、教案、课件、论文、素材以及各类教学资源下载，还有大量而丰富的教学相关资讯！" style="width:55.25pt;height:14.25pt" o:oleicon="f" o:ole="">
            <v:imagedata r:id="rId966" o:title="eqIddda3335e8bbc0273e2f2bf6b7f7f27e1"/>
          </v:shape>
        </w:pict>
      </w:r>
    </w:p>
    <w:p>
      <w:pPr>
        <w:spacing w:line="360" w:lineRule="auto"/>
        <w:jc w:val="left"/>
        <w:textAlignment w:val="center"/>
        <w:rPr>
          <w:color w:val="000000"/>
        </w:rPr>
      </w:pPr>
      <w:r>
        <w:pict>
          <v:shape id="_x0000_i710790" type="#_x0000_t75" alt="学科网(www.zxxk.com)--教育资源门户，提供试卷、教案、课件、论文、素材以及各类教学资源下载，还有大量而丰富的教学相关资讯！" style="width:23.25pt;height:12.75pt" o:oleicon="f" o:ole="">
            <v:imagedata r:id="rId967" o:title="eqId0fb5cfd59efa8991bfaa5af429a94ead"/>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pict>
          <v:shape id="_x0000_i710791" type="#_x0000_t75" alt="学科网(www.zxxk.com)--教育资源门户，提供试卷、教案、课件、论文、素材以及各类教学资源下载，还有大量而丰富的教学相关资讯！" style="width:63.65pt;height:15.9pt" o:oleicon="f" o:ole="">
            <v:imagedata r:id="rId968" o:title="eqId6736a359fba31de6ed639f5691cb25aa"/>
          </v:shape>
        </w:pict>
      </w:r>
      <w:r>
        <w:rPr>
          <w:rFonts w:ascii="宋体" w:eastAsia="宋体" w:hAnsi="宋体" w:cs="宋体"/>
          <w:color w:val="000000"/>
        </w:rPr>
        <w:t>，</w:t>
      </w:r>
      <w:r>
        <w:pict>
          <v:shape id="_x0000_i710792" type="#_x0000_t75" alt="学科网(www.zxxk.com)--教育资源门户，提供试卷、教案、课件、论文、素材以及各类教学资源下载，还有大量而丰富的教学相关资讯！" style="width:56.95pt;height:15.9pt" o:oleicon="f" o:ole="">
            <v:imagedata r:id="rId969" o:title="eqIdb3a708ec182cb463be6ca0f87dc661d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793" type="#_x0000_t75" alt="学科网(www.zxxk.com)--教育资源门户，提供试卷、教案、课件、论文、素材以及各类教学资源下载，还有大量而丰富的教学相关资讯！" style="width:70.35pt;height:15.9pt" o:oleicon="f" o:ole="">
            <v:imagedata r:id="rId970" o:title="eqId50f0476f5fc621a62087a6a2917915da"/>
          </v:shape>
        </w:pict>
      </w:r>
      <w:r>
        <w:rPr>
          <w:rFonts w:ascii="宋体" w:eastAsia="宋体" w:hAnsi="宋体" w:cs="宋体"/>
          <w:color w:val="000000"/>
        </w:rPr>
        <w:t>，</w:t>
      </w:r>
      <w:r>
        <w:pict>
          <v:shape id="_x0000_i710794" type="#_x0000_t75" alt="学科网(www.zxxk.com)--教育资源门户，提供试卷、教案、课件、论文、素材以及各类教学资源下载，还有大量而丰富的教学相关资讯！" style="width:68.65pt;height:15.9pt" o:oleicon="f" o:ole="">
            <v:imagedata r:id="rId971" o:title="eqId5e0b45860571ad2177cc1cc465b25de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795" type="#_x0000_t75" alt="学科网(www.zxxk.com)--教育资源门户，提供试卷、教案、课件、论文、素材以及各类教学资源下载，还有大量而丰富的教学相关资讯！" style="width:77.25pt;height:16.5pt" o:oleicon="f" o:ole="">
            <v:imagedata r:id="rId972" o:title="eqId097c03ecc166e43e8d95f8941237438a"/>
          </v:shape>
        </w:pict>
      </w:r>
    </w:p>
    <w:p>
      <w:pPr>
        <w:spacing w:line="360" w:lineRule="auto"/>
        <w:jc w:val="left"/>
        <w:textAlignment w:val="center"/>
        <w:rPr>
          <w:color w:val="000000"/>
        </w:rPr>
      </w:pPr>
      <w:r>
        <w:pict>
          <v:shape id="_x0000_i710796" type="#_x0000_t75" alt="学科网(www.zxxk.com)--教育资源门户，提供试卷、教案、课件、论文、素材以及各类教学资源下载，还有大量而丰富的教学相关资讯！" style="width:113.85pt;height:15.9pt" o:oleicon="f" o:ole="">
            <v:imagedata r:id="rId973" o:title="eqId09a28a18c956c200cfec5eede72f8537"/>
          </v:shape>
        </w:pict>
      </w:r>
    </w:p>
    <w:p>
      <w:pPr>
        <w:spacing w:line="360" w:lineRule="auto"/>
        <w:jc w:val="left"/>
        <w:textAlignment w:val="center"/>
        <w:rPr>
          <w:color w:val="000000"/>
        </w:rPr>
      </w:pPr>
      <w:r>
        <w:pict>
          <v:shape id="_x0000_i710797" type="#_x0000_t75" alt="学科网(www.zxxk.com)--教育资源门户，提供试卷、教案、课件、论文、素材以及各类教学资源下载，还有大量而丰富的教学相关资讯！" style="width:47.7pt;height:14.25pt" o:oleicon="f" o:ole="">
            <v:imagedata r:id="rId974" o:title="eqId600d6179feac2742b78096773e8bad8d"/>
          </v:shape>
        </w:pict>
      </w:r>
    </w:p>
    <w:p>
      <w:pPr>
        <w:spacing w:line="360" w:lineRule="auto"/>
        <w:jc w:val="left"/>
        <w:textAlignment w:val="center"/>
        <w:rPr>
          <w:color w:val="000000"/>
        </w:rPr>
      </w:pPr>
      <w:r>
        <w:pict>
          <v:shape id="_x0000_i710798" type="#_x0000_t75" alt="学科网(www.zxxk.com)--教育资源门户，提供试卷、教案、课件、论文、素材以及各类教学资源下载，还有大量而丰富的教学相关资讯！" style="width:24.3pt;height:14.25pt" o:oleicon="f" o:ole="">
            <v:imagedata r:id="rId975" o:title="eqIdfe4c7bb64bc833a894d72a2598bed710"/>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此题考查了整式的加减</w:t>
      </w:r>
      <w:r>
        <w:rPr>
          <w:rFonts w:ascii="Times New Roman" w:eastAsia="Times New Roman" w:hAnsi="Times New Roman" w:cs="Times New Roman"/>
          <w:color w:val="000000"/>
        </w:rPr>
        <w:t>−</w:t>
      </w:r>
      <w:r>
        <w:rPr>
          <w:rFonts w:ascii="宋体" w:eastAsia="宋体" w:hAnsi="宋体" w:cs="宋体"/>
          <w:color w:val="000000"/>
        </w:rPr>
        <w:t>化简求值，熟练掌握运算法则、运用整体思想是解本题的关键．</w:t>
      </w:r>
    </w:p>
    <w:p>
      <w:pPr>
        <w:spacing w:line="360" w:lineRule="auto"/>
        <w:jc w:val="left"/>
        <w:textAlignment w:val="center"/>
        <w:rPr>
          <w:color w:val="000000"/>
        </w:rPr>
      </w:pPr>
      <w:r>
        <w:rPr>
          <w:color w:val="000000"/>
        </w:rPr>
        <w:t xml:space="preserve">27. </w:t>
      </w:r>
      <w:r>
        <w:rPr>
          <w:rFonts w:ascii="宋体" w:eastAsia="宋体" w:hAnsi="宋体" w:cs="宋体"/>
          <w:color w:val="000000"/>
        </w:rPr>
        <w:t>阅读下列材料:对于排好顺序的三个数:</w:t>
      </w:r>
      <w:r>
        <w:pict>
          <v:shape id="_x0000_i710799" type="#_x0000_t75" alt="学科网(www.zxxk.com)--教育资源门户，提供试卷、教案、课件、论文、素材以及各类教学资源下载，还有大量而丰富的教学相关资讯！" style="width:51pt;height:18pt" o:oleicon="f" o:ole="">
            <v:imagedata r:id="rId976" o:title="eqId3457e9dac24dca47681ae021c48aeb63"/>
          </v:shape>
        </w:pict>
      </w:r>
      <w:r>
        <w:rPr>
          <w:rFonts w:ascii="宋体" w:eastAsia="宋体" w:hAnsi="宋体" w:cs="宋体"/>
          <w:color w:val="000000"/>
        </w:rPr>
        <w:t xml:space="preserve"> 称为数列</w:t>
      </w:r>
      <w:r>
        <w:pict>
          <v:shape id="_x0000_i710800" type="#_x0000_t75" alt="学科网(www.zxxk.com)--教育资源门户，提供试卷、教案、课件、论文、素材以及各类教学资源下载，还有大量而丰富的教学相关资讯！" style="width:51pt;height:18pt" o:oleicon="f" o:ole="">
            <v:imagedata r:id="rId976" o:title="eqId3457e9dac24dca47681ae021c48aeb63"/>
          </v:shape>
        </w:pict>
      </w:r>
      <w:r>
        <w:rPr>
          <w:rFonts w:ascii="宋体" w:eastAsia="宋体" w:hAnsi="宋体" w:cs="宋体"/>
          <w:color w:val="000000"/>
        </w:rPr>
        <w:t xml:space="preserve">.将这个数列如下式进行计算: </w:t>
      </w:r>
      <w:r>
        <w:pict>
          <v:shape id="_x0000_i710801" type="#_x0000_t75" alt="学科网(www.zxxk.com)--教育资源门户，提供试卷、教案、课件、论文、素材以及各类教学资源下载，还有大量而丰富的教学相关资讯！" style="width:18.75pt;height:18pt" o:oleicon="f" o:ole="">
            <v:imagedata r:id="rId977" o:title="eqId09bc3b510f187cc89987be1b85ada916"/>
          </v:shape>
        </w:pict>
      </w:r>
      <w:r>
        <w:rPr>
          <w:rFonts w:ascii="宋体" w:eastAsia="宋体" w:hAnsi="宋体" w:cs="宋体"/>
          <w:color w:val="000000"/>
        </w:rPr>
        <w:t>，</w:t>
      </w:r>
      <w:r>
        <w:pict>
          <v:shape id="_x0000_i710802" type="#_x0000_t75" alt="学科网(www.zxxk.com)--教育资源门户，提供试卷、教案、课件、论文、素材以及各类教学资源下载，还有大量而丰富的教学相关资讯！" style="width:36pt;height:15.75pt" o:oleicon="f" o:ole="">
            <v:imagedata r:id="rId978" o:title="eqId446c99320fed53f29f820b5d898f3f2e"/>
          </v:shape>
        </w:pict>
      </w:r>
      <w:r>
        <w:rPr>
          <w:rFonts w:ascii="宋体" w:eastAsia="宋体" w:hAnsi="宋体" w:cs="宋体"/>
          <w:color w:val="000000"/>
        </w:rPr>
        <w:t>，</w:t>
      </w:r>
      <w:r>
        <w:pict>
          <v:shape id="_x0000_i710803" type="#_x0000_t75" alt="学科网(www.zxxk.com)--教育资源门户，提供试卷、教案、课件、论文、素材以及各类教学资源下载，还有大量而丰富的教学相关资讯！" style="width:54.75pt;height:15.75pt" o:oleicon="f" o:ole="">
            <v:imagedata r:id="rId979" o:title="eqIdf4dbf4e91330521f64c82cb7d44816e0"/>
          </v:shape>
        </w:pict>
      </w:r>
      <w:r>
        <w:rPr>
          <w:rFonts w:ascii="宋体" w:eastAsia="宋体" w:hAnsi="宋体" w:cs="宋体"/>
          <w:color w:val="000000"/>
        </w:rPr>
        <w:t>，所得的三个新数中，最大的那个数称为数列</w:t>
      </w:r>
      <w:r>
        <w:pict>
          <v:shape id="_x0000_i710804" type="#_x0000_t75" alt="学科网(www.zxxk.com)--教育资源门户，提供试卷、教案、课件、论文、素材以及各类教学资源下载，还有大量而丰富的教学相关资讯！" style="width:51pt;height:18pt" o:oleicon="f" o:ole="">
            <v:imagedata r:id="rId976" o:title="eqId3457e9dac24dca47681ae021c48aeb63"/>
          </v:shape>
        </w:pict>
      </w:r>
      <w:r>
        <w:rPr>
          <w:rFonts w:ascii="宋体" w:eastAsia="宋体" w:hAnsi="宋体" w:cs="宋体"/>
          <w:color w:val="000000"/>
        </w:rPr>
        <w:t>的“关联数值”.</w:t>
      </w:r>
    </w:p>
    <w:p>
      <w:pPr>
        <w:spacing w:line="360" w:lineRule="auto"/>
        <w:jc w:val="left"/>
        <w:textAlignment w:val="center"/>
        <w:rPr>
          <w:color w:val="000000"/>
        </w:rPr>
      </w:pPr>
      <w:r>
        <w:rPr>
          <w:rFonts w:ascii="宋体" w:eastAsia="宋体" w:hAnsi="宋体" w:cs="宋体"/>
          <w:color w:val="000000"/>
        </w:rPr>
        <w:t>例如：对于数列</w:t>
      </w:r>
      <w:r>
        <w:pict>
          <v:shape id="_x0000_i710805" type="#_x0000_t75" alt="学科网(www.zxxk.com)--教育资源门户，提供试卷、教案、课件、论文、素材以及各类教学资源下载，还有大量而丰富的教学相关资讯！" style="width:44.9pt;height:15.7pt" o:oleicon="f" o:ole="">
            <v:imagedata r:id="rId980" o:title="eqId29636e7d6494f03eb7a4103b537e8eae"/>
          </v:shape>
        </w:pict>
      </w:r>
      <w:r>
        <w:rPr>
          <w:rFonts w:ascii="宋体" w:eastAsia="宋体" w:hAnsi="宋体" w:cs="宋体"/>
          <w:color w:val="000000"/>
        </w:rPr>
        <w:t>因为</w:t>
      </w:r>
      <w:r>
        <w:pict>
          <v:shape id="_x0000_i710806" type="#_x0000_t75" alt="学科网(www.zxxk.com)--教育资源门户，提供试卷、教案、课件、论文、素材以及各类教学资源下载，还有大量而丰富的教学相关资讯！" style="width:55.5pt;height:19.5pt" o:oleicon="f" o:ole="">
            <v:imagedata r:id="rId981" o:title="eqIda6f8c999c8c2e3e8b7eb4e6acca801d5"/>
          </v:shape>
        </w:pict>
      </w:r>
      <w:r>
        <w:pict>
          <v:shape id="_x0000_i710807" type="#_x0000_t75" alt="学科网(www.zxxk.com)--教育资源门户，提供试卷、教案、课件、论文、素材以及各类教学资源下载，还有大量而丰富的教学相关资讯！" style="width:70.5pt;height:19.5pt" o:oleicon="f" o:ole="">
            <v:imagedata r:id="rId982" o:title="eqId7cc34cd2f82887c932d18c3414f3ae7d"/>
          </v:shape>
        </w:pict>
      </w:r>
      <w:r>
        <w:pict>
          <v:shape id="_x0000_i710808" type="#_x0000_t75" alt="学科网(www.zxxk.com)--教育资源门户，提供试卷、教案、课件、论文、素材以及各类教学资源下载，还有大量而丰富的教学相关资讯！" style="width:102pt;height:19.5pt" o:oleicon="f" o:ole="">
            <v:imagedata r:id="rId983" o:title="eqIdcb01b378dd68acd21036aabf502848c8"/>
          </v:shape>
        </w:pict>
      </w:r>
      <w:r>
        <w:rPr>
          <w:rFonts w:ascii="宋体" w:eastAsia="宋体" w:hAnsi="宋体" w:cs="宋体"/>
          <w:color w:val="000000"/>
        </w:rPr>
        <w:t>所以数列</w:t>
      </w:r>
      <w:r>
        <w:pict>
          <v:shape id="_x0000_i710809" type="#_x0000_t75" alt="学科网(www.zxxk.com)--教育资源门户，提供试卷、教案、课件、论文、素材以及各类教学资源下载，还有大量而丰富的教学相关资讯！" style="width:44.9pt;height:15.7pt" o:oleicon="f" o:ole="">
            <v:imagedata r:id="rId980" o:title="eqId29636e7d6494f03eb7a4103b537e8eae"/>
          </v:shape>
        </w:pict>
      </w:r>
      <w:r>
        <w:rPr>
          <w:rFonts w:ascii="宋体" w:eastAsia="宋体" w:hAnsi="宋体" w:cs="宋体"/>
          <w:color w:val="000000"/>
        </w:rPr>
        <w:t>的“关联数值”为</w:t>
      </w:r>
      <w:r>
        <w:rPr>
          <w:rFonts w:ascii="Times New Roman" w:eastAsia="Times New Roman" w:hAnsi="Times New Roman" w:cs="Times New Roman"/>
          <w:color w:val="000000"/>
        </w:rPr>
        <w:t>6.</w:t>
      </w:r>
      <w:r>
        <w:rPr>
          <w:rFonts w:ascii="宋体" w:eastAsia="宋体" w:hAnsi="宋体" w:cs="宋体"/>
          <w:color w:val="000000"/>
        </w:rPr>
        <w:t>进一步发现</w:t>
      </w:r>
      <w:r>
        <w:rPr>
          <w:rFonts w:ascii="Times New Roman" w:eastAsia="Times New Roman" w:hAnsi="Times New Roman" w:cs="Times New Roman"/>
          <w:color w:val="000000"/>
        </w:rPr>
        <w:t>:</w:t>
      </w:r>
      <w:r>
        <w:rPr>
          <w:rFonts w:ascii="宋体" w:eastAsia="宋体" w:hAnsi="宋体" w:cs="宋体"/>
          <w:color w:val="000000"/>
        </w:rPr>
        <w:t>当改变这三个数的顺序时，所得的数列都可以按照上述方法求出</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，如</w:t>
      </w:r>
      <w:r>
        <w:rPr>
          <w:rFonts w:ascii="Times New Roman" w:eastAsia="Times New Roman" w:hAnsi="Times New Roman" w:cs="Times New Roman"/>
          <w:color w:val="000000"/>
        </w:rPr>
        <w:t>:</w:t>
      </w:r>
      <w:r>
        <w:rPr>
          <w:rFonts w:ascii="宋体" w:eastAsia="宋体" w:hAnsi="宋体" w:cs="宋体"/>
          <w:color w:val="000000"/>
        </w:rPr>
        <w:t>数列</w:t>
      </w:r>
      <w:r>
        <w:pict>
          <v:shape id="_x0000_i710810" type="#_x0000_t75" alt="学科网(www.zxxk.com)--教育资源门户，提供试卷、教案、课件、论文、素材以及各类教学资源下载，还有大量而丰富的教学相关资讯！" style="width:42pt;height:16.5pt" o:oleicon="f" o:ole="">
            <v:imagedata r:id="rId984" o:title="eqId8c1c1792dfa9fc24c20654206234c097"/>
          </v:shape>
        </w:pict>
      </w:r>
      <w:r>
        <w:rPr>
          <w:rFonts w:ascii="宋体" w:eastAsia="宋体" w:hAnsi="宋体" w:cs="宋体"/>
          <w:color w:val="000000"/>
        </w:rPr>
        <w:t>的</w:t>
      </w:r>
      <w:r>
        <w:rPr>
          <w:rFonts w:ascii="Times New Roman" w:eastAsia="Times New Roman" w:hAnsi="Times New Roman" w:cs="Times New Roman"/>
          <w:color w:val="000000"/>
        </w:rPr>
        <w:t xml:space="preserve"> “</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0</w:t>
      </w:r>
      <w:r>
        <w:rPr>
          <w:rFonts w:ascii="宋体" w:eastAsia="宋体" w:hAnsi="宋体" w:cs="宋体"/>
          <w:color w:val="000000"/>
        </w:rPr>
        <w:t>；数列</w:t>
      </w:r>
      <w:r>
        <w:pict>
          <v:shape id="_x0000_i710811" type="#_x0000_t75" alt="学科网(www.zxxk.com)--教育资源门户，提供试卷、教案、课件、论文、素材以及各类教学资源下载，还有大量而丰富的教学相关资讯！" style="width:42pt;height:16.5pt" o:oleicon="f" o:ole="">
            <v:imagedata r:id="rId985" o:title="eqId6aabede794df9d1197ce59edafbb8e35"/>
          </v:shape>
        </w:pict>
      </w:r>
      <w:r>
        <w:rPr>
          <w:rFonts w:ascii="宋体" w:eastAsia="宋体" w:hAnsi="宋体" w:cs="宋体"/>
          <w:color w:val="000000"/>
        </w:rPr>
        <w:t>的“关联数值”为</w:t>
      </w:r>
      <w:r>
        <w:rPr>
          <w:rFonts w:ascii="Times New Roman" w:eastAsia="Times New Roman" w:hAnsi="Times New Roman" w:cs="Times New Roman"/>
          <w:color w:val="000000"/>
        </w:rPr>
        <w:t>3...</w:t>
      </w:r>
      <w:r>
        <w:rPr>
          <w:rFonts w:ascii="宋体" w:eastAsia="宋体" w:hAnsi="宋体" w:cs="宋体"/>
          <w:color w:val="000000"/>
        </w:rPr>
        <w:t>而对于</w:t>
      </w:r>
      <w:r>
        <w:rPr>
          <w:rFonts w:ascii="Times New Roman" w:eastAsia="Times New Roman" w:hAnsi="Times New Roman" w:cs="Times New Roman"/>
          <w:color w:val="000000"/>
        </w:rPr>
        <w:t>“</w:t>
      </w:r>
      <w:r>
        <w:pict>
          <v:shape id="_x0000_i710812" type="#_x0000_t75" alt="学科网(www.zxxk.com)--教育资源门户，提供试卷、教案、课件、论文、素材以及各类教学资源下载，还有大量而丰富的教学相关资讯！" style="width:46.5pt;height:16.5pt" o:oleicon="f" o:ole="">
            <v:imagedata r:id="rId986" o:title="eqId520716751f8f67562f5c603c2024de6f"/>
          </v:shape>
        </w:pict>
      </w:r>
      <w:r>
        <w:rPr>
          <w:rFonts w:ascii="Times New Roman" w:eastAsia="Times New Roman" w:hAnsi="Times New Roman" w:cs="Times New Roman"/>
          <w:color w:val="000000"/>
        </w:rPr>
        <w:t>”</w:t>
      </w:r>
      <w:r>
        <w:rPr>
          <w:rFonts w:ascii="宋体" w:eastAsia="宋体" w:hAnsi="宋体" w:cs="宋体"/>
          <w:color w:val="000000"/>
        </w:rPr>
        <w:t>这三个数，按照不同的排列顺序得到的不同数列中，</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的最大值为</w:t>
      </w:r>
      <w:r>
        <w:rPr>
          <w:rFonts w:ascii="Times New Roman" w:eastAsia="Times New Roman" w:hAnsi="Times New Roman" w:cs="Times New Roman"/>
          <w:color w:val="000000"/>
        </w:rPr>
        <w:t>6.</w:t>
      </w:r>
    </w:p>
    <w:p>
      <w:pPr>
        <w:spacing w:line="360" w:lineRule="auto"/>
        <w:jc w:val="left"/>
        <w:textAlignment w:val="center"/>
        <w:rPr>
          <w:color w:val="000000"/>
        </w:rPr>
      </w:pPr>
      <w:r>
        <w:rPr>
          <w:rFonts w:ascii="宋体" w:eastAsia="宋体" w:hAnsi="宋体" w:cs="宋体"/>
          <w:color w:val="000000"/>
        </w:rPr>
        <w:t>（1）数列</w:t>
      </w:r>
      <w:r>
        <w:pict>
          <v:shape id="_x0000_i710813" type="#_x0000_t75" alt="学科网(www.zxxk.com)--教育资源门户，提供试卷、教案、课件、论文、素材以及各类教学资源下载，还有大量而丰富的教学相关资讯！" style="width:40.5pt;height:16.5pt" o:oleicon="f" o:ole="">
            <v:imagedata r:id="rId987" o:title="eqIddb2f521fc4558c8fc09836e9ad798acb"/>
          </v:shape>
        </w:pict>
      </w:r>
      <w:r>
        <w:rPr>
          <w:rFonts w:ascii="宋体" w:eastAsia="宋体" w:hAnsi="宋体" w:cs="宋体"/>
          <w:color w:val="000000"/>
        </w:rPr>
        <w:t>的“关联数值”为</w:t>
      </w:r>
      <w:r>
        <w:rPr>
          <w:rFonts w:ascii="宋体" w:eastAsia="宋体" w:hAnsi="宋体" w:cs="宋体"/>
          <w:color w:val="000000"/>
          <w:u w:val="single"/>
        </w:rPr>
        <w:t>_______</w: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（2）将“</w:t>
      </w:r>
      <w:r>
        <w:pict>
          <v:shape id="_x0000_i710814" type="#_x0000_t75" alt="学科网(www.zxxk.com)--教育资源门户，提供试卷、教案、课件、论文、素材以及各类教学资源下载，还有大量而丰富的教学相关资讯！" style="width:40.5pt;height:16.5pt" o:oleicon="f" o:ole="">
            <v:imagedata r:id="rId988" o:title="eqIddb2f521fc4558c8fc09836e9ad798acb"/>
          </v:shape>
        </w:pict>
      </w:r>
      <w:r>
        <w:rPr>
          <w:rFonts w:ascii="宋体" w:eastAsia="宋体" w:hAnsi="宋体" w:cs="宋体"/>
          <w:color w:val="000000"/>
        </w:rPr>
        <w:t>”这三个数按照不同的顺序排列，可得到若干个不同的数列，这些数列的“关联数值”的最大值是</w:t>
      </w:r>
      <w:r>
        <w:rPr>
          <w:rFonts w:ascii="宋体" w:eastAsia="宋体" w:hAnsi="宋体" w:cs="宋体"/>
          <w:color w:val="000000"/>
          <w:u w:val="single"/>
        </w:rPr>
        <w:t>_______</w:t>
      </w:r>
      <w:r>
        <w:rPr>
          <w:rFonts w:ascii="宋体" w:eastAsia="宋体" w:hAnsi="宋体" w:cs="宋体"/>
          <w:color w:val="000000"/>
        </w:rPr>
        <w:t>， 取得“关联数值”的最大值的数列是</w:t>
      </w:r>
      <w:r>
        <w:rPr>
          <w:rFonts w:ascii="宋体" w:eastAsia="宋体" w:hAnsi="宋体" w:cs="宋体"/>
          <w:color w:val="000000"/>
          <w:u w:val="single"/>
        </w:rPr>
        <w:t>______</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）将</w:t>
      </w:r>
      <w:r>
        <w:rPr>
          <w:rFonts w:ascii="Times New Roman" w:eastAsia="Times New Roman" w:hAnsi="Times New Roman" w:cs="Times New Roman"/>
          <w:color w:val="000000"/>
        </w:rPr>
        <w:t>“</w:t>
      </w:r>
      <w:r>
        <w:pict>
          <v:shape id="_x0000_i710815" type="#_x0000_t75" alt="学科网(www.zxxk.com)--教育资源门户，提供试卷、教案、课件、论文、素材以及各类教学资源下载，还有大量而丰富的教学相关资讯！" style="width:45pt;height:13.5pt" o:oleicon="f" o:ole="">
            <v:imagedata r:id="rId989" o:title="eqIdf1429edcb3b7d318dc5eda9c877cbd0f"/>
          </v:shape>
        </w:pict>
      </w:r>
      <w:r>
        <w:rPr>
          <w:rFonts w:ascii="Times New Roman" w:eastAsia="Times New Roman" w:hAnsi="Times New Roman" w:cs="Times New Roman"/>
          <w:color w:val="000000"/>
        </w:rPr>
        <w:t>”</w:t>
      </w:r>
      <w:r>
        <w:pict>
          <v:shape id="_x0000_i710816" type="#_x0000_t75" alt="学科网(www.zxxk.com)--教育资源门户，提供试卷、教案、课件、论文、素材以及各类教学资源下载，还有大量而丰富的教学相关资讯！" style="width:36pt;height:16pt" o:oleicon="f" o:ole="">
            <v:imagedata r:id="rId990" o:title="eqId3bf8197e4f3fd18815045d29c357a863"/>
          </v:shape>
        </w:pict>
      </w:r>
      <w:r>
        <w:rPr>
          <w:rFonts w:ascii="宋体" w:eastAsia="宋体" w:hAnsi="宋体" w:cs="宋体"/>
          <w:color w:val="000000"/>
        </w:rPr>
        <w:t>这三个数按照不同的顺序排列，可得到若干个不同的数列，这些数列的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的最大值为</w:t>
      </w:r>
      <w:r>
        <w:rPr>
          <w:rFonts w:ascii="Times New Roman" w:eastAsia="Times New Roman" w:hAnsi="Times New Roman" w:cs="Times New Roman"/>
          <w:color w:val="000000"/>
        </w:rPr>
        <w:t>10</w:t>
      </w:r>
      <w:r>
        <w:rPr>
          <w:rFonts w:ascii="宋体" w:eastAsia="宋体" w:hAnsi="宋体" w:cs="宋体"/>
          <w:color w:val="000000"/>
        </w:rPr>
        <w:t>，求</w:t>
      </w:r>
      <w:r>
        <w:pict>
          <v:shape id="_x0000_i710817" type="#_x0000_t75" alt="学科网(www.zxxk.com)--教育资源门户，提供试卷、教案、课件、论文、素材以及各类教学资源下载，还有大量而丰富的教学相关资讯！" style="width:9pt;height:9.75pt" o:oleicon="f" o:ole="">
            <v:imagedata r:id="rId991" o:title="eqId0a6936d370d6a238a608ca56f87198de"/>
          </v:shape>
        </w:pict>
      </w:r>
      <w:r>
        <w:rPr>
          <w:rFonts w:ascii="宋体" w:eastAsia="宋体" w:hAnsi="宋体" w:cs="宋体"/>
          <w:color w:val="000000"/>
        </w:rPr>
        <w:t>的值，并写出取得</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最大值的数列</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a=4</w:t>
      </w:r>
      <w:r>
        <w:rPr>
          <w:rFonts w:ascii="宋体" w:eastAsia="宋体" w:hAnsi="宋体" w:cs="宋体"/>
          <w:color w:val="000000"/>
        </w:rPr>
        <w:t>；取得</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最大值的数列为</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）根据材料所给计算方法计算即可；（</w:t>
      </w:r>
      <w:r>
        <w:rPr>
          <w:rFonts w:ascii="Times New Roman" w:eastAsia="Times New Roman" w:hAnsi="Times New Roman" w:cs="Times New Roman"/>
          <w:color w:val="000000"/>
        </w:rPr>
        <w:t>2</w:t>
      </w:r>
      <w:r>
        <w:rPr>
          <w:rFonts w:ascii="宋体" w:eastAsia="宋体" w:hAnsi="宋体" w:cs="宋体"/>
          <w:color w:val="000000"/>
        </w:rPr>
        <w:t>）按不同顺序计算出</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即可；（</w:t>
      </w:r>
      <w:r>
        <w:rPr>
          <w:rFonts w:ascii="Times New Roman" w:eastAsia="Times New Roman" w:hAnsi="Times New Roman" w:cs="Times New Roman"/>
          <w:color w:val="000000"/>
        </w:rPr>
        <w:t>3</w:t>
      </w:r>
      <w:r>
        <w:rPr>
          <w:rFonts w:ascii="宋体" w:eastAsia="宋体" w:hAnsi="宋体" w:cs="宋体"/>
          <w:color w:val="000000"/>
        </w:rPr>
        <w:t>）按不同顺序计算出</w:t>
      </w:r>
      <w:r>
        <w:rPr>
          <w:rFonts w:ascii="Times New Roman" w:eastAsia="Times New Roman" w:hAnsi="Times New Roman" w:cs="Times New Roman"/>
          <w:color w:val="000000"/>
        </w:rPr>
        <w:t>“</w:t>
      </w:r>
      <w:r>
        <w:pict>
          <v:shape id="_x0000_i710818" type="#_x0000_t75" alt="学科网(www.zxxk.com)--教育资源门户，提供试卷、教案、课件、论文、素材以及各类教学资源下载，还有大量而丰富的教学相关资讯！" style="width:45pt;height:13.5pt" o:oleicon="f" o:ole="">
            <v:imagedata r:id="rId992" o:title="eqIdf1429edcb3b7d318dc5eda9c877cbd0f"/>
          </v:shape>
        </w:pict>
      </w:r>
      <w:r>
        <w:rPr>
          <w:rFonts w:ascii="Times New Roman" w:eastAsia="Times New Roman" w:hAnsi="Times New Roman" w:cs="Times New Roman"/>
          <w:color w:val="000000"/>
        </w:rPr>
        <w:t>”</w:t>
      </w:r>
      <w:r>
        <w:pict>
          <v:shape id="_x0000_i710819" type="#_x0000_t75" alt="学科网(www.zxxk.com)--教育资源门户，提供试卷、教案、课件、论文、素材以及各类教学资源下载，还有大量而丰富的教学相关资讯！" style="width:36pt;height:16pt" o:oleicon="f" o:ole="">
            <v:imagedata r:id="rId993" o:title="eqId3bf8197e4f3fd18815045d29c357a863"/>
          </v:shape>
        </w:pict>
      </w:r>
      <w:r>
        <w:rPr>
          <w:rFonts w:ascii="宋体" w:eastAsia="宋体" w:hAnsi="宋体" w:cs="宋体"/>
          <w:color w:val="000000"/>
        </w:rPr>
        <w:t>这三个数的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，根据</w:t>
      </w:r>
      <w:r>
        <w:rPr>
          <w:rFonts w:ascii="Times New Roman" w:eastAsia="Times New Roman" w:hAnsi="Times New Roman" w:cs="Times New Roman"/>
          <w:color w:val="000000"/>
        </w:rPr>
        <w:t>a&gt;0</w:t>
      </w:r>
      <w:r>
        <w:rPr>
          <w:rFonts w:ascii="宋体" w:eastAsia="宋体" w:hAnsi="宋体" w:cs="宋体"/>
          <w:color w:val="000000"/>
        </w:rPr>
        <w:t>，这些数列的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的最大值为</w:t>
      </w:r>
      <w:r>
        <w:rPr>
          <w:rFonts w:ascii="Times New Roman" w:eastAsia="Times New Roman" w:hAnsi="Times New Roman" w:cs="Times New Roman"/>
          <w:color w:val="000000"/>
        </w:rPr>
        <w:t>10</w:t>
      </w:r>
      <w:r>
        <w:rPr>
          <w:rFonts w:ascii="宋体" w:eastAsia="宋体" w:hAnsi="宋体" w:cs="宋体"/>
          <w:color w:val="000000"/>
        </w:rPr>
        <w:t>，求出</w:t>
      </w:r>
      <w:r>
        <w:rPr>
          <w:rFonts w:ascii="Times New Roman" w:eastAsia="Times New Roman" w:hAnsi="Times New Roman" w:cs="Times New Roman"/>
          <w:color w:val="000000"/>
        </w:rPr>
        <w:t>a</w:t>
      </w:r>
      <w:r>
        <w:rPr>
          <w:rFonts w:ascii="宋体" w:eastAsia="宋体" w:hAnsi="宋体" w:cs="宋体"/>
          <w:color w:val="000000"/>
        </w:rPr>
        <w:t>值即可</w:t>
      </w:r>
      <w:r>
        <w:rPr>
          <w:rFonts w:ascii="Times New Roman" w:eastAsia="Times New Roman" w:hAnsi="Times New Roman" w:cs="Times New Roman"/>
          <w:color w:val="000000"/>
        </w:rPr>
        <w:t>.</w:t>
      </w:r>
    </w:p>
    <w:p>
      <w:pPr>
        <w:spacing w:line="360" w:lineRule="auto"/>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-4=-4</w:t>
      </w:r>
      <w:r>
        <w:rPr>
          <w:rFonts w:ascii="宋体" w:eastAsia="宋体" w:hAnsi="宋体" w:cs="宋体"/>
          <w:color w:val="000000"/>
        </w:rPr>
        <w:t>，</w:t>
      </w:r>
      <w:r>
        <w:rPr>
          <w:rFonts w:ascii="Times New Roman" w:eastAsia="Times New Roman" w:hAnsi="Times New Roman" w:cs="Times New Roman"/>
          <w:color w:val="000000"/>
        </w:rPr>
        <w:t>-4+(-3)=-7</w:t>
      </w:r>
      <w:r>
        <w:rPr>
          <w:rFonts w:ascii="宋体" w:eastAsia="宋体" w:hAnsi="宋体" w:cs="宋体"/>
          <w:color w:val="000000"/>
        </w:rPr>
        <w:t>，</w:t>
      </w:r>
      <w:r>
        <w:rPr>
          <w:rFonts w:ascii="Times New Roman" w:eastAsia="Times New Roman" w:hAnsi="Times New Roman" w:cs="Times New Roman"/>
          <w:color w:val="000000"/>
        </w:rPr>
        <w:t>-4+(-3)-2=-9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pict>
          <v:shape id="_x0000_i710820" type="#_x0000_t75" alt="学科网(www.zxxk.com)--教育资源门户，提供试卷、教案、课件、论文、素材以及各类教学资源下载，还有大量而丰富的教学相关资讯！" style="width:40.5pt;height:16.5pt" o:oleicon="f" o:ole="">
            <v:imagedata r:id="rId994" o:title="eqIddb2f521fc4558c8fc09836e9ad798acb"/>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这三个数按照不同的顺序排列有</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共</w:t>
      </w:r>
      <w:r>
        <w:rPr>
          <w:rFonts w:ascii="Times New Roman" w:eastAsia="Times New Roman" w:hAnsi="Times New Roman" w:cs="Times New Roman"/>
          <w:color w:val="000000"/>
        </w:rPr>
        <w:t>6</w:t>
      </w:r>
      <w:r>
        <w:rPr>
          <w:rFonts w:ascii="宋体" w:eastAsia="宋体" w:hAnsi="宋体" w:cs="宋体"/>
          <w:color w:val="000000"/>
        </w:rPr>
        <w:t>种排列顺序，</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）得数列</w:t>
      </w:r>
      <w:r>
        <w:pict>
          <v:shape id="_x0000_i710821" type="#_x0000_t75" alt="学科网(www.zxxk.com)--教育资源门户，提供试卷、教案、课件、论文、素材以及各类教学资源下载，还有大量而丰富的教学相关资讯！" style="width:40.5pt;height:16.5pt" o:oleicon="f" o:ole="">
            <v:imagedata r:id="rId995" o:title="eqIddb2f521fc4558c8fc09836e9ad798acb"/>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-4=-4</w:t>
      </w:r>
      <w:r>
        <w:rPr>
          <w:rFonts w:ascii="宋体" w:eastAsia="宋体" w:hAnsi="宋体" w:cs="宋体"/>
          <w:color w:val="000000"/>
        </w:rPr>
        <w:t>，</w:t>
      </w:r>
      <w:r>
        <w:rPr>
          <w:rFonts w:ascii="Times New Roman" w:eastAsia="Times New Roman" w:hAnsi="Times New Roman" w:cs="Times New Roman"/>
          <w:color w:val="000000"/>
        </w:rPr>
        <w:t>-4+2=-2</w:t>
      </w:r>
      <w:r>
        <w:rPr>
          <w:rFonts w:ascii="宋体" w:eastAsia="宋体" w:hAnsi="宋体" w:cs="宋体"/>
          <w:color w:val="000000"/>
        </w:rPr>
        <w:t>，</w:t>
      </w:r>
      <w:r>
        <w:rPr>
          <w:rFonts w:ascii="Times New Roman" w:eastAsia="Times New Roman" w:hAnsi="Times New Roman" w:cs="Times New Roman"/>
          <w:color w:val="000000"/>
        </w:rPr>
        <w:t>-4+2-(-3)=1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-(-3)=3</w:t>
      </w:r>
      <w:r>
        <w:rPr>
          <w:rFonts w:ascii="宋体" w:eastAsia="宋体" w:hAnsi="宋体" w:cs="宋体"/>
          <w:color w:val="000000"/>
        </w:rPr>
        <w:t>，</w:t>
      </w:r>
      <w:r>
        <w:rPr>
          <w:rFonts w:ascii="Times New Roman" w:eastAsia="Times New Roman" w:hAnsi="Times New Roman" w:cs="Times New Roman"/>
          <w:color w:val="000000"/>
        </w:rPr>
        <w:t>-(-3)+4=7</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+4-2=5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-(-3)=3</w:t>
      </w:r>
      <w:r>
        <w:rPr>
          <w:rFonts w:ascii="宋体" w:eastAsia="宋体" w:hAnsi="宋体" w:cs="宋体"/>
          <w:color w:val="000000"/>
        </w:rPr>
        <w:t>，</w:t>
      </w:r>
      <w:r>
        <w:rPr>
          <w:rFonts w:ascii="Times New Roman" w:eastAsia="Times New Roman" w:hAnsi="Times New Roman" w:cs="Times New Roman"/>
          <w:color w:val="000000"/>
        </w:rPr>
        <w:t>-(-3)+2=5</w:t>
      </w:r>
      <w:r>
        <w:rPr>
          <w:rFonts w:ascii="宋体" w:eastAsia="宋体" w:hAnsi="宋体" w:cs="宋体"/>
          <w:color w:val="000000"/>
        </w:rPr>
        <w:t>，</w:t>
      </w:r>
      <w:r>
        <w:rPr>
          <w:rFonts w:ascii="Times New Roman" w:eastAsia="Times New Roman" w:hAnsi="Times New Roman" w:cs="Times New Roman"/>
          <w:color w:val="000000"/>
        </w:rPr>
        <w:t>-(-3)+2-4=1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-2+4=2</w:t>
      </w:r>
      <w:r>
        <w:rPr>
          <w:rFonts w:ascii="宋体" w:eastAsia="宋体" w:hAnsi="宋体" w:cs="宋体"/>
          <w:color w:val="000000"/>
        </w:rPr>
        <w:t>，</w:t>
      </w:r>
      <w:r>
        <w:rPr>
          <w:rFonts w:ascii="Times New Roman" w:eastAsia="Times New Roman" w:hAnsi="Times New Roman" w:cs="Times New Roman"/>
          <w:color w:val="000000"/>
        </w:rPr>
        <w:t>-2+4-(-3)=5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-2+(-3)=-5</w:t>
      </w:r>
      <w:r>
        <w:rPr>
          <w:rFonts w:ascii="宋体" w:eastAsia="宋体" w:hAnsi="宋体" w:cs="宋体"/>
          <w:color w:val="000000"/>
        </w:rPr>
        <w:t>，</w:t>
      </w:r>
      <w:r>
        <w:rPr>
          <w:rFonts w:ascii="Times New Roman" w:eastAsia="Times New Roman" w:hAnsi="Times New Roman" w:cs="Times New Roman"/>
          <w:color w:val="000000"/>
        </w:rPr>
        <w:t>-2+(-3)-4=-9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∴这些数列的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的最大值是</w:t>
      </w:r>
      <w:r>
        <w:rPr>
          <w:rFonts w:ascii="Times New Roman" w:eastAsia="Times New Roman" w:hAnsi="Times New Roman" w:cs="Times New Roman"/>
          <w:color w:val="000000"/>
        </w:rPr>
        <w:t>7</w:t>
      </w:r>
      <w:r>
        <w:rPr>
          <w:rFonts w:ascii="宋体" w:eastAsia="宋体" w:hAnsi="宋体" w:cs="宋体"/>
          <w:color w:val="000000"/>
        </w:rPr>
        <w:t>，取得</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的最大值的数列是</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-3=-3</w:t>
      </w:r>
      <w:r>
        <w:rPr>
          <w:rFonts w:ascii="宋体" w:eastAsia="宋体" w:hAnsi="宋体" w:cs="宋体"/>
          <w:color w:val="000000"/>
        </w:rPr>
        <w:t>，</w:t>
      </w:r>
      <w:r>
        <w:rPr>
          <w:rFonts w:ascii="Times New Roman" w:eastAsia="Times New Roman" w:hAnsi="Times New Roman" w:cs="Times New Roman"/>
          <w:color w:val="000000"/>
        </w:rPr>
        <w:t>-3+(-6)=-9</w:t>
      </w:r>
      <w:r>
        <w:rPr>
          <w:rFonts w:ascii="宋体" w:eastAsia="宋体" w:hAnsi="宋体" w:cs="宋体"/>
          <w:color w:val="000000"/>
        </w:rPr>
        <w:t>，</w:t>
      </w:r>
      <w:r>
        <w:rPr>
          <w:rFonts w:ascii="Times New Roman" w:eastAsia="Times New Roman" w:hAnsi="Times New Roman" w:cs="Times New Roman"/>
          <w:color w:val="000000"/>
        </w:rPr>
        <w:t>-3+(-6)-a=-9-a</w:t>
      </w:r>
      <w:r>
        <w:rPr>
          <w:rFonts w:ascii="宋体" w:eastAsia="宋体" w:hAnsi="宋体" w:cs="宋体"/>
          <w:color w:val="000000"/>
        </w:rPr>
        <w:t>，</w:t>
      </w:r>
      <w:r>
        <w:rPr>
          <w:rFonts w:ascii="Times New Roman" w:eastAsia="Times New Roman" w:hAnsi="Times New Roman" w:cs="Times New Roman"/>
          <w:color w:val="000000"/>
        </w:rPr>
        <w:t>a&gt;0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-9-a&lt;-9&lt;-3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-3=-3</w:t>
      </w:r>
      <w:r>
        <w:rPr>
          <w:rFonts w:ascii="宋体" w:eastAsia="宋体" w:hAnsi="宋体" w:cs="宋体"/>
          <w:color w:val="000000"/>
        </w:rPr>
        <w:t>，</w:t>
      </w:r>
      <w:r>
        <w:rPr>
          <w:rFonts w:ascii="Times New Roman" w:eastAsia="Times New Roman" w:hAnsi="Times New Roman" w:cs="Times New Roman"/>
          <w:color w:val="000000"/>
        </w:rPr>
        <w:t>-3+a=a-3</w:t>
      </w:r>
      <w:r>
        <w:rPr>
          <w:rFonts w:ascii="宋体" w:eastAsia="宋体" w:hAnsi="宋体" w:cs="宋体"/>
          <w:color w:val="000000"/>
        </w:rPr>
        <w:t>，</w:t>
      </w:r>
      <w:r>
        <w:rPr>
          <w:rFonts w:ascii="Times New Roman" w:eastAsia="Times New Roman" w:hAnsi="Times New Roman" w:cs="Times New Roman"/>
          <w:color w:val="000000"/>
        </w:rPr>
        <w:t>-3+a-(-6)=a+3</w:t>
      </w:r>
      <w:r>
        <w:rPr>
          <w:rFonts w:ascii="宋体" w:eastAsia="宋体" w:hAnsi="宋体" w:cs="宋体"/>
          <w:color w:val="000000"/>
        </w:rPr>
        <w:t>，</w:t>
      </w:r>
      <w:r>
        <w:rPr>
          <w:rFonts w:ascii="Times New Roman" w:eastAsia="Times New Roman" w:hAnsi="Times New Roman" w:cs="Times New Roman"/>
          <w:color w:val="000000"/>
        </w:rPr>
        <w:t>a&gt;0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-3&lt;-3+a&lt;a+3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a+3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-(-6)=6</w:t>
      </w:r>
      <w:r>
        <w:rPr>
          <w:rFonts w:ascii="宋体" w:eastAsia="宋体" w:hAnsi="宋体" w:cs="宋体"/>
          <w:color w:val="000000"/>
        </w:rPr>
        <w:t>，</w:t>
      </w:r>
      <w:r>
        <w:rPr>
          <w:rFonts w:ascii="Times New Roman" w:eastAsia="Times New Roman" w:hAnsi="Times New Roman" w:cs="Times New Roman"/>
          <w:color w:val="000000"/>
        </w:rPr>
        <w:t>-(-6)+a=a+6</w:t>
      </w:r>
      <w:r>
        <w:rPr>
          <w:rFonts w:ascii="宋体" w:eastAsia="宋体" w:hAnsi="宋体" w:cs="宋体"/>
          <w:color w:val="000000"/>
        </w:rPr>
        <w:t>，</w:t>
      </w:r>
      <w:r>
        <w:rPr>
          <w:rFonts w:ascii="Times New Roman" w:eastAsia="Times New Roman" w:hAnsi="Times New Roman" w:cs="Times New Roman"/>
          <w:color w:val="000000"/>
        </w:rPr>
        <w:t>-(-6)+a-3=a+3</w:t>
      </w:r>
      <w:r>
        <w:rPr>
          <w:rFonts w:ascii="宋体" w:eastAsia="宋体" w:hAnsi="宋体" w:cs="宋体"/>
          <w:color w:val="000000"/>
        </w:rPr>
        <w:t>，</w:t>
      </w:r>
      <w:r>
        <w:rPr>
          <w:rFonts w:ascii="Times New Roman" w:eastAsia="Times New Roman" w:hAnsi="Times New Roman" w:cs="Times New Roman"/>
          <w:color w:val="000000"/>
        </w:rPr>
        <w:t>a&gt;0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a+6&gt;6</w:t>
      </w:r>
      <w:r>
        <w:rPr>
          <w:rFonts w:ascii="宋体" w:eastAsia="宋体" w:hAnsi="宋体" w:cs="宋体"/>
          <w:color w:val="000000"/>
        </w:rPr>
        <w:t>，</w:t>
      </w:r>
      <w:r>
        <w:rPr>
          <w:rFonts w:ascii="Times New Roman" w:eastAsia="Times New Roman" w:hAnsi="Times New Roman" w:cs="Times New Roman"/>
          <w:color w:val="000000"/>
        </w:rPr>
        <w:t>a+6&gt;a+3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a+6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-(-6)=6</w:t>
      </w:r>
      <w:r>
        <w:rPr>
          <w:rFonts w:ascii="宋体" w:eastAsia="宋体" w:hAnsi="宋体" w:cs="宋体"/>
          <w:color w:val="000000"/>
        </w:rPr>
        <w:t>，</w:t>
      </w:r>
      <w:r>
        <w:rPr>
          <w:rFonts w:ascii="Times New Roman" w:eastAsia="Times New Roman" w:hAnsi="Times New Roman" w:cs="Times New Roman"/>
          <w:color w:val="000000"/>
        </w:rPr>
        <w:t>-(-6)+3=9</w:t>
      </w:r>
      <w:r>
        <w:rPr>
          <w:rFonts w:ascii="宋体" w:eastAsia="宋体" w:hAnsi="宋体" w:cs="宋体"/>
          <w:color w:val="000000"/>
        </w:rPr>
        <w:t>，</w:t>
      </w:r>
      <w:r>
        <w:rPr>
          <w:rFonts w:ascii="Times New Roman" w:eastAsia="Times New Roman" w:hAnsi="Times New Roman" w:cs="Times New Roman"/>
          <w:color w:val="000000"/>
        </w:rPr>
        <w:t>-(-6)+3-a=9-a</w:t>
      </w:r>
      <w:r>
        <w:rPr>
          <w:rFonts w:ascii="宋体" w:eastAsia="宋体" w:hAnsi="宋体" w:cs="宋体"/>
          <w:color w:val="000000"/>
        </w:rPr>
        <w:t>，</w:t>
      </w:r>
      <w:r>
        <w:rPr>
          <w:rFonts w:ascii="Times New Roman" w:eastAsia="Times New Roman" w:hAnsi="Times New Roman" w:cs="Times New Roman"/>
          <w:color w:val="000000"/>
        </w:rPr>
        <w:t>a&gt;0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9&gt;9-a</w:t>
      </w:r>
      <w:r>
        <w:rPr>
          <w:rFonts w:ascii="宋体" w:eastAsia="宋体" w:hAnsi="宋体" w:cs="宋体"/>
          <w:color w:val="000000"/>
        </w:rPr>
        <w:t>，</w:t>
      </w:r>
      <w:r>
        <w:rPr>
          <w:rFonts w:ascii="Times New Roman" w:eastAsia="Times New Roman" w:hAnsi="Times New Roman" w:cs="Times New Roman"/>
          <w:color w:val="000000"/>
        </w:rPr>
        <w:t>9&gt;6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-a=-a</w:t>
      </w:r>
      <w:r>
        <w:rPr>
          <w:rFonts w:ascii="宋体" w:eastAsia="宋体" w:hAnsi="宋体" w:cs="宋体"/>
          <w:color w:val="000000"/>
        </w:rPr>
        <w:t>，</w:t>
      </w:r>
      <w:r>
        <w:rPr>
          <w:rFonts w:ascii="Times New Roman" w:eastAsia="Times New Roman" w:hAnsi="Times New Roman" w:cs="Times New Roman"/>
          <w:color w:val="000000"/>
        </w:rPr>
        <w:t>-a+(-6)=-a-6</w:t>
      </w:r>
      <w:r>
        <w:rPr>
          <w:rFonts w:ascii="宋体" w:eastAsia="宋体" w:hAnsi="宋体" w:cs="宋体"/>
          <w:color w:val="000000"/>
        </w:rPr>
        <w:t>，</w:t>
      </w:r>
      <w:r>
        <w:rPr>
          <w:rFonts w:ascii="Times New Roman" w:eastAsia="Times New Roman" w:hAnsi="Times New Roman" w:cs="Times New Roman"/>
          <w:color w:val="000000"/>
        </w:rPr>
        <w:t>-a+(-6)-3=-a-9</w:t>
      </w:r>
      <w:r>
        <w:rPr>
          <w:rFonts w:ascii="宋体" w:eastAsia="宋体" w:hAnsi="宋体" w:cs="宋体"/>
          <w:color w:val="000000"/>
        </w:rPr>
        <w:t>，</w:t>
      </w:r>
      <w:r>
        <w:rPr>
          <w:rFonts w:ascii="Times New Roman" w:eastAsia="Times New Roman" w:hAnsi="Times New Roman" w:cs="Times New Roman"/>
          <w:color w:val="000000"/>
        </w:rPr>
        <w:t>a&gt;0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-a-9&lt;-a-6&lt;-a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-a=-a</w:t>
      </w:r>
      <w:r>
        <w:rPr>
          <w:rFonts w:ascii="宋体" w:eastAsia="宋体" w:hAnsi="宋体" w:cs="宋体"/>
          <w:color w:val="000000"/>
        </w:rPr>
        <w:t>，</w:t>
      </w:r>
      <w:r>
        <w:rPr>
          <w:rFonts w:ascii="Times New Roman" w:eastAsia="Times New Roman" w:hAnsi="Times New Roman" w:cs="Times New Roman"/>
          <w:color w:val="000000"/>
        </w:rPr>
        <w:t>-a+3=3-a</w:t>
      </w:r>
      <w:r>
        <w:rPr>
          <w:rFonts w:ascii="宋体" w:eastAsia="宋体" w:hAnsi="宋体" w:cs="宋体"/>
          <w:color w:val="000000"/>
        </w:rPr>
        <w:t>，</w:t>
      </w:r>
      <w:r>
        <w:rPr>
          <w:rFonts w:ascii="Times New Roman" w:eastAsia="Times New Roman" w:hAnsi="Times New Roman" w:cs="Times New Roman"/>
          <w:color w:val="000000"/>
        </w:rPr>
        <w:t>-a+3-(-6)=9-a</w:t>
      </w:r>
      <w:r>
        <w:rPr>
          <w:rFonts w:ascii="宋体" w:eastAsia="宋体" w:hAnsi="宋体" w:cs="宋体"/>
          <w:color w:val="000000"/>
        </w:rPr>
        <w:t>，</w:t>
      </w:r>
      <w:r>
        <w:rPr>
          <w:rFonts w:ascii="Times New Roman" w:eastAsia="Times New Roman" w:hAnsi="Times New Roman" w:cs="Times New Roman"/>
          <w:color w:val="000000"/>
        </w:rPr>
        <w:t>a&gt;0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-a&lt;3-a&lt;9-a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9-a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a&gt;0</w:t>
      </w:r>
      <w:r>
        <w:rPr>
          <w:rFonts w:ascii="宋体" w:eastAsia="宋体" w:hAnsi="宋体" w:cs="宋体"/>
          <w:color w:val="000000"/>
        </w:rPr>
        <w:t>，这些数列的</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的最大值为</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9-a</w: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a+6&gt;a+3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a+6=10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a=4</w:t>
      </w:r>
      <w:r>
        <w:rPr>
          <w:rFonts w:ascii="Times New Roman" w:eastAsia="Times New Roman" w:hAnsi="Times New Roman" w:cs="Times New Roman"/>
          <w:color w:val="000000"/>
          <w:position w:val="-22"/>
        </w:rPr>
        <w:drawing>
          <wp:inline>
            <wp:extent cx="31750" cy="88900"/>
            <wp:docPr id="31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 name=""/>
                    <pic:cNvPicPr>
                      <a:picLocks noChangeAspect="1"/>
                    </pic:cNvPicPr>
                  </pic:nvPicPr>
                  <pic:blipFill>
                    <a:blip r:embed="rId996"/>
                    <a:stretch>
                      <a:fillRect/>
                    </a:stretch>
                  </pic:blipFill>
                  <pic:spPr>
                    <a:xfrm>
                      <a:off x="0" y="0"/>
                      <a:ext cx="31750" cy="88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取得</w:t>
      </w:r>
      <w:r>
        <w:rPr>
          <w:rFonts w:ascii="Times New Roman" w:eastAsia="Times New Roman" w:hAnsi="Times New Roman" w:cs="Times New Roman"/>
          <w:color w:val="000000"/>
        </w:rPr>
        <w:t>“</w:t>
      </w:r>
      <w:r>
        <w:rPr>
          <w:rFonts w:ascii="宋体" w:eastAsia="宋体" w:hAnsi="宋体" w:cs="宋体"/>
          <w:color w:val="000000"/>
        </w:rPr>
        <w:t>关联数值</w:t>
      </w:r>
      <w:r>
        <w:rPr>
          <w:rFonts w:ascii="Times New Roman" w:eastAsia="Times New Roman" w:hAnsi="Times New Roman" w:cs="Times New Roman"/>
          <w:color w:val="000000"/>
        </w:rPr>
        <w:t>”</w:t>
      </w:r>
      <w:r>
        <w:rPr>
          <w:rFonts w:ascii="宋体" w:eastAsia="宋体" w:hAnsi="宋体" w:cs="宋体"/>
          <w:color w:val="000000"/>
        </w:rPr>
        <w:t>最大值的数列为</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p>
    <w:p>
      <w:pPr>
        <w:spacing w:line="360" w:lineRule="auto"/>
        <w:jc w:val="left"/>
        <w:textAlignment w:val="center"/>
        <w:rPr>
          <w:color w:val="000000"/>
        </w:rPr>
      </w:pPr>
      <w:r>
        <w:rPr>
          <w:color w:val="000000"/>
        </w:rPr>
        <w:t>【点睛】</w:t>
      </w:r>
      <w:r>
        <w:rPr>
          <w:rFonts w:ascii="宋体" w:eastAsia="宋体" w:hAnsi="宋体" w:cs="宋体"/>
          <w:color w:val="000000"/>
        </w:rPr>
        <w:t>此题考查数字</w:t>
      </w:r>
      <w:r>
        <w:rPr>
          <w:rFonts w:ascii="宋体" w:eastAsia="宋体" w:hAnsi="宋体" w:cs="宋体"/>
          <w:color w:val="000000"/>
          <w:position w:val="0"/>
        </w:rPr>
        <w:drawing>
          <wp:inline>
            <wp:extent cx="133350" cy="177800"/>
            <wp:docPr id="31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 name=""/>
                    <pic:cNvPicPr>
                      <a:picLocks noChangeAspect="1"/>
                    </pic:cNvPicPr>
                  </pic:nvPicPr>
                  <pic:blipFill>
                    <a:blip r:embed="rId99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变化规律，理解运算的方法是解决问题的关键．</w:t>
      </w:r>
    </w:p>
    <w:p>
      <w:pPr>
        <w:pStyle w:val="Heading2"/>
      </w:pPr>
      <w:r>
        <w:t>丰台区丰台二中</w:t>
      </w:r>
    </w:p>
    <w:p>
      <w:pPr>
        <w:spacing w:line="360" w:lineRule="auto"/>
        <w:jc w:val="left"/>
        <w:textAlignment w:val="center"/>
        <w:rPr>
          <w:color w:val="000000"/>
        </w:rPr>
      </w:pPr>
      <w:r>
        <w:rPr>
          <w:color w:val="000000"/>
        </w:rPr>
        <w:t xml:space="preserve">24. </w:t>
      </w:r>
      <w:r>
        <w:rPr>
          <w:rFonts w:ascii="宋体" w:eastAsia="宋体" w:hAnsi="宋体" w:cs="宋体"/>
          <w:color w:val="000000"/>
        </w:rPr>
        <w:t>有</w:t>
      </w:r>
      <w:r>
        <w:rPr>
          <w:rFonts w:ascii="Times New Roman" w:eastAsia="Times New Roman" w:hAnsi="Times New Roman" w:cs="Times New Roman"/>
          <w:color w:val="000000"/>
        </w:rPr>
        <w:t>8</w:t>
      </w:r>
      <w:r>
        <w:rPr>
          <w:rFonts w:ascii="宋体" w:eastAsia="宋体" w:hAnsi="宋体" w:cs="宋体"/>
          <w:color w:val="000000"/>
        </w:rPr>
        <w:t>筐白菜，以每筐</w:t>
      </w:r>
      <w:r>
        <w:rPr>
          <w:rFonts w:ascii="Times New Roman" w:eastAsia="Times New Roman" w:hAnsi="Times New Roman" w:cs="Times New Roman"/>
          <w:color w:val="000000"/>
        </w:rPr>
        <w:t>25</w:t>
      </w:r>
      <w:r>
        <w:rPr>
          <w:rFonts w:ascii="宋体" w:eastAsia="宋体" w:hAnsi="宋体" w:cs="宋体"/>
          <w:color w:val="000000"/>
        </w:rPr>
        <w:t>千克为标准，超过的千克数记作正数，不足的千克数记作负数，称后的纪录如下：</w:t>
      </w:r>
    </w:p>
    <w:p>
      <w:pPr>
        <w:spacing w:line="360" w:lineRule="auto"/>
        <w:jc w:val="left"/>
        <w:textAlignment w:val="center"/>
        <w:rPr>
          <w:color w:val="000000"/>
        </w:rPr>
      </w:pPr>
      <w:r>
        <w:rPr>
          <w:color w:val="000000"/>
        </w:rPr>
        <w:drawing>
          <wp:inline>
            <wp:extent cx="3486150" cy="685800"/>
            <wp:docPr id="31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 name=""/>
                    <pic:cNvPicPr>
                      <a:picLocks noChangeAspect="1"/>
                    </pic:cNvPicPr>
                  </pic:nvPicPr>
                  <pic:blipFill>
                    <a:blip r:embed="rId998"/>
                    <a:stretch>
                      <a:fillRect/>
                    </a:stretch>
                  </pic:blipFill>
                  <pic:spPr>
                    <a:xfrm>
                      <a:off x="0" y="0"/>
                      <a:ext cx="3486150" cy="68580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1.5</w:t>
      </w:r>
      <w:r>
        <w:rPr>
          <w:rFonts w:ascii="宋体" w:eastAsia="宋体" w:hAnsi="宋体" w:cs="宋体"/>
          <w:color w:val="000000"/>
        </w:rPr>
        <w:t>、</w:t>
      </w:r>
      <w:r>
        <w:pict>
          <v:shape id="_x0000_i710822" type="#_x0000_t75" alt="学科网(www.zxxk.com)--教育资源门户，提供试卷、教案、课件、论文、素材以及各类教学资源下载，还有大量而丰富的教学相关资讯！" style="width:16.05pt;height:13.9pt" o:oleicon="f" o:ole="">
            <v:imagedata r:id="rId999"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10823" type="#_x0000_t75" alt="学科网(www.zxxk.com)--教育资源门户，提供试卷、教案、课件、论文、素材以及各类教学资源下载，还有大量而丰富的教学相关资讯！" style="width:24.75pt;height:13.5pt" o:oleicon="f" o:ole="">
            <v:imagedata r:id="rId1000" o:title="eqId529709040fa0a98ce729428f6cec8db8"/>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0824" type="#_x0000_t75" alt="学科网(www.zxxk.com)--教育资源门户，提供试卷、教案、课件、论文、素材以及各类教学资源下载，还有大量而丰富的教学相关资讯！" style="width:15.75pt;height:12.75pt" o:oleicon="f" o:ole="">
            <v:imagedata r:id="rId1001" o:title="eqId274a9dc37509f01c2606fb3086a46f4f"/>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0825" type="#_x0000_t75" alt="学科网(www.zxxk.com)--教育资源门户，提供试卷、教案、课件、论文、素材以及各类教学资源下载，还有大量而丰富的教学相关资讯！" style="width:24.75pt;height:14.25pt" o:oleicon="f" o:ole="">
            <v:imagedata r:id="rId1002" o:title="eqIda89117f3793e604ce6793f258369051b"/>
          </v:shape>
        </w:pict>
      </w:r>
    </w:p>
    <w:p>
      <w:pPr>
        <w:spacing w:line="360" w:lineRule="auto"/>
        <w:jc w:val="left"/>
        <w:textAlignment w:val="center"/>
        <w:rPr>
          <w:color w:val="000000"/>
        </w:rPr>
      </w:pPr>
      <w:r>
        <w:rPr>
          <w:rFonts w:ascii="宋体" w:eastAsia="宋体" w:hAnsi="宋体" w:cs="宋体"/>
          <w:color w:val="000000"/>
        </w:rPr>
        <w:t>回答下列问题：</w:t>
      </w:r>
    </w:p>
    <w:p>
      <w:pPr>
        <w:spacing w:line="360" w:lineRule="auto"/>
        <w:jc w:val="left"/>
        <w:textAlignment w:val="center"/>
        <w:rPr>
          <w:color w:val="000000"/>
        </w:rPr>
      </w:pPr>
      <w:r>
        <w:rPr>
          <w:color w:val="000000"/>
        </w:rPr>
        <w:t>（1）</w:t>
      </w:r>
      <w:r>
        <w:rPr>
          <w:rFonts w:ascii="宋体" w:eastAsia="宋体" w:hAnsi="宋体" w:cs="宋体"/>
          <w:color w:val="000000"/>
        </w:rPr>
        <w:t>这</w:t>
      </w:r>
      <w:r>
        <w:rPr>
          <w:rFonts w:ascii="Times New Roman" w:eastAsia="Times New Roman" w:hAnsi="Times New Roman" w:cs="Times New Roman"/>
          <w:color w:val="000000"/>
        </w:rPr>
        <w:t>8</w:t>
      </w:r>
      <w:r>
        <w:rPr>
          <w:rFonts w:ascii="宋体" w:eastAsia="宋体" w:hAnsi="宋体" w:cs="宋体"/>
          <w:color w:val="000000"/>
        </w:rPr>
        <w:t>筐白菜中，最接近</w:t>
      </w:r>
      <w:r>
        <w:rPr>
          <w:rFonts w:ascii="Times New Roman" w:eastAsia="Times New Roman" w:hAnsi="Times New Roman" w:cs="Times New Roman"/>
          <w:color w:val="000000"/>
        </w:rPr>
        <w:t>25</w:t>
      </w:r>
      <w:r>
        <w:rPr>
          <w:rFonts w:ascii="宋体" w:eastAsia="宋体" w:hAnsi="宋体" w:cs="宋体"/>
          <w:color w:val="000000"/>
        </w:rPr>
        <w:t>千克的那筐白菜为</w:t>
      </w:r>
      <w:r>
        <w:rPr>
          <w:rFonts w:ascii="Times New Roman" w:eastAsia="Times New Roman" w:hAnsi="Times New Roman" w:cs="Times New Roman"/>
          <w:color w:val="000000"/>
        </w:rPr>
        <w:t>___________</w:t>
      </w:r>
      <w:r>
        <w:rPr>
          <w:rFonts w:ascii="宋体" w:eastAsia="宋体" w:hAnsi="宋体" w:cs="宋体"/>
          <w:color w:val="000000"/>
        </w:rPr>
        <w:t>千克；</w:t>
      </w:r>
    </w:p>
    <w:p>
      <w:pPr>
        <w:spacing w:line="360" w:lineRule="auto"/>
        <w:jc w:val="left"/>
        <w:textAlignment w:val="center"/>
        <w:rPr>
          <w:color w:val="000000"/>
        </w:rPr>
      </w:pPr>
      <w:r>
        <w:rPr>
          <w:color w:val="000000"/>
        </w:rPr>
        <w:t>（2）</w:t>
      </w:r>
      <w:r>
        <w:rPr>
          <w:rFonts w:ascii="宋体" w:eastAsia="宋体" w:hAnsi="宋体" w:cs="宋体"/>
          <w:color w:val="000000"/>
        </w:rPr>
        <w:t>以每筐</w:t>
      </w:r>
      <w:r>
        <w:rPr>
          <w:rFonts w:ascii="Times New Roman" w:eastAsia="Times New Roman" w:hAnsi="Times New Roman" w:cs="Times New Roman"/>
          <w:color w:val="000000"/>
        </w:rPr>
        <w:t>25</w:t>
      </w:r>
      <w:r>
        <w:rPr>
          <w:rFonts w:ascii="宋体" w:eastAsia="宋体" w:hAnsi="宋体" w:cs="宋体"/>
          <w:color w:val="000000"/>
        </w:rPr>
        <w:t>千克为标准，这</w:t>
      </w:r>
      <w:r>
        <w:rPr>
          <w:rFonts w:ascii="Times New Roman" w:eastAsia="Times New Roman" w:hAnsi="Times New Roman" w:cs="Times New Roman"/>
          <w:color w:val="000000"/>
        </w:rPr>
        <w:t>8</w:t>
      </w:r>
      <w:r>
        <w:rPr>
          <w:rFonts w:ascii="宋体" w:eastAsia="宋体" w:hAnsi="宋体" w:cs="宋体"/>
          <w:color w:val="000000"/>
        </w:rPr>
        <w:t>筐白菜总计超过多少千克或不足多少千克？</w:t>
      </w:r>
    </w:p>
    <w:p>
      <w:pPr>
        <w:spacing w:line="360" w:lineRule="auto"/>
        <w:jc w:val="left"/>
        <w:textAlignment w:val="center"/>
        <w:rPr>
          <w:color w:val="000000"/>
        </w:rPr>
      </w:pPr>
      <w:r>
        <w:rPr>
          <w:color w:val="000000"/>
        </w:rPr>
        <w:t>（3）</w:t>
      </w:r>
      <w:r>
        <w:rPr>
          <w:rFonts w:ascii="宋体" w:eastAsia="宋体" w:hAnsi="宋体" w:cs="宋体"/>
          <w:color w:val="000000"/>
        </w:rPr>
        <w:t>若白菜每千克售价</w:t>
      </w:r>
      <w:r>
        <w:rPr>
          <w:rFonts w:ascii="Times New Roman" w:eastAsia="Times New Roman" w:hAnsi="Times New Roman" w:cs="Times New Roman"/>
          <w:color w:val="000000"/>
        </w:rPr>
        <w:t>1.6</w:t>
      </w:r>
      <w:r>
        <w:rPr>
          <w:rFonts w:ascii="宋体" w:eastAsia="宋体" w:hAnsi="宋体" w:cs="宋体"/>
          <w:color w:val="000000"/>
        </w:rPr>
        <w:t>元，则出售这</w:t>
      </w:r>
      <w:r>
        <w:rPr>
          <w:rFonts w:ascii="Times New Roman" w:eastAsia="Times New Roman" w:hAnsi="Times New Roman" w:cs="Times New Roman"/>
          <w:color w:val="000000"/>
        </w:rPr>
        <w:t>8</w:t>
      </w:r>
      <w:r>
        <w:rPr>
          <w:rFonts w:ascii="宋体" w:eastAsia="宋体" w:hAnsi="宋体" w:cs="宋体"/>
          <w:color w:val="000000"/>
        </w:rPr>
        <w:t>筐白菜可卖多少元？</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24.5</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不足</w:t>
      </w:r>
      <w:r>
        <w:rPr>
          <w:rFonts w:ascii="Times New Roman" w:eastAsia="Times New Roman" w:hAnsi="Times New Roman" w:cs="Times New Roman"/>
          <w:color w:val="000000"/>
        </w:rPr>
        <w:t>2.5</w:t>
      </w:r>
      <w:r>
        <w:rPr>
          <w:rFonts w:ascii="宋体" w:eastAsia="宋体" w:hAnsi="宋体" w:cs="宋体"/>
          <w:color w:val="000000"/>
        </w:rPr>
        <w:t>千克；</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316</w:t>
      </w:r>
      <w:r>
        <w:rPr>
          <w:rFonts w:ascii="宋体" w:eastAsia="宋体" w:hAnsi="宋体" w:cs="宋体"/>
          <w:color w:val="000000"/>
        </w:rPr>
        <w:t>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）根据绝对值的意义，可得答案；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）根据有理数的加法，可得答案；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）根据单价乘以数量，可得答案．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0826" type="#_x0000_t75" alt="学科网(www.zxxk.com)--教育资源门户，提供试卷、教案、课件、论文、素材以及各类教学资源下载，还有大量而丰富的教学相关资讯！" style="width:29.25pt;height:20.25pt;mso-position-horizontal-relative:page;mso-position-vertical-relative:page" o:oleicon="f" o:ole="">
            <v:imagedata r:id="rId1003" o:title="eqId9554dfcf2e18001a0fb7cc25aa78df3d"/>
          </v:shape>
        </w:pict>
      </w:r>
      <w:r>
        <w:rPr>
          <w:rFonts w:ascii="宋体" w:eastAsia="宋体" w:hAnsi="宋体" w:cs="宋体"/>
          <w:color w:val="000000"/>
        </w:rPr>
        <w:t>最小，最接近标准，</w:t>
      </w:r>
    </w:p>
    <w:p>
      <w:pPr>
        <w:spacing w:line="360" w:lineRule="auto"/>
        <w:jc w:val="left"/>
        <w:textAlignment w:val="center"/>
        <w:rPr>
          <w:color w:val="000000"/>
        </w:rPr>
      </w:pPr>
      <w:r>
        <w:rPr>
          <w:rFonts w:ascii="宋体" w:eastAsia="宋体" w:hAnsi="宋体" w:cs="宋体"/>
          <w:color w:val="000000"/>
        </w:rPr>
        <w:t>∴最接近</w:t>
      </w:r>
      <w:r>
        <w:rPr>
          <w:rFonts w:ascii="Times New Roman" w:eastAsia="Times New Roman" w:hAnsi="Times New Roman" w:cs="Times New Roman"/>
          <w:color w:val="000000"/>
        </w:rPr>
        <w:t>25</w:t>
      </w:r>
      <w:r>
        <w:rPr>
          <w:rFonts w:ascii="宋体" w:eastAsia="宋体" w:hAnsi="宋体" w:cs="宋体"/>
          <w:color w:val="000000"/>
        </w:rPr>
        <w:t>千克的那筐白菜为</w:t>
      </w:r>
      <w:r>
        <w:pict>
          <v:shape id="_x0000_i710827" type="#_x0000_t75" alt="学科网(www.zxxk.com)--教育资源门户，提供试卷、教案、课件、论文、素材以及各类教学资源下载，还有大量而丰富的教学相关资讯！" style="width:73.05pt;height:13.95pt" o:oleicon="f" o:ole="">
            <v:imagedata r:id="rId1004" o:title="eqId0f80faeea65ad07e36bf748f4508df5f"/>
          </v:shape>
        </w:pict>
      </w:r>
      <w:r>
        <w:rPr>
          <w:rFonts w:ascii="宋体" w:eastAsia="宋体" w:hAnsi="宋体" w:cs="宋体"/>
          <w:color w:val="000000"/>
        </w:rPr>
        <w:t>千克；</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24.5</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0828" type="#_x0000_t75" alt="学科网(www.zxxk.com)--教育资源门户，提供试卷、教案、课件、论文、素材以及各类教学资源下载，还有大量而丰富的教学相关资讯！" style="width:239.05pt;height:16.15pt" o:oleicon="f" o:ole="">
            <v:imagedata r:id="rId1005" o:title="eqId10c440b6a68491e9fe841efcc3a7f05f"/>
          </v:shape>
        </w:pict>
      </w:r>
      <w:r>
        <w:rPr>
          <w:rFonts w:ascii="宋体" w:eastAsia="宋体" w:hAnsi="宋体" w:cs="宋体"/>
          <w:color w:val="000000"/>
        </w:rPr>
        <w:t>（千克）</w:t>
      </w:r>
    </w:p>
    <w:p>
      <w:pPr>
        <w:spacing w:line="360" w:lineRule="auto"/>
        <w:jc w:val="left"/>
        <w:textAlignment w:val="center"/>
        <w:rPr>
          <w:color w:val="000000"/>
        </w:rPr>
      </w:pPr>
      <w:r>
        <w:rPr>
          <w:rFonts w:ascii="宋体" w:eastAsia="宋体" w:hAnsi="宋体" w:cs="宋体"/>
          <w:color w:val="000000"/>
        </w:rPr>
        <w:t>∴不足</w:t>
      </w:r>
      <w:r>
        <w:rPr>
          <w:rFonts w:ascii="Times New Roman" w:eastAsia="Times New Roman" w:hAnsi="Times New Roman" w:cs="Times New Roman"/>
          <w:color w:val="000000"/>
        </w:rPr>
        <w:t>2.5</w:t>
      </w:r>
      <w:r>
        <w:rPr>
          <w:rFonts w:ascii="宋体" w:eastAsia="宋体" w:hAnsi="宋体" w:cs="宋体"/>
          <w:color w:val="000000"/>
        </w:rPr>
        <w:t>千克；</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2</w:t>
      </w:r>
      <w:r>
        <w:rPr>
          <w:rFonts w:ascii="宋体" w:eastAsia="宋体" w:hAnsi="宋体" w:cs="宋体"/>
          <w:color w:val="000000"/>
        </w:rPr>
        <w:t>）可得</w:t>
      </w:r>
      <w:r>
        <w:pict>
          <v:shape id="_x0000_i710829" type="#_x0000_t75" alt="学科网(www.zxxk.com)--教育资源门户，提供试卷、教案、课件、论文、素材以及各类教学资源下载，还有大量而丰富的教学相关资讯！" style="width:115.8pt;height:16.15pt" o:oleicon="f" o:ole="">
            <v:imagedata r:id="rId1006" o:title="eqId5089d3a710c0e7194c55f9718b3e20d8"/>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∴出售这</w:t>
      </w:r>
      <w:r>
        <w:rPr>
          <w:rFonts w:ascii="Times New Roman" w:eastAsia="Times New Roman" w:hAnsi="Times New Roman" w:cs="Times New Roman"/>
          <w:color w:val="000000"/>
        </w:rPr>
        <w:t>8</w:t>
      </w:r>
      <w:r>
        <w:rPr>
          <w:rFonts w:ascii="宋体" w:eastAsia="宋体" w:hAnsi="宋体" w:cs="宋体"/>
          <w:color w:val="000000"/>
        </w:rPr>
        <w:t>筐白菜可卖</w:t>
      </w:r>
      <w:r>
        <w:rPr>
          <w:rFonts w:ascii="Times New Roman" w:eastAsia="Times New Roman" w:hAnsi="Times New Roman" w:cs="Times New Roman"/>
          <w:color w:val="000000"/>
        </w:rPr>
        <w:t>316</w:t>
      </w:r>
      <w:r>
        <w:rPr>
          <w:rFonts w:ascii="宋体" w:eastAsia="宋体" w:hAnsi="宋体" w:cs="宋体"/>
          <w:color w:val="000000"/>
        </w:rPr>
        <w:t>元．</w:t>
      </w:r>
    </w:p>
    <w:p>
      <w:pPr>
        <w:spacing w:line="360" w:lineRule="auto"/>
        <w:jc w:val="left"/>
        <w:textAlignment w:val="center"/>
        <w:rPr>
          <w:color w:val="000000"/>
        </w:rPr>
      </w:pPr>
      <w:r>
        <w:rPr>
          <w:color w:val="000000"/>
        </w:rPr>
        <w:t>【点睛】</w:t>
      </w:r>
      <w:r>
        <w:rPr>
          <w:rFonts w:ascii="宋体" w:eastAsia="宋体" w:hAnsi="宋体" w:cs="宋体"/>
          <w:color w:val="000000"/>
        </w:rPr>
        <w:t>本题考查了正负数的意义，绝对值的意义，有理数的混合运算，解题关键是理解“正”和“负”的相对性，确定具有相反意义的量．</w:t>
      </w:r>
    </w:p>
    <w:p>
      <w:pPr>
        <w:spacing w:line="360" w:lineRule="auto"/>
        <w:jc w:val="left"/>
        <w:textAlignment w:val="center"/>
        <w:rPr>
          <w:color w:val="000000"/>
        </w:rPr>
      </w:pPr>
      <w:r>
        <w:rPr>
          <w:color w:val="000000"/>
        </w:rPr>
        <w:t xml:space="preserve">25. </w:t>
      </w:r>
      <w:r>
        <w:rPr>
          <w:rFonts w:ascii="宋体" w:eastAsia="宋体" w:hAnsi="宋体" w:cs="宋体"/>
          <w:color w:val="000000"/>
        </w:rPr>
        <w:t>现有若干有理数排成一个圆圈，规定一次操作为：将任意相邻的两个有理数都加上同一个有理数，其余各数不变．如图</w:t>
      </w:r>
      <w:r>
        <w:rPr>
          <w:rFonts w:ascii="Times New Roman" w:eastAsia="Times New Roman" w:hAnsi="Times New Roman" w:cs="Times New Roman"/>
          <w:color w:val="000000"/>
        </w:rPr>
        <w:t>1</w:t>
      </w:r>
      <w:r>
        <w:rPr>
          <w:rFonts w:ascii="宋体" w:eastAsia="宋体" w:hAnsi="宋体" w:cs="宋体"/>
          <w:color w:val="000000"/>
        </w:rPr>
        <w:t>是小云两次操作的示意图，将圆圈上的三个数变为了相同的数．</w:t>
      </w:r>
    </w:p>
    <w:p>
      <w:pPr>
        <w:spacing w:line="360" w:lineRule="auto"/>
        <w:jc w:val="left"/>
        <w:textAlignment w:val="center"/>
        <w:rPr>
          <w:color w:val="000000"/>
        </w:rPr>
      </w:pPr>
      <w:r>
        <w:rPr>
          <w:color w:val="000000"/>
        </w:rPr>
        <w:drawing>
          <wp:inline>
            <wp:extent cx="4819650" cy="1371600"/>
            <wp:docPr id="31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 name=""/>
                    <pic:cNvPicPr>
                      <a:picLocks noChangeAspect="1"/>
                    </pic:cNvPicPr>
                  </pic:nvPicPr>
                  <pic:blipFill>
                    <a:blip r:embed="rId1007"/>
                    <a:stretch>
                      <a:fillRect/>
                    </a:stretch>
                  </pic:blipFill>
                  <pic:spPr>
                    <a:xfrm>
                      <a:off x="0" y="0"/>
                      <a:ext cx="4819650" cy="1371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）请画出相应的操作示意图，将图</w:t>
      </w:r>
      <w:r>
        <w:rPr>
          <w:rFonts w:ascii="Times New Roman" w:eastAsia="Times New Roman" w:hAnsi="Times New Roman" w:cs="Times New Roman"/>
          <w:color w:val="000000"/>
        </w:rPr>
        <w:t>2</w:t>
      </w:r>
      <w:r>
        <w:rPr>
          <w:rFonts w:ascii="宋体" w:eastAsia="宋体" w:hAnsi="宋体" w:cs="宋体"/>
          <w:color w:val="000000"/>
        </w:rPr>
        <w:t>圆圈上的有理数都变为相同的数；</w:t>
      </w:r>
    </w:p>
    <w:p>
      <w:pPr>
        <w:spacing w:line="360" w:lineRule="auto"/>
        <w:jc w:val="left"/>
        <w:textAlignment w:val="center"/>
        <w:rPr>
          <w:color w:val="000000"/>
        </w:rPr>
      </w:pPr>
      <w:r>
        <w:rPr>
          <w:color w:val="000000"/>
        </w:rPr>
        <w:drawing>
          <wp:inline>
            <wp:extent cx="1485900" cy="1009650"/>
            <wp:docPr id="31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 name=""/>
                    <pic:cNvPicPr>
                      <a:picLocks noChangeAspect="1"/>
                    </pic:cNvPicPr>
                  </pic:nvPicPr>
                  <pic:blipFill>
                    <a:blip r:embed="rId1008"/>
                    <a:stretch>
                      <a:fillRect/>
                    </a:stretch>
                  </pic:blipFill>
                  <pic:spPr>
                    <a:xfrm>
                      <a:off x="0" y="0"/>
                      <a:ext cx="1485900" cy="1009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）将图</w:t>
      </w:r>
      <w:r>
        <w:rPr>
          <w:rFonts w:ascii="Times New Roman" w:eastAsia="Times New Roman" w:hAnsi="Times New Roman" w:cs="Times New Roman"/>
          <w:color w:val="000000"/>
        </w:rPr>
        <w:t>3</w:t>
      </w:r>
      <w:r>
        <w:rPr>
          <w:rFonts w:ascii="宋体" w:eastAsia="宋体" w:hAnsi="宋体" w:cs="宋体"/>
          <w:color w:val="000000"/>
        </w:rPr>
        <w:t>圆圈上的有理数都变为相同的数，最少需要几次操作？给出你的判断，并说明理由；</w:t>
      </w:r>
    </w:p>
    <w:p>
      <w:pPr>
        <w:spacing w:line="360" w:lineRule="auto"/>
        <w:jc w:val="left"/>
        <w:textAlignment w:val="center"/>
        <w:rPr>
          <w:color w:val="000000"/>
        </w:rPr>
      </w:pPr>
      <w:r>
        <w:rPr>
          <w:color w:val="000000"/>
        </w:rPr>
        <w:drawing>
          <wp:inline>
            <wp:extent cx="971550" cy="1343025"/>
            <wp:docPr id="31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 name=""/>
                    <pic:cNvPicPr>
                      <a:picLocks noChangeAspect="1"/>
                    </pic:cNvPicPr>
                  </pic:nvPicPr>
                  <pic:blipFill>
                    <a:blip r:embed="rId1009"/>
                    <a:stretch>
                      <a:fillRect/>
                    </a:stretch>
                  </pic:blipFill>
                  <pic:spPr>
                    <a:xfrm>
                      <a:off x="0" y="0"/>
                      <a:ext cx="971550" cy="1343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）能否将</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这</w:t>
      </w:r>
      <w:r>
        <w:rPr>
          <w:rFonts w:ascii="Times New Roman" w:eastAsia="Times New Roman" w:hAnsi="Times New Roman" w:cs="Times New Roman"/>
          <w:color w:val="000000"/>
        </w:rPr>
        <w:t>4</w:t>
      </w:r>
      <w:r>
        <w:rPr>
          <w:rFonts w:ascii="宋体" w:eastAsia="宋体" w:hAnsi="宋体" w:cs="宋体"/>
          <w:color w:val="000000"/>
        </w:rPr>
        <w:t>个有理数以某种方式排列在圆圈上，使得通过若干次操作将这</w:t>
      </w:r>
      <w:r>
        <w:rPr>
          <w:rFonts w:ascii="Times New Roman" w:eastAsia="Times New Roman" w:hAnsi="Times New Roman" w:cs="Times New Roman"/>
          <w:color w:val="000000"/>
        </w:rPr>
        <w:t>4</w:t>
      </w:r>
      <w:r>
        <w:rPr>
          <w:rFonts w:ascii="宋体" w:eastAsia="宋体" w:hAnsi="宋体" w:cs="宋体"/>
          <w:color w:val="000000"/>
        </w:rPr>
        <w:t>个有理数变为相同</w:t>
      </w:r>
      <w:r>
        <w:rPr>
          <w:rFonts w:ascii="宋体" w:eastAsia="宋体" w:hAnsi="宋体" w:cs="宋体"/>
          <w:color w:val="000000"/>
          <w:position w:val="0"/>
        </w:rPr>
        <w:drawing>
          <wp:inline>
            <wp:extent cx="133350" cy="177800"/>
            <wp:docPr id="31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 name=""/>
                    <pic:cNvPicPr>
                      <a:picLocks noChangeAspect="1"/>
                    </pic:cNvPicPr>
                  </pic:nvPicPr>
                  <pic:blipFill>
                    <a:blip r:embed="rId101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数？如果可以，请画出最初的排列方式与具体的操作步骤；如果不能，请说明理由．</w:t>
      </w:r>
    </w:p>
    <w:p>
      <w:pPr>
        <w:spacing w:line="360" w:lineRule="auto"/>
        <w:textAlignment w:val="center"/>
        <w:rPr>
          <w:color w:val="000000"/>
        </w:rPr>
      </w:pPr>
      <w:r>
        <w:rPr>
          <w:color w:val="2E75B6"/>
        </w:rPr>
        <w:t>【答案】</w:t>
      </w:r>
      <w:r>
        <w:rPr>
          <w:rFonts w:ascii="宋体" w:eastAsia="宋体" w:hAnsi="宋体" w:cs="宋体"/>
          <w:color w:val="000000"/>
        </w:rPr>
        <w:t>答案见详解．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）根据题目中的操作步骤进行推理，即可得到答案；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）根据题目中的操作步骤进行推理，即可得到答案；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）根据题目中圆圈边上几个数的和都是偶数，即可进行判断．</w:t>
      </w:r>
    </w:p>
    <w:p>
      <w:pPr>
        <w:spacing w:line="360" w:lineRule="auto"/>
        <w:jc w:val="left"/>
        <w:textAlignment w:val="center"/>
        <w:rPr>
          <w:color w:val="000000"/>
        </w:rPr>
      </w:pPr>
      <w:r>
        <w:rPr>
          <w:color w:val="000000"/>
        </w:rPr>
        <w:t>【详解】</w:t>
      </w:r>
      <w:r>
        <w:rPr>
          <w:rFonts w:ascii="宋体" w:eastAsia="宋体" w:hAnsi="宋体" w:cs="宋体"/>
          <w:color w:val="000000"/>
        </w:rPr>
        <w:t>解：（1）如图所示：</w:t>
      </w:r>
    </w:p>
    <w:p>
      <w:pPr>
        <w:spacing w:line="360" w:lineRule="auto"/>
        <w:jc w:val="left"/>
        <w:textAlignment w:val="center"/>
        <w:rPr>
          <w:color w:val="000000"/>
        </w:rPr>
      </w:pPr>
      <w:r>
        <w:rPr>
          <w:color w:val="000000"/>
        </w:rPr>
        <w:drawing>
          <wp:inline>
            <wp:extent cx="3943350" cy="1133475"/>
            <wp:docPr id="31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 name=""/>
                    <pic:cNvPicPr>
                      <a:picLocks noChangeAspect="1"/>
                    </pic:cNvPicPr>
                  </pic:nvPicPr>
                  <pic:blipFill>
                    <a:blip r:embed="rId1011"/>
                    <a:stretch>
                      <a:fillRect/>
                    </a:stretch>
                  </pic:blipFill>
                  <pic:spPr>
                    <a:xfrm>
                      <a:off x="0" y="0"/>
                      <a:ext cx="3943350" cy="1133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）至少需要两次操作，理由如下：</w:t>
      </w:r>
    </w:p>
    <w:p>
      <w:pPr>
        <w:spacing w:line="360" w:lineRule="auto"/>
        <w:jc w:val="left"/>
        <w:textAlignment w:val="center"/>
        <w:rPr>
          <w:color w:val="000000"/>
        </w:rPr>
      </w:pPr>
      <w:r>
        <w:rPr>
          <w:color w:val="000000"/>
        </w:rPr>
        <w:drawing>
          <wp:inline>
            <wp:extent cx="4305300" cy="1257300"/>
            <wp:docPr id="31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 name=""/>
                    <pic:cNvPicPr>
                      <a:picLocks noChangeAspect="1"/>
                    </pic:cNvPicPr>
                  </pic:nvPicPr>
                  <pic:blipFill>
                    <a:blip r:embed="rId1012"/>
                    <a:stretch>
                      <a:fillRect/>
                    </a:stretch>
                  </pic:blipFill>
                  <pic:spPr>
                    <a:xfrm>
                      <a:off x="0" y="0"/>
                      <a:ext cx="4305300" cy="1257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）不可以；理由如下：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2+3+5=10</w:t>
      </w:r>
      <w:r>
        <w:rPr>
          <w:rFonts w:ascii="宋体" w:eastAsia="宋体" w:hAnsi="宋体" w:cs="宋体"/>
          <w:color w:val="000000"/>
        </w:rPr>
        <w:t>，最后变成相等的数字</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1+2+3=6</w:t>
      </w:r>
      <w:r>
        <w:rPr>
          <w:rFonts w:ascii="宋体" w:eastAsia="宋体" w:hAnsi="宋体" w:cs="宋体"/>
          <w:color w:val="000000"/>
        </w:rPr>
        <w:t>，最后变成相等的数字</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1+2+3+4=10</w:t>
      </w:r>
      <w:r>
        <w:rPr>
          <w:rFonts w:ascii="宋体" w:eastAsia="宋体" w:hAnsi="宋体" w:cs="宋体"/>
          <w:color w:val="000000"/>
        </w:rPr>
        <w:t>，最后变成相等的数字</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1+2+3+5=11</w:t>
      </w:r>
      <w:r>
        <w:rPr>
          <w:rFonts w:ascii="宋体" w:eastAsia="宋体" w:hAnsi="宋体" w:cs="宋体"/>
          <w:color w:val="000000"/>
        </w:rPr>
        <w:t>，不是偶数；</w:t>
      </w:r>
    </w:p>
    <w:p>
      <w:pPr>
        <w:spacing w:line="360" w:lineRule="auto"/>
        <w:jc w:val="left"/>
        <w:textAlignment w:val="center"/>
        <w:rPr>
          <w:color w:val="000000"/>
        </w:rPr>
      </w:pPr>
      <w:r>
        <w:rPr>
          <w:rFonts w:ascii="宋体" w:eastAsia="宋体" w:hAnsi="宋体" w:cs="宋体"/>
          <w:color w:val="000000"/>
        </w:rPr>
        <w:t>∴这四个数排列后不可能相等．</w:t>
      </w:r>
    </w:p>
    <w:p>
      <w:pPr>
        <w:spacing w:line="360" w:lineRule="auto"/>
        <w:jc w:val="left"/>
        <w:textAlignment w:val="center"/>
        <w:rPr>
          <w:color w:val="000000"/>
        </w:rPr>
        <w:sectPr w:rsidSect="00C321EB">
          <w:headerReference w:type="even" r:id="rId367"/>
          <w:footerReference w:type="even" r:id="rId368"/>
          <w:headerReference w:type="first" r:id="rId369"/>
          <w:footerReference w:type="first" r:id="rId370"/>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本题考查了数字的规律变化，解题的关键是正确地掌握题目中的规律，从而进行解题．</w:t>
      </w:r>
    </w:p>
    <w:p>
      <w:pPr>
        <w:pStyle w:val="Heading2"/>
      </w:pPr>
      <w:r>
        <w:t>丰台区第十二中学</w:t>
      </w:r>
    </w:p>
    <w:p>
      <w:pPr>
        <w:spacing w:line="360" w:lineRule="auto"/>
        <w:jc w:val="left"/>
        <w:textAlignment w:val="center"/>
        <w:rPr>
          <w:color w:val="000000"/>
        </w:rPr>
      </w:pPr>
      <w:r>
        <w:rPr>
          <w:color w:val="000000"/>
        </w:rPr>
        <w:t xml:space="preserve">39. </w:t>
      </w:r>
      <w:r>
        <w:rPr>
          <w:rFonts w:ascii="宋体" w:eastAsia="宋体" w:hAnsi="宋体" w:cs="宋体"/>
          <w:color w:val="000000"/>
        </w:rPr>
        <w:t>结合数轴与绝对值的知识回答下列问题：</w:t>
      </w:r>
    </w:p>
    <w:p>
      <w:pPr>
        <w:spacing w:line="360" w:lineRule="auto"/>
        <w:jc w:val="left"/>
        <w:textAlignment w:val="center"/>
        <w:rPr>
          <w:color w:val="000000"/>
        </w:rPr>
      </w:pPr>
      <w:r>
        <w:rPr>
          <w:color w:val="000000"/>
        </w:rPr>
        <w:drawing>
          <wp:inline>
            <wp:extent cx="3390900" cy="428625"/>
            <wp:docPr id="31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 name=""/>
                    <pic:cNvPicPr>
                      <a:picLocks noChangeAspect="1"/>
                    </pic:cNvPicPr>
                  </pic:nvPicPr>
                  <pic:blipFill>
                    <a:blip r:embed="rId1013"/>
                    <a:stretch>
                      <a:fillRect/>
                    </a:stretch>
                  </pic:blipFill>
                  <pic:spPr>
                    <a:xfrm>
                      <a:off x="0" y="0"/>
                      <a:ext cx="3390900" cy="428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一般地，数轴上表示数</w:t>
      </w:r>
      <w:r>
        <w:rPr>
          <w:rFonts w:ascii="Times New Roman" w:eastAsia="Times New Roman" w:hAnsi="Times New Roman" w:cs="Times New Roman"/>
          <w:i/>
          <w:color w:val="000000"/>
        </w:rPr>
        <w:t>m</w:t>
      </w:r>
      <w:r>
        <w:rPr>
          <w:rFonts w:ascii="宋体" w:eastAsia="宋体" w:hAnsi="宋体" w:cs="宋体"/>
          <w:color w:val="000000"/>
        </w:rPr>
        <w:t>和数</w:t>
      </w:r>
      <w:r>
        <w:rPr>
          <w:rFonts w:ascii="Times New Roman" w:eastAsia="Times New Roman" w:hAnsi="Times New Roman" w:cs="Times New Roman"/>
          <w:i/>
          <w:color w:val="000000"/>
        </w:rPr>
        <w:t>n</w:t>
      </w:r>
      <w:r>
        <w:rPr>
          <w:rFonts w:ascii="宋体" w:eastAsia="宋体" w:hAnsi="宋体" w:cs="宋体"/>
          <w:color w:val="000000"/>
        </w:rPr>
        <w:t>的两点之间的距离等于</w:t>
      </w:r>
      <w:r>
        <w:pict>
          <v:shape id="_x0000_i710830" type="#_x0000_t75" alt="学科网(www.zxxk.com)--教育资源门户，提供试卷、教案、课件、论文、素材以及各类教学资源下载，还有大量而丰富的教学相关资讯！" style="width:31.95pt;height:18pt;mso-position-horizontal-relative:page;mso-position-vertical-relative:page;mso-wrap-style:square" o:oleicon="f" o:ole="">
            <v:imagedata r:id="rId1014" o:title="eqIdae9dd56551121a5b88be4dc6910c9ec0"/>
          </v:shape>
        </w:pict>
      </w:r>
      <w:r>
        <w:rPr>
          <w:rFonts w:ascii="宋体" w:eastAsia="宋体" w:hAnsi="宋体" w:cs="宋体"/>
          <w:color w:val="000000"/>
        </w:rPr>
        <w:t>．如果表示数</w:t>
      </w:r>
      <w:r>
        <w:rPr>
          <w:rFonts w:ascii="Times New Roman" w:eastAsia="Times New Roman" w:hAnsi="Times New Roman" w:cs="Times New Roman"/>
          <w:i/>
          <w:color w:val="000000"/>
        </w:rPr>
        <w:t>a</w:t>
      </w:r>
      <w:r>
        <w:rPr>
          <w:rFonts w:ascii="宋体" w:eastAsia="宋体" w:hAnsi="宋体" w:cs="宋体"/>
          <w:color w:val="000000"/>
        </w:rPr>
        <w:t>和</w:t>
      </w:r>
      <w:r>
        <w:pict>
          <v:shape id="_x0000_i710831" type="#_x0000_t75" alt="学科网(www.zxxk.com)--教育资源门户，提供试卷、教案、课件、论文、素材以及各类教学资源下载，还有大量而丰富的教学相关资讯！" style="width:15.75pt;height:12.75pt" o:oleicon="f" o:ole="">
            <v:imagedata r:id="rId1015" o:title="eqId274a9dc37509f01c2606fb3086a46f4f"/>
          </v:shape>
        </w:pict>
      </w:r>
      <w:r>
        <w:rPr>
          <w:rFonts w:ascii="宋体" w:eastAsia="宋体" w:hAnsi="宋体" w:cs="宋体"/>
          <w:color w:val="000000"/>
        </w:rPr>
        <w:t>的两点之间的距离是</w:t>
      </w:r>
      <w:r>
        <w:rPr>
          <w:rFonts w:ascii="Times New Roman" w:eastAsia="Times New Roman" w:hAnsi="Times New Roman" w:cs="Times New Roman"/>
          <w:color w:val="000000"/>
        </w:rPr>
        <w:t>3</w:t>
      </w:r>
      <w:r>
        <w:rPr>
          <w:rFonts w:ascii="宋体" w:eastAsia="宋体" w:hAnsi="宋体" w:cs="宋体"/>
          <w:color w:val="000000"/>
        </w:rPr>
        <w:t>，那么</w:t>
      </w:r>
      <w:r>
        <w:pict>
          <v:shape id="_x0000_i710832" type="#_x0000_t75" alt="学科网(www.zxxk.com)--教育资源门户，提供试卷、教案、课件、论文、素材以及各类教学资源下载，还有大量而丰富的教学相关资讯！" style="width:20.4pt;height:11.4pt" o:oleicon="f" o:ole="">
            <v:imagedata r:id="rId1016" o:title="eqId380bbacf854e30e2e747fc286d2b9997"/>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若数轴上表示数</w:t>
      </w:r>
      <w:r>
        <w:rPr>
          <w:rFonts w:ascii="Times New Roman" w:eastAsia="Times New Roman" w:hAnsi="Times New Roman" w:cs="Times New Roman"/>
          <w:i/>
          <w:color w:val="000000"/>
        </w:rPr>
        <w:t>a</w:t>
      </w:r>
      <w:r>
        <w:rPr>
          <w:rFonts w:ascii="宋体" w:eastAsia="宋体" w:hAnsi="宋体" w:cs="宋体"/>
          <w:color w:val="000000"/>
        </w:rPr>
        <w:t>的点位于</w:t>
      </w:r>
      <w:r>
        <w:pict>
          <v:shape id="_x0000_i710833" type="#_x0000_t75" alt="学科网(www.zxxk.com)--教育资源门户，提供试卷、教案、课件、论文、素材以及各类教学资源下载，还有大量而丰富的教学相关资讯！" style="width:16.2pt;height:13.2pt" o:oleicon="f" o:ole="">
            <v:imagedata r:id="rId1017" o:title="eqId3edbd40e04e2a943051fa83d6e511add"/>
          </v:shape>
        </w:pict>
      </w:r>
      <w:r>
        <w:rPr>
          <w:rFonts w:ascii="宋体" w:eastAsia="宋体" w:hAnsi="宋体" w:cs="宋体"/>
          <w:color w:val="000000"/>
        </w:rPr>
        <w:t>与</w:t>
      </w:r>
      <w:r>
        <w:rPr>
          <w:rFonts w:ascii="Times New Roman" w:eastAsia="Times New Roman" w:hAnsi="Times New Roman" w:cs="Times New Roman"/>
          <w:color w:val="000000"/>
        </w:rPr>
        <w:t>2</w:t>
      </w:r>
      <w:r>
        <w:rPr>
          <w:rFonts w:ascii="宋体" w:eastAsia="宋体" w:hAnsi="宋体" w:cs="宋体"/>
          <w:color w:val="000000"/>
        </w:rPr>
        <w:t>之间，求</w:t>
      </w:r>
      <w:r>
        <w:pict>
          <v:shape id="_x0000_i710834" type="#_x0000_t75" alt="学科网(www.zxxk.com)--教育资源门户，提供试卷、教案、课件、论文、素材以及各类教学资源下载，还有大量而丰富的教学相关资讯！" style="width:62.25pt;height:17.25pt" o:oleicon="f" o:ole="">
            <v:imagedata r:id="rId1018" o:title="eqIdfd0684e322e535e7756fea41eb2e6636"/>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取何值时，</w:t>
      </w:r>
      <w:r>
        <w:pict>
          <v:shape id="_x0000_i710835" type="#_x0000_t75" alt="学科网(www.zxxk.com)--教育资源门户，提供试卷、教案、课件、论文、素材以及各类教学资源下载，还有大量而丰富的教学相关资讯！" style="width:102.75pt;height:20.25pt" o:oleicon="f" o:ole="">
            <v:imagedata r:id="rId1019" o:title="eqId52da8ad528c88d8b3eeec62d376717f2"/>
          </v:shape>
        </w:pict>
      </w:r>
      <w:r>
        <w:rPr>
          <w:rFonts w:ascii="宋体" w:eastAsia="宋体" w:hAnsi="宋体" w:cs="宋体"/>
          <w:color w:val="000000"/>
        </w:rPr>
        <w:t>的值最小．</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rFonts w:ascii="宋体" w:eastAsia="宋体" w:hAnsi="宋体" w:cs="宋体"/>
          <w:color w:val="000000"/>
        </w:rPr>
        <w:t>或</w:t>
      </w:r>
      <w:r>
        <w:pict>
          <v:shape id="_x0000_i710836" type="#_x0000_t75" alt="学科网(www.zxxk.com)--教育资源门户，提供试卷、教案、课件、论文、素材以及各类教学资源下载，还有大量而丰富的教学相关资讯！" style="width:15.75pt;height:14.25pt" o:oleicon="f" o:ole="">
            <v:imagedata r:id="rId1020" o:title="eqIdd13ce3ebd1112220c639562739f1f9d1"/>
          </v:shape>
        </w:pic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6</w:t>
      </w:r>
      <w:r>
        <w:rPr>
          <w:color w:val="000000"/>
        </w:rPr>
        <w:t xml:space="preserve">    </w:t>
      </w:r>
      <w:r>
        <w:rPr>
          <w:color w:val="000000"/>
        </w:rPr>
        <w:t>（3）</w:t>
      </w:r>
      <w:r>
        <w:rPr>
          <w:rFonts w:ascii="宋体" w:eastAsia="宋体" w:hAnsi="宋体" w:cs="宋体"/>
          <w:color w:val="000000"/>
        </w:rPr>
        <w:t>当</w:t>
      </w:r>
      <w:r>
        <w:pict>
          <v:shape id="_x0000_i710837" type="#_x0000_t75" alt="学科网(www.zxxk.com)--教育资源门户，提供试卷、教案、课件、论文、素材以及各类教学资源下载，还有大量而丰富的教学相关资讯！" style="width:26.1pt;height:13.6pt" o:oleicon="f" o:ole="">
            <v:imagedata r:id="rId1021" o:title="eqId0b550ee821ee1838384835e81fc34b67"/>
          </v:shape>
        </w:pict>
      </w:r>
      <w:r>
        <w:rPr>
          <w:rFonts w:ascii="宋体" w:eastAsia="宋体" w:hAnsi="宋体" w:cs="宋体"/>
          <w:color w:val="000000"/>
        </w:rPr>
        <w:t>时，式子的值最小</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10838" type="#_x0000_t75" alt="学科网(www.zxxk.com)--教育资源门户，提供试卷、教案、课件、论文、素材以及各类教学资源下载，还有大量而丰富的教学相关资讯！" style="width:9pt;height:9.75pt" o:oleicon="f" o:ole="">
            <v:imagedata r:id="rId1022" o:title="eqId0a6936d370d6a238a608ca56f87198de"/>
          </v:shape>
        </w:pict>
      </w:r>
      <w:r>
        <w:rPr>
          <w:rFonts w:ascii="宋体" w:eastAsia="宋体" w:hAnsi="宋体" w:cs="宋体"/>
          <w:color w:val="000000"/>
        </w:rPr>
        <w:t>在</w:t>
      </w:r>
      <w:r>
        <w:pict>
          <v:shape id="_x0000_i710839" type="#_x0000_t75" alt="学科网(www.zxxk.com)--教育资源门户，提供试卷、教案、课件、论文、素材以及各类教学资源下载，还有大量而丰富的教学相关资讯！" style="width:15.75pt;height:12.75pt" o:oleicon="f" o:ole="">
            <v:imagedata r:id="rId1023" o:title="eqIdb74eb8a7738402df52d4a97262b85ca0"/>
          </v:shape>
        </w:pict>
      </w:r>
      <w:r>
        <w:rPr>
          <w:rFonts w:ascii="宋体" w:eastAsia="宋体" w:hAnsi="宋体" w:cs="宋体"/>
          <w:color w:val="000000"/>
        </w:rPr>
        <w:t>左边，两点距离为</w:t>
      </w:r>
      <w:r>
        <w:rPr>
          <w:rFonts w:ascii="Times New Roman" w:eastAsia="Times New Roman" w:hAnsi="Times New Roman" w:cs="Times New Roman"/>
          <w:color w:val="000000"/>
        </w:rPr>
        <w:t>3</w:t>
      </w:r>
      <w:r>
        <w:rPr>
          <w:rFonts w:ascii="宋体" w:eastAsia="宋体" w:hAnsi="宋体" w:cs="宋体"/>
          <w:color w:val="000000"/>
        </w:rPr>
        <w:t>时，可得</w:t>
      </w:r>
      <w:r>
        <w:pict>
          <v:shape id="_x0000_i710840" type="#_x0000_t75" alt="学科网(www.zxxk.com)--教育资源门户，提供试卷、教案、课件、论文、素材以及各类教学资源下载，还有大量而丰富的教学相关资讯！" style="width:34pt;height:14.15pt" o:oleicon="f" o:ole="">
            <v:imagedata r:id="rId1024" o:title="eqIdb9a81e971f501d78f5560c0c3d42f0f6"/>
          </v:shape>
        </w:pict>
      </w:r>
      <w:r>
        <w:rPr>
          <w:rFonts w:ascii="宋体" w:eastAsia="宋体" w:hAnsi="宋体" w:cs="宋体"/>
          <w:color w:val="000000"/>
        </w:rPr>
        <w:t>；当</w:t>
      </w:r>
      <w:r>
        <w:pict>
          <v:shape id="_x0000_i710841" type="#_x0000_t75" alt="学科网(www.zxxk.com)--教育资源门户，提供试卷、教案、课件、论文、素材以及各类教学资源下载，还有大量而丰富的教学相关资讯！" style="width:9pt;height:9.75pt" o:oleicon="f" o:ole="">
            <v:imagedata r:id="rId1022" o:title="eqId0a6936d370d6a238a608ca56f87198de"/>
          </v:shape>
        </w:pict>
      </w:r>
      <w:r>
        <w:rPr>
          <w:rFonts w:ascii="宋体" w:eastAsia="宋体" w:hAnsi="宋体" w:cs="宋体"/>
          <w:color w:val="000000"/>
        </w:rPr>
        <w:t>在</w:t>
      </w:r>
      <w:r>
        <w:pict>
          <v:shape id="_x0000_i710842" type="#_x0000_t75" alt="学科网(www.zxxk.com)--教育资源门户，提供试卷、教案、课件、论文、素材以及各类教学资源下载，还有大量而丰富的教学相关资讯！" style="width:15.75pt;height:12.75pt" o:oleicon="f" o:ole="">
            <v:imagedata r:id="rId1023" o:title="eqIdb74eb8a7738402df52d4a97262b85ca0"/>
          </v:shape>
        </w:pict>
      </w:r>
      <w:r>
        <w:rPr>
          <w:rFonts w:ascii="宋体" w:eastAsia="宋体" w:hAnsi="宋体" w:cs="宋体"/>
          <w:color w:val="000000"/>
        </w:rPr>
        <w:t>右边，两点距离为</w:t>
      </w:r>
      <w:r>
        <w:rPr>
          <w:rFonts w:ascii="Times New Roman" w:eastAsia="Times New Roman" w:hAnsi="Times New Roman" w:cs="Times New Roman"/>
          <w:color w:val="000000"/>
        </w:rPr>
        <w:t>3</w:t>
      </w:r>
      <w:r>
        <w:rPr>
          <w:rFonts w:ascii="宋体" w:eastAsia="宋体" w:hAnsi="宋体" w:cs="宋体"/>
          <w:color w:val="000000"/>
        </w:rPr>
        <w:t>时，可得</w:t>
      </w:r>
      <w:r>
        <w:pict>
          <v:shape id="_x0000_i710843" type="#_x0000_t75" alt="学科网(www.zxxk.com)--教育资源门户，提供试卷、教案、课件、论文、素材以及各类教学资源下载，还有大量而丰富的教学相关资讯！" style="width:26.1pt;height:13.6pt" o:oleicon="f" o:ole="">
            <v:imagedata r:id="rId1025" o:title="eqId0b550ee821ee1838384835e81fc34b6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）根据题意可得</w:t>
      </w:r>
      <w:r>
        <w:pict>
          <v:shape id="_x0000_i710844" type="#_x0000_t75" alt="学科网(www.zxxk.com)--教育资源门户，提供试卷、教案、课件、论文、素材以及各类教学资源下载，还有大量而丰富的教学相关资讯！" style="width:51.75pt;height:14.25pt" o:oleicon="f" o:ole="">
            <v:imagedata r:id="rId1026" o:title="eqId588d13b7c1a529c5d5766e6899c2fee9"/>
          </v:shape>
        </w:pict>
      </w:r>
      <w:r>
        <w:rPr>
          <w:rFonts w:ascii="宋体" w:eastAsia="宋体" w:hAnsi="宋体" w:cs="宋体"/>
          <w:color w:val="000000"/>
        </w:rPr>
        <w:t>，从而可判断绝对值内</w:t>
      </w:r>
      <w:r>
        <w:pict>
          <v:shape id="_x0000_i710845" type="#_x0000_t75" alt="学科网(www.zxxk.com)--教育资源门户，提供试卷、教案、课件、论文、素材以及各类教学资源下载，还有大量而丰富的教学相关资讯！" style="width:26pt;height:14pt" o:oleicon="f" o:ole="">
            <v:imagedata r:id="rId1027" o:title="eqId06525afacdee1259675b926b6001d2ae"/>
          </v:shape>
        </w:pict>
      </w:r>
      <w:r>
        <w:rPr>
          <w:rFonts w:ascii="宋体" w:eastAsia="宋体" w:hAnsi="宋体" w:cs="宋体"/>
          <w:color w:val="000000"/>
        </w:rPr>
        <w:t>为正数，</w:t>
      </w:r>
      <w:r>
        <w:pict>
          <v:shape id="_x0000_i710846" type="#_x0000_t75" alt="学科网(www.zxxk.com)--教育资源门户，提供试卷、教案、课件、论文、素材以及各类教学资源下载，还有大量而丰富的教学相关资讯！" style="width:27pt;height:14.25pt" o:oleicon="f" o:ole="">
            <v:imagedata r:id="rId1028" o:title="eqId564a3336ddeba347978fee32ffb16631"/>
          </v:shape>
        </w:pict>
      </w:r>
      <w:r>
        <w:rPr>
          <w:rFonts w:ascii="宋体" w:eastAsia="宋体" w:hAnsi="宋体" w:cs="宋体"/>
          <w:color w:val="000000"/>
        </w:rPr>
        <w:t>为负数，根据绝对值内的正负去绝对值，从而可得答案．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pict>
          <v:shape id="_x0000_i710847" type="#_x0000_t75" alt="学科网(www.zxxk.com)--教育资源门户，提供试卷、教案、课件、论文、素材以及各类教学资源下载，还有大量而丰富的教学相关资讯！" style="width:9pt;height:9.75pt" o:oleicon="f" o:ole="">
            <v:imagedata r:id="rId1029" o:title="eqId0a6936d370d6a238a608ca56f87198de"/>
          </v:shape>
        </w:pict>
      </w:r>
      <w:r>
        <w:rPr>
          <w:rFonts w:ascii="宋体" w:eastAsia="宋体" w:hAnsi="宋体" w:cs="宋体"/>
          <w:color w:val="000000"/>
        </w:rPr>
        <w:t>在数轴上的不同位置，与点</w:t>
      </w:r>
      <w:r>
        <w:pict>
          <v:shape id="_x0000_i710848" type="#_x0000_t75" alt="学科网(www.zxxk.com)--教育资源门户，提供试卷、教案、课件、论文、素材以及各类教学资源下载，还有大量而丰富的教学相关资讯！" style="width:15.75pt;height:14.25pt" o:oleicon="f" o:ole="">
            <v:imagedata r:id="rId1030" o:title="eqIda44986287ed599f86a23cfffe788cc76"/>
          </v:shape>
        </w:pict>
      </w:r>
      <w:r>
        <w:rPr>
          <w:rFonts w:ascii="宋体" w:eastAsia="宋体" w:hAnsi="宋体" w:cs="宋体"/>
          <w:color w:val="000000"/>
        </w:rPr>
        <w:t>、１、</w:t>
      </w:r>
      <w:r>
        <w:rPr>
          <w:rFonts w:ascii="Times New Roman" w:eastAsia="Times New Roman" w:hAnsi="Times New Roman" w:cs="Times New Roman"/>
          <w:color w:val="000000"/>
        </w:rPr>
        <w:t>4</w:t>
      </w:r>
      <w:r>
        <w:rPr>
          <w:rFonts w:ascii="宋体" w:eastAsia="宋体" w:hAnsi="宋体" w:cs="宋体"/>
          <w:color w:val="000000"/>
        </w:rPr>
        <w:t>之间的相对关系，判断绝对值内的正负，再去绝对值，根据</w:t>
      </w:r>
      <w:r>
        <w:pict>
          <v:shape id="_x0000_i710849" type="#_x0000_t75" alt="学科网(www.zxxk.com)--教育资源门户，提供试卷、教案、课件、论文、素材以及各类教学资源下载，还有大量而丰富的教学相关资讯！" style="width:9pt;height:9.75pt" o:oleicon="f" o:ole="">
            <v:imagedata r:id="rId1029" o:title="eqId0a6936d370d6a238a608ca56f87198de"/>
          </v:shape>
        </w:pict>
      </w:r>
      <w:r>
        <w:rPr>
          <w:rFonts w:ascii="宋体" w:eastAsia="宋体" w:hAnsi="宋体" w:cs="宋体"/>
          <w:color w:val="000000"/>
        </w:rPr>
        <w:t>的范围可得去绝对值后式子的范围，当式子取最小值时可得</w:t>
      </w:r>
      <w:r>
        <w:pict>
          <v:shape id="_x0000_i710850" type="#_x0000_t75" alt="学科网(www.zxxk.com)--教育资源门户，提供试卷、教案、课件、论文、素材以及各类教学资源下载，还有大量而丰富的教学相关资讯！" style="width:9pt;height:9.75pt" o:oleicon="f" o:ole="">
            <v:imagedata r:id="rId1029" o:title="eqId0a6936d370d6a238a608ca56f87198de"/>
          </v:shape>
        </w:pict>
      </w:r>
      <w:r>
        <w:rPr>
          <w:rFonts w:ascii="宋体" w:eastAsia="宋体" w:hAnsi="宋体" w:cs="宋体"/>
          <w:color w:val="000000"/>
        </w:rPr>
        <w:t>的值．</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0851" type="#_x0000_t75" alt="学科网(www.zxxk.com)--教育资源门户，提供试卷、教案、课件、论文、素材以及各类教学资源下载，还有大量而丰富的教学相关资讯！" style="width:9.75pt;height:8.25pt" o:oleicon="f" o:ole="">
            <v:imagedata r:id="rId1031" o:title="eqId16f3d198e76391779fa3badc848c8ac8"/>
          </v:shape>
        </w:pict>
      </w:r>
      <w:r>
        <w:pict>
          <v:shape id="_x0000_i710852" type="#_x0000_t75" alt="学科网(www.zxxk.com)--教育资源门户，提供试卷、教案、课件、论文、素材以及各类教学资源下载，还有大量而丰富的教学相关资讯！" style="width:61.2pt;height:18pt" o:oleicon="f" o:ole="">
            <v:imagedata r:id="rId1032" o:title="eqIdaa1fd12e4818a9d9b45f3db290c4f85f"/>
          </v:shape>
        </w:pict>
      </w:r>
    </w:p>
    <w:p>
      <w:pPr>
        <w:spacing w:line="360" w:lineRule="auto"/>
        <w:jc w:val="left"/>
        <w:textAlignment w:val="center"/>
        <w:rPr>
          <w:color w:val="000000"/>
        </w:rPr>
      </w:pPr>
      <w:r>
        <w:pict>
          <v:shape id="_x0000_i710853" type="#_x0000_t75" alt="学科网(www.zxxk.com)--教育资源门户，提供试卷、教案、课件、论文、素材以及各类教学资源下载，还有大量而丰富的教学相关资讯！" style="width:9.75pt;height:9pt" o:oleicon="f" o:ole="">
            <v:imagedata r:id="rId1033" o:title="eqId2de0d10ef8b748d4531250c37c5d3f9e"/>
          </v:shape>
        </w:pict>
      </w:r>
      <w:r>
        <w:rPr>
          <w:rFonts w:ascii="Times New Roman" w:eastAsia="Times New Roman" w:hAnsi="Times New Roman" w:cs="Times New Roman"/>
          <w:color w:val="000000"/>
        </w:rPr>
        <w:t xml:space="preserve"> </w:t>
      </w:r>
      <w:r>
        <w:pict>
          <v:shape id="_x0000_i710854" type="#_x0000_t75" alt="学科网(www.zxxk.com)--教育资源门户，提供试卷、教案、课件、论文、素材以及各类教学资源下载，还有大量而丰富的教学相关资讯！" style="width:66pt;height:16.2pt" o:oleicon="f" o:ole="">
            <v:imagedata r:id="rId1034" o:title="eqId92ee60668983e748b74651ff62344101"/>
          </v:shape>
        </w:pict>
      </w:r>
    </w:p>
    <w:p>
      <w:pPr>
        <w:spacing w:line="360" w:lineRule="auto"/>
        <w:jc w:val="left"/>
        <w:textAlignment w:val="center"/>
        <w:rPr>
          <w:color w:val="000000"/>
        </w:rPr>
      </w:pPr>
      <w:r>
        <w:pict>
          <v:shape id="_x0000_i710855" type="#_x0000_t75" alt="学科网(www.zxxk.com)--教育资源门户，提供试卷、教案、课件、论文、素材以及各类教学资源下载，还有大量而丰富的教学相关资讯！" style="width:9.75pt;height:9pt" o:oleicon="f" o:ole="">
            <v:imagedata r:id="rId1035" o:title="eqId2de0d10ef8b748d4531250c37c5d3f9e"/>
          </v:shape>
        </w:pict>
      </w:r>
      <w:r>
        <w:pict>
          <v:shape id="_x0000_i710856" type="#_x0000_t75" alt="学科网(www.zxxk.com)--教育资源门户，提供试卷、教案、课件、论文、素材以及各类教学资源下载，还有大量而丰富的教学相关资讯！" style="width:49.8pt;height:13.8pt" o:oleicon="f" o:ole="">
            <v:imagedata r:id="rId1036" o:title="eqId6a68e0301e25efb19f8c90855bd7b9af"/>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0857" type="#_x0000_t75" alt="学科网(www.zxxk.com)--教育资源门户，提供试卷、教案、课件、论文、素材以及各类教学资源下载，还有大量而丰富的教学相关资讯！" style="width:9.75pt;height:9pt" o:oleicon="f" o:ole="">
            <v:imagedata r:id="rId1037" o:title="eqId2de0d10ef8b748d4531250c37c5d3f9e"/>
          </v:shape>
        </w:pict>
      </w:r>
      <w:r>
        <w:pict>
          <v:shape id="_x0000_i710858" type="#_x0000_t75" alt="学科网(www.zxxk.com)--教育资源门户，提供试卷、教案、课件、论文、素材以及各类教学资源下载，还有大量而丰富的教学相关资讯！" style="width:26.1pt;height:13.6pt" o:oleicon="f" o:ole="">
            <v:imagedata r:id="rId1038" o:title="eqId0b550ee821ee1838384835e81fc34b67"/>
          </v:shape>
        </w:pict>
      </w:r>
      <w:r>
        <w:rPr>
          <w:rFonts w:ascii="宋体" w:eastAsia="宋体" w:hAnsi="宋体" w:cs="宋体"/>
          <w:color w:val="000000"/>
        </w:rPr>
        <w:t>或</w:t>
      </w:r>
      <w:r>
        <w:pict>
          <v:shape id="_x0000_i710859" type="#_x0000_t75" alt="学科网(www.zxxk.com)--教育资源门户，提供试卷、教案、课件、论文、素材以及各类教学资源下载，还有大量而丰富的教学相关资讯！" style="width:15.75pt;height:14.25pt" o:oleicon="f" o:ole="">
            <v:imagedata r:id="rId1039" o:title="eqIda44986287ed599f86a23cfffe788cc76"/>
          </v:shape>
        </w:pi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解：∵数</w:t>
      </w:r>
      <w:r>
        <w:rPr>
          <w:rFonts w:ascii="Times New Roman" w:eastAsia="Times New Roman" w:hAnsi="Times New Roman" w:cs="Times New Roman"/>
          <w:i/>
          <w:color w:val="000000"/>
        </w:rPr>
        <w:t>a</w:t>
      </w:r>
      <w:r>
        <w:rPr>
          <w:rFonts w:ascii="宋体" w:eastAsia="宋体" w:hAnsi="宋体" w:cs="宋体"/>
          <w:color w:val="000000"/>
        </w:rPr>
        <w:t>的点位于</w:t>
      </w:r>
      <w:r>
        <w:pict>
          <v:shape id="_x0000_i710860" type="#_x0000_t75" alt="学科网(www.zxxk.com)--教育资源门户，提供试卷、教案、课件、论文、素材以及各类教学资源下载，还有大量而丰富的教学相关资讯！" style="width:15.75pt;height:12.75pt" o:oleicon="f" o:ole="">
            <v:imagedata r:id="rId1040" o:title="eqId395addb4439331615a7f220289d8b62c"/>
          </v:shape>
        </w:pict>
      </w:r>
      <w:r>
        <w:rPr>
          <w:rFonts w:ascii="宋体" w:eastAsia="宋体" w:hAnsi="宋体" w:cs="宋体"/>
          <w:color w:val="000000"/>
        </w:rPr>
        <w:t>与</w:t>
      </w:r>
      <w:r>
        <w:rPr>
          <w:rFonts w:ascii="Times New Roman" w:eastAsia="Times New Roman" w:hAnsi="Times New Roman" w:cs="Times New Roman"/>
          <w:color w:val="000000"/>
        </w:rPr>
        <w:t>2</w:t>
      </w:r>
      <w:r>
        <w:rPr>
          <w:rFonts w:ascii="宋体" w:eastAsia="宋体" w:hAnsi="宋体" w:cs="宋体"/>
          <w:color w:val="000000"/>
        </w:rPr>
        <w:t>之间，</w:t>
      </w:r>
    </w:p>
    <w:p>
      <w:pPr>
        <w:spacing w:line="360" w:lineRule="auto"/>
        <w:jc w:val="left"/>
        <w:textAlignment w:val="center"/>
        <w:rPr>
          <w:color w:val="000000"/>
        </w:rPr>
      </w:pPr>
      <w:r>
        <w:rPr>
          <w:rFonts w:ascii="宋体" w:eastAsia="宋体" w:hAnsi="宋体" w:cs="宋体"/>
          <w:color w:val="000000"/>
        </w:rPr>
        <w:t>∴</w:t>
      </w:r>
      <w:r>
        <w:pict>
          <v:shape id="_x0000_i710861" type="#_x0000_t75" alt="学科网(www.zxxk.com)--教育资源门户，提供试卷、教案、课件、论文、素材以及各类教学资源下载，还有大量而丰富的教学相关资讯！" style="width:51.75pt;height:14.25pt" o:oleicon="f" o:ole="">
            <v:imagedata r:id="rId1041" o:title="eqId588d13b7c1a529c5d5766e6899c2fee9"/>
          </v:shape>
        </w:pict>
      </w:r>
      <w:r>
        <w:rPr>
          <w:rFonts w:ascii="宋体" w:eastAsia="宋体" w:hAnsi="宋体" w:cs="宋体"/>
          <w:color w:val="000000"/>
        </w:rPr>
        <w:t>，则</w:t>
      </w:r>
      <w:r>
        <w:pict>
          <v:shape id="_x0000_i710862" type="#_x0000_t75" alt="学科网(www.zxxk.com)--教育资源门户，提供试卷、教案、课件、论文、素材以及各类教学资源下载，还有大量而丰富的教学相关资讯！" style="width:88.8pt;height:16.2pt" o:oleicon="f" o:ole="">
            <v:imagedata r:id="rId1042" o:title="eqId5e39d79d1876a651c8e1abc94dc19983"/>
          </v:shape>
        </w:pict>
      </w:r>
    </w:p>
    <w:p>
      <w:pPr>
        <w:spacing w:line="360" w:lineRule="auto"/>
        <w:jc w:val="left"/>
        <w:textAlignment w:val="center"/>
        <w:rPr>
          <w:color w:val="000000"/>
        </w:rPr>
      </w:pPr>
      <w:r>
        <w:rPr>
          <w:rFonts w:ascii="宋体" w:eastAsia="宋体" w:hAnsi="宋体" w:cs="宋体"/>
          <w:color w:val="000000"/>
        </w:rPr>
        <w:t>∴</w:t>
      </w:r>
      <w:r>
        <w:pict>
          <v:shape id="_x0000_i710863" type="#_x0000_t75" alt="学科网(www.zxxk.com)--教育资源门户，提供试卷、教案、课件、论文、素材以及各类教学资源下载，还有大量而丰富的教学相关资讯！" style="width:153pt;height:19.8pt" o:oleicon="f" o:ole="">
            <v:imagedata r:id="rId1043" o:title="eqId8b848d1397b11effe0a208cbc1ac5a2c"/>
          </v:shape>
        </w:pi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解：当</w:t>
      </w:r>
      <w:r>
        <w:pict>
          <v:shape id="_x0000_i710864" type="#_x0000_t75" alt="学科网(www.zxxk.com)--教育资源门户，提供试卷、教案、课件、论文、素材以及各类教学资源下载，还有大量而丰富的教学相关资讯！" style="width:33.75pt;height:14.25pt" o:oleicon="f" o:ole="">
            <v:imagedata r:id="rId1044" o:title="eqIdaf170c939d2e18faf44ce09761d29a3c"/>
          </v:shape>
        </w:pict>
      </w:r>
      <w:r>
        <w:rPr>
          <w:rFonts w:ascii="宋体" w:eastAsia="宋体" w:hAnsi="宋体" w:cs="宋体"/>
          <w:color w:val="000000"/>
        </w:rPr>
        <w:t>时，</w:t>
      </w:r>
      <w:r>
        <w:pict>
          <v:shape id="_x0000_i710865" type="#_x0000_t75" alt="学科网(www.zxxk.com)--教育资源门户，提供试卷、教案、课件、论文、素材以及各类教学资源下载，还有大量而丰富的教学相关资讯！" style="width:240pt;height:19.8pt" o:oleicon="f" o:ole="">
            <v:imagedata r:id="rId1045" o:title="eqIda5279b823e6d0fe35542a04829d942e1"/>
          </v:shape>
        </w:pict>
      </w:r>
      <w:r>
        <w:rPr>
          <w:rFonts w:ascii="宋体" w:eastAsia="宋体" w:hAnsi="宋体" w:cs="宋体"/>
          <w:color w:val="000000"/>
        </w:rPr>
        <w:t>，得</w:t>
      </w:r>
      <w:r>
        <w:pict>
          <v:shape id="_x0000_i710866" type="#_x0000_t75" alt="学科网(www.zxxk.com)--教育资源门户，提供试卷、教案、课件、论文、素材以及各类教学资源下载，还有大量而丰富的教学相关资讯！" style="width:45pt;height:13.8pt" o:oleicon="f" o:ole="">
            <v:imagedata r:id="rId1046" o:title="eqId372cdee4c28744ee590fe8236c55335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0867" type="#_x0000_t75" alt="学科网(www.zxxk.com)--教育资源门户，提供试卷、教案、课件、论文、素材以及各类教学资源下载，还有大量而丰富的教学相关资讯！" style="width:49.95pt;height:13.95pt" o:oleicon="f" o:ole="">
            <v:imagedata r:id="rId1047" o:title="eqId707ad97a48d48e2c1d506e24743407d3"/>
          </v:shape>
        </w:pict>
      </w:r>
      <w:r>
        <w:rPr>
          <w:rFonts w:ascii="宋体" w:eastAsia="宋体" w:hAnsi="宋体" w:cs="宋体"/>
          <w:color w:val="000000"/>
        </w:rPr>
        <w:t>时，</w:t>
      </w:r>
      <w:r>
        <w:pict>
          <v:shape id="_x0000_i710868" type="#_x0000_t75" alt="学科网(www.zxxk.com)--教育资源门户，提供试卷、教案、课件、论文、素材以及各类教学资源下载，还有大量而丰富的教学相关资讯！" style="width:241.8pt;height:19.8pt" o:oleicon="f" o:ole="">
            <v:imagedata r:id="rId1048" o:title="eqIdafe33d07a156a1ca936e3addc60469ff"/>
          </v:shape>
        </w:pict>
      </w:r>
      <w:r>
        <w:rPr>
          <w:rFonts w:ascii="宋体" w:eastAsia="宋体" w:hAnsi="宋体" w:cs="宋体"/>
          <w:color w:val="000000"/>
        </w:rPr>
        <w:t>，得</w:t>
      </w:r>
      <w:r>
        <w:pict>
          <v:shape id="_x0000_i710869" type="#_x0000_t75" alt="学科网(www.zxxk.com)--教育资源门户，提供试卷、教案、课件、论文、素材以及各类教学资源下载，还有大量而丰富的教学相关资讯！" style="width:70.8pt;height:13.8pt" o:oleicon="f" o:ole="">
            <v:imagedata r:id="rId1049" o:title="eqIda63d492cae37427ed0b03e8df27dd53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0870" type="#_x0000_t75" alt="学科网(www.zxxk.com)--教育资源门户，提供试卷、教案、课件、论文、素材以及各类教学资源下载，还有大量而丰富的教学相关资讯！" style="width:42.95pt;height:13.95pt" o:oleicon="f" o:ole="">
            <v:imagedata r:id="rId1050" o:title="eqId804a55f486e29d8abbe4306c34b4eda1"/>
          </v:shape>
        </w:pict>
      </w:r>
      <w:r>
        <w:rPr>
          <w:rFonts w:ascii="宋体" w:eastAsia="宋体" w:hAnsi="宋体" w:cs="宋体"/>
          <w:color w:val="000000"/>
        </w:rPr>
        <w:t>时，</w:t>
      </w:r>
      <w:r>
        <w:pict>
          <v:shape id="_x0000_i710871" type="#_x0000_t75" alt="学科网(www.zxxk.com)--教育资源门户，提供试卷、教案、课件、论文、素材以及各类教学资源下载，还有大量而丰富的教学相关资讯！" style="width:235.8pt;height:19.8pt" o:oleicon="f" o:ole="">
            <v:imagedata r:id="rId1051" o:title="eqId9c68d4a2be0bc795413da7abfb0e0fa2"/>
          </v:shape>
        </w:pict>
      </w:r>
      <w:r>
        <w:rPr>
          <w:rFonts w:ascii="宋体" w:eastAsia="宋体" w:hAnsi="宋体" w:cs="宋体"/>
          <w:color w:val="000000"/>
        </w:rPr>
        <w:t>，得</w:t>
      </w:r>
      <w:r>
        <w:pict>
          <v:shape id="_x0000_i710872" type="#_x0000_t75" alt="学科网(www.zxxk.com)--教育资源门户，提供试卷、教案、课件、论文、素材以及各类教学资源下载，还有大量而丰富的教学相关资讯！" style="width:66pt;height:13.8pt" o:oleicon="f" o:ole="">
            <v:imagedata r:id="rId1052" o:title="eqIdc503004e92cfefc47b1cdce5cb4f2de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0873" type="#_x0000_t75" alt="学科网(www.zxxk.com)--教育资源门户，提供试卷、教案、课件、论文、素材以及各类教学资源下载，还有大量而丰富的教学相关资讯！" style="width:27.9pt;height:14.25pt" o:oleicon="f" o:ole="">
            <v:imagedata r:id="rId1053" o:title="eqId50e903662a117157d84618709d5e83f8"/>
          </v:shape>
        </w:pict>
      </w:r>
      <w:r>
        <w:rPr>
          <w:rFonts w:ascii="宋体" w:eastAsia="宋体" w:hAnsi="宋体" w:cs="宋体"/>
          <w:color w:val="000000"/>
        </w:rPr>
        <w:t>时，</w:t>
      </w:r>
      <w:r>
        <w:pict>
          <v:shape id="_x0000_i710874" type="#_x0000_t75" alt="学科网(www.zxxk.com)--教育资源门户，提供试卷、教案、课件、论文、素材以及各类教学资源下载，还有大量而丰富的教学相关资讯！" style="width:226.2pt;height:19.9pt" o:oleicon="f" o:ole="">
            <v:imagedata r:id="rId1054" o:title="eqId56ab94b7f677ade1947efde9ef933c64"/>
          </v:shape>
        </w:pict>
      </w:r>
      <w:r>
        <w:rPr>
          <w:rFonts w:ascii="宋体" w:eastAsia="宋体" w:hAnsi="宋体" w:cs="宋体"/>
          <w:color w:val="000000"/>
        </w:rPr>
        <w:t>，得</w:t>
      </w:r>
      <w:r>
        <w:pict>
          <v:shape id="_x0000_i710875" type="#_x0000_t75" alt="学科网(www.zxxk.com)--教育资源门户，提供试卷、教案、课件、论文、素材以及各类教学资源下载，还有大量而丰富的教学相关资讯！" style="width:37.8pt;height:13.8pt" o:oleicon="f" o:ole="">
            <v:imagedata r:id="rId1055" o:title="eqIdb7dc73d67dedb2a904197a579e9832c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由此可知</w:t>
      </w:r>
      <w:r>
        <w:pict>
          <v:shape id="_x0000_i710876" type="#_x0000_t75" alt="学科网(www.zxxk.com)--教育资源门户，提供试卷、教案、课件、论文、素材以及各类教学资源下载，还有大量而丰富的教学相关资讯！" style="width:102.75pt;height:20.25pt" o:oleicon="f" o:ole="">
            <v:imagedata r:id="rId1056" o:title="eqId52da8ad528c88d8b3eeec62d376717f2"/>
          </v:shape>
        </w:pict>
      </w:r>
      <w:r>
        <w:rPr>
          <w:rFonts w:ascii="宋体" w:eastAsia="宋体" w:hAnsi="宋体" w:cs="宋体"/>
          <w:color w:val="000000"/>
        </w:rPr>
        <w:t>的最小值为</w:t>
      </w:r>
      <w:r>
        <w:rPr>
          <w:rFonts w:ascii="Times New Roman" w:eastAsia="Times New Roman" w:hAnsi="Times New Roman" w:cs="Times New Roman"/>
          <w:color w:val="000000"/>
        </w:rPr>
        <w:t>9</w:t>
      </w:r>
      <w:r>
        <w:rPr>
          <w:rFonts w:ascii="宋体" w:eastAsia="宋体" w:hAnsi="宋体" w:cs="宋体"/>
          <w:color w:val="000000"/>
        </w:rPr>
        <w:t>，当</w:t>
      </w:r>
      <w:r>
        <w:pict>
          <v:shape id="_x0000_i710877" type="#_x0000_t75" alt="学科网(www.zxxk.com)--教育资源门户，提供试卷、教案、课件、论文、素材以及各类教学资源下载，还有大量而丰富的教学相关资讯！" style="width:26.1pt;height:13.6pt" o:oleicon="f" o:ole="">
            <v:imagedata r:id="rId1057" o:title="eqId0b550ee821ee1838384835e81fc34b67"/>
          </v:shape>
        </w:pict>
      </w:r>
      <w:r>
        <w:rPr>
          <w:rFonts w:ascii="宋体" w:eastAsia="宋体" w:hAnsi="宋体" w:cs="宋体"/>
          <w:color w:val="000000"/>
        </w:rPr>
        <w:t>时取得，</w:t>
      </w:r>
    </w:p>
    <w:p>
      <w:pPr>
        <w:spacing w:line="360" w:lineRule="auto"/>
        <w:jc w:val="left"/>
        <w:textAlignment w:val="center"/>
        <w:rPr>
          <w:color w:val="000000"/>
        </w:rPr>
      </w:pPr>
      <w:r>
        <w:pict>
          <v:shape id="_x0000_i710878" type="#_x0000_t75" alt="学科网(www.zxxk.com)--教育资源门户，提供试卷、教案、课件、论文、素材以及各类教学资源下载，还有大量而丰富的教学相关资讯！" style="width:9.75pt;height:9pt" o:oleicon="f" o:ole="">
            <v:imagedata r:id="rId1058" o:title="eqId2de0d10ef8b748d4531250c37c5d3f9e"/>
          </v:shape>
        </w:pict>
      </w:r>
      <w:r>
        <w:rPr>
          <w:rFonts w:ascii="宋体" w:eastAsia="宋体" w:hAnsi="宋体" w:cs="宋体"/>
          <w:color w:val="000000"/>
        </w:rPr>
        <w:t xml:space="preserve"> 当</w:t>
      </w:r>
      <w:r>
        <w:pict>
          <v:shape id="_x0000_i710879" type="#_x0000_t75" alt="学科网(www.zxxk.com)--教育资源门户，提供试卷、教案、课件、论文、素材以及各类教学资源下载，还有大量而丰富的教学相关资讯！" style="width:26.1pt;height:13.6pt" o:oleicon="f" o:ole="">
            <v:imagedata r:id="rId1059" o:title="eqId0b550ee821ee1838384835e81fc34b67"/>
          </v:shape>
        </w:pict>
      </w:r>
      <w:r>
        <w:rPr>
          <w:rFonts w:ascii="宋体" w:eastAsia="宋体" w:hAnsi="宋体" w:cs="宋体"/>
          <w:color w:val="000000"/>
        </w:rPr>
        <w:t>时，式子的值最小．</w:t>
      </w:r>
    </w:p>
    <w:p>
      <w:pPr>
        <w:spacing w:line="360" w:lineRule="auto"/>
        <w:jc w:val="left"/>
        <w:textAlignment w:val="center"/>
        <w:rPr>
          <w:color w:val="000000"/>
        </w:rPr>
      </w:pPr>
      <w:r>
        <w:rPr>
          <w:color w:val="000000"/>
        </w:rPr>
        <w:t>【点睛】</w:t>
      </w:r>
      <w:r>
        <w:rPr>
          <w:rFonts w:ascii="宋体" w:eastAsia="宋体" w:hAnsi="宋体" w:cs="宋体"/>
          <w:color w:val="000000"/>
        </w:rPr>
        <w:t>此题考查绝对值内的正负判断和去绝对值的方法，结合数轴上两点的位置关系以及正确去绝对值化简式子是解题的关键．</w:t>
      </w:r>
    </w:p>
    <w:p>
      <w:pPr>
        <w:spacing w:line="360" w:lineRule="auto"/>
        <w:jc w:val="left"/>
        <w:textAlignment w:val="center"/>
        <w:rPr>
          <w:color w:val="000000"/>
        </w:rPr>
      </w:pPr>
      <w:r>
        <w:rPr>
          <w:color w:val="000000"/>
        </w:rPr>
        <w:t xml:space="preserve">40. </w:t>
      </w:r>
      <w:r>
        <w:rPr>
          <w:rFonts w:ascii="Times New Roman" w:eastAsia="Times New Roman" w:hAnsi="Times New Roman" w:cs="Times New Roman"/>
          <w:color w:val="000000"/>
        </w:rPr>
        <w:t>[</w:t>
      </w:r>
      <w:r>
        <w:rPr>
          <w:rFonts w:ascii="宋体" w:eastAsia="宋体" w:hAnsi="宋体" w:cs="宋体"/>
          <w:color w:val="000000"/>
        </w:rPr>
        <w:t>背景知识</w:t>
      </w:r>
      <w:r>
        <w:rPr>
          <w:rFonts w:ascii="Times New Roman" w:eastAsia="Times New Roman" w:hAnsi="Times New Roman" w:cs="Times New Roman"/>
          <w:color w:val="000000"/>
        </w:rPr>
        <w:t>]</w:t>
      </w:r>
      <w:r>
        <w:rPr>
          <w:rFonts w:ascii="宋体" w:eastAsia="宋体" w:hAnsi="宋体" w:cs="宋体"/>
          <w:color w:val="000000"/>
        </w:rPr>
        <w:t>：数轴是初中数学的一个重要工具，利用数轴可以将数与形完美地结合．在数轴上，若</w:t>
      </w:r>
      <w:r>
        <w:rPr>
          <w:rFonts w:ascii="Times New Roman" w:eastAsia="Times New Roman" w:hAnsi="Times New Roman" w:cs="Times New Roman"/>
          <w:i/>
          <w:color w:val="000000"/>
        </w:rPr>
        <w:t>C</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的距离刚好是</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i/>
          <w:color w:val="000000"/>
        </w:rPr>
        <w:t>C</w:t>
      </w:r>
      <w:r>
        <w:rPr>
          <w:rFonts w:ascii="宋体" w:eastAsia="宋体" w:hAnsi="宋体" w:cs="宋体"/>
          <w:color w:val="000000"/>
        </w:rPr>
        <w:t>点叫做</w:t>
      </w:r>
      <w:r>
        <w:rPr>
          <w:rFonts w:ascii="Times New Roman" w:eastAsia="Times New Roman" w:hAnsi="Times New Roman" w:cs="Times New Roman"/>
          <w:i/>
          <w:color w:val="000000"/>
        </w:rPr>
        <w:t>A</w:t>
      </w:r>
      <w:r>
        <w:rPr>
          <w:rFonts w:ascii="宋体" w:eastAsia="宋体" w:hAnsi="宋体" w:cs="宋体"/>
          <w:color w:val="000000"/>
        </w:rPr>
        <w:t>的“幸福点”，若</w:t>
      </w:r>
      <w:r>
        <w:rPr>
          <w:rFonts w:ascii="Times New Roman" w:eastAsia="Times New Roman" w:hAnsi="Times New Roman" w:cs="Times New Roman"/>
          <w:i/>
          <w:color w:val="000000"/>
        </w:rPr>
        <w:t>C</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的距离之和为</w:t>
      </w:r>
      <w:r>
        <w:rPr>
          <w:rFonts w:ascii="Times New Roman" w:eastAsia="Times New Roman" w:hAnsi="Times New Roman" w:cs="Times New Roman"/>
          <w:color w:val="000000"/>
        </w:rPr>
        <w:t>8</w:t>
      </w:r>
      <w:r>
        <w:rPr>
          <w:rFonts w:ascii="宋体" w:eastAsia="宋体" w:hAnsi="宋体" w:cs="宋体"/>
          <w:color w:val="000000"/>
        </w:rPr>
        <w:t>，则</w:t>
      </w:r>
      <w:r>
        <w:rPr>
          <w:rFonts w:ascii="Times New Roman" w:eastAsia="Times New Roman" w:hAnsi="Times New Roman" w:cs="Times New Roman"/>
          <w:i/>
          <w:color w:val="000000"/>
        </w:rPr>
        <w:t>C</w:t>
      </w:r>
      <w:r>
        <w:rPr>
          <w:rFonts w:ascii="宋体" w:eastAsia="宋体" w:hAnsi="宋体" w:cs="宋体"/>
          <w:color w:val="000000"/>
        </w:rPr>
        <w:t>叫做</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的“幸福中心”</w:t>
      </w:r>
    </w:p>
    <w:p>
      <w:pPr>
        <w:spacing w:line="360" w:lineRule="auto"/>
        <w:jc w:val="left"/>
        <w:textAlignment w:val="center"/>
        <w:rPr>
          <w:color w:val="000000"/>
        </w:rPr>
      </w:pPr>
      <w:r>
        <w:rPr>
          <w:color w:val="000000"/>
        </w:rPr>
        <w:drawing>
          <wp:inline>
            <wp:extent cx="2990850" cy="2400300"/>
            <wp:docPr id="31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 name=""/>
                    <pic:cNvPicPr>
                      <a:picLocks noChangeAspect="1"/>
                    </pic:cNvPicPr>
                  </pic:nvPicPr>
                  <pic:blipFill>
                    <a:blip r:embed="rId1060"/>
                    <a:stretch>
                      <a:fillRect/>
                    </a:stretch>
                  </pic:blipFill>
                  <pic:spPr>
                    <a:xfrm>
                      <a:off x="0" y="0"/>
                      <a:ext cx="2990850" cy="24003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宋体" w:eastAsia="宋体" w:hAnsi="宋体" w:cs="宋体"/>
          <w:color w:val="000000"/>
        </w:rPr>
        <w:t>的幸福点</w:t>
      </w:r>
      <w:r>
        <w:rPr>
          <w:rFonts w:ascii="Times New Roman" w:eastAsia="Times New Roman" w:hAnsi="Times New Roman" w:cs="Times New Roman"/>
          <w:i/>
          <w:color w:val="000000"/>
        </w:rPr>
        <w:t>C</w:t>
      </w:r>
      <w:r>
        <w:rPr>
          <w:rFonts w:ascii="宋体" w:eastAsia="宋体" w:hAnsi="宋体" w:cs="宋体"/>
          <w:color w:val="000000"/>
        </w:rPr>
        <w:t>所表示的数应该是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为数轴上两点，点</w:t>
      </w:r>
      <w:r>
        <w:rPr>
          <w:rFonts w:ascii="Times New Roman" w:eastAsia="Times New Roman" w:hAnsi="Times New Roman" w:cs="Times New Roman"/>
          <w:i/>
          <w:color w:val="000000"/>
        </w:rPr>
        <w:t>M</w:t>
      </w:r>
      <w:r>
        <w:rPr>
          <w:rFonts w:ascii="宋体" w:eastAsia="宋体" w:hAnsi="宋体" w:cs="宋体"/>
          <w:color w:val="000000"/>
        </w:rPr>
        <w:t>所表示的数为</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N</w:t>
      </w:r>
      <w:r>
        <w:rPr>
          <w:rFonts w:ascii="宋体" w:eastAsia="宋体" w:hAnsi="宋体" w:cs="宋体"/>
          <w:color w:val="000000"/>
        </w:rPr>
        <w:t>所表示的数为﹣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的幸福中心，则</w:t>
      </w:r>
      <w:r>
        <w:rPr>
          <w:rFonts w:ascii="Times New Roman" w:eastAsia="Times New Roman" w:hAnsi="Times New Roman" w:cs="Times New Roman"/>
          <w:i/>
          <w:color w:val="000000"/>
        </w:rPr>
        <w:t>C</w:t>
      </w:r>
      <w:r>
        <w:rPr>
          <w:rFonts w:ascii="宋体" w:eastAsia="宋体" w:hAnsi="宋体" w:cs="宋体"/>
          <w:color w:val="000000"/>
        </w:rPr>
        <w:t>所表示的数是多少？</w:t>
      </w:r>
    </w:p>
    <w:p>
      <w:pPr>
        <w:spacing w:line="360" w:lineRule="auto"/>
        <w:jc w:val="left"/>
        <w:textAlignment w:val="center"/>
        <w:rPr>
          <w:color w:val="000000"/>
        </w:rPr>
      </w:pPr>
      <w:r>
        <w:rPr>
          <w:color w:val="000000"/>
        </w:rPr>
        <w:t>（3）</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0</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4</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同时以</w:t>
      </w:r>
      <w:r>
        <w:rPr>
          <w:rFonts w:ascii="Times New Roman" w:eastAsia="Times New Roman" w:hAnsi="Times New Roman" w:cs="Times New Roman"/>
          <w:color w:val="000000"/>
        </w:rPr>
        <w:t>1</w:t>
      </w:r>
      <w:r>
        <w:rPr>
          <w:rFonts w:ascii="宋体" w:eastAsia="宋体" w:hAnsi="宋体" w:cs="宋体"/>
          <w:color w:val="000000"/>
        </w:rPr>
        <w:t>个单位长度</w:t>
      </w:r>
      <w:r>
        <w:rPr>
          <w:rFonts w:ascii="Times New Roman" w:eastAsia="Times New Roman" w:hAnsi="Times New Roman" w:cs="Times New Roman"/>
          <w:color w:val="000000"/>
        </w:rPr>
        <w:t>/</w:t>
      </w:r>
      <w:r>
        <w:rPr>
          <w:rFonts w:ascii="宋体" w:eastAsia="宋体" w:hAnsi="宋体" w:cs="宋体"/>
          <w:color w:val="000000"/>
        </w:rPr>
        <w:t>秒的速度向左运动，与此同时点</w:t>
      </w:r>
      <w:r>
        <w:rPr>
          <w:rFonts w:ascii="Times New Roman" w:eastAsia="Times New Roman" w:hAnsi="Times New Roman" w:cs="Times New Roman"/>
          <w:i/>
          <w:color w:val="000000"/>
        </w:rPr>
        <w:t>P</w:t>
      </w:r>
      <w:r>
        <w:rPr>
          <w:rFonts w:ascii="宋体" w:eastAsia="宋体" w:hAnsi="宋体" w:cs="宋体"/>
          <w:color w:val="000000"/>
        </w:rPr>
        <w:t>从</w:t>
      </w:r>
      <w:r>
        <w:rPr>
          <w:rFonts w:ascii="Times New Roman" w:eastAsia="Times New Roman" w:hAnsi="Times New Roman" w:cs="Times New Roman"/>
          <w:color w:val="000000"/>
        </w:rPr>
        <w:t>10</w:t>
      </w:r>
      <w:r>
        <w:rPr>
          <w:rFonts w:ascii="宋体" w:eastAsia="宋体" w:hAnsi="宋体" w:cs="宋体"/>
          <w:color w:val="000000"/>
        </w:rPr>
        <w:t>处以</w:t>
      </w:r>
      <w:r>
        <w:rPr>
          <w:rFonts w:ascii="Times New Roman" w:eastAsia="Times New Roman" w:hAnsi="Times New Roman" w:cs="Times New Roman"/>
          <w:color w:val="000000"/>
        </w:rPr>
        <w:t>2</w:t>
      </w:r>
      <w:r>
        <w:rPr>
          <w:rFonts w:ascii="宋体" w:eastAsia="宋体" w:hAnsi="宋体" w:cs="宋体"/>
          <w:color w:val="000000"/>
        </w:rPr>
        <w:t>个单位长度</w:t>
      </w:r>
      <w:r>
        <w:rPr>
          <w:rFonts w:ascii="Times New Roman" w:eastAsia="Times New Roman" w:hAnsi="Times New Roman" w:cs="Times New Roman"/>
          <w:color w:val="000000"/>
        </w:rPr>
        <w:t>/</w:t>
      </w:r>
      <w:r>
        <w:rPr>
          <w:rFonts w:ascii="宋体" w:eastAsia="宋体" w:hAnsi="宋体" w:cs="宋体"/>
          <w:color w:val="000000"/>
        </w:rPr>
        <w:t>秒的速度向左运动，经过多长时间后，点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三点中其中一点是另外两点的幸福中心？（直接写出答案．）</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3</w:t>
      </w:r>
      <w:r>
        <w:rPr>
          <w:color w:val="000000"/>
        </w:rPr>
        <w:t xml:space="preserve">    </w:t>
      </w:r>
      <w:r>
        <w:rPr>
          <w:color w:val="000000"/>
        </w:rPr>
        <w:t>（3）</w:t>
      </w:r>
      <w:r>
        <w:rPr>
          <w:rFonts w:ascii="Times New Roman" w:eastAsia="Times New Roman" w:hAnsi="Times New Roman" w:cs="Times New Roman"/>
          <w:color w:val="000000"/>
        </w:rPr>
        <w:t>2s</w:t>
      </w:r>
      <w:r>
        <w:rPr>
          <w:rFonts w:ascii="宋体" w:eastAsia="宋体" w:hAnsi="宋体" w:cs="宋体"/>
          <w:color w:val="000000"/>
        </w:rPr>
        <w:t>或</w:t>
      </w:r>
      <w:r>
        <w:rPr>
          <w:rFonts w:ascii="Times New Roman" w:eastAsia="Times New Roman" w:hAnsi="Times New Roman" w:cs="Times New Roman"/>
          <w:color w:val="000000"/>
        </w:rPr>
        <w:t>4s</w:t>
      </w:r>
      <w:r>
        <w:rPr>
          <w:rFonts w:ascii="宋体" w:eastAsia="宋体" w:hAnsi="宋体" w:cs="宋体"/>
          <w:color w:val="000000"/>
        </w:rPr>
        <w:t>或</w:t>
      </w:r>
      <w:r>
        <w:rPr>
          <w:rFonts w:ascii="Times New Roman" w:eastAsia="Times New Roman" w:hAnsi="Times New Roman" w:cs="Times New Roman"/>
          <w:color w:val="000000"/>
        </w:rPr>
        <w:t>6s</w:t>
      </w:r>
      <w:r>
        <w:rPr>
          <w:rFonts w:ascii="宋体" w:eastAsia="宋体" w:hAnsi="宋体" w:cs="宋体"/>
          <w:color w:val="000000"/>
        </w:rPr>
        <w:t>或</w:t>
      </w:r>
      <w:r>
        <w:rPr>
          <w:rFonts w:ascii="Times New Roman" w:eastAsia="Times New Roman" w:hAnsi="Times New Roman" w:cs="Times New Roman"/>
          <w:color w:val="000000"/>
        </w:rPr>
        <w:t>10s</w:t>
      </w:r>
      <w:r>
        <w:rPr>
          <w:rFonts w:ascii="宋体" w:eastAsia="宋体" w:hAnsi="宋体" w:cs="宋体"/>
          <w:color w:val="000000"/>
        </w:rPr>
        <w:t>或</w:t>
      </w:r>
      <w:r>
        <w:rPr>
          <w:rFonts w:ascii="Times New Roman" w:eastAsia="Times New Roman" w:hAnsi="Times New Roman" w:cs="Times New Roman"/>
          <w:color w:val="000000"/>
        </w:rPr>
        <w:t>12s</w:t>
      </w:r>
      <w:r>
        <w:rPr>
          <w:rFonts w:ascii="宋体" w:eastAsia="宋体" w:hAnsi="宋体" w:cs="宋体"/>
          <w:color w:val="000000"/>
        </w:rPr>
        <w:t>或</w:t>
      </w:r>
      <w:r>
        <w:rPr>
          <w:rFonts w:ascii="Times New Roman" w:eastAsia="Times New Roman" w:hAnsi="Times New Roman" w:cs="Times New Roman"/>
          <w:color w:val="000000"/>
        </w:rPr>
        <w:t>14s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对于（</w:t>
      </w:r>
      <w:r>
        <w:rPr>
          <w:rFonts w:ascii="Times New Roman" w:eastAsia="Times New Roman" w:hAnsi="Times New Roman" w:cs="Times New Roman"/>
          <w:color w:val="000000"/>
        </w:rPr>
        <w:t>1</w:t>
      </w:r>
      <w:r>
        <w:rPr>
          <w:rFonts w:ascii="宋体" w:eastAsia="宋体" w:hAnsi="宋体" w:cs="宋体"/>
          <w:color w:val="000000"/>
        </w:rPr>
        <w:t>），根据幸福点的定义解答即可；</w:t>
      </w:r>
    </w:p>
    <w:p>
      <w:pPr>
        <w:spacing w:line="360" w:lineRule="auto"/>
        <w:jc w:val="left"/>
        <w:textAlignment w:val="center"/>
        <w:rPr>
          <w:color w:val="000000"/>
        </w:rPr>
      </w:pPr>
      <w:r>
        <w:rPr>
          <w:rFonts w:ascii="宋体" w:eastAsia="宋体" w:hAnsi="宋体" w:cs="宋体"/>
          <w:color w:val="000000"/>
        </w:rPr>
        <w:t>对于（</w:t>
      </w:r>
      <w:r>
        <w:rPr>
          <w:rFonts w:ascii="Times New Roman" w:eastAsia="Times New Roman" w:hAnsi="Times New Roman" w:cs="Times New Roman"/>
          <w:color w:val="000000"/>
        </w:rPr>
        <w:t>2</w:t>
      </w:r>
      <w:r>
        <w:rPr>
          <w:rFonts w:ascii="宋体" w:eastAsia="宋体" w:hAnsi="宋体" w:cs="宋体"/>
          <w:color w:val="000000"/>
        </w:rPr>
        <w:t>），分点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M</w:t>
      </w:r>
      <w:r>
        <w:rPr>
          <w:rFonts w:ascii="宋体" w:eastAsia="宋体" w:hAnsi="宋体" w:cs="宋体"/>
          <w:color w:val="000000"/>
        </w:rPr>
        <w:t>的右侧，在</w:t>
      </w:r>
      <w:r>
        <w:rPr>
          <w:rFonts w:ascii="Times New Roman" w:eastAsia="Times New Roman" w:hAnsi="Times New Roman" w:cs="Times New Roman"/>
          <w:i/>
          <w:color w:val="000000"/>
        </w:rPr>
        <w:t>MN</w:t>
      </w:r>
      <w:r>
        <w:rPr>
          <w:rFonts w:ascii="宋体" w:eastAsia="宋体" w:hAnsi="宋体" w:cs="宋体"/>
          <w:color w:val="000000"/>
        </w:rPr>
        <w:t>之间，在点</w:t>
      </w:r>
      <w:r>
        <w:rPr>
          <w:rFonts w:ascii="Times New Roman" w:eastAsia="Times New Roman" w:hAnsi="Times New Roman" w:cs="Times New Roman"/>
          <w:i/>
          <w:color w:val="000000"/>
        </w:rPr>
        <w:t>N</w:t>
      </w:r>
      <w:r>
        <w:rPr>
          <w:rFonts w:ascii="宋体" w:eastAsia="宋体" w:hAnsi="宋体" w:cs="宋体"/>
          <w:color w:val="000000"/>
        </w:rPr>
        <w:t>的左侧时，根据幸福中心的定义解答即可；</w:t>
      </w:r>
    </w:p>
    <w:p>
      <w:pPr>
        <w:spacing w:line="360" w:lineRule="auto"/>
        <w:jc w:val="left"/>
        <w:textAlignment w:val="center"/>
        <w:rPr>
          <w:color w:val="000000"/>
        </w:rPr>
      </w:pPr>
      <w:r>
        <w:rPr>
          <w:rFonts w:ascii="宋体" w:eastAsia="宋体" w:hAnsi="宋体" w:cs="宋体"/>
          <w:color w:val="000000"/>
        </w:rPr>
        <w:t>对于（</w:t>
      </w:r>
      <w:r>
        <w:rPr>
          <w:rFonts w:ascii="Times New Roman" w:eastAsia="Times New Roman" w:hAnsi="Times New Roman" w:cs="Times New Roman"/>
          <w:color w:val="000000"/>
        </w:rPr>
        <w:t>3</w:t>
      </w:r>
      <w:r>
        <w:rPr>
          <w:rFonts w:ascii="宋体" w:eastAsia="宋体" w:hAnsi="宋体" w:cs="宋体"/>
          <w:color w:val="000000"/>
        </w:rPr>
        <w:t>），分点</w:t>
      </w:r>
      <w:r>
        <w:rPr>
          <w:rFonts w:ascii="Times New Roman" w:eastAsia="Times New Roman" w:hAnsi="Times New Roman" w:cs="Times New Roman"/>
          <w:i/>
          <w:color w:val="000000"/>
        </w:rPr>
        <w:t>P</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右侧，在线段上，在线段</w:t>
      </w:r>
      <w:r>
        <w:rPr>
          <w:rFonts w:ascii="Times New Roman" w:eastAsia="Times New Roman" w:hAnsi="Times New Roman" w:cs="Times New Roman"/>
          <w:i/>
          <w:color w:val="000000"/>
        </w:rPr>
        <w:t>AB</w:t>
      </w:r>
      <w:r>
        <w:rPr>
          <w:rFonts w:ascii="宋体" w:eastAsia="宋体" w:hAnsi="宋体" w:cs="宋体"/>
          <w:color w:val="000000"/>
        </w:rPr>
        <w:t>的左侧三种情况，结合幸福中心的定义列出方程，求出解即可．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设点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i/>
          <w:color w:val="000000"/>
        </w:rPr>
        <w:t>x</w:t>
      </w:r>
      <w:r>
        <w:rPr>
          <w:rFonts w:ascii="宋体" w:eastAsia="宋体" w:hAnsi="宋体" w:cs="宋体"/>
          <w:color w:val="000000"/>
        </w:rPr>
        <w:t>，根据题意，得</w:t>
      </w:r>
    </w:p>
    <w:p>
      <w:pPr>
        <w:spacing w:line="360" w:lineRule="auto"/>
        <w:jc w:val="left"/>
        <w:textAlignment w:val="center"/>
        <w:rPr>
          <w:color w:val="000000"/>
        </w:rPr>
      </w:pPr>
      <w:r>
        <w:pict>
          <v:shape id="_x0000_i710880" type="#_x0000_t75" alt="学科网(www.zxxk.com)--教育资源门户，提供试卷、教案、课件、论文、素材以及各类教学资源下载，还有大量而丰富的教学相关资讯！" style="width:60.6pt;height:19.8pt" o:oleicon="f" o:ole="">
            <v:imagedata r:id="rId1061" o:title="eqId1de25f0346be7485555ec1b3cb4ae4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0881" type="#_x0000_t75" alt="学科网(www.zxxk.com)--教育资源门户，提供试卷、教案、课件、论文、素材以及各类教学资源下载，还有大量而丰富的教学相关资讯！" style="width:23.25pt;height:14.25pt" o:oleicon="f" o:ole="">
            <v:imagedata r:id="rId1062" o:title="eqId6bfa8bf45e6d2d25a730a793d0cf5694"/>
          </v:shape>
        </w:pict>
      </w:r>
      <w:r>
        <w:rPr>
          <w:rFonts w:ascii="宋体" w:eastAsia="宋体" w:hAnsi="宋体" w:cs="宋体"/>
          <w:color w:val="000000"/>
        </w:rPr>
        <w:t>或</w:t>
      </w:r>
      <w:r>
        <w:pict>
          <v:shape id="_x0000_i710882" type="#_x0000_t75" alt="学科网(www.zxxk.com)--教育资源门户，提供试卷、教案、课件、论文、素材以及各类教学资源下载，还有大量而丰富的教学相关资讯！" style="width:33.6pt;height:14.4pt" o:oleicon="f" o:ole="">
            <v:imagedata r:id="rId1063" o:title="eqId23dbfb03691870e2537b489e995578a8"/>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w:t>
      </w:r>
      <w:r>
        <w:rPr>
          <w:rFonts w:ascii="Times New Roman" w:eastAsia="Times New Roman" w:hAnsi="Times New Roman" w:cs="Times New Roman"/>
          <w:i/>
          <w:color w:val="000000"/>
        </w:rPr>
        <w:t>C</w:t>
      </w:r>
      <w:r>
        <w:rPr>
          <w:rFonts w:ascii="宋体" w:eastAsia="宋体" w:hAnsi="宋体" w:cs="宋体"/>
          <w:color w:val="000000"/>
        </w:rPr>
        <w:t>所表示的数是</w:t>
      </w:r>
      <w:r>
        <w:rPr>
          <w:rFonts w:ascii="Times New Roman" w:eastAsia="Times New Roman" w:hAnsi="Times New Roman" w:cs="Times New Roman"/>
          <w:i/>
          <w:color w:val="000000"/>
        </w:rPr>
        <w:t>x</w:t>
      </w:r>
      <w:r>
        <w:rPr>
          <w:rFonts w:ascii="宋体" w:eastAsia="宋体" w:hAnsi="宋体" w:cs="宋体"/>
          <w:color w:val="000000"/>
        </w:rPr>
        <w:t>，有三种情况：</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当</w:t>
      </w:r>
      <w:r>
        <w:rPr>
          <w:rFonts w:ascii="Times New Roman" w:eastAsia="Times New Roman" w:hAnsi="Times New Roman" w:cs="Times New Roman"/>
          <w:i/>
          <w:color w:val="000000"/>
        </w:rPr>
        <w:t>C</w:t>
      </w:r>
      <w:r>
        <w:rPr>
          <w:rFonts w:ascii="宋体" w:eastAsia="宋体" w:hAnsi="宋体" w:cs="宋体"/>
          <w:color w:val="000000"/>
        </w:rPr>
        <w:t>在</w:t>
      </w:r>
      <w:r>
        <w:rPr>
          <w:rFonts w:ascii="Times New Roman" w:eastAsia="Times New Roman" w:hAnsi="Times New Roman" w:cs="Times New Roman"/>
          <w:i/>
          <w:color w:val="000000"/>
        </w:rPr>
        <w:t>M</w:t>
      </w:r>
      <w:r>
        <w:rPr>
          <w:rFonts w:ascii="宋体" w:eastAsia="宋体" w:hAnsi="宋体" w:cs="宋体"/>
          <w:color w:val="000000"/>
        </w:rPr>
        <w:t>右侧时：</w:t>
      </w:r>
    </w:p>
    <w:p>
      <w:pPr>
        <w:spacing w:line="360" w:lineRule="auto"/>
        <w:jc w:val="left"/>
        <w:textAlignment w:val="center"/>
        <w:rPr>
          <w:color w:val="000000"/>
        </w:rPr>
      </w:pPr>
      <w:r>
        <w:rPr>
          <w:rFonts w:ascii="Times New Roman" w:eastAsia="Times New Roman" w:hAnsi="Times New Roman" w:cs="Times New Roman"/>
          <w:i/>
          <w:color w:val="000000"/>
        </w:rPr>
        <w:t>CM</w:t>
      </w:r>
      <w:r>
        <w:rPr>
          <w:rFonts w:ascii="Times New Roman" w:eastAsia="Times New Roman" w:hAnsi="Times New Roman" w:cs="Times New Roman"/>
          <w:color w:val="000000"/>
        </w:rPr>
        <w:t>+</w:t>
      </w:r>
      <w:r>
        <w:rPr>
          <w:rFonts w:ascii="Times New Roman" w:eastAsia="Times New Roman" w:hAnsi="Times New Roman" w:cs="Times New Roman"/>
          <w:i/>
          <w:color w:val="000000"/>
        </w:rPr>
        <w:t>CN</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当</w:t>
      </w:r>
      <w:r>
        <w:rPr>
          <w:rFonts w:ascii="Times New Roman" w:eastAsia="Times New Roman" w:hAnsi="Times New Roman" w:cs="Times New Roman"/>
          <w:i/>
          <w:color w:val="000000"/>
        </w:rPr>
        <w:t>C</w:t>
      </w:r>
      <w:r>
        <w:rPr>
          <w:rFonts w:ascii="宋体" w:eastAsia="宋体" w:hAnsi="宋体" w:cs="宋体"/>
          <w:color w:val="000000"/>
        </w:rPr>
        <w:t>在</w:t>
      </w:r>
      <w:r>
        <w:rPr>
          <w:rFonts w:ascii="Times New Roman" w:eastAsia="Times New Roman" w:hAnsi="Times New Roman" w:cs="Times New Roman"/>
          <w:i/>
          <w:color w:val="000000"/>
        </w:rPr>
        <w:t>MN</w:t>
      </w:r>
      <w:r>
        <w:rPr>
          <w:rFonts w:ascii="宋体" w:eastAsia="宋体" w:hAnsi="宋体" w:cs="宋体"/>
          <w:color w:val="000000"/>
        </w:rPr>
        <w:t>之间时：</w:t>
      </w:r>
    </w:p>
    <w:p>
      <w:pPr>
        <w:spacing w:line="360" w:lineRule="auto"/>
        <w:jc w:val="left"/>
        <w:textAlignment w:val="center"/>
        <w:rPr>
          <w:color w:val="000000"/>
        </w:rPr>
      </w:pPr>
      <w:r>
        <w:rPr>
          <w:rFonts w:ascii="Times New Roman" w:eastAsia="Times New Roman" w:hAnsi="Times New Roman" w:cs="Times New Roman"/>
          <w:i/>
          <w:color w:val="000000"/>
        </w:rPr>
        <w:t>CM</w:t>
      </w:r>
      <w:r>
        <w:rPr>
          <w:rFonts w:ascii="Times New Roman" w:eastAsia="Times New Roman" w:hAnsi="Times New Roman" w:cs="Times New Roman"/>
          <w:color w:val="000000"/>
        </w:rPr>
        <w:t>+</w:t>
      </w:r>
      <w:r>
        <w:rPr>
          <w:rFonts w:ascii="Times New Roman" w:eastAsia="Times New Roman" w:hAnsi="Times New Roman" w:cs="Times New Roman"/>
          <w:i/>
          <w:color w:val="000000"/>
        </w:rPr>
        <w:t>CN</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此种情况不成立；</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当</w:t>
      </w:r>
      <w:r>
        <w:rPr>
          <w:rFonts w:ascii="Times New Roman" w:eastAsia="Times New Roman" w:hAnsi="Times New Roman" w:cs="Times New Roman"/>
          <w:i/>
          <w:color w:val="000000"/>
        </w:rPr>
        <w:t>C</w:t>
      </w:r>
      <w:r>
        <w:rPr>
          <w:rFonts w:ascii="宋体" w:eastAsia="宋体" w:hAnsi="宋体" w:cs="宋体"/>
          <w:color w:val="000000"/>
        </w:rPr>
        <w:t>在</w:t>
      </w:r>
      <w:r>
        <w:rPr>
          <w:rFonts w:ascii="Times New Roman" w:eastAsia="Times New Roman" w:hAnsi="Times New Roman" w:cs="Times New Roman"/>
          <w:i/>
          <w:color w:val="000000"/>
        </w:rPr>
        <w:t>N</w:t>
      </w:r>
      <w:r>
        <w:rPr>
          <w:rFonts w:ascii="宋体" w:eastAsia="宋体" w:hAnsi="宋体" w:cs="宋体"/>
          <w:color w:val="000000"/>
        </w:rPr>
        <w:t>左侧时：</w:t>
      </w:r>
    </w:p>
    <w:p>
      <w:pPr>
        <w:spacing w:line="360" w:lineRule="auto"/>
        <w:jc w:val="left"/>
        <w:textAlignment w:val="center"/>
        <w:rPr>
          <w:color w:val="000000"/>
        </w:rPr>
      </w:pPr>
      <w:r>
        <w:rPr>
          <w:rFonts w:ascii="Times New Roman" w:eastAsia="Times New Roman" w:hAnsi="Times New Roman" w:cs="Times New Roman"/>
          <w:i/>
          <w:color w:val="000000"/>
        </w:rPr>
        <w:t>CM</w:t>
      </w:r>
      <w:r>
        <w:rPr>
          <w:rFonts w:ascii="Times New Roman" w:eastAsia="Times New Roman" w:hAnsi="Times New Roman" w:cs="Times New Roman"/>
          <w:color w:val="000000"/>
        </w:rPr>
        <w:t>+</w:t>
      </w:r>
      <w:r>
        <w:rPr>
          <w:rFonts w:ascii="Times New Roman" w:eastAsia="Times New Roman" w:hAnsi="Times New Roman" w:cs="Times New Roman"/>
          <w:i/>
          <w:color w:val="000000"/>
        </w:rPr>
        <w:t>CN</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rPr>
          <w:rFonts w:ascii="Times New Roman" w:eastAsia="Times New Roman" w:hAnsi="Times New Roman" w:cs="Times New Roman"/>
          <w:i/>
          <w:color w:val="000000"/>
        </w:rPr>
        <w:t>C</w:t>
      </w:r>
      <w:r>
        <w:rPr>
          <w:rFonts w:ascii="宋体" w:eastAsia="宋体" w:hAnsi="宋体" w:cs="宋体"/>
          <w:color w:val="000000"/>
        </w:rPr>
        <w:t>所表示的数是</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eastAsia="Times New Roman" w:hAnsi="Times New Roman" w:cs="Times New Roman"/>
          <w:color w:val="000000"/>
        </w:rPr>
        <w:t>2s</w:t>
      </w:r>
      <w:r>
        <w:rPr>
          <w:rFonts w:ascii="宋体" w:eastAsia="宋体" w:hAnsi="宋体" w:cs="宋体"/>
          <w:color w:val="000000"/>
        </w:rPr>
        <w:t>或</w:t>
      </w:r>
      <w:r>
        <w:rPr>
          <w:rFonts w:ascii="Times New Roman" w:eastAsia="Times New Roman" w:hAnsi="Times New Roman" w:cs="Times New Roman"/>
          <w:color w:val="000000"/>
        </w:rPr>
        <w:t>4s</w:t>
      </w:r>
      <w:r>
        <w:rPr>
          <w:rFonts w:ascii="宋体" w:eastAsia="宋体" w:hAnsi="宋体" w:cs="宋体"/>
          <w:color w:val="000000"/>
        </w:rPr>
        <w:t>或</w:t>
      </w:r>
      <w:r>
        <w:rPr>
          <w:rFonts w:ascii="Times New Roman" w:eastAsia="Times New Roman" w:hAnsi="Times New Roman" w:cs="Times New Roman"/>
          <w:color w:val="000000"/>
        </w:rPr>
        <w:t>6s</w:t>
      </w:r>
      <w:r>
        <w:rPr>
          <w:rFonts w:ascii="宋体" w:eastAsia="宋体" w:hAnsi="宋体" w:cs="宋体"/>
          <w:color w:val="000000"/>
        </w:rPr>
        <w:t>或</w:t>
      </w:r>
      <w:r>
        <w:rPr>
          <w:rFonts w:ascii="Times New Roman" w:eastAsia="Times New Roman" w:hAnsi="Times New Roman" w:cs="Times New Roman"/>
          <w:color w:val="000000"/>
        </w:rPr>
        <w:t>10s</w:t>
      </w:r>
      <w:r>
        <w:rPr>
          <w:rFonts w:ascii="宋体" w:eastAsia="宋体" w:hAnsi="宋体" w:cs="宋体"/>
          <w:color w:val="000000"/>
        </w:rPr>
        <w:t>或</w:t>
      </w:r>
      <w:r>
        <w:rPr>
          <w:rFonts w:ascii="Times New Roman" w:eastAsia="Times New Roman" w:hAnsi="Times New Roman" w:cs="Times New Roman"/>
          <w:color w:val="000000"/>
        </w:rPr>
        <w:t>12s</w:t>
      </w:r>
      <w:r>
        <w:rPr>
          <w:rFonts w:ascii="宋体" w:eastAsia="宋体" w:hAnsi="宋体" w:cs="宋体"/>
          <w:color w:val="000000"/>
        </w:rPr>
        <w:t>或</w:t>
      </w:r>
      <w:r>
        <w:rPr>
          <w:rFonts w:ascii="Times New Roman" w:eastAsia="Times New Roman" w:hAnsi="Times New Roman" w:cs="Times New Roman"/>
          <w:color w:val="000000"/>
        </w:rPr>
        <w:t>14s</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的右侧；</w:t>
      </w:r>
    </w:p>
    <w:p>
      <w:pPr>
        <w:spacing w:line="360" w:lineRule="auto"/>
        <w:jc w:val="left"/>
        <w:textAlignment w:val="center"/>
        <w:rPr>
          <w:color w:val="000000"/>
        </w:rPr>
      </w:pPr>
      <w:r>
        <w:rPr>
          <w:rFonts w:ascii="宋体" w:eastAsia="宋体" w:hAnsi="宋体" w:cs="宋体"/>
          <w:color w:val="000000"/>
        </w:rPr>
        <w:t>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的“幸福中心”，根据题意，得</w:t>
      </w:r>
    </w:p>
    <w:p>
      <w:pPr>
        <w:spacing w:line="360" w:lineRule="auto"/>
        <w:jc w:val="left"/>
        <w:textAlignment w:val="center"/>
        <w:rPr>
          <w:color w:val="000000"/>
        </w:rPr>
      </w:pPr>
      <w:r>
        <w:pict>
          <v:shape id="_x0000_i710883" type="#_x0000_t75" alt="学科网(www.zxxk.com)--教育资源门户，提供试卷、教案、课件、论文、素材以及各类教学资源下载，还有大量而丰富的教学相关资讯！" style="width:216.6pt;height:15.6pt" o:oleicon="f" o:ole="">
            <v:imagedata r:id="rId1064" o:title="eqId66ef7208b5b93a3f4fbd429084d3ad2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P</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的“幸福中心”，根据题意，得</w:t>
      </w:r>
    </w:p>
    <w:p>
      <w:pPr>
        <w:spacing w:line="360" w:lineRule="auto"/>
        <w:jc w:val="left"/>
        <w:textAlignment w:val="center"/>
        <w:rPr>
          <w:color w:val="000000"/>
        </w:rPr>
      </w:pPr>
      <w:r>
        <w:pict>
          <v:shape id="_x0000_i710884" type="#_x0000_t75" alt="学科网(www.zxxk.com)--教育资源门户，提供试卷、教案、课件、论文、素材以及各类教学资源下载，还有大量而丰富的教学相关资讯！" style="width:227.4pt;height:15.6pt" o:oleicon="f" o:ole="">
            <v:imagedata r:id="rId1065" o:title="eqId0931631452f381d3572118c95e88ab2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上，与点</w:t>
      </w:r>
      <w:r>
        <w:rPr>
          <w:rFonts w:ascii="Times New Roman" w:eastAsia="Times New Roman" w:hAnsi="Times New Roman" w:cs="Times New Roman"/>
          <w:i/>
          <w:color w:val="000000"/>
        </w:rPr>
        <w:t>B</w:t>
      </w:r>
      <w:r>
        <w:rPr>
          <w:rFonts w:ascii="宋体" w:eastAsia="宋体" w:hAnsi="宋体" w:cs="宋体"/>
          <w:color w:val="000000"/>
        </w:rPr>
        <w:t>或点</w:t>
      </w:r>
      <w:r>
        <w:rPr>
          <w:rFonts w:ascii="Times New Roman" w:eastAsia="Times New Roman" w:hAnsi="Times New Roman" w:cs="Times New Roman"/>
          <w:i/>
          <w:color w:val="000000"/>
        </w:rPr>
        <w:t>A</w:t>
      </w:r>
      <w:r>
        <w:rPr>
          <w:rFonts w:ascii="宋体" w:eastAsia="宋体" w:hAnsi="宋体" w:cs="宋体"/>
          <w:color w:val="000000"/>
        </w:rPr>
        <w:t>重合时；</w:t>
      </w:r>
    </w:p>
    <w:p>
      <w:pPr>
        <w:spacing w:line="360" w:lineRule="auto"/>
        <w:jc w:val="left"/>
        <w:textAlignment w:val="center"/>
        <w:rPr>
          <w:color w:val="000000"/>
        </w:rPr>
      </w:pPr>
      <w:r>
        <w:rPr>
          <w:rFonts w:ascii="宋体" w:eastAsia="宋体" w:hAnsi="宋体" w:cs="宋体"/>
          <w:color w:val="000000"/>
        </w:rPr>
        <w:t>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A</w:t>
      </w:r>
      <w:r>
        <w:rPr>
          <w:rFonts w:ascii="宋体" w:eastAsia="宋体" w:hAnsi="宋体" w:cs="宋体"/>
          <w:color w:val="000000"/>
        </w:rPr>
        <w:t>是点</w:t>
      </w:r>
      <w:r>
        <w:rPr>
          <w:rFonts w:ascii="Times New Roman" w:eastAsia="Times New Roman" w:hAnsi="Times New Roman" w:cs="Times New Roman"/>
          <w:i/>
          <w:color w:val="000000"/>
        </w:rPr>
        <w:t>B</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position w:val="0"/>
        </w:rPr>
        <w:drawing>
          <wp:inline>
            <wp:extent cx="133350" cy="177800"/>
            <wp:docPr id="319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 name=""/>
                    <pic:cNvPicPr>
                      <a:picLocks noChangeAspect="1"/>
                    </pic:cNvPicPr>
                  </pic:nvPicPr>
                  <pic:blipFill>
                    <a:blip r:embed="rId106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“幸福中心”，根据题意，得</w:t>
      </w:r>
    </w:p>
    <w:p>
      <w:pPr>
        <w:spacing w:line="360" w:lineRule="auto"/>
        <w:jc w:val="left"/>
        <w:textAlignment w:val="center"/>
        <w:rPr>
          <w:color w:val="000000"/>
        </w:rPr>
      </w:pPr>
      <w:r>
        <w:pict>
          <v:shape id="_x0000_i710885" type="#_x0000_t75" alt="学科网(www.zxxk.com)--教育资源门户，提供试卷、教案、课件、论文、素材以及各类教学资源下载，还有大量而丰富的教学相关资讯！" style="width:3in;height:15.6pt" o:oleicon="f" o:ole="">
            <v:imagedata r:id="rId1067" o:title="eqId8dbbc4d1401f8a62a910d82d83ba0ba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的“幸福中心”，根据题意，得</w:t>
      </w:r>
    </w:p>
    <w:p>
      <w:pPr>
        <w:spacing w:line="360" w:lineRule="auto"/>
        <w:jc w:val="left"/>
        <w:textAlignment w:val="center"/>
        <w:rPr>
          <w:color w:val="000000"/>
        </w:rPr>
      </w:pPr>
      <w:r>
        <w:pict>
          <v:shape id="_x0000_i710886" type="#_x0000_t75" alt="学科网(www.zxxk.com)--教育资源门户，提供试卷、教案、课件、论文、素材以及各类教学资源下载，还有大量而丰富的教学相关资讯！" style="width:216.6pt;height:15.6pt" o:oleicon="f" o:ole="">
            <v:imagedata r:id="rId1068" o:title="eqId4a06ca3d292f176b831f5fce6410778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的左侧时；</w:t>
      </w:r>
    </w:p>
    <w:p>
      <w:pPr>
        <w:spacing w:line="360" w:lineRule="auto"/>
        <w:jc w:val="left"/>
        <w:textAlignment w:val="center"/>
        <w:rPr>
          <w:color w:val="000000"/>
        </w:rPr>
      </w:pPr>
      <w:r>
        <w:rPr>
          <w:rFonts w:ascii="宋体" w:eastAsia="宋体" w:hAnsi="宋体" w:cs="宋体"/>
          <w:color w:val="000000"/>
        </w:rPr>
        <w:t>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P</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的“幸福中心”，根据题意，得</w:t>
      </w:r>
    </w:p>
    <w:p>
      <w:pPr>
        <w:spacing w:line="360" w:lineRule="auto"/>
        <w:jc w:val="left"/>
        <w:textAlignment w:val="center"/>
        <w:rPr>
          <w:color w:val="000000"/>
        </w:rPr>
      </w:pPr>
      <w:r>
        <w:pict>
          <v:shape id="_x0000_i710887" type="#_x0000_t75" alt="学科网(www.zxxk.com)--教育资源门户，提供试卷、教案、课件、论文、素材以及各类教学资源下载，还有大量而丰富的教学相关资讯！" style="width:227.4pt;height:15.6pt" o:oleicon="f" o:ole="">
            <v:imagedata r:id="rId1069" o:title="eqId93e809d6ebd88add9144e3a5a6ebe67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A</w:t>
      </w:r>
      <w:r>
        <w:rPr>
          <w:rFonts w:ascii="宋体" w:eastAsia="宋体" w:hAnsi="宋体" w:cs="宋体"/>
          <w:color w:val="000000"/>
        </w:rPr>
        <w:t>是点</w:t>
      </w:r>
      <w:r>
        <w:rPr>
          <w:rFonts w:ascii="Times New Roman" w:eastAsia="Times New Roman" w:hAnsi="Times New Roman" w:cs="Times New Roman"/>
          <w:i/>
          <w:color w:val="000000"/>
        </w:rPr>
        <w:t>B</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的“幸福中心”，根据题意，得</w:t>
      </w:r>
    </w:p>
    <w:p>
      <w:pPr>
        <w:spacing w:line="360" w:lineRule="auto"/>
        <w:jc w:val="left"/>
        <w:textAlignment w:val="center"/>
        <w:rPr>
          <w:color w:val="000000"/>
        </w:rPr>
      </w:pPr>
      <w:r>
        <w:pict>
          <v:shape id="_x0000_i710888" type="#_x0000_t75" alt="学科网(www.zxxk.com)--教育资源门户，提供试卷、教案、课件、论文、素材以及各类教学资源下载，还有大量而丰富的教学相关资讯！" style="width:3in;height:15.6pt" o:oleicon="f" o:ole="">
            <v:imagedata r:id="rId1070" o:title="eqId45ea8fe21db2f69736932c4002e4f34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Times New Roman" w:eastAsia="Times New Roman" w:hAnsi="Times New Roman" w:cs="Times New Roman"/>
          <w:i/>
          <w:color w:val="000000"/>
        </w:rPr>
        <w:t>s</w:t>
      </w:r>
      <w:r>
        <w:rPr>
          <w:rFonts w:ascii="宋体" w:eastAsia="宋体" w:hAnsi="宋体" w:cs="宋体"/>
          <w:color w:val="000000"/>
        </w:rPr>
        <w:t>或</w:t>
      </w:r>
      <w:r>
        <w:rPr>
          <w:rFonts w:ascii="Times New Roman" w:eastAsia="Times New Roman" w:hAnsi="Times New Roman" w:cs="Times New Roman"/>
          <w:color w:val="000000"/>
        </w:rPr>
        <w:t>4</w:t>
      </w:r>
      <w:r>
        <w:rPr>
          <w:rFonts w:ascii="Times New Roman" w:eastAsia="Times New Roman" w:hAnsi="Times New Roman" w:cs="Times New Roman"/>
          <w:i/>
          <w:color w:val="000000"/>
        </w:rPr>
        <w:t>s</w:t>
      </w:r>
      <w:r>
        <w:rPr>
          <w:rFonts w:ascii="宋体" w:eastAsia="宋体" w:hAnsi="宋体" w:cs="宋体"/>
          <w:color w:val="000000"/>
        </w:rPr>
        <w:t>或</w:t>
      </w:r>
      <w:r>
        <w:rPr>
          <w:rFonts w:ascii="Times New Roman" w:eastAsia="Times New Roman" w:hAnsi="Times New Roman" w:cs="Times New Roman"/>
          <w:color w:val="000000"/>
        </w:rPr>
        <w:t>6</w:t>
      </w:r>
      <w:r>
        <w:rPr>
          <w:rFonts w:ascii="Times New Roman" w:eastAsia="Times New Roman" w:hAnsi="Times New Roman" w:cs="Times New Roman"/>
          <w:i/>
          <w:color w:val="000000"/>
        </w:rPr>
        <w:t>s</w:t>
      </w:r>
      <w:r>
        <w:rPr>
          <w:rFonts w:ascii="宋体" w:eastAsia="宋体" w:hAnsi="宋体" w:cs="宋体"/>
          <w:color w:val="000000"/>
        </w:rPr>
        <w:t>或</w:t>
      </w:r>
      <w:r>
        <w:rPr>
          <w:rFonts w:ascii="Times New Roman" w:eastAsia="Times New Roman" w:hAnsi="Times New Roman" w:cs="Times New Roman"/>
          <w:color w:val="000000"/>
        </w:rPr>
        <w:t>10</w:t>
      </w:r>
      <w:r>
        <w:rPr>
          <w:rFonts w:ascii="Times New Roman" w:eastAsia="Times New Roman" w:hAnsi="Times New Roman" w:cs="Times New Roman"/>
          <w:i/>
          <w:color w:val="000000"/>
        </w:rPr>
        <w:t>s</w:t>
      </w:r>
      <w:r>
        <w:rPr>
          <w:rFonts w:ascii="宋体" w:eastAsia="宋体" w:hAnsi="宋体" w:cs="宋体"/>
          <w:color w:val="000000"/>
        </w:rPr>
        <w:t>或</w:t>
      </w:r>
      <w:r>
        <w:rPr>
          <w:rFonts w:ascii="Times New Roman" w:eastAsia="Times New Roman" w:hAnsi="Times New Roman" w:cs="Times New Roman"/>
          <w:color w:val="000000"/>
        </w:rPr>
        <w:t>12</w:t>
      </w:r>
      <w:r>
        <w:rPr>
          <w:rFonts w:ascii="Times New Roman" w:eastAsia="Times New Roman" w:hAnsi="Times New Roman" w:cs="Times New Roman"/>
          <w:i/>
          <w:color w:val="000000"/>
        </w:rPr>
        <w:t>s</w:t>
      </w:r>
      <w:r>
        <w:rPr>
          <w:rFonts w:ascii="宋体" w:eastAsia="宋体" w:hAnsi="宋体" w:cs="宋体"/>
          <w:color w:val="000000"/>
        </w:rPr>
        <w:t>或</w:t>
      </w:r>
      <w:r>
        <w:rPr>
          <w:rFonts w:ascii="Times New Roman" w:eastAsia="Times New Roman" w:hAnsi="Times New Roman" w:cs="Times New Roman"/>
          <w:color w:val="000000"/>
        </w:rPr>
        <w:t>14</w:t>
      </w:r>
      <w:r>
        <w:rPr>
          <w:rFonts w:ascii="Times New Roman" w:eastAsia="Times New Roman" w:hAnsi="Times New Roman" w:cs="Times New Roman"/>
          <w:i/>
          <w:color w:val="000000"/>
        </w:rPr>
        <w:t>s</w:t>
      </w:r>
      <w:r>
        <w:rPr>
          <w:rFonts w:ascii="宋体" w:eastAsia="宋体" w:hAnsi="宋体" w:cs="宋体"/>
          <w:color w:val="000000"/>
        </w:rPr>
        <w:t>．</w:t>
      </w:r>
    </w:p>
    <w:p>
      <w:pPr>
        <w:spacing w:line="360" w:lineRule="auto"/>
        <w:jc w:val="left"/>
        <w:textAlignment w:val="center"/>
        <w:rPr>
          <w:color w:val="000000"/>
        </w:rPr>
        <w:sectPr w:rsidSect="00C321EB">
          <w:headerReference w:type="even" r:id="rId604"/>
          <w:footerReference w:type="even" r:id="rId605"/>
          <w:headerReference w:type="first" r:id="rId606"/>
          <w:footerReference w:type="first" r:id="rId607"/>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本题主要考查了动点问题在数轴上的应用，理解新定义是解题的关键，同时注意多种情况讨论．</w:t>
      </w:r>
    </w:p>
    <w:p>
      <w:pPr>
        <w:pStyle w:val="Heading2"/>
      </w:pPr>
      <w:r>
        <w:t>京源学校</w:t>
      </w:r>
    </w:p>
    <w:p>
      <w:pPr>
        <w:spacing w:line="360" w:lineRule="auto"/>
        <w:jc w:val="left"/>
        <w:textAlignment w:val="center"/>
        <w:rPr>
          <w:color w:val="000000"/>
        </w:rPr>
      </w:pPr>
      <w:r>
        <w:rPr>
          <w:color w:val="000000"/>
        </w:rPr>
        <w:t xml:space="preserve">25. </w:t>
      </w:r>
      <w:r>
        <w:rPr>
          <w:rFonts w:ascii="宋体" w:eastAsia="宋体" w:hAnsi="宋体" w:cs="宋体"/>
          <w:color w:val="000000"/>
        </w:rPr>
        <w:t>阅读下列材料：根据绝对值的定义，</w:t>
      </w:r>
      <w:r>
        <w:pict>
          <v:shape id="_x0000_i710889" type="#_x0000_t75" alt="学科网(www.zxxk.com)--教育资源门户，提供试卷、教案、课件、论文、素材以及各类教学资源下载，还有大量而丰富的教学相关资讯！" style="width:18pt;height:16pt" o:oleicon="f" o:ole="">
            <v:imagedata r:id="rId1071" o:title="eqId6ff6b35d3bf8f94ff28a9aa033bcfe2c"/>
          </v:shape>
        </w:pict>
      </w:r>
      <w:r>
        <w:rPr>
          <w:rFonts w:ascii="宋体" w:eastAsia="宋体" w:hAnsi="宋体" w:cs="宋体"/>
          <w:color w:val="000000"/>
        </w:rPr>
        <w:t>表示数轴上表示数</w:t>
      </w:r>
      <w:r>
        <w:rPr>
          <w:rFonts w:ascii="Times New Roman" w:eastAsia="Times New Roman" w:hAnsi="Times New Roman" w:cs="Times New Roman"/>
          <w:i/>
          <w:color w:val="000000"/>
        </w:rPr>
        <w:t>x</w:t>
      </w:r>
      <w:r>
        <w:rPr>
          <w:rFonts w:ascii="宋体" w:eastAsia="宋体" w:hAnsi="宋体" w:cs="宋体"/>
          <w:color w:val="000000"/>
        </w:rPr>
        <w:t>的点与原点的距离，那么，如果数轴上两点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Q</w:t>
      </w:r>
      <w:r>
        <w:rPr>
          <w:rFonts w:ascii="宋体" w:eastAsia="宋体" w:hAnsi="宋体" w:cs="宋体"/>
          <w:color w:val="000000"/>
        </w:rPr>
        <w:t>之间的距离为</w:t>
      </w:r>
      <w:r>
        <w:rPr>
          <w:rFonts w:ascii="Times New Roman" w:eastAsia="Times New Roman" w:hAnsi="Times New Roman" w:cs="Times New Roman"/>
          <w:i/>
          <w:color w:val="000000"/>
        </w:rPr>
        <w:t>PQ</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0890" type="#_x0000_t75" alt="学科网(www.zxxk.com)--教育资源门户，提供试卷、教案、课件、论文、素材以及各类教学资源下载，还有大量而丰富的教学相关资讯！" style="width:38.25pt;height:15.75pt" o:oleicon="f" o:ole="">
            <v:imagedata r:id="rId1072" o:title="eqIdc875c55f2117fb4572265601f096895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根据上述材料，解决下列问题：</w:t>
      </w:r>
    </w:p>
    <w:p>
      <w:pPr>
        <w:spacing w:line="360" w:lineRule="auto"/>
        <w:jc w:val="left"/>
        <w:textAlignment w:val="center"/>
        <w:rPr>
          <w:color w:val="000000"/>
        </w:rPr>
      </w:pPr>
      <w:r>
        <w:rPr>
          <w:rFonts w:ascii="宋体" w:eastAsia="宋体" w:hAnsi="宋体" w:cs="宋体"/>
          <w:color w:val="000000"/>
        </w:rPr>
        <w:t>如图，在数轴上，点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两点的距离用</w:t>
      </w:r>
      <w:r>
        <w:rPr>
          <w:rFonts w:ascii="Times New Roman" w:eastAsia="Times New Roman" w:hAnsi="Times New Roman" w:cs="Times New Roman"/>
          <w:i/>
          <w:color w:val="000000"/>
        </w:rPr>
        <w:t>AB</w:t>
      </w:r>
      <w:r>
        <w:rPr>
          <w:rFonts w:ascii="宋体" w:eastAsia="宋体" w:hAnsi="宋体" w:cs="宋体"/>
          <w:color w:val="000000"/>
        </w:rPr>
        <w:t>表示），点</w:t>
      </w:r>
      <w:r>
        <w:rPr>
          <w:rFonts w:ascii="Times New Roman" w:eastAsia="Times New Roman" w:hAnsi="Times New Roman" w:cs="Times New Roman"/>
          <w:i/>
          <w:color w:val="000000"/>
        </w:rPr>
        <w:t>M</w:t>
      </w:r>
      <w:r>
        <w:rPr>
          <w:rFonts w:ascii="宋体" w:eastAsia="宋体" w:hAnsi="宋体" w:cs="宋体"/>
          <w:color w:val="000000"/>
        </w:rPr>
        <w:t>是数轴上一个动点，表示数</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438650" cy="352425"/>
            <wp:docPr id="31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 name=""/>
                    <pic:cNvPicPr>
                      <a:picLocks noChangeAspect="1"/>
                    </pic:cNvPicPr>
                  </pic:nvPicPr>
                  <pic:blipFill>
                    <a:blip r:embed="rId1073"/>
                    <a:stretch>
                      <a:fillRect/>
                    </a:stretch>
                  </pic:blipFill>
                  <pic:spPr>
                    <a:xfrm>
                      <a:off x="0" y="0"/>
                      <a:ext cx="4438650" cy="3524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个单位长度；</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之间，则</w:t>
      </w:r>
      <w:r>
        <w:pict>
          <v:shape id="_x0000_i710891" type="#_x0000_t75" alt="学科网(www.zxxk.com)--教育资源门户，提供试卷、教案、课件、论文、素材以及各类教学资源下载，还有大量而丰富的教学相关资讯！" style="width:75.75pt;height:15pt" o:oleicon="f" o:ole="">
            <v:imagedata r:id="rId1074" o:title="eqIdb547e6d2a66c3a9cf6ba7a2f3e8334d9"/>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10892" type="#_x0000_t75" alt="学科网(www.zxxk.com)--教育资源门户，提供试卷、教案、课件、论文、素材以及各类教学资源下载，还有大量而丰富的教学相关资讯！" style="width:75.75pt;height:15pt" o:oleicon="f" o:ole="">
            <v:imagedata r:id="rId1075" o:title="eqIdb547e6d2a66c3a9cf6ba7a2f3e8334d9"/>
          </v:shape>
        </w:pict>
      </w:r>
      <w:r>
        <w:rPr>
          <w:rFonts w:ascii="宋体" w:eastAsia="宋体" w:hAnsi="宋体" w:cs="宋体"/>
          <w:color w:val="000000"/>
        </w:rPr>
        <w:t>＝</w:t>
      </w:r>
      <w:r>
        <w:rPr>
          <w:rFonts w:ascii="Times New Roman" w:eastAsia="Times New Roman" w:hAnsi="Times New Roman" w:cs="Times New Roman"/>
          <w:color w:val="000000"/>
        </w:rPr>
        <w:t xml:space="preserve"> 20</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或</w:t>
      </w:r>
      <w:r>
        <w:rPr>
          <w:rFonts w:ascii="Times New Roman" w:eastAsia="Times New Roman" w:hAnsi="Times New Roman" w:cs="Times New Roman"/>
          <w:color w:val="000000"/>
        </w:rPr>
        <w:t>12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）代入两点间的距离公式即可求得</w:t>
      </w:r>
      <w:r>
        <w:rPr>
          <w:rFonts w:ascii="Times New Roman" w:eastAsia="Times New Roman" w:hAnsi="Times New Roman" w:cs="Times New Roman"/>
          <w:i/>
          <w:color w:val="000000"/>
        </w:rPr>
        <w:t>AB</w: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）依据点</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之间，结合数轴即可得出</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，然后化去绝对值合并同类项即可；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）的结果可确定点</w:t>
      </w:r>
      <w:r>
        <w:rPr>
          <w:rFonts w:ascii="Times New Roman" w:eastAsia="Times New Roman" w:hAnsi="Times New Roman" w:cs="Times New Roman"/>
          <w:i/>
          <w:color w:val="000000"/>
        </w:rPr>
        <w:t>M</w:t>
      </w:r>
      <w:r>
        <w:rPr>
          <w:rFonts w:ascii="宋体" w:eastAsia="宋体" w:hAnsi="宋体" w:cs="宋体"/>
          <w:color w:val="000000"/>
        </w:rPr>
        <w:t>不在</w:t>
      </w:r>
      <w:r>
        <w:rPr>
          <w:rFonts w:ascii="Times New Roman" w:eastAsia="Times New Roman" w:hAnsi="Times New Roman" w:cs="Times New Roman"/>
          <w:i/>
          <w:color w:val="000000"/>
        </w:rPr>
        <w:t>A</w:t>
      </w:r>
      <w:r>
        <w:rPr>
          <w:rFonts w:ascii="宋体" w:eastAsia="宋体" w:hAnsi="宋体" w:cs="宋体"/>
          <w:i/>
          <w:color w:val="000000"/>
        </w:rPr>
        <w:t>、</w:t>
      </w:r>
      <w:r>
        <w:rPr>
          <w:rFonts w:ascii="Times New Roman" w:eastAsia="Times New Roman" w:hAnsi="Times New Roman" w:cs="Times New Roman"/>
          <w:i/>
          <w:color w:val="000000"/>
        </w:rPr>
        <w:t>B</w:t>
      </w:r>
      <w:r>
        <w:rPr>
          <w:rFonts w:ascii="宋体" w:eastAsia="宋体" w:hAnsi="宋体" w:cs="宋体"/>
          <w:color w:val="000000"/>
        </w:rPr>
        <w:t>之间，再分两种情况讨论，化简绝对值，得出关于</w:t>
      </w:r>
      <w:r>
        <w:rPr>
          <w:rFonts w:ascii="Times New Roman" w:eastAsia="Times New Roman" w:hAnsi="Times New Roman" w:cs="Times New Roman"/>
          <w:i/>
          <w:color w:val="000000"/>
        </w:rPr>
        <w:t>m</w:t>
      </w:r>
      <w:r>
        <w:rPr>
          <w:rFonts w:ascii="宋体" w:eastAsia="宋体" w:hAnsi="宋体" w:cs="宋体"/>
          <w:color w:val="000000"/>
        </w:rPr>
        <w:t>的方程，解方程即可．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pict>
          <v:shape id="_x0000_i710893" type="#_x0000_t75" alt="学科网(www.zxxk.com)--教育资源门户，提供试卷、教案、课件、论文、素材以及各类教学资源下载，还有大量而丰富的教学相关资讯！" style="width:45pt;height:21.75pt" o:oleicon="f" o:ole="">
            <v:imagedata r:id="rId1076" o:title="eqIda0387fba6359d96648fc9e1717976de5"/>
          </v:shape>
        </w:pic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m</w:t>
      </w:r>
      <w:r>
        <w:rPr>
          <w:rFonts w:ascii="Times New Roman" w:eastAsia="Times New Roman" w:hAnsi="Times New Roman" w:cs="Times New Roman"/>
          <w:color w:val="000000"/>
        </w:rPr>
        <w:t>+4+8-</w:t>
      </w:r>
      <w:r>
        <w:rPr>
          <w:rFonts w:ascii="Times New Roman" w:eastAsia="Times New Roman" w:hAnsi="Times New Roman" w:cs="Times New Roman"/>
          <w:i/>
          <w:color w:val="000000"/>
        </w:rPr>
        <w:t>m</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319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 name=""/>
                    <pic:cNvPicPr>
                      <a:picLocks noChangeAspect="1"/>
                    </pic:cNvPicPr>
                  </pic:nvPicPr>
                  <pic:blipFill>
                    <a:blip r:embed="rId1077"/>
                    <a:stretch>
                      <a:fillRect/>
                    </a:stretch>
                  </pic:blipFill>
                  <pic:spPr>
                    <a:xfrm>
                      <a:off x="0" y="0"/>
                      <a:ext cx="158750" cy="190500"/>
                    </a:xfrm>
                    <a:prstGeom prst="rect">
                      <a:avLst/>
                    </a:prstGeom>
                  </pic:spPr>
                </pic:pic>
              </a:graphicData>
            </a:graphic>
          </wp:inline>
        </w:drawing>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）知，点</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之间时，</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8|=12≠20</w: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左边，即</w:t>
      </w:r>
      <w:r>
        <w:rPr>
          <w:rFonts w:ascii="Times New Roman" w:eastAsia="Times New Roman" w:hAnsi="Times New Roman" w:cs="Times New Roman"/>
          <w:i/>
          <w:color w:val="000000"/>
        </w:rPr>
        <w:t>m</w:t>
      </w:r>
      <w:r>
        <w:rPr>
          <w:rFonts w:ascii="Times New Roman" w:eastAsia="Times New Roman" w:hAnsi="Times New Roman" w:cs="Times New Roman"/>
          <w:color w:val="000000"/>
        </w:rPr>
        <w:t>&lt;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w:t>
      </w:r>
      <w:r>
        <w:pict>
          <v:shape id="_x0000_i710894" type="#_x0000_t75" alt="学科网(www.zxxk.com)--教育资源门户，提供试卷、教案、课件、论文、素材以及各类教学资源下载，还有大量而丰富的教学相关资讯！" style="width:73.2pt;height:15pt" o:oleicon="f" o:ole="">
            <v:imagedata r:id="rId1078" o:title="eqId2535451a67a09e9b210622cc6eedd6b0"/>
          </v:shape>
        </w:pict>
      </w:r>
      <w:r>
        <w:rPr>
          <w:rFonts w:ascii="宋体" w:eastAsia="宋体" w:hAnsi="宋体" w:cs="宋体"/>
          <w:color w:val="000000"/>
        </w:rPr>
        <w:t>，</w:t>
      </w:r>
      <w:r>
        <w:pict>
          <v:shape id="_x0000_i710895" type="#_x0000_t75" alt="学科网(www.zxxk.com)--教育资源门户，提供试卷、教案、课件、论文、素材以及各类教学资源下载，还有大量而丰富的教学相关资讯！" style="width:64.8pt;height:15pt" o:oleicon="f" o:ole="">
            <v:imagedata r:id="rId1079" o:title="eqId7d2807ee688178d93249b84374a9ea7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右边，即</w:t>
      </w:r>
      <w:r>
        <w:rPr>
          <w:rFonts w:ascii="Times New Roman" w:eastAsia="Times New Roman" w:hAnsi="Times New Roman" w:cs="Times New Roman"/>
          <w:i/>
          <w:color w:val="000000"/>
        </w:rPr>
        <w:t>m</w:t>
      </w:r>
      <w:r>
        <w:rPr>
          <w:rFonts w:ascii="Times New Roman" w:eastAsia="Times New Roman" w:hAnsi="Times New Roman" w:cs="Times New Roman"/>
          <w:color w:val="000000"/>
        </w:rPr>
        <w:t>&gt;8</w:t>
      </w:r>
      <w:r>
        <w:rPr>
          <w:rFonts w:ascii="宋体" w:eastAsia="宋体" w:hAnsi="宋体" w:cs="宋体"/>
          <w:color w:val="000000"/>
        </w:rPr>
        <w:t>时，</w:t>
      </w:r>
      <w:r>
        <w:pict>
          <v:shape id="_x0000_i710896" type="#_x0000_t75" alt="学科网(www.zxxk.com)--教育资源门户，提供试卷、教案、课件、论文、素材以及各类教学资源下载，还有大量而丰富的教学相关资讯！" style="width:67.2pt;height:15pt" o:oleicon="f" o:ole="">
            <v:imagedata r:id="rId1080" o:title="eqIdef33b8103bd4a9b6d1cae6046d18246c"/>
          </v:shape>
        </w:pict>
      </w:r>
      <w:r>
        <w:rPr>
          <w:rFonts w:ascii="宋体" w:eastAsia="宋体" w:hAnsi="宋体" w:cs="宋体"/>
          <w:color w:val="000000"/>
        </w:rPr>
        <w:t>，</w:t>
      </w:r>
      <w:r>
        <w:pict>
          <v:shape id="_x0000_i710897" type="#_x0000_t75" alt="学科网(www.zxxk.com)--教育资源门户，提供试卷、教案、课件、论文、素材以及各类教学资源下载，还有大量而丰富的教学相关资讯！" style="width:64.8pt;height:15pt" o:oleicon="f" o:ole="">
            <v:imagedata r:id="rId1081" o:title="eqId51d08a2231b8cbbffe095cf5cb9ca03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rPr>
          <w:rFonts w:ascii="Times New Roman" w:eastAsia="Times New Roman" w:hAnsi="Times New Roman" w:cs="Times New Roman"/>
          <w:i/>
          <w:color w:val="000000"/>
        </w:rPr>
        <w:t>m</w:t>
      </w:r>
      <w:r>
        <w:rPr>
          <w:rFonts w:ascii="宋体" w:eastAsia="宋体" w:hAnsi="宋体" w:cs="宋体"/>
          <w:color w:val="000000"/>
        </w:rPr>
        <w:t>的值为﹣</w:t>
      </w:r>
      <w:r>
        <w:rPr>
          <w:rFonts w:ascii="Times New Roman" w:eastAsia="Times New Roman" w:hAnsi="Times New Roman" w:cs="Times New Roman"/>
          <w:color w:val="000000"/>
        </w:rPr>
        <w:t>8</w:t>
      </w:r>
      <w:r>
        <w:rPr>
          <w:rFonts w:ascii="宋体" w:eastAsia="宋体" w:hAnsi="宋体" w:cs="宋体"/>
          <w:color w:val="000000"/>
        </w:rPr>
        <w:t>或</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此题考查了数轴的有关知识、绝对值的化简和一元一次方程的求解，熟练进行绝对值的化简、灵活应用数形结合和分类讨论的数学思想是解题的关键．</w:t>
      </w:r>
    </w:p>
    <w:p>
      <w:pPr>
        <w:spacing w:line="360" w:lineRule="auto"/>
        <w:jc w:val="left"/>
        <w:textAlignment w:val="center"/>
        <w:rPr>
          <w:color w:val="000000"/>
        </w:rPr>
      </w:pPr>
      <w:r>
        <w:rPr>
          <w:color w:val="000000"/>
        </w:rPr>
        <w:t xml:space="preserve">26. </w:t>
      </w:r>
      <w:r>
        <w:rPr>
          <w:rFonts w:ascii="宋体" w:eastAsia="宋体" w:hAnsi="宋体" w:cs="宋体"/>
          <w:color w:val="000000"/>
        </w:rPr>
        <w:t>将连续的偶数</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，…排成如下表，并用一个十字形框架框住其中的五个数，请你仔细观察十字形框架中的数字的规律，并回答下列问题：</w:t>
      </w:r>
    </w:p>
    <w:p>
      <w:pPr>
        <w:spacing w:line="360" w:lineRule="auto"/>
        <w:jc w:val="left"/>
        <w:textAlignment w:val="center"/>
        <w:rPr>
          <w:color w:val="000000"/>
        </w:rPr>
      </w:pPr>
      <w:r>
        <w:rPr>
          <w:color w:val="000000"/>
        </w:rPr>
        <w:drawing>
          <wp:inline>
            <wp:extent cx="1685925" cy="1238250"/>
            <wp:docPr id="32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 name=""/>
                    <pic:cNvPicPr>
                      <a:picLocks noChangeAspect="1"/>
                    </pic:cNvPicPr>
                  </pic:nvPicPr>
                  <pic:blipFill>
                    <a:blip r:embed="rId1082"/>
                    <a:stretch>
                      <a:fillRect/>
                    </a:stretch>
                  </pic:blipFill>
                  <pic:spPr>
                    <a:xfrm>
                      <a:off x="0" y="0"/>
                      <a:ext cx="1685925" cy="12382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）十字框中的五个数的和等于</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）若将十字框上下左右移动，可框住另外的五个数，设中间的数为</w:t>
      </w:r>
      <w:r>
        <w:rPr>
          <w:rFonts w:ascii="Times New Roman" w:eastAsia="Times New Roman" w:hAnsi="Times New Roman" w:cs="Times New Roman"/>
          <w:i/>
          <w:color w:val="000000"/>
        </w:rPr>
        <w:t>x</w:t>
      </w:r>
      <w:r>
        <w:rPr>
          <w:rFonts w:ascii="宋体" w:eastAsia="宋体" w:hAnsi="宋体" w:cs="宋体"/>
          <w:color w:val="000000"/>
        </w:rPr>
        <w:t>，用代数式表示十字框中的五个数的和是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）在移动十字框的过程中，若框住的五个数的和等于</w:t>
      </w:r>
      <w:r>
        <w:rPr>
          <w:rFonts w:ascii="Times New Roman" w:eastAsia="Times New Roman" w:hAnsi="Times New Roman" w:cs="Times New Roman"/>
          <w:color w:val="000000"/>
        </w:rPr>
        <w:t>2020</w:t>
      </w:r>
      <w:r>
        <w:rPr>
          <w:rFonts w:ascii="宋体" w:eastAsia="宋体" w:hAnsi="宋体" w:cs="宋体"/>
          <w:color w:val="000000"/>
        </w:rPr>
        <w:t>，这五个数从小到大依次</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）框住的五个数的和能等于</w:t>
      </w:r>
      <w:r>
        <w:rPr>
          <w:rFonts w:ascii="Times New Roman" w:eastAsia="Times New Roman" w:hAnsi="Times New Roman" w:cs="Times New Roman"/>
          <w:color w:val="000000"/>
        </w:rPr>
        <w:t>2019</w:t>
      </w:r>
      <w:r>
        <w:rPr>
          <w:rFonts w:ascii="宋体" w:eastAsia="宋体" w:hAnsi="宋体" w:cs="宋体"/>
          <w:color w:val="000000"/>
        </w:rPr>
        <w:t>吗？</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）这五个数分别为：</w:t>
      </w:r>
      <w:r>
        <w:rPr>
          <w:rFonts w:ascii="Times New Roman" w:eastAsia="Times New Roman" w:hAnsi="Times New Roman" w:cs="Times New Roman"/>
          <w:color w:val="000000"/>
        </w:rPr>
        <w:t>394,402,404,406,414</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）不能</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）根据有理数的加法法则计算；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）根据图中数字的规律分别表示另外四个数，列式计算即可；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2</w:t>
      </w:r>
      <w:r>
        <w:rPr>
          <w:rFonts w:ascii="宋体" w:eastAsia="宋体" w:hAnsi="宋体" w:cs="宋体"/>
          <w:color w:val="000000"/>
        </w:rPr>
        <w:t>）列方程</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2020</w:t>
      </w:r>
      <w:r>
        <w:rPr>
          <w:rFonts w:ascii="宋体" w:eastAsia="宋体" w:hAnsi="宋体" w:cs="宋体"/>
          <w:color w:val="000000"/>
        </w:rPr>
        <w:t>，求解即可；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）列方程</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2019</w:t>
      </w:r>
      <w:r>
        <w:rPr>
          <w:rFonts w:ascii="宋体" w:eastAsia="宋体" w:hAnsi="宋体" w:cs="宋体"/>
          <w:color w:val="000000"/>
        </w:rPr>
        <w:t>，求解判断即可．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6+14+16+18+26=80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）设中间的数为</w:t>
      </w:r>
      <w:r>
        <w:rPr>
          <w:rFonts w:ascii="Times New Roman" w:eastAsia="Times New Roman" w:hAnsi="Times New Roman" w:cs="Times New Roman"/>
          <w:i/>
          <w:color w:val="000000"/>
        </w:rPr>
        <w:t>x</w:t>
      </w:r>
      <w:r>
        <w:rPr>
          <w:rFonts w:ascii="宋体" w:eastAsia="宋体" w:hAnsi="宋体" w:cs="宋体"/>
          <w:color w:val="000000"/>
        </w:rPr>
        <w:t>，则其他四个数分别为</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∴这五个数的和是</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+10=5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）得，设中间的数为</w:t>
      </w:r>
      <w:r>
        <w:rPr>
          <w:rFonts w:ascii="Times New Roman" w:eastAsia="Times New Roman" w:hAnsi="Times New Roman" w:cs="Times New Roman"/>
          <w:i/>
          <w:color w:val="000000"/>
        </w:rPr>
        <w:t>x</w:t>
      </w:r>
      <w:r>
        <w:rPr>
          <w:rFonts w:ascii="宋体" w:eastAsia="宋体" w:hAnsi="宋体" w:cs="宋体"/>
          <w:color w:val="000000"/>
        </w:rPr>
        <w:t>，则这五个数的和是</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2020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=404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∴这五个数分别为：</w:t>
      </w:r>
      <w:r>
        <w:rPr>
          <w:rFonts w:ascii="Times New Roman" w:eastAsia="Times New Roman" w:hAnsi="Times New Roman" w:cs="Times New Roman"/>
          <w:color w:val="000000"/>
        </w:rPr>
        <w:t>394</w:t>
      </w:r>
      <w:r>
        <w:rPr>
          <w:rFonts w:ascii="宋体" w:eastAsia="宋体" w:hAnsi="宋体" w:cs="宋体"/>
          <w:color w:val="000000"/>
        </w:rPr>
        <w:t>，</w:t>
      </w:r>
      <w:r>
        <w:rPr>
          <w:rFonts w:ascii="Times New Roman" w:eastAsia="Times New Roman" w:hAnsi="Times New Roman" w:cs="Times New Roman"/>
          <w:color w:val="000000"/>
        </w:rPr>
        <w:t>402</w:t>
      </w:r>
      <w:r>
        <w:rPr>
          <w:rFonts w:ascii="宋体" w:eastAsia="宋体" w:hAnsi="宋体" w:cs="宋体"/>
          <w:color w:val="000000"/>
        </w:rPr>
        <w:t>，</w:t>
      </w:r>
      <w:r>
        <w:rPr>
          <w:rFonts w:ascii="Times New Roman" w:eastAsia="Times New Roman" w:hAnsi="Times New Roman" w:cs="Times New Roman"/>
          <w:color w:val="000000"/>
        </w:rPr>
        <w:t>404</w:t>
      </w:r>
      <w:r>
        <w:rPr>
          <w:rFonts w:ascii="宋体" w:eastAsia="宋体" w:hAnsi="宋体" w:cs="宋体"/>
          <w:color w:val="000000"/>
        </w:rPr>
        <w:t>，</w:t>
      </w:r>
      <w:r>
        <w:rPr>
          <w:rFonts w:ascii="Times New Roman" w:eastAsia="Times New Roman" w:hAnsi="Times New Roman" w:cs="Times New Roman"/>
          <w:color w:val="000000"/>
        </w:rPr>
        <w:t>406</w:t>
      </w:r>
      <w:r>
        <w:rPr>
          <w:rFonts w:ascii="宋体" w:eastAsia="宋体" w:hAnsi="宋体" w:cs="宋体"/>
          <w:color w:val="000000"/>
        </w:rPr>
        <w:t>，</w:t>
      </w:r>
      <w:r>
        <w:rPr>
          <w:rFonts w:ascii="Times New Roman" w:eastAsia="Times New Roman" w:hAnsi="Times New Roman" w:cs="Times New Roman"/>
          <w:color w:val="000000"/>
        </w:rPr>
        <w:t>414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394,402,404,406,414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）得，设中间的数为</w:t>
      </w:r>
      <w:r>
        <w:rPr>
          <w:rFonts w:ascii="Times New Roman" w:eastAsia="Times New Roman" w:hAnsi="Times New Roman" w:cs="Times New Roman"/>
          <w:i/>
          <w:color w:val="000000"/>
        </w:rPr>
        <w:t>x</w:t>
      </w:r>
      <w:r>
        <w:rPr>
          <w:rFonts w:ascii="宋体" w:eastAsia="宋体" w:hAnsi="宋体" w:cs="宋体"/>
          <w:color w:val="000000"/>
        </w:rPr>
        <w:t>，则这五个数的和是</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2019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0898" type="#_x0000_t75" alt="学科网(www.zxxk.com)--教育资源门户，提供试卷、教案、课件、论文、素材以及各类教学资源下载，还有大量而丰富的教学相关资讯！" style="width:48pt;height:31.5pt" o:oleicon="f" o:ole="">
            <v:imagedata r:id="rId1083" o:title="eqIdf33f74a0764d8e1dee0fbbe2e50067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是整数且为偶数，</w:t>
      </w:r>
    </w:p>
    <w:p>
      <w:pPr>
        <w:spacing w:line="360" w:lineRule="auto"/>
        <w:jc w:val="left"/>
        <w:textAlignment w:val="center"/>
        <w:rPr>
          <w:color w:val="000000"/>
        </w:rPr>
      </w:pPr>
      <w:r>
        <w:rPr>
          <w:rFonts w:ascii="宋体" w:eastAsia="宋体" w:hAnsi="宋体" w:cs="宋体"/>
          <w:color w:val="000000"/>
        </w:rPr>
        <w:t>∴框住的五个数的和不能等于</w:t>
      </w:r>
      <w:r>
        <w:rPr>
          <w:rFonts w:ascii="Times New Roman" w:eastAsia="Times New Roman" w:hAnsi="Times New Roman" w:cs="Times New Roman"/>
          <w:color w:val="000000"/>
        </w:rPr>
        <w:t>2019</w:t>
      </w:r>
      <w:r>
        <w:rPr>
          <w:rFonts w:ascii="宋体" w:eastAsia="宋体" w:hAnsi="宋体" w:cs="宋体"/>
          <w:color w:val="000000"/>
        </w:rPr>
        <w:t>．</w:t>
      </w:r>
    </w:p>
    <w:p>
      <w:pPr>
        <w:spacing w:line="360" w:lineRule="auto"/>
        <w:jc w:val="left"/>
        <w:textAlignment w:val="center"/>
        <w:rPr>
          <w:color w:val="000000"/>
        </w:rPr>
        <w:sectPr w:rsidSect="00C321EB">
          <w:headerReference w:type="even" r:id="rId299"/>
          <w:footerReference w:type="even" r:id="rId300"/>
          <w:headerReference w:type="first" r:id="rId301"/>
          <w:footerReference w:type="first" r:id="rId302"/>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此题考查有理数的加法法则，列代数式的实际应用，解一元一次方程，熟练掌握各知识点并应用解决问题是解题的关键．</w:t>
      </w:r>
    </w:p>
    <w:p>
      <w:pPr>
        <w:pStyle w:val="Heading2"/>
      </w:pPr>
      <w:r>
        <w:t>北京22中、21中联盟校</w:t>
      </w:r>
    </w:p>
    <w:p>
      <w:pPr>
        <w:spacing w:line="360" w:lineRule="auto"/>
        <w:jc w:val="left"/>
        <w:textAlignment w:val="center"/>
        <w:rPr>
          <w:color w:val="000000"/>
        </w:rPr>
      </w:pPr>
      <w:r>
        <w:rPr>
          <w:color w:val="000000"/>
        </w:rPr>
        <w:t xml:space="preserve">25. </w:t>
      </w:r>
      <w:r>
        <w:rPr>
          <w:rFonts w:ascii="宋体" w:eastAsia="宋体" w:hAnsi="宋体" w:cs="宋体"/>
          <w:color w:val="000000"/>
        </w:rPr>
        <w:t>列方程解应用题：京张高铁是</w:t>
      </w:r>
      <w:r>
        <w:rPr>
          <w:rFonts w:ascii="Times New Roman" w:eastAsia="Times New Roman" w:hAnsi="Times New Roman" w:cs="Times New Roman"/>
          <w:color w:val="000000"/>
        </w:rPr>
        <w:t>2022</w:t>
      </w:r>
      <w:r>
        <w:rPr>
          <w:rFonts w:ascii="宋体" w:eastAsia="宋体" w:hAnsi="宋体" w:cs="宋体"/>
          <w:color w:val="000000"/>
        </w:rPr>
        <w:t>年北京冬奥会的重要交通基础设施．考虑到不同路段的特殊情况，将根据不同的运行区间设置不同的时速．其中，北京北站到清河段全长</w:t>
      </w:r>
      <w:r>
        <w:rPr>
          <w:rFonts w:ascii="Times New Roman" w:eastAsia="Times New Roman" w:hAnsi="Times New Roman" w:cs="Times New Roman"/>
          <w:color w:val="000000"/>
        </w:rPr>
        <w:t>11</w:t>
      </w:r>
      <w:r>
        <w:rPr>
          <w:rFonts w:ascii="宋体" w:eastAsia="宋体" w:hAnsi="宋体" w:cs="宋体"/>
          <w:color w:val="000000"/>
        </w:rPr>
        <w:t>千米，分为地下清华园隧道和地上区间两部分，地下清华园隧道运行速度为</w:t>
      </w:r>
      <w:r>
        <w:rPr>
          <w:rFonts w:ascii="Times New Roman" w:eastAsia="Times New Roman" w:hAnsi="Times New Roman" w:cs="Times New Roman"/>
          <w:color w:val="000000"/>
        </w:rPr>
        <w:t>80</w:t>
      </w:r>
      <w:r>
        <w:rPr>
          <w:rFonts w:ascii="宋体" w:eastAsia="宋体" w:hAnsi="宋体" w:cs="宋体"/>
          <w:color w:val="000000"/>
        </w:rPr>
        <w:t>千米/小时．地上区间运行速度为</w:t>
      </w:r>
      <w:r>
        <w:rPr>
          <w:rFonts w:ascii="Times New Roman" w:eastAsia="Times New Roman" w:hAnsi="Times New Roman" w:cs="Times New Roman"/>
          <w:color w:val="000000"/>
        </w:rPr>
        <w:t>120</w:t>
      </w:r>
      <w:r>
        <w:rPr>
          <w:rFonts w:ascii="宋体" w:eastAsia="宋体" w:hAnsi="宋体" w:cs="宋体"/>
          <w:color w:val="000000"/>
        </w:rPr>
        <w:t>千米/小时．按此运行速度，地下清华园隧道运行时间比地上区间运行时间多</w:t>
      </w:r>
      <w:r>
        <w:rPr>
          <w:rFonts w:ascii="Times New Roman" w:eastAsia="Times New Roman" w:hAnsi="Times New Roman" w:cs="Times New Roman"/>
          <w:color w:val="000000"/>
        </w:rPr>
        <w:t>2</w:t>
      </w:r>
      <w:r>
        <w:rPr>
          <w:rFonts w:ascii="宋体" w:eastAsia="宋体" w:hAnsi="宋体" w:cs="宋体"/>
          <w:color w:val="000000"/>
        </w:rPr>
        <w:t>分钟，求地下清华园隧道全长为多少千米．</w:t>
      </w:r>
    </w:p>
    <w:p>
      <w:pPr>
        <w:spacing w:line="360" w:lineRule="auto"/>
        <w:textAlignment w:val="center"/>
        <w:rPr>
          <w:color w:val="000000"/>
        </w:rPr>
      </w:pPr>
      <w:r>
        <w:rPr>
          <w:color w:val="2E75B6"/>
        </w:rPr>
        <w:t>【答案】</w:t>
      </w:r>
      <w:r>
        <w:rPr>
          <w:rFonts w:ascii="宋体" w:eastAsia="宋体" w:hAnsi="宋体" w:cs="宋体"/>
          <w:color w:val="000000"/>
        </w:rPr>
        <w:t>地下清华园隧道全长为</w:t>
      </w:r>
      <w:r>
        <w:rPr>
          <w:rFonts w:ascii="Times New Roman" w:eastAsia="Times New Roman" w:hAnsi="Times New Roman" w:cs="Times New Roman"/>
          <w:color w:val="000000"/>
        </w:rPr>
        <w:t>6</w:t>
      </w:r>
      <w:r>
        <w:rPr>
          <w:rFonts w:ascii="宋体" w:eastAsia="宋体" w:hAnsi="宋体" w:cs="宋体"/>
          <w:color w:val="000000"/>
        </w:rPr>
        <w:t>千米.</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设地下清华园隧道全长为</w:t>
      </w:r>
      <w:r>
        <w:rPr>
          <w:rFonts w:ascii="Times New Roman" w:eastAsia="Times New Roman" w:hAnsi="Times New Roman" w:cs="Times New Roman"/>
          <w:i/>
          <w:color w:val="000000"/>
        </w:rPr>
        <w:t>x</w:t>
      </w:r>
      <w:r>
        <w:rPr>
          <w:rFonts w:ascii="宋体" w:eastAsia="宋体" w:hAnsi="宋体" w:cs="宋体"/>
          <w:color w:val="000000"/>
        </w:rPr>
        <w:t>千米，根据“地下隧道运行时间比地上大约多</w:t>
      </w:r>
      <w:r>
        <w:rPr>
          <w:rFonts w:ascii="Times New Roman" w:eastAsia="Times New Roman" w:hAnsi="Times New Roman" w:cs="Times New Roman"/>
          <w:color w:val="000000"/>
        </w:rPr>
        <w:t>2</w:t>
      </w:r>
      <w:r>
        <w:rPr>
          <w:rFonts w:ascii="宋体" w:eastAsia="宋体" w:hAnsi="宋体" w:cs="宋体"/>
          <w:color w:val="000000"/>
        </w:rPr>
        <w:t>分钟（</w:t>
      </w:r>
      <w:r>
        <w:pict>
          <v:shape id="_x0000_i710899" type="#_x0000_t75" alt="学科网(www.zxxk.com)--教育资源门户，提供试卷、教案、课件、论文、素材以及各类教学资源下载，还有大量而丰富的教学相关资讯！" style="width:17.25pt;height:30.75pt" o:oleicon="f" o:ole="">
            <v:imagedata r:id="rId1084" o:title="eqIdee2196a9fdcef8d0874487c5f85fdb40"/>
          </v:shape>
        </w:pict>
      </w:r>
      <w:r>
        <w:rPr>
          <w:rFonts w:ascii="宋体" w:eastAsia="宋体" w:hAnsi="宋体" w:cs="宋体"/>
          <w:color w:val="000000"/>
        </w:rPr>
        <w:t>小时）”列出方程，再解方程即可．</w:t>
      </w:r>
    </w:p>
    <w:p>
      <w:pPr>
        <w:spacing w:line="360" w:lineRule="auto"/>
        <w:jc w:val="left"/>
        <w:textAlignment w:val="center"/>
        <w:rPr>
          <w:color w:val="000000"/>
        </w:rPr>
      </w:pPr>
      <w:r>
        <w:rPr>
          <w:color w:val="000000"/>
        </w:rPr>
        <w:t>【详解】</w:t>
      </w:r>
      <w:r>
        <w:rPr>
          <w:rFonts w:ascii="宋体" w:eastAsia="宋体" w:hAnsi="宋体" w:cs="宋体"/>
          <w:color w:val="000000"/>
        </w:rPr>
        <w:t>解：设地下清华园隧道全长为</w:t>
      </w:r>
      <w:r>
        <w:rPr>
          <w:rFonts w:ascii="Times New Roman" w:eastAsia="Times New Roman" w:hAnsi="Times New Roman" w:cs="Times New Roman"/>
          <w:i/>
          <w:color w:val="000000"/>
        </w:rPr>
        <w:t>x</w:t>
      </w:r>
      <w:r>
        <w:rPr>
          <w:rFonts w:ascii="宋体" w:eastAsia="宋体" w:hAnsi="宋体" w:cs="宋体"/>
          <w:color w:val="000000"/>
        </w:rPr>
        <w:t>千米，则地上区间全长为（</w:t>
      </w:r>
      <w:r>
        <w:rPr>
          <w:rFonts w:ascii="Times New Roman" w:eastAsia="Times New Roman" w:hAnsi="Times New Roman" w:cs="Times New Roman"/>
          <w:color w:val="000000"/>
        </w:rPr>
        <w:t>11-</w:t>
      </w:r>
      <w:r>
        <w:rPr>
          <w:rFonts w:ascii="Times New Roman" w:eastAsia="Times New Roman" w:hAnsi="Times New Roman" w:cs="Times New Roman"/>
          <w:i/>
          <w:color w:val="000000"/>
        </w:rPr>
        <w:t>x</w:t>
      </w:r>
      <w:r>
        <w:rPr>
          <w:rFonts w:ascii="宋体" w:eastAsia="宋体" w:hAnsi="宋体" w:cs="宋体"/>
          <w:color w:val="000000"/>
        </w:rPr>
        <w:t>）千米，</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依题意得：</w:t>
      </w:r>
      <w:r>
        <w:pict>
          <v:shape id="_x0000_i710900" type="#_x0000_t75" alt="学科网(www.zxxk.com)--教育资源门户，提供试卷、教案、课件、论文、素材以及各类教学资源下载，还有大量而丰富的教学相关资讯！" style="width:81.75pt;height:30.75pt" o:oleicon="f" o:ole="">
            <v:imagedata r:id="rId1085" o:title="eqId0d35ed4885a5848d73579ddd6601f20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整理得：</w:t>
      </w:r>
      <w:r>
        <w:pict>
          <v:shape id="_x0000_i710901" type="#_x0000_t75" alt="学科网(www.zxxk.com)--教育资源门户，提供试卷、教案、课件、论文、素材以及各类教学资源下载，还有大量而丰富的教学相关资讯！" style="width:42.05pt;height:16.05pt" o:oleicon="f" o:ole="">
            <v:imagedata r:id="rId1086" o:title="eqIde1d122e783c9e6562a53eff7f7cd742d"/>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解得：</w:t>
      </w:r>
      <w:r>
        <w:pict>
          <v:shape id="_x0000_i710902" type="#_x0000_t75" alt="学科网(www.zxxk.com)--教育资源门户，提供试卷、教案、课件、论文、素材以及各类教学资源下载，还有大量而丰富的教学相关资讯！" style="width:31pt;height:16pt" o:oleicon="f" o:ole="">
            <v:imagedata r:id="rId1087" o:title="eqIddf14e4a92772280fb1b08d1d33727281"/>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答：地下清华园隧道全长为</w:t>
      </w:r>
      <w:r>
        <w:rPr>
          <w:rFonts w:ascii="Times New Roman" w:eastAsia="Times New Roman" w:hAnsi="Times New Roman" w:cs="Times New Roman"/>
          <w:color w:val="000000"/>
        </w:rPr>
        <w:t>6</w:t>
      </w:r>
      <w:r>
        <w:rPr>
          <w:rFonts w:ascii="宋体" w:eastAsia="宋体" w:hAnsi="宋体" w:cs="宋体"/>
          <w:color w:val="000000"/>
        </w:rPr>
        <w:t>千米.</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本题考查了一元一次方程的应用，解答本题的关键是读懂题意，设出未知数，找出合适的等量关系，列方程．</w:t>
      </w:r>
    </w:p>
    <w:p>
      <w:pPr>
        <w:spacing w:line="360" w:lineRule="auto"/>
        <w:jc w:val="left"/>
        <w:textAlignment w:val="center"/>
        <w:rPr>
          <w:color w:val="000000"/>
        </w:rPr>
      </w:pPr>
      <w:r>
        <w:rPr>
          <w:color w:val="000000"/>
        </w:rPr>
        <w:t xml:space="preserve">26. </w:t>
      </w:r>
      <w:r>
        <w:rPr>
          <w:rFonts w:ascii="宋体" w:eastAsia="宋体" w:hAnsi="宋体" w:cs="宋体"/>
          <w:color w:val="000000"/>
        </w:rPr>
        <w:t>已知点</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是数轴上的三个点．若点</w:t>
      </w:r>
      <w:r>
        <w:rPr>
          <w:rFonts w:ascii="Times New Roman" w:eastAsia="Times New Roman" w:hAnsi="Times New Roman" w:cs="Times New Roman"/>
          <w:i/>
          <w:color w:val="000000"/>
        </w:rPr>
        <w:t>P</w:t>
      </w:r>
      <w:r>
        <w:rPr>
          <w:rFonts w:ascii="宋体" w:eastAsia="宋体" w:hAnsi="宋体" w:cs="宋体"/>
          <w:color w:val="000000"/>
        </w:rPr>
        <w:t>到原点的距离等于点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到原点距离的和的一半，则称点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，下列各数﹣</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在数轴上所对应的点分别是</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，其中是点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的是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，且点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5</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沿数轴正方向移动</w:t>
      </w:r>
      <w:r>
        <w:rPr>
          <w:rFonts w:ascii="Times New Roman" w:eastAsia="Times New Roman" w:hAnsi="Times New Roman" w:cs="Times New Roman"/>
          <w:color w:val="000000"/>
        </w:rPr>
        <w:t>4</w:t>
      </w:r>
      <w:r>
        <w:rPr>
          <w:rFonts w:ascii="宋体" w:eastAsia="宋体" w:hAnsi="宋体" w:cs="宋体"/>
          <w:color w:val="000000"/>
        </w:rPr>
        <w:t>个单位长度，得到点</w:t>
      </w:r>
      <w:r>
        <w:rPr>
          <w:rFonts w:ascii="Times New Roman" w:eastAsia="Times New Roman" w:hAnsi="Times New Roman" w:cs="Times New Roman"/>
          <w:i/>
          <w:color w:val="000000"/>
        </w:rPr>
        <w:t>B</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时，直接写出</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或</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-7</w:t>
      </w:r>
      <w:r>
        <w:rPr>
          <w:color w:val="000000"/>
        </w:rPr>
        <w:t xml:space="preserve">    </w:t>
      </w:r>
      <w:r>
        <w:rPr>
          <w:color w:val="000000"/>
        </w:rPr>
        <w:t>（3）</w:t>
      </w:r>
      <w:r>
        <w:rPr>
          <w:rFonts w:ascii="Times New Roman" w:eastAsia="Times New Roman" w:hAnsi="Times New Roman" w:cs="Times New Roman"/>
          <w:color w:val="000000"/>
        </w:rPr>
        <w:t>0</w:t>
      </w:r>
      <w:r>
        <w:rPr>
          <w:rFonts w:ascii="宋体" w:eastAsia="宋体" w:hAnsi="宋体" w:cs="宋体"/>
          <w:color w:val="000000"/>
        </w:rPr>
        <w:t>或</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）先求出点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距原点的距离，再求出点</w:t>
      </w:r>
      <w:r>
        <w:rPr>
          <w:rFonts w:ascii="Times New Roman" w:eastAsia="Times New Roman" w:hAnsi="Times New Roman" w:cs="Times New Roman"/>
          <w:i/>
          <w:color w:val="000000"/>
        </w:rPr>
        <w:t>P</w:t>
      </w:r>
      <w:r>
        <w:rPr>
          <w:rFonts w:ascii="宋体" w:eastAsia="宋体" w:hAnsi="宋体" w:cs="宋体"/>
          <w:color w:val="000000"/>
        </w:rPr>
        <w:t>到原点的距离，确定点</w:t>
      </w:r>
      <w:r>
        <w:rPr>
          <w:rFonts w:ascii="Times New Roman" w:eastAsia="Times New Roman" w:hAnsi="Times New Roman" w:cs="Times New Roman"/>
          <w:i/>
          <w:color w:val="000000"/>
        </w:rPr>
        <w:t>P</w:t>
      </w:r>
      <w:r>
        <w:rPr>
          <w:rFonts w:ascii="宋体" w:eastAsia="宋体" w:hAnsi="宋体" w:cs="宋体"/>
          <w:color w:val="000000"/>
        </w:rPr>
        <w:t>表示的数即可；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）先求出点</w:t>
      </w:r>
      <w:r>
        <w:rPr>
          <w:rFonts w:ascii="Times New Roman" w:eastAsia="Times New Roman" w:hAnsi="Times New Roman" w:cs="Times New Roman"/>
          <w:i/>
          <w:color w:val="000000"/>
        </w:rPr>
        <w:t>P</w:t>
      </w:r>
      <w:r>
        <w:rPr>
          <w:rFonts w:ascii="宋体" w:eastAsia="宋体" w:hAnsi="宋体" w:cs="宋体"/>
          <w:color w:val="000000"/>
        </w:rPr>
        <w:t>到原点的距离，进而根据</w:t>
      </w:r>
      <w:r>
        <w:rPr>
          <w:rFonts w:ascii="Times New Roman" w:eastAsia="Times New Roman" w:hAnsi="Times New Roman" w:cs="Times New Roman"/>
          <w:color w:val="000000"/>
        </w:rPr>
        <w:t xml:space="preserve"> </w:t>
      </w:r>
      <w:r>
        <w:rPr>
          <w:rFonts w:ascii="宋体" w:eastAsia="宋体" w:hAnsi="宋体" w:cs="宋体"/>
          <w:color w:val="000000"/>
        </w:rPr>
        <w:t>“关联数”的定义确定到原点的距离，确定点</w:t>
      </w:r>
      <w:r>
        <w:rPr>
          <w:rFonts w:ascii="Times New Roman" w:eastAsia="Times New Roman" w:hAnsi="Times New Roman" w:cs="Times New Roman"/>
          <w:i/>
          <w:color w:val="000000"/>
        </w:rPr>
        <w:t>P</w:t>
      </w:r>
      <w:r>
        <w:rPr>
          <w:rFonts w:ascii="宋体" w:eastAsia="宋体" w:hAnsi="宋体" w:cs="宋体"/>
          <w:color w:val="000000"/>
        </w:rPr>
        <w:t>表示的数即可；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）由题意可知，点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，然后根据</w:t>
      </w:r>
      <w:r>
        <w:rPr>
          <w:rFonts w:ascii="Times New Roman" w:eastAsia="Times New Roman" w:hAnsi="Times New Roman" w:cs="Times New Roman"/>
          <w:color w:val="000000"/>
        </w:rPr>
        <w:t xml:space="preserve"> </w:t>
      </w:r>
      <w:r>
        <w:rPr>
          <w:rFonts w:ascii="宋体" w:eastAsia="宋体" w:hAnsi="宋体" w:cs="宋体"/>
          <w:color w:val="000000"/>
        </w:rPr>
        <w:t>“关联数”的定义求出点</w:t>
      </w:r>
      <w:r>
        <w:rPr>
          <w:rFonts w:ascii="Times New Roman" w:eastAsia="Times New Roman" w:hAnsi="Times New Roman" w:cs="Times New Roman"/>
          <w:i/>
          <w:color w:val="000000"/>
        </w:rPr>
        <w:t>P</w:t>
      </w:r>
      <w:r>
        <w:rPr>
          <w:rFonts w:ascii="宋体" w:eastAsia="宋体" w:hAnsi="宋体" w:cs="宋体"/>
          <w:color w:val="000000"/>
        </w:rPr>
        <w:t>到原点的距离，确定点</w:t>
      </w:r>
      <w:r>
        <w:rPr>
          <w:rFonts w:ascii="Times New Roman" w:eastAsia="Times New Roman" w:hAnsi="Times New Roman" w:cs="Times New Roman"/>
          <w:i/>
          <w:color w:val="000000"/>
        </w:rPr>
        <w:t>P</w:t>
      </w:r>
      <w:r>
        <w:rPr>
          <w:rFonts w:ascii="宋体" w:eastAsia="宋体" w:hAnsi="宋体" w:cs="宋体"/>
          <w:color w:val="000000"/>
        </w:rPr>
        <w:t>表示的数；然后再求出</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宋体" w:eastAsia="宋体" w:hAnsi="宋体" w:cs="宋体"/>
          <w:color w:val="000000"/>
        </w:rPr>
        <w:t>，最后作差即可．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3</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到原点距离的和为：</w:t>
      </w:r>
      <w:r>
        <w:rPr>
          <w:rFonts w:ascii="Times New Roman" w:eastAsia="Times New Roman" w:hAnsi="Times New Roman" w:cs="Times New Roman"/>
          <w:color w:val="000000"/>
        </w:rPr>
        <w:t>1+3=4</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2</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或</w:t>
      </w:r>
      <w:r>
        <w:rPr>
          <w:rFonts w:ascii="Times New Roman" w:eastAsia="Times New Roman" w:hAnsi="Times New Roman" w:cs="Times New Roman"/>
          <w:i/>
          <w:color w:val="000000"/>
        </w:rPr>
        <w:t>P</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，且点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到原点距离的和为：</w:t>
      </w:r>
      <w:r>
        <w:rPr>
          <w:rFonts w:ascii="Times New Roman" w:eastAsia="Times New Roman" w:hAnsi="Times New Roman" w:cs="Times New Roman"/>
          <w:color w:val="000000"/>
        </w:rPr>
        <w:t>5×2=10</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3</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到原点距离为</w:t>
      </w:r>
      <w:r>
        <w:rPr>
          <w:rFonts w:ascii="Times New Roman" w:eastAsia="Times New Roman" w:hAnsi="Times New Roman" w:cs="Times New Roman"/>
          <w:color w:val="000000"/>
        </w:rPr>
        <w:t>3</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到原点距离为</w:t>
      </w:r>
      <w:r>
        <w:rPr>
          <w:rFonts w:ascii="Times New Roman" w:eastAsia="Times New Roman" w:hAnsi="Times New Roman" w:cs="Times New Roman"/>
          <w:color w:val="000000"/>
        </w:rPr>
        <w:t>10-3=7</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-7</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的值为</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沿数轴正方向移动</w:t>
      </w:r>
      <w:r>
        <w:rPr>
          <w:rFonts w:ascii="Times New Roman" w:eastAsia="Times New Roman" w:hAnsi="Times New Roman" w:cs="Times New Roman"/>
          <w:color w:val="000000"/>
        </w:rPr>
        <w:t>4</w:t>
      </w:r>
      <w:r>
        <w:rPr>
          <w:rFonts w:ascii="宋体" w:eastAsia="宋体" w:hAnsi="宋体" w:cs="宋体"/>
          <w:color w:val="000000"/>
        </w:rPr>
        <w:t>个单位长度，得到点</w:t>
      </w:r>
      <w:r>
        <w:rPr>
          <w:rFonts w:ascii="Times New Roman" w:eastAsia="Times New Roman" w:hAnsi="Times New Roman" w:cs="Times New Roman"/>
          <w:i/>
          <w:color w:val="000000"/>
        </w:rPr>
        <w:t>B</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+4=2</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表示</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PB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2-2=0</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表示</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PB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=0</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sectPr w:rsidSect="00C321EB">
          <w:headerReference w:type="even" r:id="rId351"/>
          <w:footerReference w:type="even" r:id="rId352"/>
          <w:headerReference w:type="first" r:id="rId353"/>
          <w:footerReference w:type="first" r:id="rId354"/>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本题主要考查了数轴上两点间的距离以及</w:t>
      </w:r>
      <w:r>
        <w:rPr>
          <w:rFonts w:ascii="Times New Roman" w:eastAsia="Times New Roman" w:hAnsi="Times New Roman" w:cs="Times New Roman"/>
          <w:color w:val="000000"/>
        </w:rPr>
        <w:t>“</w:t>
      </w:r>
      <w:r>
        <w:rPr>
          <w:rFonts w:ascii="宋体" w:eastAsia="宋体" w:hAnsi="宋体" w:cs="宋体"/>
          <w:color w:val="000000"/>
        </w:rPr>
        <w:t>关联数</w:t>
      </w:r>
      <w:r>
        <w:rPr>
          <w:rFonts w:ascii="Times New Roman" w:eastAsia="Times New Roman" w:hAnsi="Times New Roman" w:cs="Times New Roman"/>
          <w:color w:val="000000"/>
        </w:rPr>
        <w:t>”</w:t>
      </w:r>
      <w:r>
        <w:rPr>
          <w:rFonts w:ascii="宋体" w:eastAsia="宋体" w:hAnsi="宋体" w:cs="宋体"/>
          <w:color w:val="000000"/>
        </w:rPr>
        <w:t>的定义，掌握数轴上两点间的距离的计算方法是解答本题的关键．</w:t>
      </w:r>
    </w:p>
    <w:p>
      <w:pPr>
        <w:pStyle w:val="Heading2"/>
      </w:pPr>
      <w:r>
        <w:t>大兴区</w:t>
      </w:r>
    </w:p>
    <w:p>
      <w:pPr>
        <w:spacing w:line="360" w:lineRule="auto"/>
        <w:jc w:val="both"/>
        <w:textAlignment w:val="center"/>
        <w:rPr>
          <w:color w:val="000000"/>
        </w:rPr>
      </w:pPr>
      <w:r>
        <w:rPr>
          <w:color w:val="000000"/>
        </w:rPr>
        <w:t xml:space="preserve">27. </w:t>
      </w:r>
      <w:r>
        <w:rPr>
          <w:rFonts w:ascii="宋体" w:eastAsia="宋体" w:hAnsi="宋体" w:cs="宋体"/>
          <w:color w:val="000000"/>
        </w:rPr>
        <w:t>设</w:t>
      </w:r>
      <w:r>
        <w:pict>
          <v:shape id="_x0000_i710903" type="#_x0000_t75" alt="学科网(www.zxxk.com)--教育资源门户，提供试卷、教案、课件、论文、素材以及各类教学资源下载，还有大量而丰富的教学相关资讯！" style="width:16pt;height:17.5pt" o:oleicon="f" o:ole="">
            <v:imagedata r:id="rId1088" o:title="eqId54cbdd32c22ec3b95b2db156ae28dfd5"/>
          </v:shape>
        </w:pict>
      </w:r>
      <w:r>
        <w:rPr>
          <w:rFonts w:ascii="宋体" w:eastAsia="宋体" w:hAnsi="宋体" w:cs="宋体"/>
          <w:color w:val="000000"/>
        </w:rPr>
        <w:t>是一个两位数，如果</w:t>
      </w:r>
      <w:r>
        <w:pict>
          <v:shape id="_x0000_i710904" type="#_x0000_t75" alt="学科网(www.zxxk.com)--教育资源门户，提供试卷、教案、课件、论文、素材以及各类教学资源下载，还有大量而丰富的教学相关资讯！" style="width:27pt;height:14.25pt" o:oleicon="f" o:ole="">
            <v:imagedata r:id="rId1089" o:title="eqId20d6fc9b90f370fbb27552876b650f8f"/>
          </v:shape>
        </w:pict>
      </w:r>
      <w:r>
        <w:rPr>
          <w:rFonts w:ascii="宋体" w:eastAsia="宋体" w:hAnsi="宋体" w:cs="宋体"/>
          <w:color w:val="000000"/>
        </w:rPr>
        <w:t>可以被</w:t>
      </w:r>
      <w:r>
        <w:rPr>
          <w:rFonts w:ascii="Times New Roman" w:eastAsia="Times New Roman" w:hAnsi="Times New Roman" w:cs="Times New Roman"/>
          <w:color w:val="000000"/>
        </w:rPr>
        <w:t>9</w:t>
      </w:r>
      <w:r>
        <w:rPr>
          <w:rFonts w:ascii="宋体" w:eastAsia="宋体" w:hAnsi="宋体" w:cs="宋体"/>
          <w:color w:val="000000"/>
        </w:rPr>
        <w:t>整除，则这个两位数可以被</w:t>
      </w:r>
      <w:r>
        <w:rPr>
          <w:rFonts w:ascii="Times New Roman" w:eastAsia="Times New Roman" w:hAnsi="Times New Roman" w:cs="Times New Roman"/>
          <w:color w:val="000000"/>
        </w:rPr>
        <w:t>9</w:t>
      </w:r>
      <w:r>
        <w:rPr>
          <w:rFonts w:ascii="宋体" w:eastAsia="宋体" w:hAnsi="宋体" w:cs="宋体"/>
          <w:color w:val="000000"/>
        </w:rPr>
        <w:t>整除吗？为什么？</w:t>
      </w:r>
    </w:p>
    <w:p>
      <w:pPr>
        <w:spacing w:line="360" w:lineRule="auto"/>
        <w:textAlignment w:val="center"/>
        <w:rPr>
          <w:color w:val="000000"/>
        </w:rPr>
      </w:pPr>
      <w:r>
        <w:rPr>
          <w:color w:val="2E75B6"/>
        </w:rPr>
        <w:t>【答案】</w:t>
      </w:r>
      <w:r>
        <w:rPr>
          <w:rFonts w:ascii="宋体" w:eastAsia="宋体" w:hAnsi="宋体" w:cs="宋体"/>
          <w:color w:val="000000"/>
        </w:rPr>
        <w:t>可以，理由见解析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首先将这个两位数表示出来，再将其变形得</w:t>
      </w:r>
      <w:r>
        <w:pict>
          <v:shape id="_x0000_i710905" type="#_x0000_t75" alt="学科网(www.zxxk.com)--教育资源门户，提供试卷、教案、课件、论文、素材以及各类教学资源下载，还有大量而丰富的教学相关资讯！" style="width:59.25pt;height:20.25pt" o:oleicon="f" o:ole="">
            <v:imagedata r:id="rId1090" o:title="eqId1a400bf0837f2cf4002cd4f2a0615a2f"/>
          </v:shape>
        </w:pict>
      </w:r>
      <w:r>
        <w:rPr>
          <w:rFonts w:ascii="宋体" w:eastAsia="宋体" w:hAnsi="宋体" w:cs="宋体"/>
          <w:color w:val="000000"/>
        </w:rPr>
        <w:t>，由已知条件可得</w:t>
      </w:r>
      <w:r>
        <w:pict>
          <v:shape id="_x0000_i710906" type="#_x0000_t75" alt="学科网(www.zxxk.com)--教育资源门户，提供试卷、教案、课件、论文、素材以及各类教学资源下载，还有大量而丰富的教学相关资讯！" style="width:15.75pt;height:14.25pt" o:oleicon="f" o:ole="">
            <v:imagedata r:id="rId1091" o:title="eqId8872e34889a43f3ea33b35cf157f72ad"/>
          </v:shape>
        </w:pict>
      </w:r>
      <w:r>
        <w:rPr>
          <w:rFonts w:ascii="宋体" w:eastAsia="宋体" w:hAnsi="宋体" w:cs="宋体"/>
          <w:color w:val="000000"/>
        </w:rPr>
        <w:t>及</w:t>
      </w:r>
      <w:r>
        <w:pict>
          <v:shape id="_x0000_i710907" type="#_x0000_t75" alt="学科网(www.zxxk.com)--教育资源门户，提供试卷、教案、课件、论文、素材以及各类教学资源下载，还有大量而丰富的教学相关资讯！" style="width:27pt;height:14.25pt" o:oleicon="f" o:ole="">
            <v:imagedata r:id="rId1092" o:title="eqId20d6fc9b90f370fbb27552876b650f8f"/>
          </v:shape>
        </w:pict>
      </w:r>
      <w:r>
        <w:rPr>
          <w:rFonts w:ascii="宋体" w:eastAsia="宋体" w:hAnsi="宋体" w:cs="宋体"/>
          <w:color w:val="000000"/>
        </w:rPr>
        <w:t>均能被</w:t>
      </w:r>
      <w:r>
        <w:rPr>
          <w:rFonts w:ascii="Times New Roman" w:eastAsia="Times New Roman" w:hAnsi="Times New Roman" w:cs="Times New Roman"/>
          <w:color w:val="000000"/>
        </w:rPr>
        <w:t>9</w:t>
      </w:r>
      <w:r>
        <w:rPr>
          <w:rFonts w:ascii="宋体" w:eastAsia="宋体" w:hAnsi="宋体" w:cs="宋体"/>
          <w:color w:val="000000"/>
        </w:rPr>
        <w:t>整除，从而证得这个两位数也能被</w:t>
      </w:r>
      <w:r>
        <w:rPr>
          <w:rFonts w:ascii="Times New Roman" w:eastAsia="Times New Roman" w:hAnsi="Times New Roman" w:cs="Times New Roman"/>
          <w:color w:val="000000"/>
        </w:rPr>
        <w:t>9</w:t>
      </w:r>
      <w:r>
        <w:rPr>
          <w:rFonts w:ascii="宋体" w:eastAsia="宋体" w:hAnsi="宋体" w:cs="宋体"/>
          <w:color w:val="000000"/>
        </w:rPr>
        <w:t>整除．</w:t>
      </w:r>
    </w:p>
    <w:p>
      <w:pPr>
        <w:spacing w:line="360" w:lineRule="auto"/>
        <w:jc w:val="both"/>
        <w:textAlignment w:val="center"/>
        <w:rPr>
          <w:color w:val="000000"/>
        </w:rPr>
      </w:pPr>
      <w:r>
        <w:rPr>
          <w:color w:val="000000"/>
        </w:rPr>
        <w:t>【详解】</w:t>
      </w:r>
      <w:r>
        <w:rPr>
          <w:rFonts w:ascii="宋体" w:eastAsia="宋体" w:hAnsi="宋体" w:cs="宋体"/>
          <w:color w:val="000000"/>
        </w:rPr>
        <w:t>解：可以，理由如下：</w:t>
      </w:r>
    </w:p>
    <w:p>
      <w:pPr>
        <w:spacing w:line="360" w:lineRule="auto"/>
        <w:jc w:val="both"/>
        <w:textAlignment w:val="center"/>
        <w:rPr>
          <w:color w:val="000000"/>
        </w:rPr>
      </w:pPr>
      <w:r>
        <w:rPr>
          <w:rFonts w:ascii="宋体" w:eastAsia="宋体" w:hAnsi="宋体" w:cs="宋体"/>
          <w:color w:val="000000"/>
        </w:rPr>
        <w:t>∵</w:t>
      </w:r>
      <w:r>
        <w:pict>
          <v:shape id="_x0000_i710908" type="#_x0000_t75" alt="学科网(www.zxxk.com)--教育资源门户，提供试卷、教案、课件、论文、素材以及各类教学资源下载，还有大量而丰富的教学相关资讯！" style="width:16pt;height:17.5pt" o:oleicon="f" o:ole="">
            <v:imagedata r:id="rId1093" o:title="eqId54cbdd32c22ec3b95b2db156ae28dfd5"/>
          </v:shape>
        </w:pict>
      </w:r>
      <w:r>
        <w:rPr>
          <w:rFonts w:ascii="宋体" w:eastAsia="宋体" w:hAnsi="宋体" w:cs="宋体"/>
          <w:color w:val="000000"/>
        </w:rPr>
        <w:t>是一个两位数，</w:t>
      </w:r>
    </w:p>
    <w:p>
      <w:pPr>
        <w:spacing w:line="360" w:lineRule="auto"/>
        <w:jc w:val="both"/>
        <w:textAlignment w:val="center"/>
        <w:rPr>
          <w:color w:val="000000"/>
        </w:rPr>
      </w:pPr>
      <w:r>
        <w:rPr>
          <w:rFonts w:ascii="宋体" w:eastAsia="宋体" w:hAnsi="宋体" w:cs="宋体"/>
          <w:color w:val="000000"/>
        </w:rPr>
        <w:t>∴这个两位数为</w:t>
      </w:r>
      <w:r>
        <w:pict>
          <v:shape id="_x0000_i710909" type="#_x0000_t75" alt="学科网(www.zxxk.com)--教育资源门户，提供试卷、教案、课件、论文、素材以及各类教学资源下载，还有大量而丰富的教学相关资讯！" style="width:36.75pt;height:14.25pt" o:oleicon="f" o:ole="">
            <v:imagedata r:id="rId1094" o:title="eqId8391c00b4e767153f77479b75a0ce78e"/>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pict>
          <v:shape id="_x0000_i710910" type="#_x0000_t75" alt="学科网(www.zxxk.com)--教育资源门户，提供试卷、教案、课件、论文、素材以及各类教学资源下载，还有大量而丰富的教学相关资讯！" style="width:104.25pt;height:20.25pt" o:oleicon="f" o:ole="">
            <v:imagedata r:id="rId1095" o:title="eqIdac87ad44e9c6af624942d638744276c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0911" type="#_x0000_t75" alt="学科网(www.zxxk.com)--教育资源门户，提供试卷、教案、课件、论文、素材以及各类教学资源下载，还有大量而丰富的教学相关资讯！" style="width:15.75pt;height:14.25pt" o:oleicon="f" o:ole="">
            <v:imagedata r:id="rId1096" o:title="eqId8872e34889a43f3ea33b35cf157f72ad"/>
          </v:shape>
        </w:pict>
      </w:r>
      <w:r>
        <w:rPr>
          <w:rFonts w:ascii="宋体" w:eastAsia="宋体" w:hAnsi="宋体" w:cs="宋体"/>
          <w:color w:val="000000"/>
        </w:rPr>
        <w:t>能被</w:t>
      </w:r>
      <w:r>
        <w:rPr>
          <w:rFonts w:ascii="Times New Roman" w:eastAsia="Times New Roman" w:hAnsi="Times New Roman" w:cs="Times New Roman"/>
          <w:color w:val="000000"/>
        </w:rPr>
        <w:t>9</w:t>
      </w:r>
      <w:r>
        <w:rPr>
          <w:rFonts w:ascii="宋体" w:eastAsia="宋体" w:hAnsi="宋体" w:cs="宋体"/>
          <w:color w:val="000000"/>
        </w:rPr>
        <w:t>整除，</w:t>
      </w:r>
      <w:r>
        <w:pict>
          <v:shape id="_x0000_i710912" type="#_x0000_t75" alt="学科网(www.zxxk.com)--教育资源门户，提供试卷、教案、课件、论文、素材以及各类教学资源下载，还有大量而丰富的教学相关资讯！" style="width:27pt;height:14.25pt" o:oleicon="f" o:ole="">
            <v:imagedata r:id="rId1097" o:title="eqId20d6fc9b90f370fbb27552876b650f8f"/>
          </v:shape>
        </w:pict>
      </w:r>
      <w:r>
        <w:rPr>
          <w:rFonts w:ascii="宋体" w:eastAsia="宋体" w:hAnsi="宋体" w:cs="宋体"/>
          <w:color w:val="000000"/>
        </w:rPr>
        <w:t>可以被</w:t>
      </w:r>
      <w:r>
        <w:rPr>
          <w:rFonts w:ascii="Times New Roman" w:eastAsia="Times New Roman" w:hAnsi="Times New Roman" w:cs="Times New Roman"/>
          <w:color w:val="000000"/>
        </w:rPr>
        <w:t>9</w:t>
      </w:r>
      <w:r>
        <w:rPr>
          <w:rFonts w:ascii="宋体" w:eastAsia="宋体" w:hAnsi="宋体" w:cs="宋体"/>
          <w:color w:val="000000"/>
        </w:rPr>
        <w:t>整除，</w:t>
      </w:r>
    </w:p>
    <w:p>
      <w:pPr>
        <w:spacing w:line="360" w:lineRule="auto"/>
        <w:jc w:val="both"/>
        <w:textAlignment w:val="center"/>
        <w:rPr>
          <w:color w:val="000000"/>
        </w:rPr>
      </w:pPr>
      <w:r>
        <w:rPr>
          <w:rFonts w:ascii="宋体" w:eastAsia="宋体" w:hAnsi="宋体" w:cs="宋体"/>
          <w:color w:val="000000"/>
        </w:rPr>
        <w:t>∴</w:t>
      </w:r>
      <w:r>
        <w:pict>
          <v:shape id="_x0000_i710913" type="#_x0000_t75" alt="学科网(www.zxxk.com)--教育资源门户，提供试卷、教案、课件、论文、素材以及各类教学资源下载，还有大量而丰富的教学相关资讯！" style="width:59.25pt;height:20.25pt" o:oleicon="f" o:ole="">
            <v:imagedata r:id="rId1098" o:title="eqId1a400bf0837f2cf4002cd4f2a0615a2f"/>
          </v:shape>
        </w:pict>
      </w:r>
      <w:r>
        <w:rPr>
          <w:rFonts w:ascii="宋体" w:eastAsia="宋体" w:hAnsi="宋体" w:cs="宋体"/>
          <w:color w:val="000000"/>
        </w:rPr>
        <w:t>能被</w:t>
      </w:r>
      <w:r>
        <w:rPr>
          <w:rFonts w:ascii="Times New Roman" w:eastAsia="Times New Roman" w:hAnsi="Times New Roman" w:cs="Times New Roman"/>
          <w:color w:val="000000"/>
        </w:rPr>
        <w:t>9</w:t>
      </w:r>
      <w:r>
        <w:rPr>
          <w:rFonts w:ascii="宋体" w:eastAsia="宋体" w:hAnsi="宋体" w:cs="宋体"/>
          <w:color w:val="000000"/>
        </w:rPr>
        <w:t>整除，</w:t>
      </w:r>
    </w:p>
    <w:p>
      <w:pPr>
        <w:spacing w:line="360" w:lineRule="auto"/>
        <w:jc w:val="both"/>
        <w:textAlignment w:val="center"/>
        <w:rPr>
          <w:color w:val="000000"/>
        </w:rPr>
      </w:pPr>
      <w:r>
        <w:rPr>
          <w:rFonts w:ascii="宋体" w:eastAsia="宋体" w:hAnsi="宋体" w:cs="宋体"/>
          <w:color w:val="000000"/>
        </w:rPr>
        <w:t>即</w:t>
      </w:r>
      <w:r>
        <w:pict>
          <v:shape id="_x0000_i710914" type="#_x0000_t75" alt="学科网(www.zxxk.com)--教育资源门户，提供试卷、教案、课件、论文、素材以及各类教学资源下载，还有大量而丰富的教学相关资讯！" style="width:16pt;height:17.5pt" o:oleicon="f" o:ole="">
            <v:imagedata r:id="rId1099" o:title="eqId54cbdd32c22ec3b95b2db156ae28dfd5"/>
          </v:shape>
        </w:pict>
      </w:r>
      <w:r>
        <w:rPr>
          <w:rFonts w:ascii="宋体" w:eastAsia="宋体" w:hAnsi="宋体" w:cs="宋体"/>
          <w:color w:val="000000"/>
        </w:rPr>
        <w:t>能被</w:t>
      </w:r>
      <w:r>
        <w:rPr>
          <w:rFonts w:ascii="Times New Roman" w:eastAsia="Times New Roman" w:hAnsi="Times New Roman" w:cs="Times New Roman"/>
          <w:color w:val="000000"/>
        </w:rPr>
        <w:t>9</w:t>
      </w:r>
      <w:r>
        <w:rPr>
          <w:rFonts w:ascii="宋体" w:eastAsia="宋体" w:hAnsi="宋体" w:cs="宋体"/>
          <w:color w:val="000000"/>
        </w:rPr>
        <w:t>整除．</w:t>
      </w:r>
    </w:p>
    <w:p>
      <w:pPr>
        <w:spacing w:line="360" w:lineRule="auto"/>
        <w:jc w:val="left"/>
        <w:textAlignment w:val="center"/>
        <w:rPr>
          <w:color w:val="000000"/>
        </w:rPr>
      </w:pPr>
      <w:r>
        <w:rPr>
          <w:color w:val="000000"/>
        </w:rPr>
        <w:t>【点睛】</w:t>
      </w:r>
      <w:r>
        <w:rPr>
          <w:rFonts w:ascii="宋体" w:eastAsia="宋体" w:hAnsi="宋体" w:cs="宋体"/>
          <w:color w:val="000000"/>
        </w:rPr>
        <w:t>此题主要考查了整式的加减，熟练掌握整式加减是解决问题的关键．</w:t>
      </w:r>
    </w:p>
    <w:p>
      <w:pPr>
        <w:spacing w:line="360" w:lineRule="auto"/>
        <w:jc w:val="both"/>
        <w:textAlignment w:val="center"/>
        <w:rPr>
          <w:color w:val="000000"/>
        </w:rPr>
      </w:pPr>
      <w:r>
        <w:rPr>
          <w:color w:val="000000"/>
        </w:rPr>
        <w:t xml:space="preserve">28. </w:t>
      </w:r>
      <w:r>
        <w:rPr>
          <w:rFonts w:ascii="宋体" w:eastAsia="宋体" w:hAnsi="宋体" w:cs="宋体"/>
          <w:color w:val="000000"/>
        </w:rPr>
        <w:t>对数轴上的点进行如下操作：</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次操作：把点</w:t>
      </w:r>
      <w:r>
        <w:rPr>
          <w:rFonts w:ascii="Times New Roman" w:eastAsia="Times New Roman" w:hAnsi="Times New Roman" w:cs="Times New Roman"/>
          <w:i/>
          <w:color w:val="000000"/>
        </w:rPr>
        <w:t>A</w:t>
      </w:r>
      <w:r>
        <w:rPr>
          <w:rFonts w:ascii="宋体" w:eastAsia="宋体" w:hAnsi="宋体" w:cs="宋体"/>
          <w:color w:val="000000"/>
        </w:rPr>
        <w:t>表示的数乘以</w:t>
      </w:r>
      <w:r>
        <w:rPr>
          <w:rFonts w:ascii="Times New Roman" w:eastAsia="Times New Roman" w:hAnsi="Times New Roman" w:cs="Times New Roman"/>
          <w:color w:val="000000"/>
        </w:rPr>
        <w:t>2</w:t>
      </w:r>
      <w:r>
        <w:rPr>
          <w:rFonts w:ascii="宋体" w:eastAsia="宋体" w:hAnsi="宋体" w:cs="宋体"/>
          <w:color w:val="000000"/>
        </w:rPr>
        <w:t>，再把所得数对应的点向右平移</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A</w:t>
      </w:r>
      <w:r>
        <w:rPr>
          <w:rFonts w:ascii="宋体" w:eastAsia="宋体" w:hAnsi="宋体" w:cs="宋体"/>
          <w:color w:val="000000"/>
        </w:rPr>
        <w:t>的对应点</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次操作：把点</w:t>
      </w:r>
      <w:r>
        <w:rPr>
          <w:rFonts w:ascii="Times New Roman" w:eastAsia="Times New Roman" w:hAnsi="Times New Roman" w:cs="Times New Roman"/>
          <w:i/>
          <w:color w:val="000000"/>
        </w:rPr>
        <w:t>B</w:t>
      </w:r>
      <w:r>
        <w:rPr>
          <w:rFonts w:ascii="宋体" w:eastAsia="宋体" w:hAnsi="宋体" w:cs="宋体"/>
          <w:color w:val="000000"/>
        </w:rPr>
        <w:t>表示的数乘以</w:t>
      </w:r>
      <w:r>
        <w:rPr>
          <w:rFonts w:ascii="Times New Roman" w:eastAsia="Times New Roman" w:hAnsi="Times New Roman" w:cs="Times New Roman"/>
          <w:color w:val="000000"/>
        </w:rPr>
        <w:t>2</w:t>
      </w:r>
      <w:r>
        <w:rPr>
          <w:rFonts w:ascii="宋体" w:eastAsia="宋体" w:hAnsi="宋体" w:cs="宋体"/>
          <w:color w:val="000000"/>
        </w:rPr>
        <w:t>，再把所得数对应的点向右平移</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B</w:t>
      </w:r>
      <w:r>
        <w:rPr>
          <w:rFonts w:ascii="宋体" w:eastAsia="宋体" w:hAnsi="宋体" w:cs="宋体"/>
          <w:color w:val="000000"/>
        </w:rPr>
        <w:t>的对应点</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次操作：把点</w:t>
      </w:r>
      <w:r>
        <w:rPr>
          <w:rFonts w:ascii="Times New Roman" w:eastAsia="Times New Roman" w:hAnsi="Times New Roman" w:cs="Times New Roman"/>
          <w:i/>
          <w:color w:val="000000"/>
        </w:rPr>
        <w:t>C</w:t>
      </w:r>
      <w:r>
        <w:rPr>
          <w:rFonts w:ascii="宋体" w:eastAsia="宋体" w:hAnsi="宋体" w:cs="宋体"/>
          <w:color w:val="000000"/>
        </w:rPr>
        <w:t>表示的数乘以</w:t>
      </w:r>
      <w:r>
        <w:rPr>
          <w:rFonts w:ascii="Times New Roman" w:eastAsia="Times New Roman" w:hAnsi="Times New Roman" w:cs="Times New Roman"/>
          <w:color w:val="000000"/>
        </w:rPr>
        <w:t>2</w:t>
      </w:r>
      <w:r>
        <w:rPr>
          <w:rFonts w:ascii="宋体" w:eastAsia="宋体" w:hAnsi="宋体" w:cs="宋体"/>
          <w:color w:val="000000"/>
        </w:rPr>
        <w:t>，再把所得数对应的点向右平移</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C</w:t>
      </w:r>
      <w:r>
        <w:rPr>
          <w:rFonts w:ascii="宋体" w:eastAsia="宋体" w:hAnsi="宋体" w:cs="宋体"/>
          <w:color w:val="000000"/>
        </w:rPr>
        <w:t>的对应点</w:t>
      </w:r>
      <w:r>
        <w:rPr>
          <w:rFonts w:ascii="Times New Roman" w:eastAsia="Times New Roman" w:hAnsi="Times New Roman" w:cs="Times New Roman"/>
          <w:i/>
          <w:color w:val="000000"/>
        </w:rPr>
        <w:t>D</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次操作：把点</w:t>
      </w:r>
      <w:r>
        <w:rPr>
          <w:rFonts w:ascii="Times New Roman" w:eastAsia="Times New Roman" w:hAnsi="Times New Roman" w:cs="Times New Roman"/>
          <w:i/>
          <w:color w:val="000000"/>
        </w:rPr>
        <w:t>D</w:t>
      </w:r>
      <w:r>
        <w:rPr>
          <w:rFonts w:ascii="宋体" w:eastAsia="宋体" w:hAnsi="宋体" w:cs="宋体"/>
          <w:color w:val="000000"/>
        </w:rPr>
        <w:t>表示的数乘以</w:t>
      </w:r>
      <w:r>
        <w:rPr>
          <w:rFonts w:ascii="Times New Roman" w:eastAsia="Times New Roman" w:hAnsi="Times New Roman" w:cs="Times New Roman"/>
          <w:color w:val="000000"/>
        </w:rPr>
        <w:t>2</w:t>
      </w:r>
      <w:r>
        <w:rPr>
          <w:rFonts w:ascii="宋体" w:eastAsia="宋体" w:hAnsi="宋体" w:cs="宋体"/>
          <w:color w:val="000000"/>
        </w:rPr>
        <w:t>，再把所得数对应的点向右平移</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D</w:t>
      </w:r>
      <w:r>
        <w:rPr>
          <w:rFonts w:ascii="宋体" w:eastAsia="宋体" w:hAnsi="宋体" w:cs="宋体"/>
          <w:color w:val="000000"/>
        </w:rPr>
        <w:t>的对应点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次操作：把点</w:t>
      </w:r>
      <w:r>
        <w:rPr>
          <w:rFonts w:ascii="Times New Roman" w:eastAsia="Times New Roman" w:hAnsi="Times New Roman" w:cs="Times New Roman"/>
          <w:i/>
          <w:color w:val="000000"/>
        </w:rPr>
        <w:t>E</w:t>
      </w:r>
      <w:r>
        <w:rPr>
          <w:rFonts w:ascii="宋体" w:eastAsia="宋体" w:hAnsi="宋体" w:cs="宋体"/>
          <w:color w:val="000000"/>
        </w:rPr>
        <w:t>表示的数乘以</w:t>
      </w:r>
      <w:r>
        <w:rPr>
          <w:rFonts w:ascii="Times New Roman" w:eastAsia="Times New Roman" w:hAnsi="Times New Roman" w:cs="Times New Roman"/>
          <w:color w:val="000000"/>
        </w:rPr>
        <w:t>2</w:t>
      </w:r>
      <w:r>
        <w:rPr>
          <w:rFonts w:ascii="宋体" w:eastAsia="宋体" w:hAnsi="宋体" w:cs="宋体"/>
          <w:color w:val="000000"/>
        </w:rPr>
        <w:t>，再把所得数对应的点向右平移</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E</w:t>
      </w:r>
      <w:r>
        <w:rPr>
          <w:rFonts w:ascii="宋体" w:eastAsia="宋体" w:hAnsi="宋体" w:cs="宋体"/>
          <w:color w:val="000000"/>
        </w:rPr>
        <w:t>的对应点</w:t>
      </w:r>
      <w:r>
        <w:rPr>
          <w:rFonts w:ascii="Times New Roman" w:eastAsia="Times New Roman" w:hAnsi="Times New Roman" w:cs="Times New Roman"/>
          <w:i/>
          <w:color w:val="000000"/>
        </w:rPr>
        <w:t>F</w: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表示的数是</w:t>
      </w:r>
      <w:r>
        <w:pict>
          <v:shape id="_x0000_i710915" type="#_x0000_t75" alt="学科网(www.zxxk.com)--教育资源门户，提供试卷、教案、课件、论文、素材以及各类教学资源下载，还有大量而丰富的教学相关资讯！" style="width:15.75pt;height:12.75pt" o:oleicon="f" o:ole="">
            <v:imagedata r:id="rId1100" o:title="eqId274a9dc37509f01c2606fb3086a46f4f"/>
          </v:shape>
        </w:pict>
      </w:r>
      <w:r>
        <w:rPr>
          <w:rFonts w:ascii="宋体" w:eastAsia="宋体" w:hAnsi="宋体" w:cs="宋体"/>
          <w:color w:val="000000"/>
        </w:rPr>
        <w:t>，则点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0</w:t>
      </w:r>
      <w:r>
        <w:rPr>
          <w:rFonts w:ascii="宋体" w:eastAsia="宋体" w:hAnsi="宋体" w:cs="宋体"/>
          <w:color w:val="000000"/>
        </w:rPr>
        <w:t>，则点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到表示数</w:t>
      </w:r>
      <w:r>
        <w:rPr>
          <w:rFonts w:ascii="Times New Roman" w:eastAsia="Times New Roman" w:hAnsi="Times New Roman" w:cs="Times New Roman"/>
          <w:color w:val="000000"/>
        </w:rPr>
        <w:t>2</w:t>
      </w:r>
      <w:r>
        <w:rPr>
          <w:rFonts w:ascii="宋体" w:eastAsia="宋体" w:hAnsi="宋体" w:cs="宋体"/>
          <w:color w:val="000000"/>
        </w:rPr>
        <w:t>的点的距离是</w:t>
      </w:r>
      <w:r>
        <w:rPr>
          <w:rFonts w:ascii="Times New Roman" w:eastAsia="Times New Roman" w:hAnsi="Times New Roman" w:cs="Times New Roman"/>
          <w:color w:val="000000"/>
        </w:rPr>
        <w:t>5</w:t>
      </w:r>
      <w:r>
        <w:rPr>
          <w:rFonts w:ascii="宋体" w:eastAsia="宋体" w:hAnsi="宋体" w:cs="宋体"/>
          <w:color w:val="000000"/>
        </w:rPr>
        <w:t>，则点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（4）</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2022</w:t>
      </w:r>
      <w:r>
        <w:rPr>
          <w:rFonts w:ascii="宋体" w:eastAsia="宋体" w:hAnsi="宋体" w:cs="宋体"/>
          <w:color w:val="000000"/>
        </w:rPr>
        <w:t>次操作得到的对应点所表示的数的个位数字是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pict>
          <v:shape id="_x0000_i710916" type="#_x0000_t75" alt="学科网(www.zxxk.com)--教育资源门户，提供试卷、教案、课件、论文、素材以及各类教学资源下载，还有大量而丰富的教学相关资讯！" style="width:15.75pt;height:12.75pt" o:oleicon="f" o:ole="">
            <v:imagedata r:id="rId1101" o:title="eqId274a9dc37509f01c2606fb3086a46f4f"/>
          </v:shape>
        </w:pict>
      </w:r>
      <w:r>
        <w:rPr>
          <w:color w:val="000000"/>
        </w:rPr>
        <w:t xml:space="preserve">    </w:t>
      </w:r>
    </w:p>
    <w:p>
      <w:pPr>
        <w:spacing w:line="360" w:lineRule="auto"/>
        <w:textAlignment w:val="center"/>
        <w:rPr>
          <w:color w:val="000000"/>
        </w:rPr>
      </w:pPr>
      <w:r>
        <w:rPr>
          <w:color w:val="000000"/>
        </w:rPr>
        <w:t>（2）</w:t>
      </w:r>
      <w:r>
        <w:pict>
          <v:shape id="_x0000_i710917" type="#_x0000_t75" alt="学科网(www.zxxk.com)--教育资源门户，提供试卷、教案、课件、论文、素材以及各类教学资源下载，还有大量而丰富的教学相关资讯！" style="width:12pt;height:10.5pt" o:oleicon="f" o:ole="">
            <v:imagedata r:id="rId1102" o:title="eqIdacbc6a613224461ade69362d46550474"/>
          </v:shape>
        </w:pict>
      </w:r>
      <w:r>
        <w:rPr>
          <w:color w:val="000000"/>
        </w:rPr>
        <w:t xml:space="preserve">    </w:t>
      </w:r>
    </w:p>
    <w:p>
      <w:pPr>
        <w:spacing w:line="360" w:lineRule="auto"/>
        <w:textAlignment w:val="center"/>
        <w:rPr>
          <w:color w:val="000000"/>
        </w:rPr>
      </w:pPr>
      <w:r>
        <w:rPr>
          <w:color w:val="000000"/>
        </w:rPr>
        <w:t>（3）</w:t>
      </w:r>
      <w:r>
        <w:pict>
          <v:shape id="_x0000_i710918" type="#_x0000_t75" alt="学科网(www.zxxk.com)--教育资源门户，提供试卷、教案、课件、论文、素材以及各类教学资源下载，还有大量而丰富的教学相关资讯！" style="width:12.75pt;height:12.75pt" o:oleicon="f" o:ole="">
            <v:imagedata r:id="rId1103" o:title="eqId8c748e40ba21ac5063d3bccaa57ef278"/>
          </v:shape>
        </w:pict>
      </w:r>
      <w:r>
        <w:rPr>
          <w:rFonts w:ascii="宋体" w:eastAsia="宋体" w:hAnsi="宋体" w:cs="宋体"/>
          <w:color w:val="000000"/>
        </w:rPr>
        <w:t>或</w:t>
      </w:r>
      <w:r>
        <w:pict>
          <v:shape id="_x0000_i710919" type="#_x0000_t75" alt="学科网(www.zxxk.com)--教育资源门户，提供试卷、教案、课件、论文、素材以及各类教学资源下载，还有大量而丰富的教学相关资讯！" style="width:16.2pt;height:13.2pt" o:oleicon="f" o:ole="">
            <v:imagedata r:id="rId1104" o:title="eqId3edbd40e04e2a943051fa83d6e511add"/>
          </v:shape>
        </w:pict>
      </w:r>
      <w:r>
        <w:rPr>
          <w:color w:val="000000"/>
        </w:rPr>
        <w:t xml:space="preserve">    </w:t>
      </w:r>
    </w:p>
    <w:p>
      <w:pPr>
        <w:spacing w:line="360" w:lineRule="auto"/>
        <w:textAlignment w:val="center"/>
        <w:rPr>
          <w:color w:val="000000"/>
        </w:rPr>
      </w:pPr>
      <w:r>
        <w:rPr>
          <w:color w:val="000000"/>
        </w:rPr>
        <w:t>（4）</w:t>
      </w:r>
      <w:r>
        <w:rPr>
          <w:rFonts w:ascii="Times New Roman" w:eastAsia="Times New Roman" w:hAnsi="Times New Roman" w:cs="Times New Roman"/>
          <w:color w:val="000000"/>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表示的数乘以</w:t>
      </w:r>
      <w:r>
        <w:rPr>
          <w:rFonts w:ascii="Times New Roman" w:eastAsia="Times New Roman" w:hAnsi="Times New Roman" w:cs="Times New Roman"/>
          <w:color w:val="000000"/>
        </w:rPr>
        <w:t>2</w:t>
      </w:r>
      <w:r>
        <w:rPr>
          <w:rFonts w:ascii="宋体" w:eastAsia="宋体" w:hAnsi="宋体" w:cs="宋体"/>
          <w:color w:val="000000"/>
        </w:rPr>
        <w:t>，再加</w:t>
      </w:r>
      <w:r>
        <w:rPr>
          <w:rFonts w:ascii="Times New Roman" w:eastAsia="Times New Roman" w:hAnsi="Times New Roman" w:cs="Times New Roman"/>
          <w:color w:val="000000"/>
        </w:rPr>
        <w:t>2</w:t>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）将点</w:t>
      </w:r>
      <w:r>
        <w:rPr>
          <w:rFonts w:ascii="Times New Roman" w:eastAsia="Times New Roman" w:hAnsi="Times New Roman" w:cs="Times New Roman"/>
          <w:i/>
          <w:color w:val="000000"/>
        </w:rPr>
        <w:t>B</w:t>
      </w:r>
      <w:r>
        <w:rPr>
          <w:rFonts w:ascii="宋体" w:eastAsia="宋体" w:hAnsi="宋体" w:cs="宋体"/>
          <w:color w:val="000000"/>
        </w:rPr>
        <w:t>表示的数减</w:t>
      </w:r>
      <w:r>
        <w:rPr>
          <w:rFonts w:ascii="Times New Roman" w:eastAsia="Times New Roman" w:hAnsi="Times New Roman" w:cs="Times New Roman"/>
          <w:color w:val="000000"/>
        </w:rPr>
        <w:t>2</w:t>
      </w:r>
      <w:r>
        <w:rPr>
          <w:rFonts w:ascii="宋体" w:eastAsia="宋体" w:hAnsi="宋体" w:cs="宋体"/>
          <w:color w:val="000000"/>
        </w:rPr>
        <w:t>，再除以</w:t>
      </w:r>
      <w:r>
        <w:rPr>
          <w:rFonts w:ascii="Times New Roman" w:eastAsia="Times New Roman" w:hAnsi="Times New Roman" w:cs="Times New Roman"/>
          <w:color w:val="000000"/>
        </w:rPr>
        <w:t>2</w:t>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到表示数</w:t>
      </w:r>
      <w:r>
        <w:rPr>
          <w:rFonts w:ascii="Times New Roman" w:eastAsia="Times New Roman" w:hAnsi="Times New Roman" w:cs="Times New Roman"/>
          <w:color w:val="000000"/>
        </w:rPr>
        <w:t>2</w:t>
      </w:r>
      <w:r>
        <w:rPr>
          <w:rFonts w:ascii="宋体" w:eastAsia="宋体" w:hAnsi="宋体" w:cs="宋体"/>
          <w:color w:val="000000"/>
        </w:rPr>
        <w:t>的点的距离是</w:t>
      </w:r>
      <w:r>
        <w:rPr>
          <w:rFonts w:ascii="Times New Roman" w:eastAsia="Times New Roman" w:hAnsi="Times New Roman" w:cs="Times New Roman"/>
          <w:color w:val="000000"/>
        </w:rPr>
        <w:t>5</w:t>
      </w:r>
      <w:r>
        <w:rPr>
          <w:rFonts w:ascii="宋体" w:eastAsia="宋体" w:hAnsi="宋体" w:cs="宋体"/>
          <w:color w:val="000000"/>
        </w:rPr>
        <w:t>，求出点</w:t>
      </w:r>
      <w:r>
        <w:rPr>
          <w:rFonts w:ascii="Times New Roman" w:eastAsia="Times New Roman" w:hAnsi="Times New Roman" w:cs="Times New Roman"/>
          <w:i/>
          <w:color w:val="000000"/>
        </w:rPr>
        <w:t>A</w:t>
      </w:r>
      <w:r>
        <w:rPr>
          <w:rFonts w:ascii="宋体" w:eastAsia="宋体" w:hAnsi="宋体" w:cs="宋体"/>
          <w:color w:val="000000"/>
        </w:rPr>
        <w:t>表示的数字为</w:t>
      </w:r>
      <w:r>
        <w:rPr>
          <w:rFonts w:ascii="Times New Roman" w:eastAsia="Times New Roman" w:hAnsi="Times New Roman" w:cs="Times New Roman"/>
          <w:color w:val="000000"/>
        </w:rPr>
        <w:t>7</w:t>
      </w:r>
      <w:r>
        <w:rPr>
          <w:rFonts w:ascii="宋体" w:eastAsia="宋体" w:hAnsi="宋体" w:cs="宋体"/>
          <w:color w:val="000000"/>
        </w:rPr>
        <w:t>或</w:t>
      </w:r>
      <w:r>
        <w:pict>
          <v:shape id="_x0000_i710920" type="#_x0000_t75" alt="学科网(www.zxxk.com)--教育资源门户，提供试卷、教案、课件、论文、素材以及各类教学资源下载，还有大量而丰富的教学相关资讯！" style="width:16.05pt;height:13.9pt" o:oleicon="f" o:ole="">
            <v:imagedata r:id="rId1105" o:title="eqId81fb134b2b48acc99213fff6ccfee65f"/>
          </v:shape>
        </w:pict>
      </w:r>
      <w:r>
        <w:rPr>
          <w:rFonts w:ascii="宋体" w:eastAsia="宋体" w:hAnsi="宋体" w:cs="宋体"/>
          <w:color w:val="000000"/>
        </w:rPr>
        <w:t>，分情况计算即可；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）通过计算可得每一次操作的个位数字是以</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，依次循环，由此可解．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A</w:t>
      </w:r>
      <w:r>
        <w:rPr>
          <w:rFonts w:ascii="宋体" w:eastAsia="宋体" w:hAnsi="宋体" w:cs="宋体"/>
          <w:color w:val="000000"/>
        </w:rPr>
        <w:t>表示的数是</w:t>
      </w:r>
      <w:r>
        <w:pict>
          <v:shape id="_x0000_i710921" type="#_x0000_t75" alt="学科网(www.zxxk.com)--教育资源门户，提供试卷、教案、课件、论文、素材以及各类教学资源下载，还有大量而丰富的教学相关资讯！" style="width:15.75pt;height:12.75pt" o:oleicon="f" o:ole="">
            <v:imagedata r:id="rId1106" o:title="eqId274a9dc37509f01c2606fb3086a46f4f"/>
          </v:shape>
        </w:pict>
      </w:r>
      <w:r>
        <w:rPr>
          <w:rFonts w:ascii="宋体" w:eastAsia="宋体" w:hAnsi="宋体" w:cs="宋体"/>
          <w:color w:val="000000"/>
        </w:rPr>
        <w:t>，</w:t>
      </w:r>
    </w:p>
    <w:p>
      <w:pPr>
        <w:spacing w:line="360" w:lineRule="auto"/>
        <w:jc w:val="left"/>
        <w:textAlignment w:val="center"/>
        <w:rPr>
          <w:color w:val="000000"/>
        </w:rPr>
      </w:pPr>
      <w:r>
        <w:pict>
          <v:shape id="_x0000_i710922" type="#_x0000_t75" alt="学科网(www.zxxk.com)--教育资源门户，提供试卷、教案、课件、论文、素材以及各类教学资源下载，还有大量而丰富的教学相关资讯！" style="width:56.15pt;height:12.8pt" o:oleicon="f" o:ole="">
            <v:imagedata r:id="rId1107" o:title="eqIda0eeebe674099ed960216a749035802c"/>
          </v:shape>
        </w:pict>
      </w:r>
      <w:r>
        <w:rPr>
          <w:rFonts w:ascii="宋体" w:eastAsia="宋体" w:hAnsi="宋体" w:cs="宋体"/>
          <w:color w:val="000000"/>
        </w:rPr>
        <w:t>，</w:t>
      </w:r>
    </w:p>
    <w:p>
      <w:pPr>
        <w:spacing w:line="360" w:lineRule="auto"/>
        <w:jc w:val="left"/>
        <w:textAlignment w:val="center"/>
        <w:rPr>
          <w:color w:val="000000"/>
        </w:rPr>
      </w:pPr>
      <w:r>
        <w:pict>
          <v:shape id="_x0000_i710923" type="#_x0000_t75" alt="学科网(www.zxxk.com)--教育资源门户，提供试卷、教案、课件、论文、素材以及各类教学资源下载，还有大量而丰富的教学相关资讯！" style="width:16.2pt;height:13.2pt" o:oleicon="f" o:ole="">
            <v:imagedata r:id="rId1108" o:title="eqId3edbd40e04e2a943051fa83d6e511add"/>
          </v:shape>
        </w:pict>
      </w:r>
      <w:r>
        <w:rPr>
          <w:rFonts w:ascii="宋体" w:eastAsia="宋体" w:hAnsi="宋体" w:cs="宋体"/>
          <w:color w:val="000000"/>
        </w:rPr>
        <w:t>向右平移</w:t>
      </w:r>
      <w:r>
        <w:rPr>
          <w:rFonts w:ascii="Times New Roman" w:eastAsia="Times New Roman" w:hAnsi="Times New Roman" w:cs="Times New Roman"/>
          <w:color w:val="000000"/>
        </w:rPr>
        <w:t>2</w:t>
      </w:r>
      <w:r>
        <w:rPr>
          <w:rFonts w:ascii="宋体" w:eastAsia="宋体" w:hAnsi="宋体" w:cs="宋体"/>
          <w:color w:val="000000"/>
        </w:rPr>
        <w:t>个单位，可得：</w:t>
      </w:r>
      <w:r>
        <w:pict>
          <v:shape id="_x0000_i710924" type="#_x0000_t75" alt="学科网(www.zxxk.com)--教育资源门户，提供试卷、教案、课件、论文、素材以及各类教学资源下载，还有大量而丰富的教学相关资讯！" style="width:57.8pt;height:12.9pt" o:oleicon="f" o:ole="">
            <v:imagedata r:id="rId1109" o:title="eqId76c807ba896d798acdf299f65532aa8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0925" type="#_x0000_t75" alt="学科网(www.zxxk.com)--教育资源门户，提供试卷、教案、课件、论文、素材以及各类教学资源下载，还有大量而丰富的教学相关资讯！" style="width:15.75pt;height:12.75pt" o:oleicon="f" o:ole="">
            <v:imagedata r:id="rId1110" o:title="eqId274a9dc37509f01c2606fb3086a46f4f"/>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将点</w:t>
      </w:r>
      <w:r>
        <w:rPr>
          <w:rFonts w:ascii="Times New Roman" w:eastAsia="Times New Roman" w:hAnsi="Times New Roman" w:cs="Times New Roman"/>
          <w:i/>
          <w:color w:val="000000"/>
        </w:rPr>
        <w:t>B</w:t>
      </w:r>
      <w:r>
        <w:rPr>
          <w:rFonts w:ascii="宋体" w:eastAsia="宋体" w:hAnsi="宋体" w:cs="宋体"/>
          <w:color w:val="000000"/>
        </w:rPr>
        <w:t>向左移动</w:t>
      </w:r>
      <w:r>
        <w:rPr>
          <w:rFonts w:ascii="Times New Roman" w:eastAsia="Times New Roman" w:hAnsi="Times New Roman" w:cs="Times New Roman"/>
          <w:color w:val="000000"/>
        </w:rPr>
        <w:t>2</w:t>
      </w:r>
      <w:r>
        <w:rPr>
          <w:rFonts w:ascii="宋体" w:eastAsia="宋体" w:hAnsi="宋体" w:cs="宋体"/>
          <w:color w:val="000000"/>
        </w:rPr>
        <w:t>个单位，可得，</w:t>
      </w:r>
      <w:r>
        <w:pict>
          <v:shape id="_x0000_i710926" type="#_x0000_t75" alt="学科网(www.zxxk.com)--教育资源门户，提供试卷、教案、课件、论文、素材以及各类教学资源下载，还有大量而丰富的教学相关资讯！" style="width:51pt;height:14.25pt" o:oleicon="f" o:ole="">
            <v:imagedata r:id="rId1111" o:title="eqId0531eb26533ebb7541422bd8db34701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w:t>
      </w:r>
      <w:r>
        <w:pict>
          <v:shape id="_x0000_i710927" type="#_x0000_t75" alt="学科网(www.zxxk.com)--教育资源门户，提供试卷、教案、课件、论文、素材以及各类教学资源下载，还有大量而丰富的教学相关资讯！" style="width:15.75pt;height:12.75pt" o:oleicon="f" o:ole="">
            <v:imagedata r:id="rId1112" o:title="eqId274a9dc37509f01c2606fb3086a46f4f"/>
          </v:shape>
        </w:pict>
      </w:r>
      <w:r>
        <w:rPr>
          <w:rFonts w:ascii="宋体" w:eastAsia="宋体" w:hAnsi="宋体" w:cs="宋体"/>
          <w:color w:val="000000"/>
        </w:rPr>
        <w:t>除以</w:t>
      </w:r>
      <w:r>
        <w:rPr>
          <w:rFonts w:ascii="Times New Roman" w:eastAsia="Times New Roman" w:hAnsi="Times New Roman" w:cs="Times New Roman"/>
          <w:color w:val="000000"/>
        </w:rPr>
        <w:t>2</w:t>
      </w:r>
      <w:r>
        <w:rPr>
          <w:rFonts w:ascii="宋体" w:eastAsia="宋体" w:hAnsi="宋体" w:cs="宋体"/>
          <w:color w:val="000000"/>
        </w:rPr>
        <w:t>，可得：</w:t>
      </w:r>
      <w:r>
        <w:pict>
          <v:shape id="_x0000_i710928" type="#_x0000_t75" alt="学科网(www.zxxk.com)--教育资源门户，提供试卷、教案、课件、论文、素材以及各类教学资源下载，还有大量而丰富的教学相关资讯！" style="width:57.75pt;height:12.75pt" o:oleicon="f" o:ole="">
            <v:imagedata r:id="rId1113" o:title="eqIdaf855aade2e09c0f418d3a3747c892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A</w:t>
      </w:r>
      <w:r>
        <w:rPr>
          <w:rFonts w:ascii="宋体" w:eastAsia="宋体" w:hAnsi="宋体" w:cs="宋体"/>
          <w:color w:val="000000"/>
        </w:rPr>
        <w:t>表示</w:t>
      </w:r>
      <w:r>
        <w:rPr>
          <w:rFonts w:ascii="宋体" w:eastAsia="宋体" w:hAnsi="宋体" w:cs="宋体"/>
          <w:color w:val="000000"/>
          <w:position w:val="0"/>
        </w:rPr>
        <w:drawing>
          <wp:inline>
            <wp:extent cx="133350" cy="177800"/>
            <wp:docPr id="32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 name=""/>
                    <pic:cNvPicPr>
                      <a:picLocks noChangeAspect="1"/>
                    </pic:cNvPicPr>
                  </pic:nvPicPr>
                  <pic:blipFill>
                    <a:blip r:embed="rId111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pict>
          <v:shape id="_x0000_i710929" type="#_x0000_t75" alt="学科网(www.zxxk.com)--教育资源门户，提供试卷、教案、课件、论文、素材以及各类教学资源下载，还有大量而丰富的教学相关资讯！" style="width:12pt;height:10.5pt" o:oleicon="f" o:ole="">
            <v:imagedata r:id="rId1115" o:title="eqIdacbc6a613224461ade69362d4655047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0930" type="#_x0000_t75" alt="学科网(www.zxxk.com)--教育资源门户，提供试卷、教案、课件、论文、素材以及各类教学资源下载，还有大量而丰富的教学相关资讯！" style="width:12pt;height:10.5pt" o:oleicon="f" o:ole="">
            <v:imagedata r:id="rId1116" o:title="eqIdacbc6a613224461ade69362d46550474"/>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到表示数</w:t>
      </w:r>
      <w:r>
        <w:rPr>
          <w:rFonts w:ascii="Times New Roman" w:eastAsia="Times New Roman" w:hAnsi="Times New Roman" w:cs="Times New Roman"/>
          <w:color w:val="000000"/>
        </w:rPr>
        <w:t>2</w:t>
      </w:r>
      <w:r>
        <w:rPr>
          <w:rFonts w:ascii="宋体" w:eastAsia="宋体" w:hAnsi="宋体" w:cs="宋体"/>
          <w:color w:val="000000"/>
        </w:rPr>
        <w:t>的点的距离是</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pict>
          <v:shape id="_x0000_i710931" type="#_x0000_t75" alt="学科网(www.zxxk.com)--教育资源门户，提供试卷、教案、课件、论文、素材以及各类教学资源下载，还有大量而丰富的教学相关资讯！" style="width:44pt;height:13.95pt" o:oleicon="f" o:ole="">
            <v:imagedata r:id="rId1117" o:title="eqId944530a47fa883111ca4e37a2126b759"/>
          </v:shape>
        </w:pict>
      </w:r>
      <w:r>
        <w:rPr>
          <w:rFonts w:ascii="宋体" w:eastAsia="宋体" w:hAnsi="宋体" w:cs="宋体"/>
          <w:color w:val="000000"/>
        </w:rPr>
        <w:t>或</w:t>
      </w:r>
      <w:r>
        <w:pict>
          <v:shape id="_x0000_i710932" type="#_x0000_t75" alt="学科网(www.zxxk.com)--教育资源门户，提供试卷、教案、课件、论文、素材以及各类教学资源下载，还有大量而丰富的教学相关资讯！" style="width:50.05pt;height:13.8pt" o:oleicon="f" o:ole="">
            <v:imagedata r:id="rId1118" o:title="eqId476060869ceacc7fb89f756827b43be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7</w:t>
      </w:r>
      <w:r>
        <w:rPr>
          <w:rFonts w:ascii="宋体" w:eastAsia="宋体" w:hAnsi="宋体" w:cs="宋体"/>
          <w:color w:val="000000"/>
        </w:rPr>
        <w:t>或</w:t>
      </w:r>
      <w:r>
        <w:pict>
          <v:shape id="_x0000_i710933" type="#_x0000_t75" alt="学科网(www.zxxk.com)--教育资源门户，提供试卷、教案、课件、论文、素材以及各类教学资源下载，还有大量而丰富的教学相关资讯！" style="width:16.05pt;height:13.9pt" o:oleicon="f" o:ole="">
            <v:imagedata r:id="rId1119" o:title="eqId81fb134b2b48acc99213fff6ccfee65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7</w:t>
      </w:r>
      <w:r>
        <w:rPr>
          <w:rFonts w:ascii="宋体" w:eastAsia="宋体" w:hAnsi="宋体" w:cs="宋体"/>
          <w:color w:val="000000"/>
        </w:rPr>
        <w:t>，则</w:t>
      </w:r>
      <w:r>
        <w:pict>
          <v:shape id="_x0000_i710934" type="#_x0000_t75" alt="学科网(www.zxxk.com)--教育资源门户，提供试卷、教案、课件、论文、素材以及各类教学资源下载，还有大量而丰富的教学相关资讯！" style="width:64.2pt;height:13.8pt" o:oleicon="f" o:ole="">
            <v:imagedata r:id="rId1120" o:title="eqId576f3be974e580f7f97c14240256a89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0935" type="#_x0000_t75" alt="学科网(www.zxxk.com)--教育资源门户，提供试卷、教案、课件、论文、素材以及各类教学资源下载，还有大量而丰富的教学相关资讯！" style="width:16.05pt;height:13.9pt" o:oleicon="f" o:ole="">
            <v:imagedata r:id="rId1121" o:title="eqId81fb134b2b48acc99213fff6ccfee65f"/>
          </v:shape>
        </w:pict>
      </w:r>
      <w:r>
        <w:rPr>
          <w:rFonts w:ascii="宋体" w:eastAsia="宋体" w:hAnsi="宋体" w:cs="宋体"/>
          <w:color w:val="000000"/>
        </w:rPr>
        <w:t>，则</w:t>
      </w:r>
      <w:r>
        <w:pict>
          <v:shape id="_x0000_i710936" type="#_x0000_t75" alt="学科网(www.zxxk.com)--教育资源门户，提供试卷、教案、课件、论文、素材以及各类教学资源下载，还有大量而丰富的教学相关资讯！" style="width:72.75pt;height:14.25pt" o:oleicon="f" o:ole="">
            <v:imagedata r:id="rId1122" o:title="eqId6ff862f9c029fcc5c5d5c96b79c8ab0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B</w:t>
      </w:r>
      <w:r>
        <w:rPr>
          <w:rFonts w:ascii="宋体" w:eastAsia="宋体" w:hAnsi="宋体" w:cs="宋体"/>
          <w:color w:val="000000"/>
        </w:rPr>
        <w:t>表示</w:t>
      </w:r>
      <w:r>
        <w:rPr>
          <w:rFonts w:ascii="宋体" w:eastAsia="宋体" w:hAnsi="宋体" w:cs="宋体"/>
          <w:color w:val="000000"/>
          <w:position w:val="0"/>
        </w:rPr>
        <w:drawing>
          <wp:inline>
            <wp:extent cx="133350" cy="177800"/>
            <wp:docPr id="32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 name=""/>
                    <pic:cNvPicPr>
                      <a:picLocks noChangeAspect="1"/>
                    </pic:cNvPicPr>
                  </pic:nvPicPr>
                  <pic:blipFill>
                    <a:blip r:embed="rId112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数是</w:t>
      </w:r>
      <w:r>
        <w:pict>
          <v:shape id="_x0000_i710937" type="#_x0000_t75" alt="学科网(www.zxxk.com)--教育资源门户，提供试卷、教案、课件、论文、素材以及各类教学资源下载，还有大量而丰富的教学相关资讯！" style="width:12.75pt;height:12.75pt" o:oleicon="f" o:ole="">
            <v:imagedata r:id="rId1124" o:title="eqId8c748e40ba21ac5063d3bccaa57ef278"/>
          </v:shape>
        </w:pict>
      </w:r>
      <w:r>
        <w:rPr>
          <w:rFonts w:ascii="宋体" w:eastAsia="宋体" w:hAnsi="宋体" w:cs="宋体"/>
          <w:color w:val="000000"/>
        </w:rPr>
        <w:t>或</w:t>
      </w:r>
      <w:r>
        <w:pict>
          <v:shape id="_x0000_i710938" type="#_x0000_t75" alt="学科网(www.zxxk.com)--教育资源门户，提供试卷、教案、课件、论文、素材以及各类教学资源下载，还有大量而丰富的教学相关资讯！" style="width:16.2pt;height:13.2pt" o:oleicon="f" o:ole="">
            <v:imagedata r:id="rId1125" o:title="eqId3edbd40e04e2a943051fa83d6e511ad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0939" type="#_x0000_t75" alt="学科网(www.zxxk.com)--教育资源门户，提供试卷、教案、课件、论文、素材以及各类教学资源下载，还有大量而丰富的教学相关资讯！" style="width:12.75pt;height:12.75pt" o:oleicon="f" o:ole="">
            <v:imagedata r:id="rId1126" o:title="eqId8c748e40ba21ac5063d3bccaa57ef278"/>
          </v:shape>
        </w:pict>
      </w:r>
      <w:r>
        <w:rPr>
          <w:rFonts w:ascii="宋体" w:eastAsia="宋体" w:hAnsi="宋体" w:cs="宋体"/>
          <w:color w:val="000000"/>
        </w:rPr>
        <w:t>或</w:t>
      </w:r>
      <w:r>
        <w:pict>
          <v:shape id="_x0000_i710940" type="#_x0000_t75" alt="学科网(www.zxxk.com)--教育资源门户，提供试卷、教案、课件、论文、素材以及各类教学资源下载，还有大量而丰富的教学相关资讯！" style="width:16.2pt;height:13.2pt" o:oleicon="f" o:ole="">
            <v:imagedata r:id="rId1127" o:title="eqId3edbd40e04e2a943051fa83d6e511add"/>
          </v:shape>
        </w:pict>
      </w:r>
      <w:r>
        <w:rPr>
          <w:rFonts w:ascii="宋体" w:eastAsia="宋体" w:hAnsi="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，则点</w:t>
      </w:r>
      <w:r>
        <w:rPr>
          <w:rFonts w:ascii="Times New Roman" w:eastAsia="Times New Roman" w:hAnsi="Times New Roman" w:cs="Times New Roman"/>
          <w:i/>
          <w:color w:val="000000"/>
        </w:rPr>
        <w:t>B</w:t>
      </w:r>
      <w:r>
        <w:rPr>
          <w:rFonts w:ascii="宋体" w:eastAsia="宋体" w:hAnsi="宋体" w:cs="宋体"/>
          <w:color w:val="000000"/>
        </w:rPr>
        <w:t>表示的数为：</w:t>
      </w:r>
      <w:r>
        <w:pict>
          <v:shape id="_x0000_i710941" type="#_x0000_t75" alt="学科网(www.zxxk.com)--教育资源门户，提供试卷、教案、课件、论文、素材以及各类教学资源下载，还有大量而丰富的教学相关资讯！" style="width:57.75pt;height:12.75pt" o:oleicon="f" o:ole="">
            <v:imagedata r:id="rId1128" o:title="eqId4abd1ee5b6aa5ac30e0f9aed07b5387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4</w:t>
      </w:r>
      <w:r>
        <w:rPr>
          <w:rFonts w:ascii="宋体" w:eastAsia="宋体" w:hAnsi="宋体" w:cs="宋体"/>
          <w:color w:val="000000"/>
        </w:rPr>
        <w:t>，则点</w:t>
      </w:r>
      <w:r>
        <w:rPr>
          <w:rFonts w:ascii="Times New Roman" w:eastAsia="Times New Roman" w:hAnsi="Times New Roman" w:cs="Times New Roman"/>
          <w:i/>
          <w:color w:val="000000"/>
        </w:rPr>
        <w:t>C</w:t>
      </w:r>
      <w:r>
        <w:rPr>
          <w:rFonts w:ascii="宋体" w:eastAsia="宋体" w:hAnsi="宋体" w:cs="宋体"/>
          <w:color w:val="000000"/>
        </w:rPr>
        <w:t>表示的数为：</w:t>
      </w:r>
      <w:r>
        <w:pict>
          <v:shape id="_x0000_i710942" type="#_x0000_t75" alt="学科网(www.zxxk.com)--教育资源门户，提供试卷、教案、课件、论文、素材以及各类教学资源下载，还有大量而丰富的教学相关资讯！" style="width:63.75pt;height:14.25pt" o:oleicon="f" o:ole="">
            <v:imagedata r:id="rId1129" o:title="eqIdb24de290ca86e706812b8a3d56b82c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10</w:t>
      </w:r>
      <w:r>
        <w:rPr>
          <w:rFonts w:ascii="宋体" w:eastAsia="宋体" w:hAnsi="宋体" w:cs="宋体"/>
          <w:color w:val="000000"/>
        </w:rPr>
        <w:t>，则点</w:t>
      </w:r>
      <w:r>
        <w:rPr>
          <w:rFonts w:ascii="Times New Roman" w:eastAsia="Times New Roman" w:hAnsi="Times New Roman" w:cs="Times New Roman"/>
          <w:i/>
          <w:color w:val="000000"/>
        </w:rPr>
        <w:t>D</w:t>
      </w:r>
      <w:r>
        <w:rPr>
          <w:rFonts w:ascii="宋体" w:eastAsia="宋体" w:hAnsi="宋体" w:cs="宋体"/>
          <w:color w:val="000000"/>
        </w:rPr>
        <w:t>表示的数为：</w:t>
      </w:r>
      <w:r>
        <w:pict>
          <v:shape id="_x0000_i710943" type="#_x0000_t75" alt="学科网(www.zxxk.com)--教育资源门户，提供试卷、教案、课件、论文、素材以及各类教学资源下载，还有大量而丰富的教学相关资讯！" style="width:69.75pt;height:14.25pt" o:oleicon="f" o:ole="">
            <v:imagedata r:id="rId1130" o:title="eqId04057ae505aeba8c626aa83585b36c5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color w:val="000000"/>
        </w:rPr>
        <w:t>22</w:t>
      </w:r>
      <w:r>
        <w:rPr>
          <w:rFonts w:ascii="宋体" w:eastAsia="宋体" w:hAnsi="宋体" w:cs="宋体"/>
          <w:color w:val="000000"/>
        </w:rPr>
        <w:t>，则点</w:t>
      </w:r>
      <w:r>
        <w:rPr>
          <w:rFonts w:ascii="Times New Roman" w:eastAsia="Times New Roman" w:hAnsi="Times New Roman" w:cs="Times New Roman"/>
          <w:i/>
          <w:color w:val="000000"/>
        </w:rPr>
        <w:t>E</w:t>
      </w:r>
      <w:r>
        <w:rPr>
          <w:rFonts w:ascii="宋体" w:eastAsia="宋体" w:hAnsi="宋体" w:cs="宋体"/>
          <w:color w:val="000000"/>
        </w:rPr>
        <w:t>表示的数为：</w:t>
      </w:r>
      <w:r>
        <w:pict>
          <v:shape id="_x0000_i710944" type="#_x0000_t75" alt="学科网(www.zxxk.com)--教育资源门户，提供试卷、教案、课件、论文、素材以及各类教学资源下载，还有大量而丰富的教学相关资讯！" style="width:1in;height:14.25pt" o:oleicon="f" o:ole="">
            <v:imagedata r:id="rId1131" o:title="eqId792d864f9f6ef9ed2e9c9a3135f38e2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表示的数是</w:t>
      </w:r>
      <w:r>
        <w:rPr>
          <w:rFonts w:ascii="Times New Roman" w:eastAsia="Times New Roman" w:hAnsi="Times New Roman" w:cs="Times New Roman"/>
          <w:color w:val="000000"/>
        </w:rPr>
        <w:t>46</w:t>
      </w:r>
      <w:r>
        <w:rPr>
          <w:rFonts w:ascii="宋体" w:eastAsia="宋体" w:hAnsi="宋体" w:cs="宋体"/>
          <w:color w:val="000000"/>
        </w:rPr>
        <w:t>，则点</w:t>
      </w:r>
      <w:r>
        <w:rPr>
          <w:rFonts w:ascii="Times New Roman" w:eastAsia="Times New Roman" w:hAnsi="Times New Roman" w:cs="Times New Roman"/>
          <w:i/>
          <w:color w:val="000000"/>
        </w:rPr>
        <w:t>F</w:t>
      </w:r>
      <w:r>
        <w:rPr>
          <w:rFonts w:ascii="宋体" w:eastAsia="宋体" w:hAnsi="宋体" w:cs="宋体"/>
          <w:color w:val="000000"/>
        </w:rPr>
        <w:t>表示的数为：</w:t>
      </w:r>
      <w:r>
        <w:pict>
          <v:shape id="_x0000_i710945" type="#_x0000_t75" alt="学科网(www.zxxk.com)--教育资源门户，提供试卷、教案、课件、论文、素材以及各类教学资源下载，还有大量而丰富的教学相关资讯！" style="width:71.25pt;height:14.25pt" o:oleicon="f" o:ole="">
            <v:imagedata r:id="rId1132" o:title="eqIda7b134f0715a5ed98e5912f09730dcf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G</w:t>
      </w:r>
      <w:r>
        <w:rPr>
          <w:rFonts w:ascii="宋体" w:eastAsia="宋体" w:hAnsi="宋体" w:cs="宋体"/>
          <w:color w:val="000000"/>
        </w:rPr>
        <w:t>表示的数是</w:t>
      </w:r>
      <w:r>
        <w:rPr>
          <w:rFonts w:ascii="Times New Roman" w:eastAsia="Times New Roman" w:hAnsi="Times New Roman" w:cs="Times New Roman"/>
          <w:color w:val="000000"/>
        </w:rPr>
        <w:t>46</w:t>
      </w:r>
      <w:r>
        <w:rPr>
          <w:rFonts w:ascii="宋体" w:eastAsia="宋体" w:hAnsi="宋体" w:cs="宋体"/>
          <w:color w:val="000000"/>
        </w:rPr>
        <w:t>，则点</w:t>
      </w:r>
      <w:r>
        <w:rPr>
          <w:rFonts w:ascii="Times New Roman" w:eastAsia="Times New Roman" w:hAnsi="Times New Roman" w:cs="Times New Roman"/>
          <w:i/>
          <w:color w:val="000000"/>
        </w:rPr>
        <w:t>H</w:t>
      </w:r>
      <w:r>
        <w:rPr>
          <w:rFonts w:ascii="宋体" w:eastAsia="宋体" w:hAnsi="宋体" w:cs="宋体"/>
          <w:color w:val="000000"/>
        </w:rPr>
        <w:t>表示的数为：</w:t>
      </w:r>
      <w:r>
        <w:pict>
          <v:shape id="_x0000_i710946" type="#_x0000_t75" alt="学科网(www.zxxk.com)--教育资源门户，提供试卷、教案、课件、论文、素材以及各类教学资源下载，还有大量而丰富的教学相关资讯！" style="width:75.75pt;height:14.25pt" o:oleicon="f" o:ole="">
            <v:imagedata r:id="rId1133" o:title="eqId2f51905e2040fe7cb2c2b464c2730568"/>
          </v:shape>
        </w:pict>
      </w:r>
      <w:r>
        <w:rPr>
          <w:rFonts w:ascii="宋体" w:eastAsia="宋体" w:hAnsi="宋体" w:cs="宋体"/>
          <w:color w:val="000000"/>
        </w:rPr>
        <w:t>，</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由此可得，个位数字以</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，依次循环，</w:t>
      </w:r>
    </w:p>
    <w:p>
      <w:pPr>
        <w:spacing w:line="360" w:lineRule="auto"/>
        <w:jc w:val="left"/>
        <w:textAlignment w:val="center"/>
        <w:rPr>
          <w:color w:val="000000"/>
        </w:rPr>
      </w:pPr>
      <w:r>
        <w:pict>
          <v:shape id="_x0000_i710947" type="#_x0000_t75" alt="学科网(www.zxxk.com)--教育资源门户，提供试卷、教案、课件、论文、素材以及各类教学资源下载，还有大量而丰富的教学相关资讯！" style="width:78pt;height:12pt" o:oleicon="f" o:ole="">
            <v:imagedata r:id="rId1134" o:title="eqIdea8053a45c699ae682fcf66048ade1e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所以第</w:t>
      </w:r>
      <w:r>
        <w:rPr>
          <w:rFonts w:ascii="Times New Roman" w:eastAsia="Times New Roman" w:hAnsi="Times New Roman" w:cs="Times New Roman"/>
          <w:color w:val="000000"/>
        </w:rPr>
        <w:t>2022</w:t>
      </w:r>
      <w:r>
        <w:rPr>
          <w:rFonts w:ascii="宋体" w:eastAsia="宋体" w:hAnsi="宋体" w:cs="宋体"/>
          <w:color w:val="000000"/>
        </w:rPr>
        <w:t>次操作得到的对应点所表示的数的个位数字是</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w:t>
      </w:r>
    </w:p>
    <w:p>
      <w:pPr>
        <w:spacing w:line="360" w:lineRule="auto"/>
        <w:jc w:val="left"/>
        <w:textAlignment w:val="center"/>
        <w:rPr>
          <w:color w:val="000000"/>
        </w:rPr>
      </w:pPr>
      <w:r>
        <w:rPr>
          <w:color w:val="000000"/>
        </w:rPr>
        <w:t>【点睛】</w:t>
      </w:r>
      <w:r>
        <w:rPr>
          <w:rFonts w:ascii="宋体" w:eastAsia="宋体" w:hAnsi="宋体" w:cs="宋体"/>
          <w:color w:val="000000"/>
        </w:rPr>
        <w:t>本题考查数轴上点的平移问题，注意</w:t>
      </w:r>
      <w:r>
        <w:rPr>
          <w:rFonts w:ascii="Times New Roman" w:eastAsia="Times New Roman" w:hAnsi="Times New Roman" w:cs="Times New Roman"/>
          <w:color w:val="000000"/>
        </w:rPr>
        <w:t>“</w:t>
      </w:r>
      <w:r>
        <w:rPr>
          <w:rFonts w:ascii="宋体" w:eastAsia="宋体" w:hAnsi="宋体" w:cs="宋体"/>
          <w:color w:val="000000"/>
        </w:rPr>
        <w:t>右移加，左移减</w:t>
      </w:r>
      <w:r>
        <w:rPr>
          <w:rFonts w:ascii="Times New Roman" w:eastAsia="Times New Roman" w:hAnsi="Times New Roman" w:cs="Times New Roman"/>
          <w:color w:val="000000"/>
        </w:rPr>
        <w:t>”</w:t>
      </w:r>
      <w:r>
        <w:rPr>
          <w:rFonts w:ascii="宋体" w:eastAsia="宋体" w:hAnsi="宋体" w:cs="宋体"/>
          <w:color w:val="000000"/>
        </w:rPr>
        <w:t>，根据计算发现规律是解题的关键．</w:t>
      </w:r>
    </w:p>
    <w:p>
      <w:pPr>
        <w:pStyle w:val="Heading2"/>
      </w:pPr>
      <w:r>
        <w:t>大兴区亦庄实验中学</w:t>
      </w:r>
    </w:p>
    <w:p>
      <w:pPr>
        <w:spacing w:line="360" w:lineRule="auto"/>
        <w:jc w:val="left"/>
        <w:textAlignment w:val="center"/>
        <w:rPr>
          <w:color w:val="000000"/>
        </w:rPr>
      </w:pPr>
      <w:r>
        <w:rPr>
          <w:color w:val="000000"/>
        </w:rPr>
        <w:t xml:space="preserve">23. </w:t>
      </w:r>
      <w:r>
        <w:rPr>
          <w:rFonts w:ascii="宋体" w:eastAsia="宋体" w:hAnsi="宋体" w:cs="宋体"/>
          <w:color w:val="000000"/>
        </w:rPr>
        <w:t>已知</w:t>
      </w:r>
      <w:r>
        <w:pict>
          <v:shape id="_x0000_i710948" type="#_x0000_t75" alt="学科网(www.zxxk.com)--教育资源门户，提供试卷、教案、课件、论文、素材以及各类教学资源下载，还有大量而丰富的教学相关资讯！" style="width:97.2pt;height:16.2pt" o:oleicon="f" o:ole="">
            <v:imagedata r:id="rId1135" o:title="eqId49f26a2c48129deb451869d87735f817"/>
          </v:shape>
        </w:pict>
      </w:r>
      <w:r>
        <w:rPr>
          <w:rFonts w:ascii="宋体" w:eastAsia="宋体" w:hAnsi="宋体" w:cs="宋体"/>
          <w:color w:val="000000"/>
        </w:rPr>
        <w:t>，</w:t>
      </w:r>
      <w:r>
        <w:pict>
          <v:shape id="_x0000_i710949" type="#_x0000_t75" alt="学科网(www.zxxk.com)--教育资源门户，提供试卷、教案、课件、论文、素材以及各类教学资源下载，还有大量而丰富的教学相关资讯！" style="width:106.8pt;height:16.2pt" o:oleicon="f" o:ole="">
            <v:imagedata r:id="rId1136" o:title="eqIde39a11f9aace3707fff32fdf902a9c5d"/>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w:t>
      </w:r>
      <w:r>
        <w:pict>
          <v:shape id="_x0000_i710950" type="#_x0000_t75" alt="学科网(www.zxxk.com)--教育资源门户，提供试卷、教案、课件、论文、素材以及各类教学资源下载，还有大量而丰富的教学相关资讯！" style="width:30pt;height:12.75pt" o:oleicon="f" o:ole="">
            <v:imagedata r:id="rId1137" o:title="eqId5e9e460c144f7a2141d2df0308b125f2"/>
          </v:shape>
        </w:pi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满足</w:t>
      </w:r>
      <w:r>
        <w:pict>
          <v:shape id="_x0000_i710951" type="#_x0000_t75" alt="学科网(www.zxxk.com)--教育资源门户，提供试卷、教案、课件、论文、素材以及各类教学资源下载，还有大量而丰富的教学相关资讯！" style="width:93pt;height:18pt" o:oleicon="f" o:ole="">
            <v:imagedata r:id="rId1138" o:title="eqIdd9dbd14594a6c26f6c217b19a84bd2fb"/>
          </v:shape>
        </w:pict>
      </w:r>
      <w:r>
        <w:rPr>
          <w:rFonts w:ascii="宋体" w:eastAsia="宋体" w:hAnsi="宋体" w:cs="宋体"/>
          <w:color w:val="000000"/>
        </w:rPr>
        <w:t>时，求</w:t>
      </w:r>
      <w:r>
        <w:pict>
          <v:shape id="_x0000_i710952" type="#_x0000_t75" alt="学科网(www.zxxk.com)--教育资源门户，提供试卷、教案、课件、论文、素材以及各类教学资源下载，还有大量而丰富的教学相关资讯！" style="width:30pt;height:12.75pt" o:oleicon="f" o:ole="">
            <v:imagedata r:id="rId1139" o:title="eqId5e9e460c144f7a2141d2df0308b125f2"/>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pict>
          <v:shape id="_x0000_i710953" type="#_x0000_t75" alt="学科网(www.zxxk.com)--教育资源门户，提供试卷、教案、课件、论文、素材以及各类教学资源下载，还有大量而丰富的教学相关资讯！" style="width:30pt;height:12.75pt" o:oleicon="f" o:ole="">
            <v:imagedata r:id="rId1140" o:title="eqId5e9e460c144f7a2141d2df0308b125f2"/>
          </v:shape>
        </w:pict>
      </w:r>
      <w:r>
        <w:rPr>
          <w:rFonts w:ascii="宋体" w:eastAsia="宋体" w:hAnsi="宋体" w:cs="宋体"/>
          <w:color w:val="000000"/>
        </w:rPr>
        <w:t>的值与</w:t>
      </w:r>
      <w:r>
        <w:rPr>
          <w:rFonts w:ascii="Times New Roman" w:eastAsia="Times New Roman" w:hAnsi="Times New Roman" w:cs="Times New Roman"/>
          <w:i/>
          <w:color w:val="000000"/>
        </w:rPr>
        <w:t>b</w:t>
      </w:r>
      <w:r>
        <w:rPr>
          <w:rFonts w:ascii="宋体" w:eastAsia="宋体" w:hAnsi="宋体" w:cs="宋体"/>
          <w:color w:val="000000"/>
        </w:rPr>
        <w:t>无关，求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pict>
          <v:shape id="_x0000_i710954" type="#_x0000_t75" alt="学科网(www.zxxk.com)--教育资源门户，提供试卷、教案、课件、论文、素材以及各类教学资源下载，还有大量而丰富的教学相关资讯！" style="width:54pt;height:13.8pt" o:oleicon="f" o:ole="">
            <v:imagedata r:id="rId1141" o:title="eqId854eef952d3e1b776b535bc0d113d4d8"/>
          </v:shape>
        </w:pict>
      </w:r>
      <w:r>
        <w:rPr>
          <w:color w:val="000000"/>
        </w:rPr>
        <w:t xml:space="preserve">    </w:t>
      </w:r>
    </w:p>
    <w:p>
      <w:pPr>
        <w:spacing w:line="360" w:lineRule="auto"/>
        <w:textAlignment w:val="center"/>
        <w:rPr>
          <w:color w:val="000000"/>
        </w:rPr>
      </w:pPr>
      <w:r>
        <w:rPr>
          <w:color w:val="000000"/>
        </w:rPr>
        <w:t>（2）</w:t>
      </w:r>
      <w:r>
        <w:pict>
          <v:shape id="_x0000_i710955" type="#_x0000_t75" alt="学科网(www.zxxk.com)--教育资源门户，提供试卷、教案、课件、论文、素材以及各类教学资源下载，还有大量而丰富的教学相关资讯！" style="width:15.75pt;height:14.25pt" o:oleicon="f" o:ole="">
            <v:imagedata r:id="rId1142" o:title="eqIdd13ce3ebd1112220c639562739f1f9d1"/>
          </v:shape>
        </w:pic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）根据整式的加减运算法则进行化简即可求出答案．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）根据题意可求出</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的值，然后代入原式即可求出答案．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）令含</w:t>
      </w:r>
      <w:r>
        <w:rPr>
          <w:rFonts w:ascii="Times New Roman" w:eastAsia="Times New Roman" w:hAnsi="Times New Roman" w:cs="Times New Roman"/>
          <w:i/>
          <w:color w:val="000000"/>
        </w:rPr>
        <w:t>b</w:t>
      </w:r>
      <w:r>
        <w:rPr>
          <w:rFonts w:ascii="宋体" w:eastAsia="宋体" w:hAnsi="宋体" w:cs="宋体"/>
          <w:color w:val="000000"/>
        </w:rPr>
        <w:t>的项的系数为零即可求出</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w:t>
      </w:r>
      <w:r>
        <w:pict>
          <v:shape id="_x0000_i710956" type="#_x0000_t75" alt="学科网(www.zxxk.com)--教育资源门户，提供试卷、教案、课件、论文、素材以及各类教学资源下载，还有大量而丰富的教学相关资讯！" style="width:30pt;height:12.75pt" o:oleicon="f" o:ole="">
            <v:imagedata r:id="rId1143" o:title="eqId5e9e460c144f7a2141d2df0308b125f2"/>
          </v:shape>
        </w:pict>
      </w:r>
      <w:r>
        <w:pict>
          <v:shape id="_x0000_i710957" type="#_x0000_t75" alt="学科网(www.zxxk.com)--教育资源门户，提供试卷、教案、课件、论文、素材以及各类教学资源下载，还有大量而丰富的教学相关资讯！" style="width:85.8pt;height:16.2pt" o:oleicon="f" o:ole="">
            <v:imagedata r:id="rId1144" o:title="eqId484e2fe3795458bd197be1e180c02f0e"/>
          </v:shape>
        </w:pict>
      </w:r>
      <w:r>
        <w:pict>
          <v:shape id="_x0000_i710958" type="#_x0000_t75" alt="学科网(www.zxxk.com)--教育资源门户，提供试卷、教案、课件、论文、素材以及各类教学资源下载，还有大量而丰富的教学相关资讯！" style="width:102pt;height:18pt" o:oleicon="f" o:ole="">
            <v:imagedata r:id="rId1145" o:title="eqId64cd39ce237cbb268cbae6cf6c48cccd"/>
          </v:shape>
        </w:pict>
      </w:r>
    </w:p>
    <w:p>
      <w:pPr>
        <w:spacing w:line="360" w:lineRule="auto"/>
        <w:jc w:val="both"/>
        <w:textAlignment w:val="center"/>
        <w:rPr>
          <w:color w:val="000000"/>
        </w:rPr>
      </w:pPr>
      <w:r>
        <w:pict>
          <v:shape id="_x0000_i710959" type="#_x0000_t75" alt="学科网(www.zxxk.com)--教育资源门户，提供试卷、教案、课件、论文、素材以及各类教学资源下载，还有大量而丰富的教学相关资讯！" style="width:178.8pt;height:16.2pt" o:oleicon="f" o:ole="">
            <v:imagedata r:id="rId1146" o:title="eqId15810f211168f6c82d4d1c25cd067859"/>
          </v:shape>
        </w:pict>
      </w:r>
    </w:p>
    <w:p>
      <w:pPr>
        <w:spacing w:line="360" w:lineRule="auto"/>
        <w:jc w:val="both"/>
        <w:textAlignment w:val="center"/>
        <w:rPr>
          <w:color w:val="000000"/>
        </w:rPr>
      </w:pPr>
      <w:r>
        <w:pict>
          <v:shape id="_x0000_i710960" type="#_x0000_t75" alt="学科网(www.zxxk.com)--教育资源门户，提供试卷、教案、课件、论文、素材以及各类教学资源下载，还有大量而丰富的教学相关资讯！" style="width:63pt;height:13.8pt" o:oleicon="f" o:ole="">
            <v:imagedata r:id="rId1147" o:title="eqIda3f6816555dff0a5aec4b3da413c9698"/>
          </v:shape>
        </w:pi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解：由题意可知：</w:t>
      </w:r>
      <w:r>
        <w:pict>
          <v:shape id="_x0000_i710961" type="#_x0000_t75" alt="学科网(www.zxxk.com)--教育资源门户，提供试卷、教案、课件、论文、素材以及各类教学资源下载，还有大量而丰富的教学相关资讯！" style="width:87pt;height:16.2pt" o:oleicon="f" o:ole="">
            <v:imagedata r:id="rId1148" o:title="eqIda4d2b07c641859fa52e5119081a5e3e2"/>
          </v:shape>
        </w:pict>
      </w:r>
      <w:r>
        <w:rPr>
          <w:rFonts w:ascii="宋体" w:eastAsia="宋体" w:hAnsi="宋体" w:cs="宋体"/>
          <w:color w:val="000000"/>
        </w:rPr>
        <w:t>，</w:t>
      </w:r>
    </w:p>
    <w:p>
      <w:pPr>
        <w:spacing w:line="360" w:lineRule="auto"/>
        <w:jc w:val="left"/>
        <w:textAlignment w:val="center"/>
        <w:rPr>
          <w:color w:val="000000"/>
        </w:rPr>
      </w:pPr>
      <w:r>
        <w:pict>
          <v:shape id="_x0000_i710962" type="#_x0000_t75" alt="学科网(www.zxxk.com)--教育资源门户，提供试卷、教案、课件、论文、素材以及各类教学资源下载，还有大量而丰富的教学相关资讯！" style="width:71pt;height:16pt" o:oleicon="f" o:ole="">
            <v:imagedata r:id="rId1149" o:title="eqIdef99218569ac3cde12d2972b1256c76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∴原式</w:t>
      </w:r>
      <w:r>
        <w:pict>
          <v:shape id="_x0000_i710963" type="#_x0000_t75" alt="学科网(www.zxxk.com)--教育资源门户，提供试卷、教案、课件、论文、素材以及各类教学资源下载，还有大量而丰富的教学相关资讯！" style="width:87pt;height:13.8pt" o:oleicon="f" o:ole="">
            <v:imagedata r:id="rId1150" o:title="eqId3bc8422efa8cef33fa9248ffdea5bbae"/>
          </v:shape>
        </w:pict>
      </w:r>
    </w:p>
    <w:p>
      <w:pPr>
        <w:spacing w:line="360" w:lineRule="auto"/>
        <w:jc w:val="left"/>
        <w:textAlignment w:val="center"/>
        <w:rPr>
          <w:color w:val="000000"/>
        </w:rPr>
      </w:pPr>
      <w:r>
        <w:pict>
          <v:shape id="_x0000_i710964" type="#_x0000_t75" alt="学科网(www.zxxk.com)--教育资源门户，提供试卷、教案、课件、论文、素材以及各类教学资源下载，还有大量而丰富的教学相关资讯！" style="width:58.2pt;height:13.8pt" o:oleicon="f" o:ole="">
            <v:imagedata r:id="rId1151" o:title="eqId51190b29047d0d66a0662476ba6aa5bd"/>
          </v:shape>
        </w:pict>
      </w:r>
    </w:p>
    <w:p>
      <w:pPr>
        <w:spacing w:line="360" w:lineRule="auto"/>
        <w:jc w:val="left"/>
        <w:textAlignment w:val="center"/>
        <w:rPr>
          <w:color w:val="000000"/>
        </w:rPr>
      </w:pPr>
      <w:r>
        <w:pict>
          <v:shape id="_x0000_i710965" type="#_x0000_t75" alt="学科网(www.zxxk.com)--教育资源门户，提供试卷、教案、课件、论文、素材以及各类教学资源下载，还有大量而丰富的教学相关资讯！" style="width:27pt;height:14.25pt" o:oleicon="f" o:ole="">
            <v:imagedata r:id="rId1152" o:title="eqId8a694a48b5d5205bf38696765646f275"/>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pict>
          <v:shape id="_x0000_i710966" type="#_x0000_t75" alt="学科网(www.zxxk.com)--教育资源门户，提供试卷、教案、课件、论文、素材以及各类教学资源下载，还有大量而丰富的教学相关资讯！" style="width:94.8pt;height:16.2pt" o:oleicon="f" o:ole="">
            <v:imagedata r:id="rId1153" o:title="eqId78e1ef1d8d484d89384d7db084abdcb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令</w:t>
      </w:r>
      <w:r>
        <w:pict>
          <v:shape id="_x0000_i710967" type="#_x0000_t75" alt="学科网(www.zxxk.com)--教育资源门户，提供试卷、教案、课件、论文、素材以及各类教学资源下载，还有大量而丰富的教学相关资讯！" style="width:44pt;height:13.95pt" o:oleicon="f" o:ole="">
            <v:imagedata r:id="rId1154" o:title="eqIdd78b635c250637a903ff5571eeeb555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0968" type="#_x0000_t75" alt="学科网(www.zxxk.com)--教育资源门户，提供试卷、教案、课件、论文、素材以及各类教学资源下载，还有大量而丰富的教学相关资讯！" style="width:24.75pt;height:12.75pt" o:oleicon="f" o:ole="">
            <v:imagedata r:id="rId1155" o:title="eqIde65397f11ea8af736f38debadf420c4a"/>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本题考查整式的加减运算、绝对值与平方式的非负性等知识，解题的关键是熟练运用整式的加减运算法则，绝对值与平方式的非负性，本题属于基础题型．</w:t>
      </w:r>
    </w:p>
    <w:p>
      <w:pPr>
        <w:spacing w:line="360" w:lineRule="auto"/>
        <w:ind w:left="270"/>
        <w:jc w:val="left"/>
        <w:textAlignment w:val="center"/>
        <w:rPr>
          <w:color w:val="000000"/>
        </w:rPr>
      </w:pPr>
      <w:r>
        <w:rPr>
          <w:color w:val="000000"/>
        </w:rPr>
        <w:t xml:space="preserve">24. </w:t>
      </w:r>
      <w:r>
        <w:rPr>
          <w:rFonts w:ascii="宋体" w:eastAsia="宋体" w:hAnsi="宋体" w:cs="宋体"/>
          <w:color w:val="000000"/>
        </w:rPr>
        <w:t>阅读下面的材料：</w:t>
      </w:r>
    </w:p>
    <w:p>
      <w:pPr>
        <w:spacing w:line="360" w:lineRule="auto"/>
        <w:jc w:val="left"/>
        <w:textAlignment w:val="center"/>
        <w:rPr>
          <w:color w:val="000000"/>
        </w:rPr>
      </w:pPr>
      <w:r>
        <w:rPr>
          <w:rFonts w:ascii="宋体" w:eastAsia="宋体" w:hAnsi="宋体" w:cs="宋体"/>
          <w:color w:val="000000"/>
        </w:rPr>
        <w:t>如图①，若线段</w:t>
      </w:r>
      <w:r>
        <w:rPr>
          <w:rFonts w:ascii="Times New Roman" w:eastAsia="Times New Roman" w:hAnsi="Times New Roman" w:cs="Times New Roman"/>
          <w:color w:val="000000"/>
        </w:rPr>
        <w:t>AB</w:t>
      </w:r>
      <w:r>
        <w:rPr>
          <w:rFonts w:ascii="宋体" w:eastAsia="宋体" w:hAnsi="宋体" w:cs="宋体"/>
          <w:color w:val="000000"/>
        </w:rPr>
        <w:t>在数轴上，</w:t>
      </w:r>
      <w:r>
        <w:rPr>
          <w:rFonts w:ascii="Times New Roman" w:eastAsia="Times New Roman" w:hAnsi="Times New Roman" w:cs="Times New Roman"/>
          <w:color w:val="000000"/>
        </w:rPr>
        <w:t>A，B</w:t>
      </w:r>
      <w:r>
        <w:rPr>
          <w:rFonts w:ascii="宋体" w:eastAsia="宋体" w:hAnsi="宋体" w:cs="宋体"/>
          <w:color w:val="000000"/>
        </w:rPr>
        <w:t>点表示的数分别为</w:t>
      </w:r>
      <w:r>
        <w:rPr>
          <w:rFonts w:ascii="Times New Roman" w:eastAsia="Times New Roman" w:hAnsi="Times New Roman" w:cs="Times New Roman"/>
          <w:color w:val="000000"/>
        </w:rPr>
        <w:t>a，b（b＞a</w:t>
      </w:r>
      <w:r>
        <w:rPr>
          <w:rFonts w:ascii="宋体" w:eastAsia="宋体" w:hAnsi="宋体" w:cs="宋体"/>
          <w:color w:val="000000"/>
        </w:rPr>
        <w:t>），则线段</w:t>
      </w:r>
      <w:r>
        <w:rPr>
          <w:rFonts w:ascii="Times New Roman" w:eastAsia="Times New Roman" w:hAnsi="Times New Roman" w:cs="Times New Roman"/>
          <w:color w:val="000000"/>
        </w:rPr>
        <w:t>AB</w:t>
      </w:r>
      <w:r>
        <w:rPr>
          <w:rFonts w:ascii="宋体" w:eastAsia="宋体" w:hAnsi="宋体" w:cs="宋体"/>
          <w:color w:val="000000"/>
        </w:rPr>
        <w:t>的长（点</w:t>
      </w:r>
      <w:r>
        <w:rPr>
          <w:rFonts w:ascii="Times New Roman" w:eastAsia="Times New Roman" w:hAnsi="Times New Roman" w:cs="Times New Roman"/>
          <w:color w:val="000000"/>
        </w:rPr>
        <w:t>A</w:t>
      </w:r>
      <w:r>
        <w:rPr>
          <w:rFonts w:ascii="宋体" w:eastAsia="宋体" w:hAnsi="宋体" w:cs="宋体"/>
          <w:color w:val="000000"/>
        </w:rPr>
        <w:t>到点</w:t>
      </w:r>
      <w:r>
        <w:rPr>
          <w:rFonts w:ascii="Times New Roman" w:eastAsia="Times New Roman" w:hAnsi="Times New Roman" w:cs="Times New Roman"/>
          <w:color w:val="000000"/>
        </w:rPr>
        <w:t>B</w:t>
      </w:r>
      <w:r>
        <w:rPr>
          <w:rFonts w:ascii="宋体" w:eastAsia="宋体" w:hAnsi="宋体" w:cs="宋体"/>
          <w:color w:val="000000"/>
        </w:rPr>
        <w:t>的距离）可表示为</w:t>
      </w:r>
      <w:r>
        <w:rPr>
          <w:rFonts w:ascii="Times New Roman" w:eastAsia="Times New Roman" w:hAnsi="Times New Roman" w:cs="Times New Roman"/>
          <w:color w:val="000000"/>
        </w:rPr>
        <w:t>AB=b﹣a</w:t>
      </w:r>
    </w:p>
    <w:p>
      <w:pPr>
        <w:spacing w:line="360" w:lineRule="auto"/>
        <w:ind w:left="270"/>
        <w:jc w:val="left"/>
        <w:textAlignment w:val="center"/>
        <w:rPr>
          <w:color w:val="000000"/>
        </w:rPr>
      </w:pPr>
      <w:r>
        <w:rPr>
          <w:color w:val="000000"/>
        </w:rPr>
        <w:drawing>
          <wp:inline>
            <wp:extent cx="4191000" cy="495300"/>
            <wp:docPr id="32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 name=""/>
                    <pic:cNvPicPr>
                      <a:picLocks noChangeAspect="1"/>
                    </pic:cNvPicPr>
                  </pic:nvPicPr>
                  <pic:blipFill>
                    <a:blip r:embed="rId1156"/>
                    <a:stretch>
                      <a:fillRect/>
                    </a:stretch>
                  </pic:blipFill>
                  <pic:spPr>
                    <a:xfrm>
                      <a:off x="0" y="0"/>
                      <a:ext cx="4191000" cy="495300"/>
                    </a:xfrm>
                    <a:prstGeom prst="rect">
                      <a:avLst/>
                    </a:prstGeom>
                  </pic:spPr>
                </pic:pic>
              </a:graphicData>
            </a:graphic>
          </wp:inline>
        </w:drawing>
      </w:r>
    </w:p>
    <w:p>
      <w:pPr>
        <w:spacing w:line="360" w:lineRule="auto"/>
        <w:ind w:left="270"/>
        <w:jc w:val="left"/>
        <w:textAlignment w:val="center"/>
        <w:rPr>
          <w:color w:val="000000"/>
        </w:rPr>
      </w:pPr>
      <w:r>
        <w:rPr>
          <w:rFonts w:ascii="宋体" w:eastAsia="宋体" w:hAnsi="宋体" w:cs="宋体"/>
          <w:color w:val="000000"/>
        </w:rPr>
        <w:t>请用上面材料中的知识解答下面的问题：</w:t>
      </w:r>
    </w:p>
    <w:p>
      <w:pPr>
        <w:spacing w:line="360" w:lineRule="auto"/>
        <w:jc w:val="left"/>
        <w:textAlignment w:val="center"/>
        <w:rPr>
          <w:color w:val="000000"/>
        </w:rPr>
      </w:pPr>
      <w:r>
        <w:rPr>
          <w:rFonts w:ascii="宋体" w:eastAsia="宋体" w:hAnsi="宋体" w:cs="宋体"/>
          <w:color w:val="000000"/>
        </w:rPr>
        <w:t>如图②，一个点从数轴上的原点开始，先向左移动</w:t>
      </w:r>
      <w:r>
        <w:rPr>
          <w:rFonts w:ascii="Times New Roman" w:eastAsia="Times New Roman" w:hAnsi="Times New Roman" w:cs="Times New Roman"/>
          <w:color w:val="000000"/>
        </w:rPr>
        <w:t>1cm</w:t>
      </w:r>
      <w:r>
        <w:rPr>
          <w:rFonts w:ascii="宋体" w:eastAsia="宋体" w:hAnsi="宋体" w:cs="宋体"/>
          <w:color w:val="000000"/>
        </w:rPr>
        <w:t>到达</w:t>
      </w:r>
      <w:r>
        <w:rPr>
          <w:rFonts w:ascii="Times New Roman" w:eastAsia="Times New Roman" w:hAnsi="Times New Roman" w:cs="Times New Roman"/>
          <w:color w:val="000000"/>
        </w:rPr>
        <w:t>A</w:t>
      </w:r>
      <w:r>
        <w:rPr>
          <w:rFonts w:ascii="宋体" w:eastAsia="宋体" w:hAnsi="宋体" w:cs="宋体"/>
          <w:color w:val="000000"/>
        </w:rPr>
        <w:t>点，再向左移动</w:t>
      </w:r>
      <w:r>
        <w:rPr>
          <w:rFonts w:ascii="Times New Roman" w:eastAsia="Times New Roman" w:hAnsi="Times New Roman" w:cs="Times New Roman"/>
          <w:color w:val="000000"/>
        </w:rPr>
        <w:t>2cm</w:t>
      </w:r>
      <w:r>
        <w:rPr>
          <w:rFonts w:ascii="宋体" w:eastAsia="宋体" w:hAnsi="宋体" w:cs="宋体"/>
          <w:color w:val="000000"/>
        </w:rPr>
        <w:t>到达</w:t>
      </w:r>
      <w:r>
        <w:rPr>
          <w:rFonts w:ascii="Times New Roman" w:eastAsia="Times New Roman" w:hAnsi="Times New Roman" w:cs="Times New Roman"/>
          <w:color w:val="000000"/>
        </w:rPr>
        <w:t>B</w:t>
      </w:r>
      <w:r>
        <w:rPr>
          <w:rFonts w:ascii="宋体" w:eastAsia="宋体" w:hAnsi="宋体" w:cs="宋体"/>
          <w:color w:val="000000"/>
        </w:rPr>
        <w:t>点，然后向右移动</w:t>
      </w:r>
      <w:r>
        <w:rPr>
          <w:rFonts w:ascii="Times New Roman" w:eastAsia="Times New Roman" w:hAnsi="Times New Roman" w:cs="Times New Roman"/>
          <w:color w:val="000000"/>
        </w:rPr>
        <w:t>7cm</w:t>
      </w:r>
      <w:r>
        <w:rPr>
          <w:rFonts w:ascii="宋体" w:eastAsia="宋体" w:hAnsi="宋体" w:cs="宋体"/>
          <w:color w:val="000000"/>
        </w:rPr>
        <w:t>到达</w:t>
      </w:r>
      <w:r>
        <w:rPr>
          <w:rFonts w:ascii="Times New Roman" w:eastAsia="Times New Roman" w:hAnsi="Times New Roman" w:cs="Times New Roman"/>
          <w:color w:val="000000"/>
        </w:rPr>
        <w:t>C</w:t>
      </w:r>
      <w:r>
        <w:rPr>
          <w:rFonts w:ascii="宋体" w:eastAsia="宋体" w:hAnsi="宋体" w:cs="宋体"/>
          <w:color w:val="000000"/>
        </w:rPr>
        <w:t>点，用</w:t>
      </w:r>
      <w:r>
        <w:rPr>
          <w:rFonts w:ascii="Times New Roman" w:eastAsia="Times New Roman" w:hAnsi="Times New Roman" w:cs="Times New Roman"/>
          <w:color w:val="000000"/>
        </w:rPr>
        <w:t>1</w:t>
      </w:r>
      <w:r>
        <w:rPr>
          <w:rFonts w:ascii="宋体" w:eastAsia="宋体" w:hAnsi="宋体" w:cs="宋体"/>
          <w:color w:val="000000"/>
        </w:rPr>
        <w:t>个单位长度表示</w:t>
      </w:r>
      <w:r>
        <w:rPr>
          <w:rFonts w:ascii="Times New Roman" w:eastAsia="Times New Roman" w:hAnsi="Times New Roman" w:cs="Times New Roman"/>
          <w:color w:val="000000"/>
        </w:rPr>
        <w:t>1cm</w:t>
      </w:r>
    </w:p>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请你在数轴上表示出</w:t>
      </w:r>
      <w:r>
        <w:rPr>
          <w:rFonts w:ascii="Times New Roman" w:eastAsia="Times New Roman" w:hAnsi="Times New Roman" w:cs="Times New Roman"/>
          <w:color w:val="000000"/>
        </w:rPr>
        <w:t>A，B，C</w:t>
      </w:r>
      <w:r>
        <w:rPr>
          <w:rFonts w:ascii="宋体" w:eastAsia="宋体" w:hAnsi="宋体" w:cs="宋体"/>
          <w:color w:val="000000"/>
        </w:rPr>
        <w:t>三点的位置，并直接写出线段</w:t>
      </w:r>
      <w:r>
        <w:rPr>
          <w:rFonts w:ascii="Times New Roman" w:eastAsia="Times New Roman" w:hAnsi="Times New Roman" w:cs="Times New Roman"/>
          <w:color w:val="000000"/>
        </w:rPr>
        <w:t>AC</w:t>
      </w:r>
      <w:r>
        <w:rPr>
          <w:rFonts w:ascii="宋体" w:eastAsia="宋体" w:hAnsi="宋体" w:cs="宋体"/>
          <w:color w:val="000000"/>
        </w:rPr>
        <w:t>的长度；</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若数轴上有一点</w:t>
      </w:r>
      <w:r>
        <w:rPr>
          <w:rFonts w:ascii="Times New Roman" w:eastAsia="Times New Roman" w:hAnsi="Times New Roman" w:cs="Times New Roman"/>
          <w:color w:val="000000"/>
        </w:rPr>
        <w:t>D</w:t>
      </w:r>
      <w:r>
        <w:rPr>
          <w:rFonts w:ascii="宋体" w:eastAsia="宋体" w:hAnsi="宋体" w:cs="宋体"/>
          <w:color w:val="000000"/>
        </w:rPr>
        <w:t>，且</w:t>
      </w:r>
      <w:r>
        <w:rPr>
          <w:rFonts w:ascii="Times New Roman" w:eastAsia="Times New Roman" w:hAnsi="Times New Roman" w:cs="Times New Roman"/>
          <w:color w:val="000000"/>
        </w:rPr>
        <w:t>AD=4cm</w:t>
      </w:r>
      <w:r>
        <w:rPr>
          <w:rFonts w:ascii="宋体" w:eastAsia="宋体" w:hAnsi="宋体" w:cs="宋体"/>
          <w:color w:val="000000"/>
        </w:rPr>
        <w:t>，则点</w:t>
      </w:r>
      <w:r>
        <w:rPr>
          <w:rFonts w:ascii="Times New Roman" w:eastAsia="Times New Roman" w:hAnsi="Times New Roman" w:cs="Times New Roman"/>
          <w:color w:val="000000"/>
        </w:rPr>
        <w:t>D</w:t>
      </w:r>
      <w:r>
        <w:rPr>
          <w:rFonts w:ascii="宋体" w:eastAsia="宋体" w:hAnsi="宋体" w:cs="宋体"/>
          <w:color w:val="000000"/>
        </w:rPr>
        <w:t>表示的数是什么？</w:t>
      </w:r>
    </w:p>
    <w:p>
      <w:pPr>
        <w:spacing w:line="360" w:lineRule="auto"/>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若将点</w:t>
      </w:r>
      <w:r>
        <w:rPr>
          <w:rFonts w:ascii="Times New Roman" w:eastAsia="Times New Roman" w:hAnsi="Times New Roman" w:cs="Times New Roman"/>
          <w:color w:val="000000"/>
        </w:rPr>
        <w:t>A</w:t>
      </w:r>
      <w:r>
        <w:rPr>
          <w:rFonts w:ascii="宋体" w:eastAsia="宋体" w:hAnsi="宋体" w:cs="宋体"/>
          <w:color w:val="000000"/>
        </w:rPr>
        <w:t>向右移动</w:t>
      </w:r>
      <w:r>
        <w:rPr>
          <w:rFonts w:ascii="Times New Roman" w:eastAsia="Times New Roman" w:hAnsi="Times New Roman" w:cs="Times New Roman"/>
          <w:color w:val="000000"/>
        </w:rPr>
        <w:t>xcm</w:t>
      </w:r>
      <w:r>
        <w:rPr>
          <w:rFonts w:ascii="宋体" w:eastAsia="宋体" w:hAnsi="宋体" w:cs="宋体"/>
          <w:color w:val="000000"/>
        </w:rPr>
        <w:t>，请用代数式表示移动后的点表示的数？</w:t>
      </w:r>
    </w:p>
    <w:p>
      <w:pPr>
        <w:spacing w:line="360" w:lineRule="auto"/>
        <w:jc w:val="left"/>
        <w:textAlignment w:val="center"/>
        <w:rPr>
          <w:color w:val="000000"/>
        </w:rPr>
      </w:pPr>
      <w:r>
        <w:rPr>
          <w:rFonts w:ascii="Times New Roman" w:eastAsia="Times New Roman" w:hAnsi="Times New Roman" w:cs="Times New Roman"/>
          <w:color w:val="000000"/>
        </w:rPr>
        <w:t>（4）</w:t>
      </w:r>
      <w:r>
        <w:rPr>
          <w:rFonts w:ascii="宋体" w:eastAsia="宋体" w:hAnsi="宋体" w:cs="宋体"/>
          <w:color w:val="000000"/>
        </w:rPr>
        <w:t>若点</w:t>
      </w:r>
      <w:r>
        <w:rPr>
          <w:rFonts w:ascii="Times New Roman" w:eastAsia="Times New Roman" w:hAnsi="Times New Roman" w:cs="Times New Roman"/>
          <w:color w:val="000000"/>
        </w:rPr>
        <w:t>B</w:t>
      </w:r>
      <w:r>
        <w:rPr>
          <w:rFonts w:ascii="宋体" w:eastAsia="宋体" w:hAnsi="宋体" w:cs="宋体"/>
          <w:color w:val="000000"/>
        </w:rPr>
        <w:t>以每秒</w:t>
      </w:r>
      <w:r>
        <w:rPr>
          <w:rFonts w:ascii="Times New Roman" w:eastAsia="Times New Roman" w:hAnsi="Times New Roman" w:cs="Times New Roman"/>
          <w:color w:val="000000"/>
        </w:rPr>
        <w:t>2cm</w:t>
      </w:r>
      <w:r>
        <w:rPr>
          <w:rFonts w:ascii="宋体" w:eastAsia="宋体" w:hAnsi="宋体" w:cs="宋体"/>
          <w:color w:val="000000"/>
        </w:rPr>
        <w:t>的速度向左移动至点</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，同时点</w:t>
      </w:r>
      <w:r>
        <w:rPr>
          <w:rFonts w:ascii="Times New Roman" w:eastAsia="Times New Roman" w:hAnsi="Times New Roman" w:cs="Times New Roman"/>
          <w:color w:val="000000"/>
        </w:rPr>
        <w:t>A</w:t>
      </w:r>
      <w:r>
        <w:rPr>
          <w:rFonts w:ascii="宋体" w:eastAsia="宋体" w:hAnsi="宋体" w:cs="宋体"/>
          <w:color w:val="000000"/>
        </w:rPr>
        <w:t>，点</w:t>
      </w:r>
      <w:r>
        <w:rPr>
          <w:rFonts w:ascii="Times New Roman" w:eastAsia="Times New Roman" w:hAnsi="Times New Roman" w:cs="Times New Roman"/>
          <w:color w:val="000000"/>
        </w:rPr>
        <w:t>C</w:t>
      </w:r>
      <w:r>
        <w:rPr>
          <w:rFonts w:ascii="宋体" w:eastAsia="宋体" w:hAnsi="宋体" w:cs="宋体"/>
          <w:color w:val="000000"/>
        </w:rPr>
        <w:t>分别以每秒</w:t>
      </w:r>
      <w:r>
        <w:rPr>
          <w:rFonts w:ascii="Times New Roman" w:eastAsia="Times New Roman" w:hAnsi="Times New Roman" w:cs="Times New Roman"/>
          <w:color w:val="000000"/>
        </w:rPr>
        <w:t>1cm</w:t>
      </w:r>
      <w:r>
        <w:rPr>
          <w:rFonts w:ascii="宋体" w:eastAsia="宋体" w:hAnsi="宋体" w:cs="宋体"/>
          <w:color w:val="000000"/>
        </w:rPr>
        <w:t>和</w:t>
      </w:r>
      <w:r>
        <w:rPr>
          <w:rFonts w:ascii="Times New Roman" w:eastAsia="Times New Roman" w:hAnsi="Times New Roman" w:cs="Times New Roman"/>
          <w:color w:val="000000"/>
        </w:rPr>
        <w:t>4cm</w:t>
      </w:r>
      <w:r>
        <w:rPr>
          <w:rFonts w:ascii="宋体" w:eastAsia="宋体" w:hAnsi="宋体" w:cs="宋体"/>
          <w:color w:val="000000"/>
        </w:rPr>
        <w:t>的速度向右移动至点</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，设移动时间为</w:t>
      </w:r>
      <w:r>
        <w:rPr>
          <w:rFonts w:ascii="Times New Roman" w:eastAsia="Times New Roman" w:hAnsi="Times New Roman" w:cs="Times New Roman"/>
          <w:color w:val="000000"/>
        </w:rPr>
        <w:t>t</w:t>
      </w:r>
      <w:r>
        <w:rPr>
          <w:rFonts w:ascii="宋体" w:eastAsia="宋体" w:hAnsi="宋体" w:cs="宋体"/>
          <w:color w:val="000000"/>
        </w:rPr>
        <w:t>秒，试探索：</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的值是否会随着</w:t>
      </w:r>
      <w:r>
        <w:rPr>
          <w:rFonts w:ascii="Times New Roman" w:eastAsia="Times New Roman" w:hAnsi="Times New Roman" w:cs="Times New Roman"/>
          <w:color w:val="000000"/>
        </w:rPr>
        <w:t>t</w:t>
      </w:r>
      <w:r>
        <w:rPr>
          <w:rFonts w:ascii="宋体" w:eastAsia="宋体" w:hAnsi="宋体" w:cs="宋体"/>
          <w:color w:val="000000"/>
        </w:rPr>
        <w:t>的变化而变化？请说明理由．</w:t>
      </w:r>
    </w:p>
    <w:p>
      <w:pPr>
        <w:spacing w:line="360" w:lineRule="auto"/>
        <w:textAlignment w:val="center"/>
        <w:rPr>
          <w:color w:val="000000"/>
        </w:rPr>
      </w:pPr>
      <w:r>
        <w:rPr>
          <w:color w:val="2E75B6"/>
        </w:rPr>
        <w:t>【答案】</w:t>
      </w:r>
      <w:r>
        <w:rPr>
          <w:rFonts w:ascii="宋体" w:eastAsia="宋体" w:hAnsi="宋体" w:cs="宋体"/>
          <w:color w:val="000000"/>
        </w:rPr>
        <w:t>（1）数轴见解析；</w:t>
      </w:r>
      <w:r>
        <w:rPr>
          <w:rFonts w:ascii="Times New Roman" w:eastAsia="Times New Roman" w:hAnsi="Times New Roman" w:cs="Times New Roman"/>
          <w:color w:val="000000"/>
        </w:rPr>
        <w:t>AC=5cm；（</w:t>
      </w:r>
      <w:r>
        <w:rPr>
          <w:rFonts w:ascii="宋体" w:eastAsia="宋体" w:hAnsi="宋体" w:cs="宋体"/>
          <w:color w:val="000000"/>
        </w:rPr>
        <w:t>2）</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3；（3）﹣1+x；（4）P</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的值不会随着</w:t>
      </w:r>
      <w:r>
        <w:rPr>
          <w:rFonts w:ascii="Times New Roman" w:eastAsia="Times New Roman" w:hAnsi="Times New Roman" w:cs="Times New Roman"/>
          <w:color w:val="000000"/>
        </w:rPr>
        <w:t>t</w:t>
      </w:r>
      <w:r>
        <w:rPr>
          <w:rFonts w:ascii="宋体" w:eastAsia="宋体" w:hAnsi="宋体" w:cs="宋体"/>
          <w:color w:val="000000"/>
        </w:rPr>
        <w:t>的变化而变化</w: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Times New Roman" w:eastAsia="Times New Roman" w:hAnsi="Times New Roman" w:cs="Times New Roman"/>
          <w:color w:val="000000"/>
        </w:rPr>
        <w:t>(1)</w:t>
      </w:r>
      <w:r>
        <w:rPr>
          <w:rFonts w:ascii="宋体" w:eastAsia="宋体" w:hAnsi="宋体" w:cs="宋体"/>
          <w:color w:val="000000"/>
        </w:rPr>
        <w:t>根据题意易画出图形，再由</w:t>
      </w:r>
      <w:r>
        <w:rPr>
          <w:rFonts w:ascii="Times New Roman" w:eastAsia="Times New Roman" w:hAnsi="Times New Roman" w:cs="Times New Roman"/>
          <w:color w:val="000000"/>
        </w:rPr>
        <w:t>C</w:t>
      </w:r>
      <w:r>
        <w:rPr>
          <w:rFonts w:ascii="宋体" w:eastAsia="宋体" w:hAnsi="宋体" w:cs="宋体"/>
          <w:color w:val="000000"/>
        </w:rPr>
        <w:t>点所表示的数减去</w:t>
      </w:r>
      <w:r>
        <w:rPr>
          <w:rFonts w:ascii="Times New Roman" w:eastAsia="Times New Roman" w:hAnsi="Times New Roman" w:cs="Times New Roman"/>
          <w:color w:val="000000"/>
        </w:rPr>
        <w:t>A</w:t>
      </w:r>
      <w:r>
        <w:rPr>
          <w:rFonts w:ascii="宋体" w:eastAsia="宋体" w:hAnsi="宋体" w:cs="宋体"/>
          <w:color w:val="000000"/>
        </w:rPr>
        <w:t>点所表示的数即可</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设</w:t>
      </w:r>
      <w:r>
        <w:rPr>
          <w:rFonts w:ascii="Times New Roman" w:eastAsia="Times New Roman" w:hAnsi="Times New Roman" w:cs="Times New Roman"/>
          <w:color w:val="000000"/>
        </w:rPr>
        <w:t>D</w:t>
      </w:r>
      <w:r>
        <w:rPr>
          <w:rFonts w:ascii="宋体" w:eastAsia="宋体" w:hAnsi="宋体" w:cs="宋体"/>
          <w:color w:val="000000"/>
        </w:rPr>
        <w:t>表示的数为</w:t>
      </w:r>
      <w:r>
        <w:rPr>
          <w:rFonts w:ascii="Times New Roman" w:eastAsia="Times New Roman" w:hAnsi="Times New Roman" w:cs="Times New Roman"/>
          <w:color w:val="000000"/>
        </w:rPr>
        <w:t>a，</w:t>
      </w:r>
      <w:r>
        <w:rPr>
          <w:rFonts w:ascii="宋体" w:eastAsia="宋体" w:hAnsi="宋体" w:cs="宋体"/>
          <w:color w:val="000000"/>
        </w:rPr>
        <w:t>由绝对值的意义可求解；</w:t>
      </w:r>
    </w:p>
    <w:p>
      <w:pPr>
        <w:spacing w:line="360" w:lineRule="auto"/>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向右移动</w:t>
      </w:r>
      <w:r>
        <w:rPr>
          <w:rFonts w:ascii="Times New Roman" w:eastAsia="Times New Roman" w:hAnsi="Times New Roman" w:cs="Times New Roman"/>
          <w:color w:val="000000"/>
        </w:rPr>
        <w:t>xcm，</w:t>
      </w:r>
      <w:r>
        <w:rPr>
          <w:rFonts w:ascii="宋体" w:eastAsia="宋体" w:hAnsi="宋体" w:cs="宋体"/>
          <w:color w:val="000000"/>
        </w:rPr>
        <w:t>即</w:t>
      </w:r>
      <w:r>
        <w:rPr>
          <w:rFonts w:ascii="Times New Roman" w:eastAsia="Times New Roman" w:hAnsi="Times New Roman" w:cs="Times New Roman"/>
          <w:color w:val="000000"/>
        </w:rPr>
        <w:t>A</w:t>
      </w:r>
      <w:r>
        <w:rPr>
          <w:rFonts w:ascii="宋体" w:eastAsia="宋体" w:hAnsi="宋体" w:cs="宋体"/>
          <w:color w:val="000000"/>
        </w:rPr>
        <w:t>点所表示的数再加上</w:t>
      </w:r>
      <w:r>
        <w:rPr>
          <w:rFonts w:ascii="Times New Roman" w:eastAsia="Times New Roman" w:hAnsi="Times New Roman" w:cs="Times New Roman"/>
          <w:color w:val="000000"/>
        </w:rPr>
        <w:t>xcm；</w:t>
      </w:r>
    </w:p>
    <w:p>
      <w:pPr>
        <w:spacing w:line="360" w:lineRule="auto"/>
        <w:jc w:val="left"/>
        <w:textAlignment w:val="center"/>
        <w:rPr>
          <w:color w:val="000000"/>
        </w:rPr>
      </w:pPr>
      <w:r>
        <w:rPr>
          <w:rFonts w:ascii="Times New Roman" w:eastAsia="Times New Roman" w:hAnsi="Times New Roman" w:cs="Times New Roman"/>
          <w:color w:val="000000"/>
        </w:rPr>
        <w:t>(4)</w:t>
      </w:r>
      <w:r>
        <w:rPr>
          <w:rFonts w:ascii="宋体" w:eastAsia="宋体" w:hAnsi="宋体" w:cs="宋体"/>
          <w:color w:val="000000"/>
        </w:rPr>
        <w:t>用代数式表示出</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和</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再相减即可得出结论</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position w:val="0"/>
        </w:rPr>
        <w:drawing>
          <wp:inline>
            <wp:extent cx="95250" cy="171450"/>
            <wp:docPr id="32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 name=""/>
                    <pic:cNvPicPr>
                      <a:picLocks noChangeAspect="1"/>
                    </pic:cNvPicPr>
                  </pic:nvPicPr>
                  <pic:blipFill>
                    <a:blip r:embed="rId1157"/>
                    <a:stretch>
                      <a:fillRect/>
                    </a:stretch>
                  </pic:blipFill>
                  <pic:spPr>
                    <a:xfrm>
                      <a:off x="0" y="0"/>
                      <a:ext cx="95250" cy="171450"/>
                    </a:xfrm>
                    <a:prstGeom prst="rect">
                      <a:avLst/>
                    </a:prstGeom>
                  </pic:spPr>
                </pic:pic>
              </a:graphicData>
            </a:graphic>
          </wp:inline>
        </w:drawing>
      </w: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）如图所示：</w:t>
      </w:r>
    </w:p>
    <w:p>
      <w:pPr>
        <w:spacing w:line="360" w:lineRule="auto"/>
        <w:ind w:left="270"/>
        <w:jc w:val="left"/>
        <w:textAlignment w:val="center"/>
        <w:rPr>
          <w:color w:val="000000"/>
        </w:rPr>
      </w:pPr>
      <w:r>
        <w:rPr>
          <w:color w:val="000000"/>
        </w:rPr>
        <w:drawing>
          <wp:inline>
            <wp:extent cx="2724150" cy="419100"/>
            <wp:docPr id="32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 name=""/>
                    <pic:cNvPicPr>
                      <a:picLocks noChangeAspect="1"/>
                    </pic:cNvPicPr>
                  </pic:nvPicPr>
                  <pic:blipFill>
                    <a:blip r:embed="rId1158"/>
                    <a:stretch>
                      <a:fillRect/>
                    </a:stretch>
                  </pic:blipFill>
                  <pic:spPr>
                    <a:xfrm>
                      <a:off x="0" y="0"/>
                      <a:ext cx="2724150" cy="419100"/>
                    </a:xfrm>
                    <a:prstGeom prst="rect">
                      <a:avLst/>
                    </a:prstGeom>
                  </pic:spPr>
                </pic:pic>
              </a:graphicData>
            </a:graphic>
          </wp:inline>
        </w:drawing>
      </w:r>
    </w:p>
    <w:p>
      <w:pPr>
        <w:spacing w:line="360" w:lineRule="auto"/>
        <w:ind w:left="270"/>
        <w:jc w:val="left"/>
        <w:textAlignment w:val="center"/>
        <w:rPr>
          <w:color w:val="000000"/>
        </w:rPr>
      </w:pPr>
      <w:r>
        <w:rPr>
          <w:rFonts w:ascii="Times New Roman" w:eastAsia="Times New Roman" w:hAnsi="Times New Roman" w:cs="Times New Roman"/>
          <w:color w:val="000000"/>
        </w:rPr>
        <w:t>CA=4﹣（﹣1）=4+1=5（cm）；</w:t>
      </w:r>
    </w:p>
    <w:p>
      <w:pPr>
        <w:spacing w:line="360" w:lineRule="auto"/>
        <w:ind w:left="270"/>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）设</w:t>
      </w:r>
      <w:r>
        <w:rPr>
          <w:rFonts w:ascii="Times New Roman" w:eastAsia="Times New Roman" w:hAnsi="Times New Roman" w:cs="Times New Roman"/>
          <w:color w:val="000000"/>
        </w:rPr>
        <w:t>D</w:t>
      </w:r>
      <w:r>
        <w:rPr>
          <w:rFonts w:ascii="宋体" w:eastAsia="宋体" w:hAnsi="宋体" w:cs="宋体"/>
          <w:color w:val="000000"/>
        </w:rPr>
        <w:t>表示的数为</w:t>
      </w:r>
      <w:r>
        <w:rPr>
          <w:rFonts w:ascii="Times New Roman" w:eastAsia="Times New Roman" w:hAnsi="Times New Roman" w:cs="Times New Roman"/>
          <w:color w:val="000000"/>
        </w:rPr>
        <w:t>a，</w:t>
      </w:r>
    </w:p>
    <w:p>
      <w:pPr>
        <w:spacing w:line="360" w:lineRule="auto"/>
        <w:ind w:left="270"/>
        <w:jc w:val="left"/>
        <w:textAlignment w:val="center"/>
        <w:rPr>
          <w:color w:val="000000"/>
        </w:rPr>
      </w:pPr>
      <w:r>
        <w:rPr>
          <w:rFonts w:ascii="Times New Roman" w:eastAsia="Times New Roman" w:hAnsi="Times New Roman" w:cs="Times New Roman"/>
          <w:color w:val="000000"/>
        </w:rPr>
        <w:t>∵AD=4，</w:t>
      </w:r>
    </w:p>
    <w:p>
      <w:pPr>
        <w:spacing w:line="360" w:lineRule="auto"/>
        <w:ind w:left="270"/>
        <w:jc w:val="left"/>
        <w:textAlignment w:val="center"/>
        <w:rPr>
          <w:color w:val="000000"/>
        </w:rPr>
      </w:pPr>
      <w:r>
        <w:rPr>
          <w:rFonts w:ascii="Times New Roman" w:eastAsia="Times New Roman" w:hAnsi="Times New Roman" w:cs="Times New Roman"/>
          <w:color w:val="000000"/>
        </w:rPr>
        <w:t>∴|﹣1﹣a|=4，</w:t>
      </w:r>
    </w:p>
    <w:p>
      <w:pPr>
        <w:spacing w:line="360" w:lineRule="auto"/>
        <w:ind w:left="270"/>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a=﹣5</w:t>
      </w:r>
      <w:r>
        <w:rPr>
          <w:rFonts w:ascii="宋体" w:eastAsia="宋体" w:hAnsi="宋体" w:cs="宋体"/>
          <w:color w:val="000000"/>
        </w:rPr>
        <w:t>或</w:t>
      </w:r>
      <w:r>
        <w:rPr>
          <w:rFonts w:ascii="Times New Roman" w:eastAsia="Times New Roman" w:hAnsi="Times New Roman" w:cs="Times New Roman"/>
          <w:color w:val="000000"/>
        </w:rPr>
        <w:t>3，</w:t>
      </w:r>
    </w:p>
    <w:p>
      <w:pPr>
        <w:spacing w:line="360" w:lineRule="auto"/>
        <w:ind w:left="270"/>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color w:val="000000"/>
        </w:rPr>
        <w:t>D</w: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3；</w:t>
      </w:r>
    </w:p>
    <w:p>
      <w:pPr>
        <w:spacing w:line="360" w:lineRule="auto"/>
        <w:ind w:left="270"/>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）将点</w:t>
      </w:r>
      <w:r>
        <w:rPr>
          <w:rFonts w:ascii="Times New Roman" w:eastAsia="Times New Roman" w:hAnsi="Times New Roman" w:cs="Times New Roman"/>
          <w:color w:val="000000"/>
        </w:rPr>
        <w:t>A</w:t>
      </w:r>
      <w:r>
        <w:rPr>
          <w:rFonts w:ascii="宋体" w:eastAsia="宋体" w:hAnsi="宋体" w:cs="宋体"/>
          <w:color w:val="000000"/>
        </w:rPr>
        <w:t>向右移动</w:t>
      </w:r>
      <w:r>
        <w:rPr>
          <w:rFonts w:ascii="Times New Roman" w:eastAsia="Times New Roman" w:hAnsi="Times New Roman" w:cs="Times New Roman"/>
          <w:color w:val="000000"/>
        </w:rPr>
        <w:t>xcm</w:t>
      </w:r>
      <w:r>
        <w:rPr>
          <w:rFonts w:ascii="宋体" w:eastAsia="宋体" w:hAnsi="宋体" w:cs="宋体"/>
          <w:color w:val="000000"/>
        </w:rPr>
        <w:t>，则移动后的点表示的数为﹣</w:t>
      </w:r>
      <w:r>
        <w:rPr>
          <w:rFonts w:ascii="Times New Roman" w:eastAsia="Times New Roman" w:hAnsi="Times New Roman" w:cs="Times New Roman"/>
          <w:color w:val="000000"/>
        </w:rPr>
        <w:t>1+x；</w:t>
      </w:r>
    </w:p>
    <w:p>
      <w:pPr>
        <w:spacing w:line="360" w:lineRule="auto"/>
        <w:ind w:left="270"/>
        <w:jc w:val="left"/>
        <w:textAlignment w:val="center"/>
        <w:rPr>
          <w:color w:val="000000"/>
        </w:rPr>
      </w:pPr>
      <w:r>
        <w:rPr>
          <w:rFonts w:ascii="Times New Roman" w:eastAsia="Times New Roman" w:hAnsi="Times New Roman" w:cs="Times New Roman"/>
          <w:color w:val="000000"/>
        </w:rPr>
        <w:t>（4）P</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的值不会随着</w:t>
      </w:r>
      <w:r>
        <w:rPr>
          <w:rFonts w:ascii="Times New Roman" w:eastAsia="Times New Roman" w:hAnsi="Times New Roman" w:cs="Times New Roman"/>
          <w:color w:val="000000"/>
        </w:rPr>
        <w:t>t</w:t>
      </w:r>
      <w:r>
        <w:rPr>
          <w:rFonts w:ascii="宋体" w:eastAsia="宋体" w:hAnsi="宋体" w:cs="宋体"/>
          <w:color w:val="000000"/>
        </w:rPr>
        <w:t>的变化而变化，理由如下：</w:t>
      </w:r>
    </w:p>
    <w:p>
      <w:pPr>
        <w:spacing w:line="360" w:lineRule="auto"/>
        <w:ind w:left="270"/>
        <w:jc w:val="left"/>
        <w:textAlignment w:val="center"/>
        <w:rPr>
          <w:color w:val="000000"/>
        </w:rPr>
      </w:pPr>
      <w:r>
        <w:rPr>
          <w:rFonts w:ascii="宋体" w:eastAsia="宋体" w:hAnsi="宋体" w:cs="宋体"/>
          <w:color w:val="000000"/>
        </w:rPr>
        <w:t>根据题意得：</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=（4+4t）﹣（﹣1+t）=5+3t，</w:t>
      </w:r>
    </w:p>
    <w:p>
      <w:pPr>
        <w:spacing w:line="360" w:lineRule="auto"/>
        <w:ind w:left="270"/>
        <w:jc w:val="left"/>
        <w:textAlignment w:val="center"/>
        <w:rPr>
          <w:color w:val="000000"/>
        </w:rPr>
      </w:pP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=（﹣1+t）﹣（﹣3﹣2t）=2+3t，</w:t>
      </w:r>
    </w:p>
    <w:p>
      <w:pPr>
        <w:spacing w:line="360" w:lineRule="auto"/>
        <w:ind w:left="270"/>
        <w:jc w:val="left"/>
        <w:textAlignment w:val="center"/>
        <w:rPr>
          <w:color w:val="000000"/>
        </w:rPr>
      </w:pP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=（5+3t）﹣（2+3t）=3，</w:t>
      </w:r>
    </w:p>
    <w:p>
      <w:pPr>
        <w:spacing w:line="360" w:lineRule="auto"/>
        <w:jc w:val="left"/>
        <w:textAlignment w:val="center"/>
        <w:rPr>
          <w:color w:val="000000"/>
        </w:rPr>
      </w:pP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的值不会随着</w:t>
      </w:r>
      <w:r>
        <w:rPr>
          <w:rFonts w:ascii="Times New Roman" w:eastAsia="Times New Roman" w:hAnsi="Times New Roman" w:cs="Times New Roman"/>
          <w:color w:val="000000"/>
        </w:rPr>
        <w:t>t</w:t>
      </w:r>
      <w:r>
        <w:rPr>
          <w:rFonts w:ascii="宋体" w:eastAsia="宋体" w:hAnsi="宋体" w:cs="宋体"/>
          <w:color w:val="000000"/>
        </w:rPr>
        <w:t>的变化而变化．</w:t>
      </w:r>
    </w:p>
    <w:p>
      <w:pPr>
        <w:spacing w:line="360" w:lineRule="auto"/>
        <w:jc w:val="left"/>
        <w:textAlignment w:val="center"/>
        <w:rPr>
          <w:color w:val="000000"/>
        </w:rPr>
        <w:sectPr w:rsidSect="00C321EB">
          <w:headerReference w:type="even" r:id="rId361"/>
          <w:footerReference w:type="even" r:id="rId362"/>
          <w:headerReference w:type="first" r:id="rId363"/>
          <w:footerReference w:type="first" r:id="rId364"/>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本题考查了用数轴表示数以及数轴上的动点问题</w:t>
      </w:r>
      <w:r>
        <w:rPr>
          <w:rFonts w:ascii="Times New Roman" w:eastAsia="Times New Roman" w:hAnsi="Times New Roman" w:cs="Times New Roman"/>
          <w:color w:val="000000"/>
        </w:rPr>
        <w:t>.</w:t>
      </w:r>
    </w:p>
    <w:p>
      <w:pPr>
        <w:pStyle w:val="Heading2"/>
      </w:pPr>
      <w:r>
        <w:t>师范大学附属中学</w:t>
      </w:r>
    </w:p>
    <w:p>
      <w:pPr>
        <w:spacing w:line="360" w:lineRule="auto"/>
        <w:jc w:val="both"/>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．若整数</w:t>
      </w:r>
      <w:r>
        <w:rPr>
          <w:rFonts w:ascii="Times New Roman" w:eastAsia="Times New Roman" w:hAnsi="Times New Roman" w:cs="Times New Roman"/>
          <w:i/>
          <w:color w:val="000000"/>
        </w:rPr>
        <w:t>b</w:t>
      </w:r>
      <w:r>
        <w:rPr>
          <w:rFonts w:ascii="宋体" w:eastAsia="宋体" w:hAnsi="宋体" w:cs="宋体"/>
          <w:color w:val="000000"/>
        </w:rPr>
        <w:t>除以非零整数</w:t>
      </w:r>
      <w:r>
        <w:rPr>
          <w:rFonts w:ascii="Times New Roman" w:eastAsia="Times New Roman" w:hAnsi="Times New Roman" w:cs="Times New Roman"/>
          <w:i/>
          <w:color w:val="000000"/>
        </w:rPr>
        <w:t>a</w:t>
      </w:r>
      <w:r>
        <w:rPr>
          <w:rFonts w:ascii="宋体" w:eastAsia="宋体" w:hAnsi="宋体" w:cs="宋体"/>
          <w:color w:val="000000"/>
        </w:rPr>
        <w:t>，商为整数</w:t>
      </w:r>
      <w:r>
        <w:rPr>
          <w:rFonts w:ascii="Times New Roman" w:eastAsia="Times New Roman" w:hAnsi="Times New Roman" w:cs="Times New Roman"/>
          <w:i/>
          <w:color w:val="000000"/>
        </w:rPr>
        <w:t>k</w:t>
      </w:r>
      <w:r>
        <w:rPr>
          <w:rFonts w:ascii="宋体" w:eastAsia="宋体" w:hAnsi="宋体" w:cs="宋体"/>
          <w:color w:val="000000"/>
        </w:rPr>
        <w:t>，且余数为零，则</w:t>
      </w:r>
      <w:r>
        <w:rPr>
          <w:rFonts w:ascii="Times New Roman" w:eastAsia="Times New Roman" w:hAnsi="Times New Roman" w:cs="Times New Roman"/>
          <w:i/>
          <w:color w:val="000000"/>
        </w:rPr>
        <w:t>b</w:t>
      </w:r>
      <w:r>
        <w:rPr>
          <w:rFonts w:ascii="宋体" w:eastAsia="宋体" w:hAnsi="宋体" w:cs="宋体"/>
          <w:color w:val="000000"/>
        </w:rPr>
        <w:t>能被</w:t>
      </w:r>
      <w:r>
        <w:rPr>
          <w:rFonts w:ascii="Times New Roman" w:eastAsia="Times New Roman" w:hAnsi="Times New Roman" w:cs="Times New Roman"/>
          <w:i/>
          <w:color w:val="000000"/>
        </w:rPr>
        <w:t>a</w:t>
      </w:r>
      <w:r>
        <w:rPr>
          <w:rFonts w:ascii="宋体" w:eastAsia="宋体" w:hAnsi="宋体" w:cs="宋体"/>
          <w:color w:val="000000"/>
        </w:rPr>
        <w:t>整除．</w:t>
      </w:r>
    </w:p>
    <w:p>
      <w:pPr>
        <w:spacing w:line="360" w:lineRule="auto"/>
        <w:jc w:val="both"/>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．对于正整数</w:t>
      </w:r>
      <w:r>
        <w:rPr>
          <w:rFonts w:ascii="Times New Roman" w:eastAsia="Times New Roman" w:hAnsi="Times New Roman" w:cs="Times New Roman"/>
          <w:i/>
          <w:color w:val="000000"/>
        </w:rPr>
        <w:t>A</w:t>
      </w:r>
      <w:r>
        <w:rPr>
          <w:rFonts w:ascii="宋体" w:eastAsia="宋体" w:hAnsi="宋体" w:cs="宋体"/>
          <w:color w:val="000000"/>
        </w:rPr>
        <w:t>，以下给出判断</w:t>
      </w:r>
      <w:r>
        <w:rPr>
          <w:rFonts w:ascii="Times New Roman" w:eastAsia="Times New Roman" w:hAnsi="Times New Roman" w:cs="Times New Roman"/>
          <w:i/>
          <w:color w:val="000000"/>
        </w:rPr>
        <w:t>A</w:t>
      </w:r>
      <w:r>
        <w:rPr>
          <w:rFonts w:ascii="宋体" w:eastAsia="宋体" w:hAnsi="宋体" w:cs="宋体"/>
          <w:color w:val="000000"/>
        </w:rPr>
        <w:t>能否被</w:t>
      </w:r>
      <w:r>
        <w:rPr>
          <w:rFonts w:ascii="Times New Roman" w:eastAsia="Times New Roman" w:hAnsi="Times New Roman" w:cs="Times New Roman"/>
          <w:color w:val="000000"/>
        </w:rPr>
        <w:t>11</w:t>
      </w:r>
      <w:r>
        <w:rPr>
          <w:rFonts w:ascii="宋体" w:eastAsia="宋体" w:hAnsi="宋体" w:cs="宋体"/>
          <w:color w:val="000000"/>
        </w:rPr>
        <w:t>整除的简便方法“奇偶位差法”：若整数</w:t>
      </w:r>
      <w:r>
        <w:rPr>
          <w:rFonts w:ascii="Times New Roman" w:eastAsia="Times New Roman" w:hAnsi="Times New Roman" w:cs="Times New Roman"/>
          <w:i/>
          <w:color w:val="000000"/>
        </w:rPr>
        <w:t>A</w:t>
      </w:r>
      <w:r>
        <w:rPr>
          <w:rFonts w:ascii="宋体" w:eastAsia="宋体" w:hAnsi="宋体" w:cs="宋体"/>
          <w:color w:val="000000"/>
        </w:rPr>
        <w:t>的奇位数字之和与偶位数字之和的差</w:t>
      </w:r>
      <w:r>
        <w:pict>
          <v:shape id="_x0000_i710969" type="#_x0000_t75" alt="学科网(www.zxxk.com)--教育资源门户，提供试卷、教案、课件、论文、素材以及各类教学资源下载，还有大量而丰富的教学相关资讯！" style="width:30.4pt;height:17.75pt" o:oleicon="f" o:ole="">
            <v:imagedata r:id="rId1159" o:title="eqId4f808411c86d3205fcd6050abc998ea8"/>
          </v:shape>
        </w:pic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整除，则整数</w:t>
      </w:r>
      <w:r>
        <w:rPr>
          <w:rFonts w:ascii="Times New Roman" w:eastAsia="Times New Roman" w:hAnsi="Times New Roman" w:cs="Times New Roman"/>
          <w:i/>
          <w:color w:val="000000"/>
        </w:rPr>
        <w:t>A</w: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both"/>
        <w:textAlignment w:val="center"/>
        <w:rPr>
          <w:color w:val="000000"/>
        </w:rPr>
      </w:pPr>
      <w:r>
        <w:rPr>
          <w:rFonts w:ascii="宋体" w:eastAsia="宋体" w:hAnsi="宋体" w:cs="宋体"/>
          <w:color w:val="000000"/>
        </w:rPr>
        <w:t>例如：判断</w:t>
      </w:r>
      <w:r>
        <w:rPr>
          <w:rFonts w:ascii="Times New Roman" w:eastAsia="Times New Roman" w:hAnsi="Times New Roman" w:cs="Times New Roman"/>
          <w:color w:val="000000"/>
        </w:rPr>
        <w:t>491678</w:t>
      </w:r>
      <w:r>
        <w:rPr>
          <w:rFonts w:ascii="宋体" w:eastAsia="宋体" w:hAnsi="宋体" w:cs="宋体"/>
          <w:color w:val="000000"/>
        </w:rPr>
        <w:t>能否被</w:t>
      </w:r>
      <w:r>
        <w:rPr>
          <w:rFonts w:ascii="Times New Roman" w:eastAsia="Times New Roman" w:hAnsi="Times New Roman" w:cs="Times New Roman"/>
          <w:color w:val="000000"/>
        </w:rPr>
        <w:t>11</w:t>
      </w:r>
      <w:r>
        <w:rPr>
          <w:rFonts w:ascii="宋体" w:eastAsia="宋体" w:hAnsi="宋体" w:cs="宋体"/>
          <w:color w:val="000000"/>
        </w:rPr>
        <w:t>整除．先计算奇位数字</w:t>
      </w:r>
      <w:r>
        <w:rPr>
          <w:rFonts w:ascii="宋体" w:eastAsia="宋体" w:hAnsi="宋体" w:cs="宋体"/>
          <w:color w:val="000000"/>
          <w:position w:val="0"/>
        </w:rPr>
        <w:drawing>
          <wp:inline>
            <wp:extent cx="133350" cy="177800"/>
            <wp:docPr id="32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 name=""/>
                    <pic:cNvPicPr>
                      <a:picLocks noChangeAspect="1"/>
                    </pic:cNvPicPr>
                  </pic:nvPicPr>
                  <pic:blipFill>
                    <a:blip r:embed="rId116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和</w:t>
      </w:r>
      <w:r>
        <w:pict>
          <v:shape id="_x0000_i710970" type="#_x0000_t75" alt="学科网(www.zxxk.com)--教育资源门户，提供试卷、教案、课件、论文、素材以及各类教学资源下载，还有大量而丰富的教学相关资讯！" style="width:67.5pt;height:13.5pt" o:oleicon="f" o:ole="">
            <v:imagedata r:id="rId1161" o:title="eqId36c3a606ef580f75fe70da9af7edd56f"/>
          </v:shape>
        </w:pict>
      </w:r>
      <w:r>
        <w:rPr>
          <w:rFonts w:ascii="宋体" w:eastAsia="宋体" w:hAnsi="宋体" w:cs="宋体"/>
          <w:color w:val="000000"/>
        </w:rPr>
        <w:t>，偶位数位的和</w:t>
      </w:r>
      <w:r>
        <w:pict>
          <v:shape id="_x0000_i710971" type="#_x0000_t75" alt="学科网(www.zxxk.com)--教育资源门户，提供试卷、教案、课件、论文、素材以及各类教学资源下载，还有大量而丰富的教学相关资讯！" style="width:64.15pt;height:13.9pt" o:oleicon="f" o:ole="">
            <v:imagedata r:id="rId1162" o:title="eqIde3b8343ee584985acc0b8216d8b1307d"/>
          </v:shape>
        </w:pict>
      </w:r>
      <w:r>
        <w:rPr>
          <w:rFonts w:ascii="宋体" w:eastAsia="宋体" w:hAnsi="宋体" w:cs="宋体"/>
          <w:color w:val="000000"/>
        </w:rPr>
        <w:t>，于是得</w:t>
      </w:r>
      <w:r>
        <w:pict>
          <v:shape id="_x0000_i710972" type="#_x0000_t75" alt="学科网(www.zxxk.com)--教育资源门户，提供试卷、教案、课件、论文、素材以及各类教学资源下载，还有大量而丰富的教学相关资讯！" style="width:127.5pt;height:16.5pt" o:oleicon="f" o:ole="">
            <v:imagedata r:id="rId1163" o:title="eqId5f1e7a90ce462308e344b1857f0c22a6"/>
          </v:shape>
        </w:pic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整除，因此</w:t>
      </w:r>
      <w:r>
        <w:rPr>
          <w:rFonts w:ascii="Times New Roman" w:eastAsia="Times New Roman" w:hAnsi="Times New Roman" w:cs="Times New Roman"/>
          <w:color w:val="000000"/>
        </w:rPr>
        <w:t>491678</w: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both"/>
        <w:textAlignment w:val="center"/>
        <w:rPr>
          <w:color w:val="000000"/>
        </w:rPr>
      </w:pPr>
      <w:r>
        <w:rPr>
          <w:rFonts w:ascii="宋体" w:eastAsia="宋体" w:hAnsi="宋体" w:cs="宋体"/>
          <w:color w:val="000000"/>
        </w:rPr>
        <w:t>【操作与说理】</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10973" type="#_x0000_t75" alt="学科网(www.zxxk.com)--教育资源门户，提供试卷、教案、课件、论文、素材以及各类教学资源下载，还有大量而丰富的教学相关资讯！" style="width:60pt;height:13.5pt" o:oleicon="f" o:ole="">
            <v:imagedata r:id="rId1164" o:title="eqId1843b0e6eb54f3004a7e9f7197bed34f"/>
          </v:shape>
        </w:pict>
      </w:r>
      <w:r>
        <w:rPr>
          <w:rFonts w:ascii="宋体" w:eastAsia="宋体" w:hAnsi="宋体" w:cs="宋体"/>
          <w:color w:val="000000"/>
        </w:rPr>
        <w:t>，请你帮张聪</w:t>
      </w:r>
      <w:r>
        <w:rPr>
          <w:rFonts w:ascii="宋体" w:eastAsia="宋体" w:hAnsi="宋体" w:cs="宋体"/>
          <w:color w:val="000000"/>
          <w:em w:val="dot"/>
        </w:rPr>
        <w:t>写出判断过程</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）张聪尝试说明方法的道理，他发现仅举例验证不足以证明一般结论，于是他列出如下表格分析了六位数的情况：</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02"/>
        <w:gridCol w:w="1662"/>
        <w:gridCol w:w="1662"/>
        <w:gridCol w:w="481"/>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的奇位数字和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的偶位数字和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10974" type="#_x0000_t75" alt="学科网(www.zxxk.com)--教育资源门户，提供试卷、教案、课件、论文、素材以及各类教学资源下载，还有大量而丰富的教学相关资讯！" style="width:30.4pt;height:17.75pt" o:oleicon="f" o:ole="">
                  <v:imagedata r:id="rId1165" o:title="eqId4f808411c86d3205fcd6050abc998ea8"/>
                </v:shape>
              </w:pic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491678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11</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910349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221353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10975" type="#_x0000_t75" alt="学科网(www.zxxk.com)--教育资源门户，提供试卷、教案、课件、论文、素材以及各类教学资源下载，还有大量而丰富的教学相关资讯！" style="width:38.25pt;height:18.75pt" o:oleicon="f" o:ole="">
                  <v:imagedata r:id="rId1166" o:title="eqId9a2348e1db7e2f1e34e0e0cc8774567e"/>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bl>
    <w:p>
      <w:pPr>
        <w:spacing w:line="360" w:lineRule="auto"/>
        <w:jc w:val="both"/>
        <w:textAlignment w:val="center"/>
        <w:rPr>
          <w:color w:val="000000"/>
        </w:rPr>
      </w:pPr>
      <w:r>
        <w:rPr>
          <w:rFonts w:ascii="宋体" w:eastAsia="宋体" w:hAnsi="宋体" w:cs="宋体"/>
          <w:color w:val="000000"/>
        </w:rPr>
        <w:t>说明：</w:t>
      </w:r>
      <w:r>
        <w:pict>
          <v:shape id="_x0000_i710976" type="#_x0000_t75" alt="学科网(www.zxxk.com)--教育资源门户，提供试卷、教案、课件、论文、素材以及各类教学资源下载，还有大量而丰富的教学相关资讯！" style="width:38.25pt;height:18.75pt" o:oleicon="f" o:ole="">
            <v:imagedata r:id="rId1168" o:title="eqId9a2348e1db7e2f1e34e0e0cc8774567e"/>
          </v:shape>
        </w:pict>
      </w:r>
      <w:r>
        <w:rPr>
          <w:rFonts w:ascii="宋体" w:eastAsia="宋体" w:hAnsi="宋体" w:cs="宋体"/>
          <w:color w:val="000000"/>
        </w:rPr>
        <w:t>表示</w:t>
      </w:r>
      <w:r>
        <w:pict>
          <v:shape id="_x0000_i710977" type="#_x0000_t75" alt="学科网(www.zxxk.com)--教育资源门户，提供试卷、教案、课件、论文、素材以及各类教学资源下载，还有大量而丰富的教学相关资讯！" style="width:214.5pt;height:16.5pt" o:oleicon="f" o:ole="">
            <v:imagedata r:id="rId1169" o:title="eqId233287589e06c681d638a5bc9495ff74"/>
          </v:shape>
        </w:pict>
      </w:r>
      <w:r>
        <w:rPr>
          <w:rFonts w:ascii="宋体" w:eastAsia="宋体" w:hAnsi="宋体" w:cs="宋体"/>
          <w:color w:val="000000"/>
        </w:rPr>
        <w:t>，其中</w:t>
      </w:r>
      <w:r>
        <w:pict>
          <v:shape id="_x0000_i710978" type="#_x0000_t75" alt="学科网(www.zxxk.com)--教育资源门户，提供试卷、教案、课件、论文、素材以及各类教学资源下载，还有大量而丰富的教学相关资讯！" style="width:42.75pt;height:14.25pt" o:oleicon="f" o:ole="">
            <v:imagedata r:id="rId1170" o:title="eqId7a6fe0a044511f71c14c4a710f358581"/>
          </v:shape>
        </w:pict>
      </w:r>
      <w:r>
        <w:rPr>
          <w:rFonts w:ascii="宋体" w:eastAsia="宋体" w:hAnsi="宋体" w:cs="宋体"/>
          <w:color w:val="000000"/>
        </w:rPr>
        <w:t>，</w:t>
      </w:r>
      <w:r>
        <w:pict>
          <v:shape id="_x0000_i710979" type="#_x0000_t75" alt="学科网(www.zxxk.com)--教育资源门户，提供试卷、教案、课件、论文、素材以及各类教学资源下载，还有大量而丰富的教学相关资讯！" style="width:27.15pt;height:13.6pt" o:oleicon="f" o:ole="">
            <v:imagedata r:id="rId1171" o:title="eqIdf3cb8cb634644553ad16a44e4ea840b0"/>
          </v:shape>
        </w:pic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w:t>
      </w:r>
      <w:r>
        <w:pict>
          <v:shape id="_x0000_i710980" type="#_x0000_t75" alt="学科网(www.zxxk.com)--教育资源门户，提供试卷、教案、课件、论文、素材以及各类教学资源下载，还有大量而丰富的教学相关资讯！" style="width:30pt;height:16.5pt" o:oleicon="f" o:ole="">
            <v:imagedata r:id="rId1172" o:title="eqIda128698ea580dcd05126768947f1d193"/>
          </v:shape>
        </w:pi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均</w:t>
      </w:r>
      <w:r>
        <w:rPr>
          <w:rFonts w:ascii="宋体" w:eastAsia="宋体" w:hAnsi="宋体" w:cs="宋体"/>
          <w:color w:val="000000"/>
          <w:position w:val="0"/>
        </w:rPr>
        <w:drawing>
          <wp:inline>
            <wp:extent cx="158750" cy="190500"/>
            <wp:docPr id="32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 name=""/>
                    <pic:cNvPicPr>
                      <a:picLocks noChangeAspect="1"/>
                    </pic:cNvPicPr>
                  </pic:nvPicPr>
                  <pic:blipFill>
                    <a:blip r:embed="rId1167"/>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整数．</w:t>
      </w:r>
    </w:p>
    <w:p>
      <w:pPr>
        <w:spacing w:line="360" w:lineRule="auto"/>
        <w:jc w:val="both"/>
        <w:textAlignment w:val="center"/>
        <w:rPr>
          <w:color w:val="000000"/>
        </w:rPr>
      </w:pPr>
      <w:r>
        <w:rPr>
          <w:rFonts w:ascii="宋体" w:eastAsia="宋体" w:hAnsi="宋体" w:cs="宋体"/>
          <w:color w:val="000000"/>
        </w:rPr>
        <w:t>请帮张聪同学</w:t>
      </w:r>
      <w:r>
        <w:rPr>
          <w:rFonts w:ascii="宋体" w:eastAsia="宋体" w:hAnsi="宋体" w:cs="宋体"/>
          <w:color w:val="000000"/>
          <w:em w:val="dot"/>
        </w:rPr>
        <w:t>补全表格</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宋体" w:eastAsia="宋体" w:hAnsi="宋体" w:cs="宋体"/>
          <w:color w:val="000000"/>
          <w:em w:val="dot"/>
        </w:rPr>
        <w:t>综合运用以上信息说明</w:t>
      </w:r>
      <w:r>
        <w:rPr>
          <w:rFonts w:ascii="宋体" w:eastAsia="宋体" w:hAnsi="宋体" w:cs="宋体"/>
          <w:color w:val="000000"/>
        </w:rPr>
        <w:t>：当</w:t>
      </w:r>
      <w:r>
        <w:pict>
          <v:shape id="_x0000_i710981" type="#_x0000_t75" alt="学科网(www.zxxk.com)--教育资源门户，提供试卷、教案、课件、论文、素材以及各类教学资源下载，还有大量而丰富的教学相关资讯！" style="width:60pt;height:19.5pt" o:oleicon="f" o:ole="">
            <v:imagedata r:id="rId1173" o:title="eqIdce1f80769e6c9027c65092bcaccd474d"/>
          </v:shape>
        </w:pict>
      </w:r>
      <w:r>
        <w:rPr>
          <w:rFonts w:ascii="宋体" w:eastAsia="宋体" w:hAnsi="宋体" w:cs="宋体"/>
          <w:color w:val="000000"/>
        </w:rPr>
        <w:t>是</w:t>
      </w:r>
      <w:r>
        <w:rPr>
          <w:rFonts w:ascii="Times New Roman" w:eastAsia="Times New Roman" w:hAnsi="Times New Roman" w:cs="Times New Roman"/>
          <w:color w:val="000000"/>
        </w:rPr>
        <w:t>11</w:t>
      </w:r>
      <w:r>
        <w:rPr>
          <w:rFonts w:ascii="宋体" w:eastAsia="宋体" w:hAnsi="宋体" w:cs="宋体"/>
          <w:color w:val="000000"/>
        </w:rPr>
        <w:t>的倍数时，</w:t>
      </w:r>
      <w:r>
        <w:pict>
          <v:shape id="_x0000_i710982" type="#_x0000_t75" alt="学科网(www.zxxk.com)--教育资源门户，提供试卷、教案、课件、论文、素材以及各类教学资源下载，还有大量而丰富的教学相关资讯！" style="width:38.25pt;height:18.75pt" o:oleicon="f" o:ole="">
            <v:imagedata r:id="rId1174" o:title="eqId9a2348e1db7e2f1e34e0e0cc8774567e"/>
          </v:shape>
        </w:pic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）能被整除，过程见解析；（</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pict>
          <v:shape id="_x0000_i710983" type="#_x0000_t75" alt="学科网(www.zxxk.com)--教育资源门户，提供试卷、教案、课件、论文、素材以及各类教学资源下载，还有大量而丰富的教学相关资讯！" style="width:47.25pt;height:15.75pt" o:oleicon="f" o:ole="">
            <v:imagedata r:id="rId1175" o:title="eqId84cd136dd3493911bba2e4e89f9be898"/>
          </v:shape>
        </w:pict>
      </w:r>
      <w:r>
        <w:rPr>
          <w:rFonts w:ascii="宋体" w:eastAsia="宋体" w:hAnsi="宋体" w:cs="宋体"/>
          <w:color w:val="000000"/>
        </w:rPr>
        <w:t>，</w:t>
      </w:r>
      <w:r>
        <w:pict>
          <v:shape id="_x0000_i710984" type="#_x0000_t75" alt="学科网(www.zxxk.com)--教育资源门户，提供试卷、教案、课件、论文、素材以及各类教学资源下载，还有大量而丰富的教学相关资讯！" style="width:42pt;height:12pt" o:oleicon="f" o:ole="">
            <v:imagedata r:id="rId1176" o:title="eqId861bf04c048c6ddba71036c515781f67"/>
          </v:shape>
        </w:pict>
      </w:r>
      <w:r>
        <w:rPr>
          <w:rFonts w:ascii="宋体" w:eastAsia="宋体" w:hAnsi="宋体" w:cs="宋体"/>
          <w:color w:val="000000"/>
        </w:rPr>
        <w:t>，</w:t>
      </w:r>
      <w:r>
        <w:pict>
          <v:shape id="_x0000_i710985" type="#_x0000_t75" alt="学科网(www.zxxk.com)--教育资源门户，提供试卷、教案、课件、论文、素材以及各类教学资源下载，还有大量而丰富的教学相关资讯！" style="width:105pt;height:20.25pt" o:oleicon="f" o:ole="">
            <v:imagedata r:id="rId1177" o:title="eqIdc46c2fe01e0ab828853cda82941539b2"/>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）先计算奇位数字的和与偶位数字的和，于是得</w:t>
      </w:r>
      <w:r>
        <w:pict>
          <v:shape id="_x0000_i710986" type="#_x0000_t75" alt="学科网(www.zxxk.com)--教育资源门户，提供试卷、教案、课件、论文、素材以及各类教学资源下载，还有大量而丰富的教学相关资讯！" style="width:80.25pt;height:20.25pt" o:oleicon="f" o:ole="">
            <v:imagedata r:id="rId1178" o:title="eqId7613b8a3f7983ec6d4c871dd0fa4d5e4"/>
          </v:shape>
        </w:pict>
      </w:r>
      <w:r>
        <w:rPr>
          <w:rFonts w:ascii="宋体" w:eastAsia="宋体" w:hAnsi="宋体" w:cs="宋体"/>
          <w:color w:val="000000"/>
        </w:rPr>
        <w:t>，不能被</w:t>
      </w:r>
      <w:r>
        <w:rPr>
          <w:rFonts w:ascii="Times New Roman" w:eastAsia="Times New Roman" w:hAnsi="Times New Roman" w:cs="Times New Roman"/>
          <w:color w:val="000000"/>
        </w:rPr>
        <w:t>11</w:t>
      </w:r>
      <w:r>
        <w:rPr>
          <w:rFonts w:ascii="宋体" w:eastAsia="宋体" w:hAnsi="宋体" w:cs="宋体"/>
          <w:color w:val="000000"/>
        </w:rPr>
        <w:t>整除，因此</w:t>
      </w:r>
      <w:r>
        <w:pict>
          <v:shape id="_x0000_i710987" type="#_x0000_t75" alt="学科网(www.zxxk.com)--教育资源门户，提供试卷、教案、课件、论文、素材以及各类教学资源下载，还有大量而丰富的教学相关资讯！" style="width:39pt;height:14.25pt" o:oleicon="f" o:ole="">
            <v:imagedata r:id="rId1179" o:title="eqIdc965cbd4f2be40b91dc71072efef41d0"/>
          </v:shape>
        </w:pic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）根据材料中的方法进行计算填表即可；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）将</w:t>
      </w:r>
      <w:r>
        <w:pict>
          <v:shape id="_x0000_i710988" type="#_x0000_t75" alt="学科网(www.zxxk.com)--教育资源门户，提供试卷、教案、课件、论文、素材以及各类教学资源下载，还有大量而丰富的教学相关资讯！" style="width:38.25pt;height:18.75pt" o:oleicon="f" o:ole="">
            <v:imagedata r:id="rId1180" o:title="eqId9a2348e1db7e2f1e34e0e0cc8774567e"/>
          </v:shape>
        </w:pict>
      </w:r>
      <w:r>
        <w:rPr>
          <w:rFonts w:ascii="宋体" w:eastAsia="宋体" w:hAnsi="宋体" w:cs="宋体"/>
          <w:color w:val="000000"/>
        </w:rPr>
        <w:t>整理为</w:t>
      </w:r>
      <w:r>
        <w:pict>
          <v:shape id="_x0000_i710989" type="#_x0000_t75" alt="学科网(www.zxxk.com)--教育资源门户，提供试卷、教案、课件、论文、素材以及各类教学资源下载，还有大量而丰富的教学相关资讯！" style="width:303.75pt;height:20.25pt" o:oleicon="f" o:ole="">
            <v:imagedata r:id="rId1181" o:title="eqId2c9a94e9d036ed2a1afc44949c204796"/>
          </v:shape>
        </w:pict>
      </w:r>
      <w:r>
        <w:rPr>
          <w:rFonts w:ascii="宋体" w:eastAsia="宋体" w:hAnsi="宋体" w:cs="宋体"/>
          <w:color w:val="000000"/>
        </w:rPr>
        <w:t>，根据</w:t>
      </w:r>
      <w:r>
        <w:pict>
          <v:shape id="_x0000_i710990" type="#_x0000_t75" alt="学科网(www.zxxk.com)--教育资源门户，提供试卷、教案、课件、论文、素材以及各类教学资源下载，还有大量而丰富的教学相关资讯！" style="width:108pt;height:14.25pt" o:oleicon="f" o:ole="">
            <v:imagedata r:id="rId1182" o:title="eqId6f03f45726b4114b3635c3ed8e9ada97"/>
          </v:shape>
        </w:pict>
      </w:r>
      <w:r>
        <w:rPr>
          <w:rFonts w:ascii="宋体" w:eastAsia="宋体" w:hAnsi="宋体" w:cs="宋体"/>
          <w:color w:val="000000"/>
        </w:rPr>
        <w:t>，</w:t>
      </w:r>
      <w:r>
        <w:pict>
          <v:shape id="_x0000_i710991" type="#_x0000_t75" alt="学科网(www.zxxk.com)--教育资源门户，提供试卷、教案、课件、论文、素材以及各类教学资源下载，还有大量而丰富的教学相关资讯！" style="width:63pt;height:14.25pt" o:oleicon="f" o:ole="">
            <v:imagedata r:id="rId1183" o:title="eqId53f4d1106c28bdc62900cfe9beb6fe7c"/>
          </v:shape>
        </w:pict>
      </w:r>
      <w:r>
        <w:rPr>
          <w:rFonts w:ascii="宋体" w:eastAsia="宋体" w:hAnsi="宋体" w:cs="宋体"/>
          <w:color w:val="000000"/>
        </w:rPr>
        <w:t>和</w:t>
      </w:r>
      <w:r>
        <w:pict>
          <v:shape id="_x0000_i710992" type="#_x0000_t75" alt="学科网(www.zxxk.com)--教育资源门户，提供试卷、教案、课件、论文、素材以及各类教学资源下载，还有大量而丰富的教学相关资讯！" style="width:105pt;height:20.25pt" o:oleicon="f" o:ole="">
            <v:imagedata r:id="rId1184" o:title="eqIdc46c2fe01e0ab828853cda82941539b2"/>
          </v:shape>
        </w:pict>
      </w:r>
      <w:r>
        <w:rPr>
          <w:rFonts w:ascii="宋体" w:eastAsia="宋体" w:hAnsi="宋体" w:cs="宋体"/>
          <w:color w:val="000000"/>
        </w:rPr>
        <w:t>都能被</w:t>
      </w:r>
      <w:r>
        <w:rPr>
          <w:rFonts w:ascii="Times New Roman" w:eastAsia="Times New Roman" w:hAnsi="Times New Roman" w:cs="Times New Roman"/>
          <w:color w:val="000000"/>
        </w:rPr>
        <w:t>11</w:t>
      </w:r>
      <w:r>
        <w:rPr>
          <w:rFonts w:ascii="宋体" w:eastAsia="宋体" w:hAnsi="宋体" w:cs="宋体"/>
          <w:color w:val="000000"/>
        </w:rPr>
        <w:t>整除，即可证明．</w:t>
      </w:r>
    </w:p>
    <w:p>
      <w:pPr>
        <w:spacing w:line="360" w:lineRule="auto"/>
        <w:jc w:val="both"/>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）解：奇位数字的和</w:t>
      </w:r>
      <w:r>
        <w:pict>
          <v:shape id="_x0000_i710993" type="#_x0000_t75" alt="学科网(www.zxxk.com)--教育资源门户，提供试卷、教案、课件、论文、素材以及各类教学资源下载，还有大量而丰富的教学相关资讯！" style="width:62.25pt;height:14.25pt" o:oleicon="f" o:ole="">
            <v:imagedata r:id="rId1185" o:title="eqIdf8512ca4b24803a88c916b0f6ef4fd8a"/>
          </v:shape>
        </w:pict>
      </w:r>
      <w:r>
        <w:rPr>
          <w:rFonts w:ascii="宋体" w:eastAsia="宋体" w:hAnsi="宋体" w:cs="宋体"/>
          <w:color w:val="000000"/>
        </w:rPr>
        <w:t>，偶位数字的和</w:t>
      </w:r>
      <w:r>
        <w:pict>
          <v:shape id="_x0000_i710994" type="#_x0000_t75" alt="学科网(www.zxxk.com)--教育资源门户，提供试卷、教案、课件、论文、素材以及各类教学资源下载，还有大量而丰富的教学相关资讯！" style="width:65.25pt;height:14.25pt" o:oleicon="f" o:ole="">
            <v:imagedata r:id="rId1186" o:title="eqId7c2641a41e105e8a1a72de6922182a7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0995" type="#_x0000_t75" alt="学科网(www.zxxk.com)--教育资源门户，提供试卷、教案、课件、论文、素材以及各类教学资源下载，还有大量而丰富的教学相关资讯！" style="width:123pt;height:20.25pt" o:oleicon="f" o:ole="">
            <v:imagedata r:id="rId1187" o:title="eqIdfcf5bcfd854e367f4aba2801f0541385"/>
          </v:shape>
        </w:pi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0</w: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整除，因此</w:t>
      </w:r>
      <w:r>
        <w:pict>
          <v:shape id="_x0000_i710996" type="#_x0000_t75" alt="学科网(www.zxxk.com)--教育资源门户，提供试卷、教案、课件、论文、素材以及各类教学资源下载，还有大量而丰富的教学相关资讯！" style="width:39pt;height:14.25pt" o:oleicon="f" o:ole="">
            <v:imagedata r:id="rId1188" o:title="eqIdc965cbd4f2be40b91dc71072efef41d0"/>
          </v:shape>
        </w:pic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02"/>
        <w:gridCol w:w="1662"/>
        <w:gridCol w:w="1662"/>
        <w:gridCol w:w="481"/>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的奇位数字和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的偶位数字和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10997" type="#_x0000_t75" alt="学科网(www.zxxk.com)--教育资源门户，提供试卷、教案、课件、论文、素材以及各类教学资源下载，还有大量而丰富的教学相关资讯！" style="width:30.4pt;height:17.75pt" o:oleicon="f" o:ole="">
                  <v:imagedata r:id="rId1189" o:title="eqId4f808411c86d3205fcd6050abc998ea8"/>
                </v:shape>
              </w:pic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491678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11</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910349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221353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10998" type="#_x0000_t75" alt="学科网(www.zxxk.com)--教育资源门户，提供试卷、教案、课件、论文、素材以及各类教学资源下载，还有大量而丰富的教学相关资讯！" style="width:38.25pt;height:18.75pt" o:oleicon="f" o:ole="">
                  <v:imagedata r:id="rId1190" o:title="eqId9a2348e1db7e2f1e34e0e0cc8774567e"/>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10999" type="#_x0000_t75" alt="学科网(www.zxxk.com)--教育资源门户，提供试卷、教案、课件、论文、素材以及各类教学资源下载，还有大量而丰富的教学相关资讯！" style="width:47.25pt;height:15.75pt" o:oleicon="f" o:ole="">
                  <v:imagedata r:id="rId1191" o:title="eqId84cd136dd3493911bba2e4e89f9be898"/>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11000" type="#_x0000_t75" alt="学科网(www.zxxk.com)--教育资源门户，提供试卷、教案、课件、论文、素材以及各类教学资源下载，还有大量而丰富的教学相关资讯！" style="width:42pt;height:12pt" o:oleicon="f" o:ole="">
                  <v:imagedata r:id="rId1192" o:title="eqId861bf04c048c6ddba71036c515781f67"/>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11001" type="#_x0000_t75" alt="学科网(www.zxxk.com)--教育资源门户，提供试卷、教案、课件、论文、素材以及各类教学资源下载，还有大量而丰富的教学相关资讯！" style="width:105pt;height:20.25pt" o:oleicon="f" o:ole="">
                  <v:imagedata r:id="rId1193" o:title="eqIdc46c2fe01e0ab828853cda82941539b2"/>
                </v:shape>
              </w:pict>
            </w:r>
          </w:p>
        </w:tc>
      </w:tr>
    </w:tbl>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11002" type="#_x0000_t75" alt="学科网(www.zxxk.com)--教育资源门户，提供试卷、教案、课件、论文、素材以及各类教学资源下载，还有大量而丰富的教学相关资讯！" style="width:38.25pt;height:18.75pt" o:oleicon="f" o:ole="">
            <v:imagedata r:id="rId1194" o:title="eqId9a2348e1db7e2f1e34e0e0cc8774567e"/>
          </v:shape>
        </w:pict>
      </w:r>
      <w:r>
        <w:pict>
          <v:shape id="_x0000_i711003" type="#_x0000_t75" alt="学科网(www.zxxk.com)--教育资源门户，提供试卷、教案、课件、论文、素材以及各类教学资源下载，还有大量而丰富的教学相关资讯！" style="width:219.75pt;height:15.75pt" o:oleicon="f" o:ole="">
            <v:imagedata r:id="rId1195" o:title="eqIdb978b244f4cf76b3fbce120d909b0d46"/>
          </v:shape>
        </w:pict>
      </w:r>
    </w:p>
    <w:p>
      <w:pPr>
        <w:spacing w:line="360" w:lineRule="auto"/>
        <w:jc w:val="both"/>
        <w:textAlignment w:val="center"/>
        <w:rPr>
          <w:color w:val="000000"/>
        </w:rPr>
      </w:pPr>
      <w:r>
        <w:pict>
          <v:shape id="_x0000_i711004" type="#_x0000_t75" alt="学科网(www.zxxk.com)--教育资源门户，提供试卷、教案、课件、论文、素材以及各类教学资源下载，还有大量而丰富的教学相关资讯！" style="width:299.25pt;height:20.25pt" o:oleicon="f" o:ole="">
            <v:imagedata r:id="rId1196" o:title="eqId9f0ead8114cee1b10ae492e10352fee7"/>
          </v:shape>
        </w:pict>
      </w:r>
      <w:r>
        <w:pict>
          <v:shape id="_x0000_i711005" type="#_x0000_t75" alt="学科网(www.zxxk.com)--教育资源门户，提供试卷、教案、课件、论文、素材以及各类教学资源下载，还有大量而丰富的教学相关资讯！" style="width:299.25pt;height:20.25pt" o:oleicon="f" o:ole="">
            <v:imagedata r:id="rId1197" o:title="eqId2a81e447b421813b11ad3aa1a0ebdcba"/>
          </v:shape>
        </w:pict>
      </w:r>
    </w:p>
    <w:p>
      <w:pPr>
        <w:spacing w:line="360" w:lineRule="auto"/>
        <w:jc w:val="both"/>
        <w:textAlignment w:val="center"/>
        <w:rPr>
          <w:color w:val="000000"/>
        </w:rPr>
      </w:pPr>
      <w:r>
        <w:pict>
          <v:shape id="_x0000_i711006" type="#_x0000_t75" alt="学科网(www.zxxk.com)--教育资源门户，提供试卷、教案、课件、论文、素材以及各类教学资源下载，还有大量而丰富的教学相关资讯！" style="width:303.75pt;height:20.25pt" o:oleicon="f" o:ole="">
            <v:imagedata r:id="rId1198" o:title="eqId2c9a94e9d036ed2a1afc44949c204796"/>
          </v:shape>
        </w:pict>
      </w:r>
    </w:p>
    <w:p>
      <w:pPr>
        <w:spacing w:line="360" w:lineRule="auto"/>
        <w:jc w:val="both"/>
        <w:textAlignment w:val="center"/>
        <w:rPr>
          <w:color w:val="000000"/>
        </w:rPr>
      </w:pPr>
      <w:r>
        <w:rPr>
          <w:rFonts w:ascii="宋体" w:eastAsia="宋体" w:hAnsi="宋体" w:cs="宋体"/>
          <w:color w:val="000000"/>
        </w:rPr>
        <w:t>∵</w:t>
      </w:r>
      <w:r>
        <w:pict>
          <v:shape id="_x0000_i711007" type="#_x0000_t75" alt="学科网(www.zxxk.com)--教育资源门户，提供试卷、教案、课件、论文、素材以及各类教学资源下载，还有大量而丰富的教学相关资讯！" style="width:108pt;height:14.25pt" o:oleicon="f" o:ole="">
            <v:imagedata r:id="rId1199" o:title="eqId6f03f45726b4114b3635c3ed8e9ada97"/>
          </v:shape>
        </w:pict>
      </w:r>
      <w:r>
        <w:rPr>
          <w:rFonts w:ascii="宋体" w:eastAsia="宋体" w:hAnsi="宋体" w:cs="宋体"/>
          <w:color w:val="000000"/>
        </w:rPr>
        <w:t>，</w:t>
      </w:r>
      <w:r>
        <w:pict>
          <v:shape id="_x0000_i711008" type="#_x0000_t75" alt="学科网(www.zxxk.com)--教育资源门户，提供试卷、教案、课件、论文、素材以及各类教学资源下载，还有大量而丰富的教学相关资讯！" style="width:63pt;height:14.25pt" o:oleicon="f" o:ole="">
            <v:imagedata r:id="rId1200" o:title="eqId53f4d1106c28bdc62900cfe9beb6fe7c"/>
          </v:shape>
        </w:pict>
      </w:r>
      <w:r>
        <w:rPr>
          <w:rFonts w:ascii="宋体" w:eastAsia="宋体" w:hAnsi="宋体" w:cs="宋体"/>
          <w:color w:val="000000"/>
        </w:rPr>
        <w:t>和</w:t>
      </w:r>
      <w:r>
        <w:pict>
          <v:shape id="_x0000_i711009" type="#_x0000_t75" alt="学科网(www.zxxk.com)--教育资源门户，提供试卷、教案、课件、论文、素材以及各类教学资源下载，还有大量而丰富的教学相关资讯！" style="width:105pt;height:20.25pt" o:oleicon="f" o:ole="">
            <v:imagedata r:id="rId1201" o:title="eqIdc46c2fe01e0ab828853cda82941539b2"/>
          </v:shape>
        </w:pict>
      </w:r>
      <w:r>
        <w:rPr>
          <w:rFonts w:ascii="宋体" w:eastAsia="宋体" w:hAnsi="宋体" w:cs="宋体"/>
          <w:color w:val="000000"/>
        </w:rPr>
        <w:t>都能被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both"/>
        <w:textAlignment w:val="center"/>
        <w:rPr>
          <w:color w:val="000000"/>
        </w:rPr>
      </w:pPr>
      <w:r>
        <w:rPr>
          <w:rFonts w:ascii="宋体" w:eastAsia="宋体" w:hAnsi="宋体" w:cs="宋体"/>
          <w:color w:val="000000"/>
        </w:rPr>
        <w:t>∴</w:t>
      </w:r>
      <w:r>
        <w:pict>
          <v:shape id="_x0000_i711010" type="#_x0000_t75" alt="学科网(www.zxxk.com)--教育资源门户，提供试卷、教案、课件、论文、素材以及各类教学资源下载，还有大量而丰富的教学相关资讯！" style="width:38.25pt;height:18.75pt" o:oleicon="f" o:ole="">
            <v:imagedata r:id="rId1202" o:title="eqId9a2348e1db7e2f1e34e0e0cc8774567e"/>
          </v:shape>
        </w:pic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both"/>
        <w:textAlignment w:val="center"/>
        <w:rPr>
          <w:color w:val="000000"/>
        </w:rPr>
      </w:pPr>
      <w:r>
        <w:rPr>
          <w:color w:val="000000"/>
        </w:rPr>
        <w:t>【点睛】</w:t>
      </w:r>
      <w:r>
        <w:rPr>
          <w:color w:val="000000"/>
        </w:rPr>
        <w:t>本题考查了整除问题和整式的混合运算，解题的关键是读懂题干信息，掌握题干中的判断方法，利用方法求解．</w:t>
      </w:r>
    </w:p>
    <w:p>
      <w:pPr>
        <w:pStyle w:val="Heading2"/>
      </w:pPr>
      <w:r>
        <w:t>师范大学附属实验中学</w:t>
      </w:r>
    </w:p>
    <w:p>
      <w:pPr>
        <w:spacing w:line="360" w:lineRule="auto"/>
        <w:jc w:val="left"/>
        <w:textAlignment w:val="center"/>
        <w:rPr>
          <w:color w:val="000000"/>
        </w:rPr>
      </w:pPr>
      <w:r>
        <w:rPr>
          <w:color w:val="000000"/>
        </w:rPr>
        <w:t xml:space="preserve">30. </w:t>
      </w:r>
      <w:r>
        <w:rPr>
          <w:rFonts w:ascii="宋体" w:eastAsia="宋体" w:hAnsi="宋体" w:cs="宋体"/>
          <w:color w:val="000000"/>
        </w:rPr>
        <w:t>如果两个方程的解相差</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为正整数，则称解较大的方程为另一个方程的“</w:t>
      </w:r>
      <w:r>
        <w:rPr>
          <w:rFonts w:ascii="Times New Roman" w:eastAsia="Times New Roman" w:hAnsi="Times New Roman" w:cs="Times New Roman"/>
          <w:i/>
          <w:color w:val="000000"/>
        </w:rPr>
        <w:t>k</w:t>
      </w:r>
      <w:r>
        <w:rPr>
          <w:rFonts w:ascii="宋体" w:eastAsia="宋体" w:hAnsi="宋体" w:cs="宋体"/>
          <w:color w:val="000000"/>
        </w:rPr>
        <w:t>—后移方程”．例如：方程</w:t>
      </w:r>
      <w:r>
        <w:pict>
          <v:shape id="_x0000_i711011" type="#_x0000_t75" alt="学科网(www.zxxk.com)--教育资源门户，提供试卷、教案、课件、论文、素材以及各类教学资源下载，还有大量而丰富的教学相关资讯！" style="width:42.8pt;height:14pt" o:oleicon="f" o:ole="">
            <v:imagedata r:id="rId1203" o:title="eqId815650356afb1f42207c27d3b11635f1"/>
          </v:shape>
        </w:pict>
      </w:r>
      <w:r>
        <w:rPr>
          <w:rFonts w:ascii="宋体" w:eastAsia="宋体" w:hAnsi="宋体" w:cs="宋体"/>
          <w:color w:val="000000"/>
        </w:rPr>
        <w:t>是方程</w:t>
      </w:r>
      <w:r>
        <w:pict>
          <v:shape id="_x0000_i711012" type="#_x0000_t75" alt="学科网(www.zxxk.com)--教育资源门户，提供试卷、教案、课件、论文、素材以及各类教学资源下载，还有大量而丰富的教学相关资讯！" style="width:42pt;height:14.4pt" o:oleicon="f" o:ole="">
            <v:imagedata r:id="rId1204" o:title="eqId776b26892877019247c7a50f735b0f01"/>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—后移方程”．</w:t>
      </w:r>
    </w:p>
    <w:p>
      <w:pPr>
        <w:spacing w:line="360" w:lineRule="auto"/>
        <w:jc w:val="left"/>
        <w:textAlignment w:val="center"/>
        <w:rPr>
          <w:color w:val="000000"/>
        </w:rPr>
      </w:pPr>
      <w:r>
        <w:rPr>
          <w:color w:val="000000"/>
        </w:rPr>
        <w:t>（1）</w:t>
      </w:r>
      <w:r>
        <w:rPr>
          <w:rFonts w:ascii="宋体" w:eastAsia="宋体" w:hAnsi="宋体" w:cs="宋体"/>
          <w:color w:val="000000"/>
        </w:rPr>
        <w:t>若方程</w:t>
      </w:r>
      <w:r>
        <w:pict>
          <v:shape id="_x0000_i711013" type="#_x0000_t75" alt="学科网(www.zxxk.com)--教育资源门户，提供试卷、教案、课件、论文、素材以及各类教学资源下载，还有大量而丰富的教学相关资讯！" style="width:45pt;height:12.75pt;mso-position-horizontal-relative:page;mso-position-vertical-relative:page" o:oleicon="f" o:ole="">
            <v:imagedata r:id="rId1205" o:title="eqIdb603cebf95754f7de99c2c56e2acd82f"/>
          </v:shape>
        </w:pict>
      </w:r>
      <w:r>
        <w:rPr>
          <w:rFonts w:ascii="宋体" w:eastAsia="宋体" w:hAnsi="宋体" w:cs="宋体"/>
          <w:color w:val="000000"/>
        </w:rPr>
        <w:t>是方程</w:t>
      </w:r>
      <w:r>
        <w:pict>
          <v:shape id="_x0000_i711014" type="#_x0000_t75" alt="学科网(www.zxxk.com)--教育资源门户，提供试卷、教案、课件、论文、素材以及各类教学资源下载，还有大量而丰富的教学相关资讯！" style="width:51.35pt;height:14pt" o:oleicon="f" o:ole="">
            <v:imagedata r:id="rId1206" o:title="eqId89674589f3221ddcb2d3f763ed4ea90e"/>
          </v:shape>
        </w:pict>
      </w:r>
      <w:r>
        <w:rPr>
          <w:rFonts w:ascii="宋体" w:eastAsia="宋体" w:hAnsi="宋体" w:cs="宋体"/>
          <w:color w:val="000000"/>
        </w:rPr>
        <w:t>的“</w:t>
      </w:r>
      <w:r>
        <w:rPr>
          <w:rFonts w:ascii="Times New Roman" w:eastAsia="Times New Roman" w:hAnsi="Times New Roman" w:cs="Times New Roman"/>
          <w:i/>
          <w:color w:val="000000"/>
        </w:rPr>
        <w:t>a</w:t>
      </w:r>
      <w:r>
        <w:rPr>
          <w:rFonts w:ascii="宋体" w:eastAsia="宋体" w:hAnsi="宋体" w:cs="宋体"/>
          <w:color w:val="000000"/>
        </w:rPr>
        <w:t>—后移方程”，则</w:t>
      </w:r>
      <w:r>
        <w:pict>
          <v:shape id="_x0000_i711015" type="#_x0000_t75" alt="学科网(www.zxxk.com)--教育资源门户，提供试卷、教案、课件、论文、素材以及各类教学资源下载，还有大量而丰富的教学相关资讯！" style="width:20.4pt;height:11.4pt" o:oleicon="f" o:ole="">
            <v:imagedata r:id="rId1207" o:title="eqId380bbacf854e30e2e747fc286d2b9997"/>
          </v:shape>
        </w:pi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1016" type="#_x0000_t75" alt="学科网(www.zxxk.com)--教育资源门户，提供试卷、教案、课件、论文、素材以及各类教学资源下载，还有大量而丰富的教学相关资讯！" style="width:69.6pt;height:14.4pt" o:oleicon="f" o:ole="">
            <v:imagedata r:id="rId1208" o:title="eqId2fca6f590d2fd41f0deabf1779c4b49f"/>
          </v:shape>
        </w:pi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1017" type="#_x0000_t75" alt="学科网(www.zxxk.com)--教育资源门户，提供试卷、教案、课件、论文、素材以及各类教学资源下载，还有大量而丰富的教学相关资讯！" style="width:51pt;height:14.4pt" o:oleicon="f" o:ole="">
            <v:imagedata r:id="rId1209" o:title="eqId9fb276afc01cefe1e5532d2f54645e92"/>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—后移方程”，求代数式</w:t>
      </w:r>
      <w:r>
        <w:pict>
          <v:shape id="_x0000_i711018" type="#_x0000_t75" alt="学科网(www.zxxk.com)--教育资源门户，提供试卷、教案、课件、论文、素材以及各类教学资源下载，还有大量而丰富的教学相关资讯！" style="width:54.6pt;height:20.4pt" o:oleicon="f" o:ole="">
            <v:imagedata r:id="rId1210" o:title="eqIdce4c3439e1c282e232754fc26d5af7ee"/>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当</w:t>
      </w:r>
      <w:r>
        <w:pict>
          <v:shape id="_x0000_i711019" type="#_x0000_t75" alt="学科网(www.zxxk.com)--教育资源门户，提供试卷、教案、课件、论文、素材以及各类教学资源下载，还有大量而丰富的教学相关资讯！" style="width:27.75pt;height:14.25pt" o:oleicon="f" o:ole="">
            <v:imagedata r:id="rId1211" o:title="eqId20849c00c47cbdc43f18d53341b6c4e5"/>
          </v:shape>
        </w:pict>
      </w:r>
      <w:r>
        <w:rPr>
          <w:rFonts w:ascii="宋体" w:eastAsia="宋体" w:hAnsi="宋体" w:cs="宋体"/>
          <w:color w:val="000000"/>
        </w:rPr>
        <w:t>时，如果方程</w:t>
      </w:r>
      <w:r>
        <w:pict>
          <v:shape id="_x0000_i711020" type="#_x0000_t75" alt="学科网(www.zxxk.com)--教育资源门户，提供试卷、教案、课件、论文、素材以及各类教学资源下载，还有大量而丰富的教学相关资讯！" style="width:48pt;height:14.25pt" o:oleicon="f" o:ole="">
            <v:imagedata r:id="rId1212" o:title="eqId8b927a9c710c05279eb72a961efea6d4"/>
          </v:shape>
        </w:pict>
      </w:r>
      <w:r>
        <w:rPr>
          <w:rFonts w:ascii="宋体" w:eastAsia="宋体" w:hAnsi="宋体" w:cs="宋体"/>
          <w:color w:val="000000"/>
        </w:rPr>
        <w:t>是方程</w:t>
      </w:r>
      <w:r>
        <w:pict>
          <v:shape id="_x0000_i711021" type="#_x0000_t75" alt="学科网(www.zxxk.com)--教育资源门户，提供试卷、教案、课件、论文、素材以及各类教学资源下载，还有大量而丰富的教学相关资讯！" style="width:63.6pt;height:14.4pt" o:oleicon="f" o:ole="">
            <v:imagedata r:id="rId1213" o:title="eqId70258946e5f1cd7c3f9325b7a334e702"/>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—后移方程”，求代数式</w:t>
      </w:r>
      <w:r>
        <w:pict>
          <v:shape id="_x0000_i711022" type="#_x0000_t75" alt="学科网(www.zxxk.com)--教育资源门户，提供试卷、教案、课件、论文、素材以及各类教学资源下载，还有大量而丰富的教学相关资讯！" style="width:87pt;height:20.4pt" o:oleicon="f" o:ole="">
            <v:imagedata r:id="rId1214" o:title="eqIde2bc22e7eb5b8c16578d8c264e7a4479"/>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color w:val="000000"/>
        </w:rPr>
        <w:t xml:space="preserve">    </w:t>
      </w:r>
      <w:r>
        <w:rPr>
          <w:color w:val="000000"/>
        </w:rPr>
        <w:t>（2）</w:t>
      </w:r>
      <w:r>
        <w:rPr>
          <w:rFonts w:ascii="Times New Roman" w:eastAsia="Times New Roman" w:hAnsi="Times New Roman" w:cs="Times New Roman"/>
          <w:color w:val="000000"/>
        </w:rPr>
        <w:t>71</w:t>
      </w:r>
      <w:r>
        <w:rPr>
          <w:color w:val="000000"/>
        </w:rPr>
        <w:t xml:space="preserve">    </w:t>
      </w:r>
    </w:p>
    <w:p>
      <w:pPr>
        <w:spacing w:line="360" w:lineRule="auto"/>
        <w:textAlignment w:val="center"/>
        <w:rPr>
          <w:color w:val="000000"/>
        </w:rPr>
      </w:pPr>
      <w:r>
        <w:rPr>
          <w:color w:val="000000"/>
        </w:rPr>
        <w:t>（3）</w:t>
      </w:r>
      <w:r>
        <w:pict>
          <v:shape id="_x0000_i711023" type="#_x0000_t75" alt="学科网(www.zxxk.com)--教育资源门户，提供试卷、教案、课件、论文、素材以及各类教学资源下载，还有大量而丰富的教学相关资讯！" style="width:16.2pt;height:13.8pt" o:oleicon="f" o:ole="">
            <v:imagedata r:id="rId1215" o:title="eqId01317332a203c898536b1d0459f51d23"/>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）分别求出两个方程的解即可得到答案；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）分别求出两个方程的解，再根据“</w:t>
      </w:r>
      <w:r>
        <w:rPr>
          <w:rFonts w:ascii="Times New Roman" w:eastAsia="Times New Roman" w:hAnsi="Times New Roman" w:cs="Times New Roman"/>
          <w:color w:val="000000"/>
        </w:rPr>
        <w:t>2—</w:t>
      </w:r>
      <w:r>
        <w:rPr>
          <w:rFonts w:ascii="宋体" w:eastAsia="宋体" w:hAnsi="宋体" w:cs="宋体"/>
          <w:color w:val="000000"/>
        </w:rPr>
        <w:t>后移方程”的定义求出</w:t>
      </w:r>
      <w:r>
        <w:rPr>
          <w:rFonts w:ascii="Times New Roman" w:eastAsia="Times New Roman" w:hAnsi="Times New Roman" w:cs="Times New Roman"/>
          <w:i/>
          <w:color w:val="000000"/>
        </w:rPr>
        <w:t>m</w:t>
      </w:r>
      <w:r>
        <w:rPr>
          <w:rFonts w:ascii="宋体" w:eastAsia="宋体" w:hAnsi="宋体" w:cs="宋体"/>
          <w:color w:val="000000"/>
        </w:rPr>
        <w:t>的值即可得到答案；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）分别求出两个方程的解，再根据“</w:t>
      </w:r>
      <w:r>
        <w:rPr>
          <w:rFonts w:ascii="Times New Roman" w:eastAsia="Times New Roman" w:hAnsi="Times New Roman" w:cs="Times New Roman"/>
          <w:color w:val="000000"/>
        </w:rPr>
        <w:t>2—</w:t>
      </w:r>
      <w:r>
        <w:rPr>
          <w:rFonts w:ascii="宋体" w:eastAsia="宋体" w:hAnsi="宋体" w:cs="宋体"/>
          <w:color w:val="000000"/>
        </w:rPr>
        <w:t>后移方程”的定义求出</w:t>
      </w:r>
      <w:r>
        <w:pict>
          <v:shape id="_x0000_i711024" type="#_x0000_t75" alt="学科网(www.zxxk.com)--教育资源门户，提供试卷、教案、课件、论文、素材以及各类教学资源下载，还有大量而丰富的教学相关资讯！" style="width:67.85pt;height:14.3pt" o:oleicon="f" o:ole="">
            <v:imagedata r:id="rId1216" o:title="eqIdae8a1001476274bcba53a39323bc28f1"/>
          </v:shape>
        </w:pict>
      </w:r>
      <w:r>
        <w:rPr>
          <w:rFonts w:ascii="宋体" w:eastAsia="宋体" w:hAnsi="宋体" w:cs="宋体"/>
          <w:color w:val="000000"/>
        </w:rPr>
        <w:t>，然后把</w:t>
      </w:r>
      <w:r>
        <w:pict>
          <v:shape id="_x0000_i711025" type="#_x0000_t75" alt="学科网(www.zxxk.com)--教育资源门户，提供试卷、教案、课件、论文、素材以及各类教学资源下载，还有大量而丰富的教学相关资讯！" style="width:67.85pt;height:14.3pt" o:oleicon="f" o:ole="">
            <v:imagedata r:id="rId1216" o:title="eqIdae8a1001476274bcba53a39323bc28f1"/>
          </v:shape>
        </w:pict>
      </w:r>
      <w:r>
        <w:rPr>
          <w:rFonts w:ascii="宋体" w:eastAsia="宋体" w:hAnsi="宋体" w:cs="宋体"/>
          <w:color w:val="000000"/>
        </w:rPr>
        <w:t>整体代入所求代数式求解即可．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1026" type="#_x0000_t75" alt="学科网(www.zxxk.com)--教育资源门户，提供试卷、教案、课件、论文、素材以及各类教学资源下载，还有大量而丰富的教学相关资讯！" style="width:45pt;height:12.75pt;mso-position-horizontal-relative:page;mso-position-vertical-relative:page" o:oleicon="f" o:ole="">
            <v:imagedata r:id="rId1217" o:title="eqIdb603cebf95754f7de99c2c56e2acd82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27" type="#_x0000_t75" alt="学科网(www.zxxk.com)--教育资源门户，提供试卷、教案、课件、论文、素材以及各类教学资源下载，还有大量而丰富的教学相关资讯！" style="width:38pt;height:31pt" o:oleicon="f" o:ole="">
            <v:imagedata r:id="rId1218" o:title="eqId44ffc12c0f0e4be8074472571c9079c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28" type="#_x0000_t75" alt="学科网(www.zxxk.com)--教育资源门户，提供试卷、教案、课件、论文、素材以及各类教学资源下载，还有大量而丰富的教学相关资讯！" style="width:51.35pt;height:14pt" o:oleicon="f" o:ole="">
            <v:imagedata r:id="rId1219" o:title="eqId89674589f3221ddcb2d3f763ed4ea90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29" type="#_x0000_t75" alt="学科网(www.zxxk.com)--教育资源门户，提供试卷、教案、课件、论文、素材以及各类教学资源下载，还有大量而丰富的教学相关资讯！" style="width:38.4pt;height:31.2pt" o:oleicon="f" o:ole="">
            <v:imagedata r:id="rId1220" o:title="eqId0997aef37c85b3b959a948673bf6549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30" type="#_x0000_t75" alt="学科网(www.zxxk.com)--教育资源门户，提供试卷、教案、课件、论文、素材以及各类教学资源下载，还有大量而丰富的教学相关资讯！" style="width:75pt;height:34.2pt" o:oleicon="f" o:ole="">
            <v:imagedata r:id="rId1221" o:title="eqId02ca3bff6f01fa8fb47c2a3ed790edd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∴方程</w:t>
      </w:r>
      <w:r>
        <w:pict>
          <v:shape id="_x0000_i711031" type="#_x0000_t75" alt="学科网(www.zxxk.com)--教育资源门户，提供试卷、教案、课件、论文、素材以及各类教学资源下载，还有大量而丰富的教学相关资讯！" style="width:45pt;height:12.75pt;mso-position-horizontal-relative:page;mso-position-vertical-relative:page" o:oleicon="f" o:ole="">
            <v:imagedata r:id="rId1222" o:title="eqIdb603cebf95754f7de99c2c56e2acd82f"/>
          </v:shape>
        </w:pict>
      </w:r>
      <w:r>
        <w:rPr>
          <w:rFonts w:ascii="宋体" w:eastAsia="宋体" w:hAnsi="宋体" w:cs="宋体"/>
          <w:color w:val="000000"/>
        </w:rPr>
        <w:t>是方程</w:t>
      </w:r>
      <w:r>
        <w:pict>
          <v:shape id="_x0000_i711032" type="#_x0000_t75" alt="学科网(www.zxxk.com)--教育资源门户，提供试卷、教案、课件、论文、素材以及各类教学资源下载，还有大量而丰富的教学相关资讯！" style="width:51.35pt;height:14pt" o:oleicon="f" o:ole="">
            <v:imagedata r:id="rId1223" o:title="eqId89674589f3221ddcb2d3f763ed4ea90e"/>
          </v:shape>
        </w:pict>
      </w:r>
      <w:r>
        <w:rPr>
          <w:rFonts w:ascii="宋体" w:eastAsia="宋体" w:hAnsi="宋体" w:cs="宋体"/>
          <w:color w:val="000000"/>
        </w:rPr>
        <w:t>的“</w:t>
      </w:r>
      <w:r>
        <w:rPr>
          <w:rFonts w:ascii="Times New Roman" w:eastAsia="Times New Roman" w:hAnsi="Times New Roman" w:cs="Times New Roman"/>
          <w:color w:val="000000"/>
        </w:rPr>
        <w:t>1</w:t>
      </w:r>
      <w:r>
        <w:rPr>
          <w:rFonts w:ascii="宋体" w:eastAsia="宋体" w:hAnsi="宋体" w:cs="宋体"/>
          <w:color w:val="000000"/>
        </w:rPr>
        <w:t>—后移方程”，</w:t>
      </w:r>
    </w:p>
    <w:p>
      <w:pPr>
        <w:spacing w:line="360" w:lineRule="auto"/>
        <w:jc w:val="left"/>
        <w:textAlignment w:val="center"/>
        <w:rPr>
          <w:color w:val="000000"/>
        </w:rPr>
      </w:pPr>
      <w:r>
        <w:rPr>
          <w:rFonts w:ascii="宋体" w:eastAsia="宋体" w:hAnsi="宋体" w:cs="宋体"/>
          <w:color w:val="000000"/>
        </w:rPr>
        <w:t>∴</w:t>
      </w:r>
      <w:r>
        <w:pict>
          <v:shape id="_x0000_i711033" type="#_x0000_t75" alt="学科网(www.zxxk.com)--教育资源门户，提供试卷、教案、课件、论文、素材以及各类教学资源下载，还有大量而丰富的教学相关资讯！" style="width:26.1pt;height:13.6pt" o:oleicon="f" o:ole="">
            <v:imagedata r:id="rId1224" o:title="eqId0b550ee821ee1838384835e81fc34b6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故答案为：1；</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pict>
          <v:shape id="_x0000_i711034" type="#_x0000_t75" alt="学科网(www.zxxk.com)--教育资源门户，提供试卷、教案、课件、论文、素材以及各类教学资源下载，还有大量而丰富的教学相关资讯！" style="width:69.6pt;height:14.4pt" o:oleicon="f" o:ole="">
            <v:imagedata r:id="rId1225" o:title="eqId2fca6f590d2fd41f0deabf1779c4b49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35" type="#_x0000_t75" alt="学科网(www.zxxk.com)--教育资源门户，提供试卷、教案、课件、论文、素材以及各类教学资源下载，还有大量而丰富的教学相关资讯！" style="width:58.8pt;height:31.2pt" o:oleicon="f" o:ole="">
            <v:imagedata r:id="rId1226" o:title="eqIdc556dd5dcc87ccf04d7f812b9cf2229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36" type="#_x0000_t75" alt="学科网(www.zxxk.com)--教育资源门户，提供试卷、教案、课件、论文、素材以及各类教学资源下载，还有大量而丰富的教学相关资讯！" style="width:51pt;height:14.4pt" o:oleicon="f" o:ole="">
            <v:imagedata r:id="rId1227" o:title="eqId9fb276afc01cefe1e5532d2f54645e9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37" type="#_x0000_t75" alt="学科网(www.zxxk.com)--教育资源门户，提供试卷、教案、课件、论文、素材以及各类教学资源下载，还有大量而丰富的教学相关资讯！" style="width:38pt;height:30.9pt" o:oleicon="f" o:ole="">
            <v:imagedata r:id="rId1228" o:title="eqId3c79ca141b6f53d4a92df2b12bcffff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1038" type="#_x0000_t75" alt="学科网(www.zxxk.com)--教育资源门户，提供试卷、教案、课件、论文、素材以及各类教学资源下载，还有大量而丰富的教学相关资讯！" style="width:69.6pt;height:14.4pt" o:oleicon="f" o:ole="">
            <v:imagedata r:id="rId1229" o:title="eqId2fca6f590d2fd41f0deabf1779c4b49f"/>
          </v:shape>
        </w:pi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1039" type="#_x0000_t75" alt="学科网(www.zxxk.com)--教育资源门户，提供试卷、教案、课件、论文、素材以及各类教学资源下载，还有大量而丰富的教学相关资讯！" style="width:51pt;height:14.4pt" o:oleicon="f" o:ole="">
            <v:imagedata r:id="rId1230" o:title="eqId9fb276afc01cefe1e5532d2f54645e92"/>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—后移方程”，</w:t>
      </w:r>
    </w:p>
    <w:p>
      <w:pPr>
        <w:spacing w:line="360" w:lineRule="auto"/>
        <w:jc w:val="left"/>
        <w:textAlignment w:val="center"/>
        <w:rPr>
          <w:color w:val="000000"/>
        </w:rPr>
      </w:pPr>
      <w:r>
        <w:rPr>
          <w:rFonts w:ascii="宋体" w:eastAsia="宋体" w:hAnsi="宋体" w:cs="宋体"/>
          <w:color w:val="000000"/>
        </w:rPr>
        <w:t>∴</w:t>
      </w:r>
      <w:r>
        <w:pict>
          <v:shape id="_x0000_i711040" type="#_x0000_t75" alt="学科网(www.zxxk.com)--教育资源门户，提供试卷、教案、课件、论文、素材以及各类教学资源下载，还有大量而丰富的教学相关资讯！" style="width:97.8pt;height:34.2pt" o:oleicon="f" o:ole="">
            <v:imagedata r:id="rId1231" o:title="eqId9325cd1e34bf184347cd1df286e7650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41" type="#_x0000_t75" alt="学科网(www.zxxk.com)--教育资源门户，提供试卷、教案、课件、论文、素材以及各类教学资源下载，还有大量而丰富的教学相关资讯！" style="width:36.75pt;height:14.25pt" o:oleicon="f" o:ole="">
            <v:imagedata r:id="rId1232" o:title="eqIde5480351b5d13af31275196e9e9be7a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42" type="#_x0000_t75" alt="学科网(www.zxxk.com)--教育资源门户，提供试卷、教案、课件、论文、素材以及各类教学资源下载，还有大量而丰富的教学相关资讯！" style="width:202.2pt;height:22.2pt" o:oleicon="f" o:ole="">
            <v:imagedata r:id="rId1233" o:title="eqIdc9242478ff6b3ce841f8df3545d6a6f7"/>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pict>
          <v:shape id="_x0000_i711043" type="#_x0000_t75" alt="学科网(www.zxxk.com)--教育资源门户，提供试卷、教案、课件、论文、素材以及各类教学资源下载，还有大量而丰富的教学相关资讯！" style="width:48pt;height:14.25pt" o:oleicon="f" o:ole="">
            <v:imagedata r:id="rId1234" o:title="eqId8b927a9c710c05279eb72a961efea6d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44" type="#_x0000_t75" alt="学科网(www.zxxk.com)--教育资源门户，提供试卷、教案、课件、论文、素材以及各类教学资源下载，还有大量而丰富的教学相关资讯！" style="width:45pt;height:31.2pt" o:oleicon="f" o:ole="">
            <v:imagedata r:id="rId1235" o:title="eqId4f5826ba896a4b465f6e87524ffd97c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45" type="#_x0000_t75" alt="学科网(www.zxxk.com)--教育资源门户，提供试卷、教案、课件、论文、素材以及各类教学资源下载，还有大量而丰富的教学相关资讯！" style="width:63.6pt;height:14.4pt" o:oleicon="f" o:ole="">
            <v:imagedata r:id="rId1236" o:title="eqId70258946e5f1cd7c3f9325b7a334e70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46" type="#_x0000_t75" alt="学科网(www.zxxk.com)--教育资源门户，提供试卷、教案、课件、论文、素材以及各类教学资源下载，还有大量而丰富的教学相关资讯！" style="width:45pt;height:31.2pt" o:oleicon="f" o:ole="">
            <v:imagedata r:id="rId1237" o:title="eqId7b5966e83190e8ca3a363c382aa0e33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∵方程</w:t>
      </w:r>
      <w:r>
        <w:pict>
          <v:shape id="_x0000_i711047" type="#_x0000_t75" alt="学科网(www.zxxk.com)--教育资源门户，提供试卷、教案、课件、论文、素材以及各类教学资源下载，还有大量而丰富的教学相关资讯！" style="width:48pt;height:14.25pt" o:oleicon="f" o:ole="">
            <v:imagedata r:id="rId1238" o:title="eqId8b927a9c710c05279eb72a961efea6d4"/>
          </v:shape>
        </w:pict>
      </w:r>
      <w:r>
        <w:rPr>
          <w:rFonts w:ascii="宋体" w:eastAsia="宋体" w:hAnsi="宋体" w:cs="宋体"/>
          <w:color w:val="000000"/>
        </w:rPr>
        <w:t>是方程</w:t>
      </w:r>
      <w:r>
        <w:pict>
          <v:shape id="_x0000_i711048" type="#_x0000_t75" alt="学科网(www.zxxk.com)--教育资源门户，提供试卷、教案、课件、论文、素材以及各类教学资源下载，还有大量而丰富的教学相关资讯！" style="width:63.6pt;height:14.4pt" o:oleicon="f" o:ole="">
            <v:imagedata r:id="rId1239" o:title="eqId70258946e5f1cd7c3f9325b7a334e702"/>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—后移方程”，</w:t>
      </w:r>
    </w:p>
    <w:p>
      <w:pPr>
        <w:spacing w:line="360" w:lineRule="auto"/>
        <w:jc w:val="left"/>
        <w:textAlignment w:val="center"/>
        <w:rPr>
          <w:color w:val="000000"/>
        </w:rPr>
      </w:pPr>
      <w:r>
        <w:rPr>
          <w:rFonts w:ascii="宋体" w:eastAsia="宋体" w:hAnsi="宋体" w:cs="宋体"/>
          <w:color w:val="000000"/>
        </w:rPr>
        <w:t>∴</w:t>
      </w:r>
      <w:r>
        <w:pict>
          <v:shape id="_x0000_i711049" type="#_x0000_t75" alt="学科网(www.zxxk.com)--教育资源门户，提供试卷、教案、课件、论文、素材以及各类教学资源下载，还有大量而丰富的教学相关资讯！" style="width:78pt;height:31.2pt" o:oleicon="f" o:ole="">
            <v:imagedata r:id="rId1240" o:title="eqIde5813ab010a3e699f94feb6ff053c15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50" type="#_x0000_t75" alt="学科网(www.zxxk.com)--教育资源门户，提供试卷、教案、课件、论文、素材以及各类教学资源下载，还有大量而丰富的教学相关资讯！" style="width:81pt;height:13.8pt" o:oleicon="f" o:ole="">
            <v:imagedata r:id="rId1241" o:title="eqIdd0dee06759467013fc55bde9f8cfb63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51" type="#_x0000_t75" alt="学科网(www.zxxk.com)--教育资源门户，提供试卷、教案、课件、论文、素材以及各类教学资源下载，还有大量而丰富的教学相关资讯！" style="width:67.85pt;height:14.3pt" o:oleicon="f" o:ole="">
            <v:imagedata r:id="rId1242" o:title="eqIdae8a1001476274bcba53a39323bc28f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052" type="#_x0000_t75" alt="学科网(www.zxxk.com)--教育资源门户，提供试卷、教案、课件、论文、素材以及各类教学资源下载，还有大量而丰富的教学相关资讯！" style="width:292.2pt;height:19.8pt" o:oleicon="f" o:ole="">
            <v:imagedata r:id="rId1243" o:title="eqIdd78295f06e2f66aede60918bdfc06f7b"/>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本题主要考查了解一元一次方程，代数式求值，正确理解题意所给的“后移方程”的定义是解题的关键．</w:t>
      </w:r>
    </w:p>
    <w:p>
      <w:pPr>
        <w:spacing w:line="360" w:lineRule="auto"/>
        <w:jc w:val="left"/>
        <w:textAlignment w:val="center"/>
        <w:rPr>
          <w:color w:val="000000"/>
        </w:rPr>
      </w:pPr>
      <w:r>
        <w:rPr>
          <w:color w:val="000000"/>
        </w:rPr>
        <w:t xml:space="preserve">31. </w:t>
      </w:r>
      <w:r>
        <w:rPr>
          <w:rFonts w:ascii="宋体" w:eastAsia="宋体" w:hAnsi="宋体" w:cs="宋体"/>
          <w:color w:val="000000"/>
        </w:rPr>
        <w:t>若一个两位数的十位和个位上的数字分别为</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，我们可将这个两位数记为</w:t>
      </w:r>
      <w:r>
        <w:pict>
          <v:shape id="_x0000_i711053" type="#_x0000_t75" alt="学科网(www.zxxk.com)--教育资源门户，提供试卷、教案、课件、论文、素材以及各类教学资源下载，还有大量而丰富的教学相关资讯！" style="width:15.6pt;height:15pt" o:oleicon="f" o:ole="">
            <v:imagedata r:id="rId1244" o:title="eqId9849398644ac4db883c21042c66d7a43"/>
          </v:shape>
        </w:pict>
      </w:r>
      <w:r>
        <w:rPr>
          <w:rFonts w:ascii="宋体" w:eastAsia="宋体" w:hAnsi="宋体" w:cs="宋体"/>
          <w:color w:val="000000"/>
        </w:rPr>
        <w:t>．同理，一个三位数的百位、十位和个位上的数字分别为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和</w:t>
      </w:r>
      <w:r>
        <w:rPr>
          <w:rFonts w:ascii="Times New Roman" w:eastAsia="Times New Roman" w:hAnsi="Times New Roman" w:cs="Times New Roman"/>
          <w:i/>
          <w:color w:val="000000"/>
        </w:rPr>
        <w:t>c</w:t>
      </w:r>
      <w:r>
        <w:rPr>
          <w:rFonts w:ascii="宋体" w:eastAsia="宋体" w:hAnsi="宋体" w:cs="宋体"/>
          <w:i/>
          <w:color w:val="000000"/>
        </w:rPr>
        <w:t>．</w:t>
      </w:r>
      <w:r>
        <w:rPr>
          <w:rFonts w:ascii="宋体" w:eastAsia="宋体" w:hAnsi="宋体" w:cs="宋体"/>
          <w:color w:val="000000"/>
        </w:rPr>
        <w:t>则这个三位数可记为</w:t>
      </w:r>
      <w:r>
        <w:pict>
          <v:shape id="_x0000_i711054" type="#_x0000_t75" alt="学科网(www.zxxk.com)--教育资源门户，提供试卷、教案、课件、论文、素材以及各类教学资源下载，还有大量而丰富的教学相关资讯！" style="width:21pt;height:17.25pt" o:oleicon="f" o:ole="">
            <v:imagedata r:id="rId1245" o:title="eqIda675d752761f68640cb84085823063bf"/>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1055" type="#_x0000_t75" alt="学科网(www.zxxk.com)--教育资源门户，提供试卷、教案、课件、论文、素材以及各类教学资源下载，还有大量而丰富的教学相关资讯！" style="width:27pt;height:14.25pt" o:oleicon="f" o:ole="">
            <v:imagedata r:id="rId1246" o:title="eqIde55aa0a20848c37c1892c567b2315e04"/>
          </v:shape>
        </w:pict>
      </w:r>
      <w:r>
        <w:rPr>
          <w:rFonts w:ascii="宋体" w:eastAsia="宋体" w:hAnsi="宋体" w:cs="宋体"/>
          <w:color w:val="000000"/>
        </w:rPr>
        <w:t>，则</w:t>
      </w:r>
      <w:r>
        <w:pict>
          <v:shape id="_x0000_i711056" type="#_x0000_t75" alt="学科网(www.zxxk.com)--教育资源门户，提供试卷、教案、课件、论文、素材以及各类教学资源下载，还有大量而丰富的教学相关资讯！" style="width:48pt;height:17.25pt" o:oleicon="f" o:ole="">
            <v:imagedata r:id="rId1247" o:title="eqId68a5d9e8676559e2dd1ddf8c92096154"/>
          </v:shape>
        </w:pict>
      </w:r>
      <w:r>
        <w:rPr>
          <w:rFonts w:ascii="Times New Roman" w:eastAsia="Times New Roman" w:hAnsi="Times New Roman" w:cs="Times New Roman"/>
          <w:color w:val="000000"/>
        </w:rPr>
        <w:t>___________</w:t>
      </w:r>
      <w:r>
        <w:rPr>
          <w:rFonts w:ascii="宋体" w:eastAsia="宋体" w:hAnsi="宋体" w:cs="宋体"/>
          <w:color w:val="000000"/>
        </w:rPr>
        <w:t>；若</w:t>
      </w:r>
      <w:r>
        <w:pict>
          <v:shape id="_x0000_i711057" type="#_x0000_t75" alt="学科网(www.zxxk.com)--教育资源门户，提供试卷、教案、课件、论文、素材以及各类教学资源下载，还有大量而丰富的教学相关资讯！" style="width:24.75pt;height:14.25pt" o:oleicon="f" o:ole="">
            <v:imagedata r:id="rId1248" o:title="eqId8cbeede118c407a800b05757b9a1393e"/>
          </v:shape>
        </w:pict>
      </w:r>
      <w:r>
        <w:rPr>
          <w:rFonts w:ascii="宋体" w:eastAsia="宋体" w:hAnsi="宋体" w:cs="宋体"/>
          <w:color w:val="000000"/>
        </w:rPr>
        <w:t>，则</w:t>
      </w:r>
      <w:r>
        <w:pict>
          <v:shape id="_x0000_i711058" type="#_x0000_t75" alt="学科网(www.zxxk.com)--教育资源门户，提供试卷、教案、课件、论文、素材以及各类教学资源下载，还有大量而丰富的教学相关资讯！" style="width:54pt;height:17.4pt" o:oleicon="f" o:ole="">
            <v:imagedata r:id="rId1249" o:title="eqId6988161f5130de4cae7abfc6fb06b810"/>
          </v:shape>
        </w:pi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pict>
          <v:shape id="_x0000_i711059" type="#_x0000_t75" alt="学科网(www.zxxk.com)--教育资源门户，提供试卷、教案、课件、论文、素材以及各类教学资源下载，还有大量而丰富的教学相关资讯！" style="width:39pt;height:17.4pt" o:oleicon="f" o:ole="">
            <v:imagedata r:id="rId1250" o:title="eqId1c2cffca02414344bc92f2482a7751af"/>
          </v:shape>
        </w:pict>
      </w:r>
      <w:r>
        <w:rPr>
          <w:rFonts w:ascii="宋体" w:eastAsia="宋体" w:hAnsi="宋体" w:cs="宋体"/>
          <w:color w:val="000000"/>
        </w:rPr>
        <w:t>一定能被</w:t>
      </w:r>
      <w:r>
        <w:rPr>
          <w:rFonts w:ascii="Times New Roman" w:eastAsia="Times New Roman" w:hAnsi="Times New Roman" w:cs="Times New Roman"/>
          <w:color w:val="000000"/>
        </w:rPr>
        <w:t>___________</w:t>
      </w:r>
      <w:r>
        <w:rPr>
          <w:rFonts w:ascii="宋体" w:eastAsia="宋体" w:hAnsi="宋体" w:cs="宋体"/>
          <w:color w:val="000000"/>
        </w:rPr>
        <w:t>整除，</w:t>
      </w:r>
      <w:r>
        <w:pict>
          <v:shape id="_x0000_i711060" type="#_x0000_t75" alt="学科网(www.zxxk.com)--教育资源门户，提供试卷、教案、课件、论文、素材以及各类教学资源下载，还有大量而丰富的教学相关资讯！" style="width:38.25pt;height:17.25pt" o:oleicon="f" o:ole="">
            <v:imagedata r:id="rId1251" o:title="eqId2265035ea64e913396128b9c7a838cb9"/>
          </v:shape>
        </w:pict>
      </w:r>
      <w:r>
        <w:rPr>
          <w:rFonts w:ascii="宋体" w:eastAsia="宋体" w:hAnsi="宋体" w:cs="宋体"/>
          <w:color w:val="000000"/>
        </w:rPr>
        <w:t>一定能被</w:t>
      </w:r>
      <w:r>
        <w:rPr>
          <w:rFonts w:ascii="Times New Roman" w:eastAsia="Times New Roman" w:hAnsi="Times New Roman" w:cs="Times New Roman"/>
          <w:color w:val="000000"/>
        </w:rPr>
        <w:t>___________</w:t>
      </w:r>
      <w:r>
        <w:rPr>
          <w:rFonts w:ascii="宋体" w:eastAsia="宋体" w:hAnsi="宋体" w:cs="宋体"/>
          <w:color w:val="000000"/>
        </w:rPr>
        <w:t>整除．（请从大于</w:t>
      </w:r>
      <w:r>
        <w:rPr>
          <w:rFonts w:ascii="Times New Roman" w:eastAsia="Times New Roman" w:hAnsi="Times New Roman" w:cs="Times New Roman"/>
          <w:color w:val="000000"/>
        </w:rPr>
        <w:t>3</w:t>
      </w:r>
      <w:r>
        <w:rPr>
          <w:rFonts w:ascii="宋体" w:eastAsia="宋体" w:hAnsi="宋体" w:cs="宋体"/>
          <w:color w:val="000000"/>
        </w:rPr>
        <w:t>的整数中选择合适的数填空）</w:t>
      </w:r>
    </w:p>
    <w:p>
      <w:pPr>
        <w:spacing w:line="360" w:lineRule="auto"/>
        <w:jc w:val="left"/>
        <w:textAlignment w:val="center"/>
        <w:rPr>
          <w:color w:val="000000"/>
        </w:rPr>
      </w:pPr>
      <w:r>
        <w:rPr>
          <w:color w:val="000000"/>
        </w:rPr>
        <w:t>（3）</w:t>
      </w:r>
      <w:r>
        <w:rPr>
          <w:rFonts w:ascii="宋体" w:eastAsia="宋体" w:hAnsi="宋体" w:cs="宋体"/>
          <w:color w:val="000000"/>
        </w:rPr>
        <w:t>任选一个三位数，要求个、十、百位的数字各不相同且不为零，把这个三位数的三个数字按大小重新排列，得出一个最大的数和一个最小的数，用得出的最大的数减去最小的数得到一个新数，再将这个新数按上述方式重新排列，再相减，像这样运算若干次后一定会得到同一个重复出现的数，这个数称为“卡普雷卡尔黑洞数”．</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“卡普雷卡尔黑洞数”是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若设三位数为</w:t>
      </w:r>
      <w:r>
        <w:pict>
          <v:shape id="_x0000_i711061" type="#_x0000_t75" alt="学科网(www.zxxk.com)--教育资源门户，提供试卷、教案、课件、论文、素材以及各类教学资源下载，还有大量而丰富的教学相关资讯！" style="width:21pt;height:17.25pt" o:oleicon="f" o:ole="">
            <v:imagedata r:id="rId1252" o:title="eqIda675d752761f68640cb84085823063bf"/>
          </v:shape>
        </w:pict>
      </w:r>
      <w:r>
        <w:rPr>
          <w:rFonts w:ascii="宋体" w:eastAsia="宋体" w:hAnsi="宋体" w:cs="宋体"/>
          <w:color w:val="000000"/>
        </w:rPr>
        <w:t>（不妨设</w:t>
      </w:r>
      <w:r>
        <w:pict>
          <v:shape id="_x0000_i711062" type="#_x0000_t75" alt="学科网(www.zxxk.com)--教育资源门户，提供试卷、教案、课件、论文、素材以及各类教学资源下载，还有大量而丰富的教学相关资讯！" style="width:63pt;height:14.25pt" o:oleicon="f" o:ole="">
            <v:imagedata r:id="rId1253" o:title="eqId497d269c30eec393e3f0e877ddbe2983"/>
          </v:shape>
        </w:pict>
      </w:r>
      <w:r>
        <w:rPr>
          <w:rFonts w:ascii="宋体" w:eastAsia="宋体" w:hAnsi="宋体" w:cs="宋体"/>
          <w:color w:val="000000"/>
        </w:rPr>
        <w:t>），试说明其可产生“卡普雷卡尔黑洞数”．</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56</w:t>
      </w:r>
      <w:r>
        <w:rPr>
          <w:rFonts w:ascii="宋体" w:eastAsia="宋体" w:hAnsi="宋体" w:cs="宋体"/>
          <w:color w:val="000000"/>
        </w:rPr>
        <w:t>；</w:t>
      </w:r>
      <w:r>
        <w:pict>
          <v:shape id="_x0000_i711063" type="#_x0000_t75" alt="学科网(www.zxxk.com)--教育资源门户，提供试卷、教案、课件、论文、素材以及各类教学资源下载，还有大量而丰富的教学相关资讯！" style="width:28.3pt;height:13.75pt" o:oleicon="f" o:ole="">
            <v:imagedata r:id="rId1254" o:title="eqId7ab1f60c8dd1e21525232c5a451139a4"/>
          </v:shape>
        </w:pic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color w:val="000000"/>
        </w:rPr>
        <w:t xml:space="preserve">    </w:t>
      </w:r>
      <w:r>
        <w:rPr>
          <w:color w:val="000000"/>
        </w:rPr>
        <w:t>（3）</w:t>
      </w:r>
      <w:r>
        <w:rPr>
          <w:rFonts w:ascii="宋体" w:eastAsia="宋体" w:hAnsi="宋体" w:cs="宋体"/>
          <w:color w:val="000000"/>
        </w:rPr>
        <w:t>①</w:t>
      </w:r>
      <w:r>
        <w:rPr>
          <w:rFonts w:ascii="Times New Roman" w:eastAsia="Times New Roman" w:hAnsi="Times New Roman" w:cs="Times New Roman"/>
          <w:color w:val="000000"/>
        </w:rPr>
        <w:t>495</w:t>
      </w:r>
      <w:r>
        <w:rPr>
          <w:rFonts w:ascii="宋体" w:eastAsia="宋体" w:hAnsi="宋体" w:cs="宋体"/>
          <w:color w:val="000000"/>
        </w:rPr>
        <w:t>；</w:t>
      </w:r>
      <w:r>
        <w:rPr>
          <w:rFonts w:ascii="Times New Roman" w:eastAsia="Times New Roman" w:hAnsi="Times New Roman" w:cs="Times New Roman"/>
          <w:color w:val="000000"/>
        </w:rPr>
        <w:t>②</w:t>
      </w:r>
      <w:r>
        <w:rPr>
          <w:rFonts w:ascii="宋体" w:eastAsia="宋体" w:hAnsi="宋体" w:cs="宋体"/>
          <w:color w:val="000000"/>
        </w:rPr>
        <w:t>说明见解析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）按照所给定义进行求解即可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）按定义可得</w:t>
      </w:r>
      <w:r>
        <w:pict>
          <v:shape id="_x0000_i711064" type="#_x0000_t75" alt="学科网(www.zxxk.com)--教育资源门户，提供试卷、教案、课件、论文、素材以及各类教学资源下载，还有大量而丰富的教学相关资讯！" style="width:96pt;height:21pt" o:oleicon="f" o:ole="">
            <v:imagedata r:id="rId1255" o:title="eqId8ce1315e873f0657b21483c5084e1f2b"/>
          </v:shape>
        </w:pict>
      </w:r>
      <w:r>
        <w:rPr>
          <w:rFonts w:ascii="宋体" w:eastAsia="宋体" w:hAnsi="宋体" w:cs="宋体"/>
          <w:color w:val="000000"/>
        </w:rPr>
        <w:t>，</w:t>
      </w:r>
      <w:r>
        <w:pict>
          <v:shape id="_x0000_i711065" type="#_x0000_t75" alt="学科网(www.zxxk.com)--教育资源门户，提供试卷、教案、课件、论文、素材以及各类教学资源下载，还有大量而丰富的教学相关资讯！" style="width:91.2pt;height:21pt" o:oleicon="f" o:ole="">
            <v:imagedata r:id="rId1256" o:title="eqId752d0d97ab812ec8c839f93af512023f"/>
          </v:shape>
        </w:pict>
      </w:r>
      <w:r>
        <w:rPr>
          <w:rFonts w:ascii="宋体" w:eastAsia="宋体" w:hAnsi="宋体" w:cs="宋体"/>
          <w:color w:val="000000"/>
        </w:rPr>
        <w:t>据此求解即可；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选取一个数据，按照定义式子展开，化简到出现循环即可；</w:t>
      </w:r>
      <w:r>
        <w:rPr>
          <w:rFonts w:ascii="Times New Roman" w:eastAsia="Times New Roman" w:hAnsi="Times New Roman" w:cs="Times New Roman"/>
          <w:color w:val="000000"/>
        </w:rPr>
        <w:t>②</w:t>
      </w:r>
      <w:r>
        <w:rPr>
          <w:rFonts w:ascii="宋体" w:eastAsia="宋体" w:hAnsi="宋体" w:cs="宋体"/>
          <w:color w:val="000000"/>
        </w:rPr>
        <w:t>按定义式子化简，注意条件</w:t>
      </w:r>
      <w:r>
        <w:pict>
          <v:shape id="_x0000_i711066" type="#_x0000_t75" alt="学科网(www.zxxk.com)--教育资源门户，提供试卷、教案、课件、论文、素材以及各类教学资源下载，还有大量而丰富的教学相关资讯！" style="width:39.75pt;height:12.75pt" o:oleicon="f" o:ole="">
            <v:imagedata r:id="rId1257" o:title="eqIdce613eaa5df46a50174085ef5d1087fb"/>
          </v:shape>
        </w:pict>
      </w:r>
      <w:r>
        <w:rPr>
          <w:rFonts w:ascii="Times New Roman" w:eastAsia="Times New Roman" w:hAnsi="Times New Roman" w:cs="Times New Roman"/>
          <w:color w:val="000000"/>
        </w:rPr>
        <w:t xml:space="preserve"> </w:t>
      </w:r>
      <w:r>
        <w:rPr>
          <w:rFonts w:ascii="宋体" w:eastAsia="宋体" w:hAnsi="宋体" w:cs="宋体"/>
          <w:color w:val="000000"/>
        </w:rPr>
        <w:t>的应用，化简到出现循环数</w:t>
      </w:r>
      <w:r>
        <w:rPr>
          <w:rFonts w:ascii="Times New Roman" w:eastAsia="Times New Roman" w:hAnsi="Times New Roman" w:cs="Times New Roman"/>
          <w:color w:val="000000"/>
        </w:rPr>
        <w:t>495</w:t>
      </w:r>
      <w:r>
        <w:rPr>
          <w:rFonts w:ascii="宋体" w:eastAsia="宋体" w:hAnsi="宋体" w:cs="宋体"/>
          <w:color w:val="000000"/>
        </w:rPr>
        <w:t>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解：由题意得</w:t>
      </w:r>
      <w:r>
        <w:pict>
          <v:shape id="_x0000_i711067" type="#_x0000_t75" alt="学科网(www.zxxk.com)--教育资源门户，提供试卷、教案、课件、论文、素材以及各类教学资源下载，还有大量而丰富的教学相关资讯！" style="width:109.2pt;height:16.8pt" o:oleicon="f" o:ole="">
            <v:imagedata r:id="rId1258" o:title="eqIde64efebd08c396a6acf0c0e96d7e6b89"/>
          </v:shape>
        </w:pict>
      </w:r>
      <w:r>
        <w:rPr>
          <w:rFonts w:ascii="宋体" w:eastAsia="宋体" w:hAnsi="宋体" w:cs="宋体"/>
          <w:color w:val="000000"/>
        </w:rPr>
        <w:t>，</w:t>
      </w:r>
      <w:r>
        <w:pict>
          <v:shape id="_x0000_i711068" type="#_x0000_t75" alt="学科网(www.zxxk.com)--教育资源门户，提供试卷、教案、课件、论文、素材以及各类教学资源下载，还有大量而丰富的教学相关资讯！" style="width:139.8pt;height:16.8pt" o:oleicon="f" o:ole="">
            <v:imagedata r:id="rId1259" o:title="eqId905e0528356cd73635117e340c17cc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56</w:t>
      </w:r>
      <w:r>
        <w:rPr>
          <w:rFonts w:ascii="宋体" w:eastAsia="宋体" w:hAnsi="宋体" w:cs="宋体"/>
          <w:color w:val="000000"/>
        </w:rPr>
        <w:t>；</w:t>
      </w:r>
      <w:r>
        <w:pict>
          <v:shape id="_x0000_i711069" type="#_x0000_t75" alt="学科网(www.zxxk.com)--教育资源门户，提供试卷、教案、课件、论文、素材以及各类教学资源下载，还有大量而丰富的教学相关资讯！" style="width:28.3pt;height:13.75pt" o:oleicon="f" o:ole="">
            <v:imagedata r:id="rId1260" o:title="eqId7ab1f60c8dd1e21525232c5a451139a4"/>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pict>
          <v:shape id="_x0000_i711070" type="#_x0000_t75" alt="学科网(www.zxxk.com)--教育资源门户，提供试卷、教案、课件、论文、素材以及各类教学资源下载，还有大量而丰富的教学相关资讯！" style="width:244.2pt;height:21pt" o:oleicon="f" o:ole="">
            <v:imagedata r:id="rId1261" o:title="eqId4253ec7e3952b2d4890dd3c6efeb1f93"/>
          </v:shape>
        </w:pict>
      </w:r>
      <w:r>
        <w:rPr>
          <w:rFonts w:ascii="宋体" w:eastAsia="宋体" w:hAnsi="宋体" w:cs="宋体"/>
          <w:color w:val="000000"/>
        </w:rPr>
        <w:t>，且</w:t>
      </w:r>
      <w:r>
        <w:pict>
          <v:shape id="_x0000_i711071" type="#_x0000_t75" alt="学科网(www.zxxk.com)--教育资源门户，提供试卷、教案、课件、论文、素材以及各类教学资源下载，还有大量而丰富的教学相关资讯！" style="width:27pt;height:14.25pt;mso-position-horizontal-relative:page;mso-position-vertical-relative:page" o:oleicon="f" o:ole="">
            <v:imagedata r:id="rId1262" o:title="eqId663a61ad241d5d874c9a9362f0ee917c"/>
          </v:shape>
        </w:pict>
      </w:r>
      <w:r>
        <w:rPr>
          <w:rFonts w:ascii="宋体" w:eastAsia="宋体" w:hAnsi="宋体" w:cs="宋体"/>
          <w:color w:val="000000"/>
        </w:rPr>
        <w:t>为整数，</w:t>
      </w:r>
    </w:p>
    <w:p>
      <w:pPr>
        <w:spacing w:line="360" w:lineRule="auto"/>
        <w:jc w:val="left"/>
        <w:textAlignment w:val="center"/>
        <w:rPr>
          <w:color w:val="000000"/>
        </w:rPr>
      </w:pPr>
      <w:r>
        <w:rPr>
          <w:rFonts w:ascii="宋体" w:eastAsia="宋体" w:hAnsi="宋体" w:cs="宋体"/>
          <w:color w:val="000000"/>
        </w:rPr>
        <w:t>∴</w:t>
      </w:r>
      <w:r>
        <w:pict>
          <v:shape id="_x0000_i711072" type="#_x0000_t75" alt="学科网(www.zxxk.com)--教育资源门户，提供试卷、教案、课件、论文、素材以及各类教学资源下载，还有大量而丰富的教学相关资讯！" style="width:47pt;height:20pt" o:oleicon="f" o:ole="">
            <v:imagedata r:id="rId1263" o:title="eqId4cd083c6fd7da272a44de72ce8052298"/>
          </v:shape>
        </w:pict>
      </w:r>
      <w:r>
        <w:rPr>
          <w:rFonts w:ascii="宋体" w:eastAsia="宋体" w:hAnsi="宋体" w:cs="宋体"/>
          <w:color w:val="000000"/>
        </w:rPr>
        <w:t>也是整数，</w:t>
      </w:r>
    </w:p>
    <w:p>
      <w:pPr>
        <w:spacing w:line="360" w:lineRule="auto"/>
        <w:jc w:val="left"/>
        <w:textAlignment w:val="center"/>
        <w:rPr>
          <w:color w:val="000000"/>
        </w:rPr>
      </w:pPr>
      <w:r>
        <w:rPr>
          <w:rFonts w:ascii="宋体" w:eastAsia="宋体" w:hAnsi="宋体" w:cs="宋体"/>
          <w:color w:val="000000"/>
        </w:rPr>
        <w:t>∴</w:t>
      </w:r>
      <w:r>
        <w:pict>
          <v:shape id="_x0000_i711073" type="#_x0000_t75" alt="学科网(www.zxxk.com)--教育资源门户，提供试卷、教案、课件、论文、素材以及各类教学资源下载，还有大量而丰富的教学相关资讯！" style="width:47pt;height:20pt" o:oleicon="f" o:ole="">
            <v:imagedata r:id="rId1264" o:title="eqId4cd083c6fd7da272a44de72ce8052298"/>
          </v:shape>
        </w:pict>
      </w:r>
      <w:r>
        <w:rPr>
          <w:rFonts w:ascii="宋体" w:eastAsia="宋体" w:hAnsi="宋体" w:cs="宋体"/>
          <w:color w:val="000000"/>
        </w:rPr>
        <w:t>一定能被</w:t>
      </w:r>
      <w:r>
        <w:rPr>
          <w:rFonts w:ascii="Times New Roman" w:eastAsia="Times New Roman" w:hAnsi="Times New Roman" w:cs="Times New Roman"/>
          <w:color w:val="000000"/>
        </w:rPr>
        <w:t>11</w:t>
      </w:r>
      <w:r>
        <w:rPr>
          <w:rFonts w:ascii="宋体" w:eastAsia="宋体" w:hAnsi="宋体" w:cs="宋体"/>
          <w:color w:val="000000"/>
        </w:rPr>
        <w:t>整除，即</w:t>
      </w:r>
      <w:r>
        <w:pict>
          <v:shape id="_x0000_i711074" type="#_x0000_t75" alt="学科网(www.zxxk.com)--教育资源门户，提供试卷、教案、课件、论文、素材以及各类教学资源下载，还有大量而丰富的教学相关资讯！" style="width:39pt;height:17.4pt" o:oleicon="f" o:ole="">
            <v:imagedata r:id="rId1265" o:title="eqId1c2cffca02414344bc92f2482a7751af"/>
          </v:shape>
        </w:pict>
      </w:r>
      <w:r>
        <w:rPr>
          <w:rFonts w:ascii="宋体" w:eastAsia="宋体" w:hAnsi="宋体" w:cs="宋体"/>
          <w:color w:val="000000"/>
        </w:rPr>
        <w:t>一定能被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left"/>
        <w:textAlignment w:val="center"/>
        <w:rPr>
          <w:color w:val="000000"/>
        </w:rPr>
      </w:pPr>
      <w:r>
        <w:rPr>
          <w:rFonts w:ascii="宋体" w:eastAsia="宋体" w:hAnsi="宋体" w:cs="宋体"/>
          <w:color w:val="000000"/>
        </w:rPr>
        <w:t>∵</w:t>
      </w:r>
      <w:r>
        <w:pict>
          <v:shape id="_x0000_i711075" type="#_x0000_t75" alt="学科网(www.zxxk.com)--教育资源门户，提供试卷、教案、课件、论文、素材以及各类教学资源下载，还有大量而丰富的教学相关资讯！" style="width:241.2pt;height:21pt" o:oleicon="f" o:ole="">
            <v:imagedata r:id="rId1266" o:title="eqId85bc3b619e52db855e6296d4412e4cb0"/>
          </v:shape>
        </w:pict>
      </w:r>
      <w:r>
        <w:rPr>
          <w:rFonts w:ascii="宋体" w:eastAsia="宋体" w:hAnsi="宋体" w:cs="宋体"/>
          <w:color w:val="000000"/>
        </w:rPr>
        <w:t>，且</w:t>
      </w:r>
      <w:r>
        <w:pict>
          <v:shape id="_x0000_i711076" type="#_x0000_t75" alt="学科网(www.zxxk.com)--教育资源门户，提供试卷、教案、课件、论文、素材以及各类教学资源下载，还有大量而丰富的教学相关资讯！" style="width:27pt;height:14.25pt;mso-position-horizontal-relative:page;mso-position-vertical-relative:page" o:oleicon="f" o:ole="">
            <v:imagedata r:id="rId1267" o:title="eqId663a61ad241d5d874c9a9362f0ee917c"/>
          </v:shape>
        </w:pict>
      </w:r>
      <w:r>
        <w:rPr>
          <w:rFonts w:ascii="宋体" w:eastAsia="宋体" w:hAnsi="宋体" w:cs="宋体"/>
          <w:color w:val="000000"/>
        </w:rPr>
        <w:t>为整数，</w:t>
      </w:r>
    </w:p>
    <w:p>
      <w:pPr>
        <w:spacing w:line="360" w:lineRule="auto"/>
        <w:jc w:val="left"/>
        <w:textAlignment w:val="center"/>
        <w:rPr>
          <w:color w:val="000000"/>
        </w:rPr>
      </w:pPr>
      <w:r>
        <w:rPr>
          <w:rFonts w:ascii="宋体" w:eastAsia="宋体" w:hAnsi="宋体" w:cs="宋体"/>
          <w:color w:val="000000"/>
        </w:rPr>
        <w:t>∴</w:t>
      </w:r>
      <w:r>
        <w:pict>
          <v:shape id="_x0000_i711077" type="#_x0000_t75" alt="学科网(www.zxxk.com)--教育资源门户，提供试卷、教案、课件、论文、素材以及各类教学资源下载，还有大量而丰富的教学相关资讯！" style="width:43.8pt;height:19.8pt" o:oleicon="f" o:ole="">
            <v:imagedata r:id="rId1268" o:title="eqId116770f58ae09ed080c7a8cfb6903f91"/>
          </v:shape>
        </w:pict>
      </w:r>
      <w:r>
        <w:rPr>
          <w:rFonts w:ascii="宋体" w:eastAsia="宋体" w:hAnsi="宋体" w:cs="宋体"/>
          <w:color w:val="000000"/>
        </w:rPr>
        <w:t>也是整数，</w:t>
      </w:r>
    </w:p>
    <w:p>
      <w:pPr>
        <w:spacing w:line="360" w:lineRule="auto"/>
        <w:jc w:val="left"/>
        <w:textAlignment w:val="center"/>
        <w:rPr>
          <w:color w:val="000000"/>
        </w:rPr>
      </w:pPr>
      <w:r>
        <w:rPr>
          <w:rFonts w:ascii="宋体" w:eastAsia="宋体" w:hAnsi="宋体" w:cs="宋体"/>
          <w:color w:val="000000"/>
        </w:rPr>
        <w:t>∴</w:t>
      </w:r>
      <w:r>
        <w:pict>
          <v:shape id="_x0000_i711078" type="#_x0000_t75" alt="学科网(www.zxxk.com)--教育资源门户，提供试卷、教案、课件、论文、素材以及各类教学资源下载，还有大量而丰富的教学相关资讯！" style="width:43.8pt;height:19.8pt" o:oleicon="f" o:ole="">
            <v:imagedata r:id="rId1269" o:title="eqId116770f58ae09ed080c7a8cfb6903f91"/>
          </v:shape>
        </w:pict>
      </w:r>
      <w:r>
        <w:rPr>
          <w:rFonts w:ascii="宋体" w:eastAsia="宋体" w:hAnsi="宋体" w:cs="宋体"/>
          <w:color w:val="000000"/>
        </w:rPr>
        <w:t>一定能被</w:t>
      </w:r>
      <w:r>
        <w:rPr>
          <w:rFonts w:ascii="Times New Roman" w:eastAsia="Times New Roman" w:hAnsi="Times New Roman" w:cs="Times New Roman"/>
          <w:color w:val="000000"/>
        </w:rPr>
        <w:t>9</w:t>
      </w:r>
      <w:r>
        <w:rPr>
          <w:rFonts w:ascii="宋体" w:eastAsia="宋体" w:hAnsi="宋体" w:cs="宋体"/>
          <w:color w:val="000000"/>
        </w:rPr>
        <w:t>整除，即</w:t>
      </w:r>
      <w:r>
        <w:pict>
          <v:shape id="_x0000_i711079" type="#_x0000_t75" alt="学科网(www.zxxk.com)--教育资源门户，提供试卷、教案、课件、论文、素材以及各类教学资源下载，还有大量而丰富的教学相关资讯！" style="width:38.25pt;height:17.25pt" o:oleicon="f" o:ole="">
            <v:imagedata r:id="rId1270" o:title="eqId2265035ea64e913396128b9c7a838cb9"/>
          </v:shape>
        </w:pict>
      </w:r>
      <w:r>
        <w:rPr>
          <w:rFonts w:ascii="宋体" w:eastAsia="宋体" w:hAnsi="宋体" w:cs="宋体"/>
          <w:color w:val="000000"/>
        </w:rPr>
        <w:t>一定能被</w:t>
      </w:r>
      <w:r>
        <w:rPr>
          <w:rFonts w:ascii="Times New Roman" w:eastAsia="Times New Roman" w:hAnsi="Times New Roman" w:cs="Times New Roman"/>
          <w:color w:val="000000"/>
        </w:rPr>
        <w:t>9</w:t>
      </w:r>
      <w:r>
        <w:rPr>
          <w:rFonts w:ascii="宋体" w:eastAsia="宋体" w:hAnsi="宋体" w:cs="宋体"/>
          <w:color w:val="000000"/>
        </w:rPr>
        <w:t>整除；</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解：①若选的数为</w:t>
      </w:r>
      <w:r>
        <w:rPr>
          <w:rFonts w:ascii="Times New Roman" w:eastAsia="Times New Roman" w:hAnsi="Times New Roman" w:cs="Times New Roman"/>
          <w:color w:val="000000"/>
        </w:rPr>
        <w:t>325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pict>
          <v:shape id="_x0000_i711080" type="#_x0000_t75" alt="学科网(www.zxxk.com)--教育资源门户，提供试卷、教案、课件、论文、素材以及各类教学资源下载，还有大量而丰富的教学相关资讯！" style="width:80pt;height:14pt" o:oleicon="f" o:ole="">
            <v:imagedata r:id="rId1271" o:title="eqId3cc22fc21ac02ebad05777657208f28c"/>
          </v:shape>
        </w:pict>
      </w:r>
      <w:r>
        <w:rPr>
          <w:rFonts w:ascii="宋体" w:eastAsia="宋体" w:hAnsi="宋体" w:cs="宋体"/>
          <w:color w:val="000000"/>
        </w:rPr>
        <w:t>，以下按照上述规则的性质计算：</w:t>
      </w:r>
    </w:p>
    <w:p>
      <w:pPr>
        <w:spacing w:line="360" w:lineRule="auto"/>
        <w:jc w:val="left"/>
        <w:textAlignment w:val="center"/>
        <w:rPr>
          <w:color w:val="000000"/>
        </w:rPr>
      </w:pPr>
      <w:r>
        <w:pict>
          <v:shape id="_x0000_i711081" type="#_x0000_t75" alt="学科网(www.zxxk.com)--教育资源门户，提供试卷、教案、课件、论文、素材以及各类教学资源下载，还有大量而丰富的教学相关资讯！" style="width:78.75pt;height:14.25pt" o:oleicon="f" o:ole="">
            <v:imagedata r:id="rId1272" o:title="eqIdd7708bd4165e0235ad3a1ab2576e52a7"/>
          </v:shape>
        </w:pict>
      </w:r>
      <w:r>
        <w:rPr>
          <w:rFonts w:ascii="宋体" w:eastAsia="宋体" w:hAnsi="宋体" w:cs="宋体"/>
          <w:color w:val="000000"/>
        </w:rPr>
        <w:t>，</w:t>
      </w:r>
    </w:p>
    <w:p>
      <w:pPr>
        <w:spacing w:line="360" w:lineRule="auto"/>
        <w:jc w:val="left"/>
        <w:textAlignment w:val="center"/>
        <w:rPr>
          <w:color w:val="000000"/>
        </w:rPr>
      </w:pPr>
      <w:r>
        <w:pict>
          <v:shape id="_x0000_i711082" type="#_x0000_t75" alt="学科网(www.zxxk.com)--教育资源门户，提供试卷、教案、课件、论文、素材以及各类教学资源下载，还有大量而丰富的教学相关资讯！" style="width:78.75pt;height:14.25pt" o:oleicon="f" o:ole="">
            <v:imagedata r:id="rId1273" o:title="eqId9bfbd3f10081eb2ec06792e73598f642"/>
          </v:shape>
        </w:pict>
      </w:r>
      <w:r>
        <w:rPr>
          <w:rFonts w:ascii="宋体" w:eastAsia="宋体" w:hAnsi="宋体" w:cs="宋体"/>
          <w:color w:val="000000"/>
        </w:rPr>
        <w:t>，</w:t>
      </w:r>
    </w:p>
    <w:p>
      <w:pPr>
        <w:spacing w:line="360" w:lineRule="auto"/>
        <w:jc w:val="left"/>
        <w:textAlignment w:val="center"/>
        <w:rPr>
          <w:color w:val="000000"/>
        </w:rPr>
      </w:pPr>
      <w:r>
        <w:pict>
          <v:shape id="_x0000_i711083" type="#_x0000_t75" alt="学科网(www.zxxk.com)--教育资源门户，提供试卷、教案、课件、论文、素材以及各类教学资源下载，还有大量而丰富的教学相关资讯！" style="width:80.25pt;height:14.25pt" o:oleicon="f" o:ole="">
            <v:imagedata r:id="rId1274" o:title="eqIda1f5fa79b53e4334575e2679341c3b52"/>
          </v:shape>
        </w:pict>
      </w:r>
      <w:r>
        <w:rPr>
          <w:rFonts w:ascii="宋体" w:eastAsia="宋体" w:hAnsi="宋体" w:cs="宋体"/>
          <w:color w:val="000000"/>
        </w:rPr>
        <w:t>，</w:t>
      </w:r>
    </w:p>
    <w:p>
      <w:pPr>
        <w:spacing w:line="360" w:lineRule="auto"/>
        <w:jc w:val="left"/>
        <w:textAlignment w:val="center"/>
        <w:rPr>
          <w:color w:val="000000"/>
        </w:rPr>
      </w:pPr>
      <w:r>
        <w:pict>
          <v:shape id="_x0000_i711084" type="#_x0000_t75" alt="学科网(www.zxxk.com)--教育资源门户，提供试卷、教案、课件、论文、素材以及各类教学资源下载，还有大量而丰富的教学相关资讯！" style="width:80.25pt;height:14.25pt" o:oleicon="f" o:ole="">
            <v:imagedata r:id="rId1275" o:title="eqIda1f5fa79b53e4334575e2679341c3b52"/>
          </v:shape>
        </w:pi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“卡普雷卡尔黑洞数”是</w:t>
      </w:r>
      <w:r>
        <w:rPr>
          <w:rFonts w:ascii="Times New Roman" w:eastAsia="Times New Roman" w:hAnsi="Times New Roman" w:cs="Times New Roman"/>
          <w:color w:val="000000"/>
        </w:rPr>
        <w:t>495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495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②当任选的三位数为</w:t>
      </w:r>
      <w:r>
        <w:pict>
          <v:shape id="_x0000_i711085" type="#_x0000_t75" alt="学科网(www.zxxk.com)--教育资源门户，提供试卷、教案、课件、论文、素材以及各类教学资源下载，还有大量而丰富的教学相关资讯！" style="width:21pt;height:17.25pt" o:oleicon="f" o:ole="">
            <v:imagedata r:id="rId1276" o:title="eqIda675d752761f68640cb84085823063bf"/>
          </v:shape>
        </w:pict>
      </w:r>
      <w:r>
        <w:rPr>
          <w:rFonts w:ascii="宋体" w:eastAsia="宋体" w:hAnsi="宋体" w:cs="宋体"/>
          <w:color w:val="000000"/>
        </w:rPr>
        <w:t>时，第一次运算后得：</w:t>
      </w:r>
    </w:p>
    <w:p>
      <w:pPr>
        <w:spacing w:line="360" w:lineRule="auto"/>
        <w:jc w:val="left"/>
        <w:textAlignment w:val="center"/>
        <w:rPr>
          <w:color w:val="000000"/>
        </w:rPr>
      </w:pPr>
      <w:r>
        <w:pict>
          <v:shape id="_x0000_i711086" type="#_x0000_t75" alt="学科网(www.zxxk.com)--教育资源门户，提供试卷、教案、课件、论文、素材以及各类教学资源下载，还有大量而丰富的教学相关资讯！" style="width:213.75pt;height:19.5pt" o:oleicon="f" o:ole="">
            <v:imagedata r:id="rId1277" o:title="eqIda662d2bc218aebc5cf66932903a0cba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结果为</w:t>
      </w:r>
      <w:r>
        <w:rPr>
          <w:rFonts w:ascii="Times New Roman" w:eastAsia="Times New Roman" w:hAnsi="Times New Roman" w:cs="Times New Roman"/>
          <w:color w:val="000000"/>
        </w:rPr>
        <w:t>99</w:t>
      </w:r>
      <w:r>
        <w:rPr>
          <w:rFonts w:ascii="宋体" w:eastAsia="宋体" w:hAnsi="宋体" w:cs="宋体"/>
          <w:color w:val="000000"/>
        </w:rPr>
        <w:t>的倍数，</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1087" type="#_x0000_t75" alt="学科网(www.zxxk.com)--教育资源门户，提供试卷、教案、课件、论文、素材以及各类教学资源下载，还有大量而丰富的教学相关资讯！" style="width:39.75pt;height:12.75pt" o:oleicon="f" o:ole="">
            <v:imagedata r:id="rId1278" o:title="eqIdce613eaa5df46a50174085ef5d1087fb"/>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1088" type="#_x0000_t75" alt="学科网(www.zxxk.com)--教育资源门户，提供试卷、教案、课件、论文、素材以及各类教学资源下载，还有大量而丰富的教学相关资讯！" style="width:75.75pt;height:14.25pt" o:oleicon="f" o:ole="">
            <v:imagedata r:id="rId1279" o:title="eqIdb0f54afebc18e060c7798452de657b76"/>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1089" type="#_x0000_t75" alt="学科网(www.zxxk.com)--教育资源门户，提供试卷、教案、课件、论文、素材以及各类教学资源下载，还有大量而丰富的教学相关资讯！" style="width:44.25pt;height:14.25pt" o:oleicon="f" o:ole="">
            <v:imagedata r:id="rId1280" o:title="eqId3c3bbd43f99235538182e4775a01c46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w:t>
      </w:r>
      <w:r>
        <w:pict>
          <v:shape id="_x0000_i711090" type="#_x0000_t75" alt="学科网(www.zxxk.com)--教育资源门户，提供试卷、教案、课件、论文、素材以及各类教学资源下载，还有大量而丰富的教学相关资讯！" style="width:63pt;height:14.25pt" o:oleicon="f" o:ole="">
            <v:imagedata r:id="rId1281" o:title="eqId01865f53bf8438d475d9c2b9ebe0faef"/>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1091" type="#_x0000_t75" alt="学科网(www.zxxk.com)--教育资源门户，提供试卷、教案、课件、论文、素材以及各类教学资源下载，还有大量而丰富的教学相关资讯！" style="width:42.75pt;height:14.25pt" o:oleicon="f" o:ole="">
            <v:imagedata r:id="rId1282" o:title="eqIdbecf61736b0180788cc7afe59675542a"/>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1092" type="#_x0000_t75" alt="学科网(www.zxxk.com)--教育资源门户，提供试卷、教案、课件、论文、素材以及各类教学资源下载，还有大量而丰富的教学相关资讯！" style="width:96pt;height:13.8pt" o:oleicon="f" o:ole="">
            <v:imagedata r:id="rId1283" o:title="eqId00aca25d6399af49c197fbbea1b0eed5"/>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第一次运算后可能得到：</w:t>
      </w:r>
      <w:r>
        <w:rPr>
          <w:rFonts w:ascii="Times New Roman" w:eastAsia="Times New Roman" w:hAnsi="Times New Roman" w:cs="Times New Roman"/>
          <w:color w:val="000000"/>
        </w:rPr>
        <w:t>198</w:t>
      </w:r>
      <w:r>
        <w:rPr>
          <w:rFonts w:ascii="宋体" w:eastAsia="宋体" w:hAnsi="宋体" w:cs="宋体"/>
          <w:color w:val="000000"/>
        </w:rPr>
        <w:t>，</w:t>
      </w:r>
      <w:r>
        <w:rPr>
          <w:rFonts w:ascii="Times New Roman" w:eastAsia="Times New Roman" w:hAnsi="Times New Roman" w:cs="Times New Roman"/>
          <w:color w:val="000000"/>
        </w:rPr>
        <w:t>297</w:t>
      </w:r>
      <w:r>
        <w:rPr>
          <w:rFonts w:ascii="宋体" w:eastAsia="宋体" w:hAnsi="宋体" w:cs="宋体"/>
          <w:color w:val="000000"/>
        </w:rPr>
        <w:t>，</w:t>
      </w:r>
      <w:r>
        <w:rPr>
          <w:rFonts w:ascii="Times New Roman" w:eastAsia="Times New Roman" w:hAnsi="Times New Roman" w:cs="Times New Roman"/>
          <w:color w:val="000000"/>
        </w:rPr>
        <w:t>396</w:t>
      </w:r>
      <w:r>
        <w:rPr>
          <w:rFonts w:ascii="宋体" w:eastAsia="宋体" w:hAnsi="宋体" w:cs="宋体"/>
          <w:color w:val="000000"/>
        </w:rPr>
        <w:t>，</w:t>
      </w:r>
      <w:r>
        <w:rPr>
          <w:rFonts w:ascii="Times New Roman" w:eastAsia="Times New Roman" w:hAnsi="Times New Roman" w:cs="Times New Roman"/>
          <w:color w:val="000000"/>
        </w:rPr>
        <w:t>496</w:t>
      </w:r>
      <w:r>
        <w:rPr>
          <w:rFonts w:ascii="宋体" w:eastAsia="宋体" w:hAnsi="宋体" w:cs="宋体"/>
          <w:color w:val="000000"/>
        </w:rPr>
        <w:t>，</w:t>
      </w:r>
      <w:r>
        <w:rPr>
          <w:rFonts w:ascii="Times New Roman" w:eastAsia="Times New Roman" w:hAnsi="Times New Roman" w:cs="Times New Roman"/>
          <w:color w:val="000000"/>
        </w:rPr>
        <w:t>594</w:t>
      </w:r>
      <w:r>
        <w:rPr>
          <w:rFonts w:ascii="宋体" w:eastAsia="宋体" w:hAnsi="宋体" w:cs="宋体"/>
          <w:color w:val="000000"/>
        </w:rPr>
        <w:t>，</w:t>
      </w:r>
      <w:r>
        <w:rPr>
          <w:rFonts w:ascii="Times New Roman" w:eastAsia="Times New Roman" w:hAnsi="Times New Roman" w:cs="Times New Roman"/>
          <w:color w:val="000000"/>
        </w:rPr>
        <w:t>693</w:t>
      </w:r>
      <w:r>
        <w:rPr>
          <w:rFonts w:ascii="宋体" w:eastAsia="宋体" w:hAnsi="宋体" w:cs="宋体"/>
          <w:color w:val="000000"/>
        </w:rPr>
        <w:t>，</w:t>
      </w:r>
      <w:r>
        <w:rPr>
          <w:rFonts w:ascii="Times New Roman" w:eastAsia="Times New Roman" w:hAnsi="Times New Roman" w:cs="Times New Roman"/>
          <w:color w:val="000000"/>
        </w:rPr>
        <w:t>792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再让这些数字经过运算，分别可以得到：</w:t>
      </w:r>
    </w:p>
    <w:p>
      <w:pPr>
        <w:spacing w:line="360" w:lineRule="auto"/>
        <w:jc w:val="left"/>
        <w:textAlignment w:val="center"/>
        <w:rPr>
          <w:color w:val="000000"/>
        </w:rPr>
      </w:pPr>
      <w:r>
        <w:pict>
          <v:shape id="_x0000_i711093" type="#_x0000_t75" alt="学科网(www.zxxk.com)--教育资源门户，提供试卷、教案、课件、论文、素材以及各类教学资源下载，还有大量而丰富的教学相关资讯！" style="width:77.25pt;height:14.25pt" o:oleicon="f" o:ole="">
            <v:imagedata r:id="rId1284" o:title="eqIdc5c533aabe236582a70671edc1e9ba74"/>
          </v:shape>
        </w:pict>
      </w:r>
      <w:r>
        <w:rPr>
          <w:rFonts w:ascii="宋体" w:eastAsia="宋体" w:hAnsi="宋体" w:cs="宋体"/>
          <w:color w:val="000000"/>
        </w:rPr>
        <w:t>，</w:t>
      </w:r>
    </w:p>
    <w:p>
      <w:pPr>
        <w:spacing w:line="360" w:lineRule="auto"/>
        <w:jc w:val="left"/>
        <w:textAlignment w:val="center"/>
        <w:rPr>
          <w:color w:val="000000"/>
        </w:rPr>
      </w:pPr>
      <w:r>
        <w:pict>
          <v:shape id="_x0000_i711094" type="#_x0000_t75" alt="学科网(www.zxxk.com)--教育资源门户，提供试卷、教案、课件、论文、素材以及各类教学资源下载，还有大量而丰富的教学相关资讯！" style="width:78.75pt;height:14.25pt" o:oleicon="f" o:ole="">
            <v:imagedata r:id="rId1285" o:title="eqIdd7708bd4165e0235ad3a1ab2576e52a7"/>
          </v:shape>
        </w:pict>
      </w:r>
      <w:r>
        <w:rPr>
          <w:rFonts w:ascii="宋体" w:eastAsia="宋体" w:hAnsi="宋体" w:cs="宋体"/>
          <w:color w:val="000000"/>
        </w:rPr>
        <w:t>，</w:t>
      </w:r>
    </w:p>
    <w:p>
      <w:pPr>
        <w:spacing w:line="360" w:lineRule="auto"/>
        <w:jc w:val="left"/>
        <w:textAlignment w:val="center"/>
        <w:rPr>
          <w:color w:val="000000"/>
        </w:rPr>
      </w:pPr>
      <w:r>
        <w:pict>
          <v:shape id="_x0000_i711095" type="#_x0000_t75" alt="学科网(www.zxxk.com)--教育资源门户，提供试卷、教案、课件、论文、素材以及各类教学资源下载，还有大量而丰富的教学相关资讯！" style="width:79.8pt;height:13.8pt" o:oleicon="f" o:ole="">
            <v:imagedata r:id="rId1286" o:title="eqIde42edb62d4e2b4e9c9a3968a3c147eef"/>
          </v:shape>
        </w:pict>
      </w:r>
      <w:r>
        <w:rPr>
          <w:rFonts w:ascii="宋体" w:eastAsia="宋体" w:hAnsi="宋体" w:cs="宋体"/>
          <w:color w:val="000000"/>
        </w:rPr>
        <w:t>，</w:t>
      </w:r>
    </w:p>
    <w:p>
      <w:pPr>
        <w:spacing w:line="360" w:lineRule="auto"/>
        <w:jc w:val="left"/>
        <w:textAlignment w:val="center"/>
        <w:rPr>
          <w:color w:val="000000"/>
        </w:rPr>
      </w:pPr>
      <w:r>
        <w:pict>
          <v:shape id="_x0000_i711096" type="#_x0000_t75" alt="学科网(www.zxxk.com)--教育资源门户，提供试卷、教案、课件、论文、素材以及各类教学资源下载，还有大量而丰富的教学相关资讯！" style="width:78.75pt;height:14.25pt" o:oleicon="f" o:ole="">
            <v:imagedata r:id="rId1287" o:title="eqId9bfbd3f10081eb2ec06792e73598f642"/>
          </v:shape>
        </w:pict>
      </w:r>
      <w:r>
        <w:rPr>
          <w:rFonts w:ascii="宋体" w:eastAsia="宋体" w:hAnsi="宋体" w:cs="宋体"/>
          <w:color w:val="000000"/>
        </w:rPr>
        <w:t>，</w:t>
      </w:r>
    </w:p>
    <w:p>
      <w:pPr>
        <w:spacing w:line="360" w:lineRule="auto"/>
        <w:jc w:val="left"/>
        <w:textAlignment w:val="center"/>
        <w:rPr>
          <w:color w:val="000000"/>
        </w:rPr>
      </w:pPr>
      <w:r>
        <w:pict>
          <v:shape id="_x0000_i711097" type="#_x0000_t75" alt="学科网(www.zxxk.com)--教育资源门户，提供试卷、教案、课件、论文、素材以及各类教学资源下载，还有大量而丰富的教学相关资讯！" style="width:80.25pt;height:14.25pt" o:oleicon="f" o:ole="">
            <v:imagedata r:id="rId1288" o:title="eqIda1f5fa79b53e4334575e2679341c3b52"/>
          </v:shape>
        </w:pict>
      </w:r>
      <w:r>
        <w:rPr>
          <w:rFonts w:ascii="宋体" w:eastAsia="宋体" w:hAnsi="宋体" w:cs="宋体"/>
          <w:color w:val="000000"/>
        </w:rPr>
        <w:t>，</w:t>
      </w:r>
    </w:p>
    <w:p>
      <w:pPr>
        <w:spacing w:line="360" w:lineRule="auto"/>
        <w:jc w:val="left"/>
        <w:textAlignment w:val="center"/>
        <w:rPr>
          <w:color w:val="000000"/>
        </w:rPr>
      </w:pPr>
      <w:r>
        <w:pict>
          <v:shape id="_x0000_i711098" type="#_x0000_t75" alt="学科网(www.zxxk.com)--教育资源门户，提供试卷、教案、课件、论文、素材以及各类教学资源下载，还有大量而丰富的教学相关资讯！" style="width:80.25pt;height:14.25pt" o:oleicon="f" o:ole="">
            <v:imagedata r:id="rId1289" o:title="eqIda1f5fa79b53e4334575e2679341c3b52"/>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可以得到“卡普雷卡尔黑洞数”是</w:t>
      </w:r>
      <w:r>
        <w:rPr>
          <w:rFonts w:ascii="Times New Roman" w:eastAsia="Times New Roman" w:hAnsi="Times New Roman" w:cs="Times New Roman"/>
          <w:color w:val="000000"/>
        </w:rPr>
        <w:t>495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本题主要考查了整式的加减计算，有理数加减计算，正确理解题意是解题的关键．</w:t>
      </w:r>
    </w:p>
    <w:p>
      <w:pPr>
        <w:pStyle w:val="Heading2"/>
      </w:pPr>
      <w:r>
        <w:t>房山区</w:t>
      </w:r>
    </w:p>
    <w:p>
      <w:pPr>
        <w:spacing w:line="360" w:lineRule="auto"/>
        <w:jc w:val="left"/>
        <w:textAlignment w:val="center"/>
        <w:rPr>
          <w:color w:val="000000"/>
        </w:rPr>
      </w:pPr>
      <w:r>
        <w:rPr>
          <w:color w:val="000000"/>
        </w:rPr>
        <w:t xml:space="preserve">36. </w:t>
      </w:r>
      <w:r>
        <w:rPr>
          <w:rFonts w:ascii="宋体" w:eastAsia="宋体" w:hAnsi="宋体" w:cs="宋体"/>
          <w:color w:val="000000"/>
        </w:rPr>
        <w:t>画一条数轴，并在数轴上表示下列各数：</w:t>
      </w:r>
    </w:p>
    <w:p>
      <w:pPr>
        <w:spacing w:line="360" w:lineRule="auto"/>
        <w:jc w:val="left"/>
        <w:textAlignment w:val="center"/>
        <w:rPr>
          <w:color w:val="000000"/>
        </w:rPr>
      </w:pPr>
      <w:r>
        <w:pict>
          <v:shape id="_x0000_i711099" type="#_x0000_t75" alt="学科网(www.zxxk.com)--教育资源门户，提供试卷、教案、课件、论文、素材以及各类教学资源下载，还有大量而丰富的教学相关资讯！" style="width:15.75pt;height:12.75pt" o:oleicon="f" o:ole="">
            <v:imagedata r:id="rId1290" o:title="eqId274a9dc37509f01c2606fb3086a46f4f"/>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11100" type="#_x0000_t75" alt="学科网(www.zxxk.com)--教育资源门户，提供试卷、教案、课件、论文、素材以及各类教学资源下载，还有大量而丰富的教学相关资讯！" style="width:11pt;height:31.95pt" o:oleicon="f" o:ole="">
            <v:imagedata r:id="rId1291" o:title="eqId1c0874f019492261eb175bdcc08c189d"/>
          </v:shape>
        </w:pi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画出数轴，描出各个点即可．</w:t>
      </w:r>
    </w:p>
    <w:p>
      <w:pPr>
        <w:spacing w:line="360" w:lineRule="auto"/>
        <w:jc w:val="left"/>
        <w:textAlignment w:val="center"/>
        <w:rPr>
          <w:color w:val="000000"/>
        </w:rPr>
      </w:pPr>
      <w:r>
        <w:rPr>
          <w:color w:val="000000"/>
        </w:rPr>
        <w:t>【详解】</w:t>
      </w:r>
      <w:r>
        <w:rPr>
          <w:rFonts w:ascii="宋体" w:eastAsia="宋体" w:hAnsi="宋体" w:cs="宋体"/>
          <w:color w:val="000000"/>
        </w:rPr>
        <w:t>解：图形如图所示：</w:t>
      </w:r>
    </w:p>
    <w:p>
      <w:pPr>
        <w:spacing w:line="360" w:lineRule="auto"/>
        <w:jc w:val="left"/>
        <w:textAlignment w:val="center"/>
        <w:rPr>
          <w:color w:val="000000"/>
        </w:rPr>
      </w:pPr>
      <w:r>
        <w:rPr>
          <w:color w:val="000000"/>
        </w:rPr>
        <w:drawing>
          <wp:inline>
            <wp:extent cx="2314575" cy="638175"/>
            <wp:docPr id="32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 name=""/>
                    <pic:cNvPicPr>
                      <a:picLocks noChangeAspect="1"/>
                    </pic:cNvPicPr>
                  </pic:nvPicPr>
                  <pic:blipFill>
                    <a:blip r:embed="rId1292"/>
                    <a:stretch>
                      <a:fillRect/>
                    </a:stretch>
                  </pic:blipFill>
                  <pic:spPr>
                    <a:xfrm>
                      <a:off x="0" y="0"/>
                      <a:ext cx="2314575" cy="638175"/>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此题考查了数轴上表示有理数，解题的关键是熟练掌握数轴上表示有理数的方法．</w:t>
      </w:r>
    </w:p>
    <w:p>
      <w:pPr>
        <w:spacing w:line="360" w:lineRule="auto"/>
        <w:jc w:val="left"/>
        <w:textAlignment w:val="center"/>
        <w:rPr>
          <w:color w:val="000000"/>
        </w:rPr>
      </w:pPr>
      <w:r>
        <w:rPr>
          <w:color w:val="000000"/>
        </w:rPr>
        <w:t xml:space="preserve">37. </w:t>
      </w:r>
      <w:r>
        <w:rPr>
          <w:rFonts w:ascii="宋体" w:eastAsia="宋体" w:hAnsi="宋体" w:cs="宋体"/>
          <w:color w:val="000000"/>
        </w:rPr>
        <w:t>有</w:t>
      </w:r>
      <w:r>
        <w:rPr>
          <w:rFonts w:ascii="Times New Roman" w:eastAsia="Times New Roman" w:hAnsi="Times New Roman" w:cs="Times New Roman"/>
          <w:color w:val="000000"/>
        </w:rPr>
        <w:t>8</w:t>
      </w:r>
      <w:r>
        <w:rPr>
          <w:rFonts w:ascii="宋体" w:eastAsia="宋体" w:hAnsi="宋体" w:cs="宋体"/>
          <w:color w:val="000000"/>
        </w:rPr>
        <w:t>筐白菜，以每筐</w:t>
      </w:r>
      <w:r>
        <w:rPr>
          <w:rFonts w:ascii="Times New Roman" w:eastAsia="Times New Roman" w:hAnsi="Times New Roman" w:cs="Times New Roman"/>
          <w:color w:val="000000"/>
        </w:rPr>
        <w:t>25</w:t>
      </w:r>
      <w:r>
        <w:rPr>
          <w:rFonts w:ascii="宋体" w:eastAsia="宋体" w:hAnsi="宋体" w:cs="宋体"/>
          <w:color w:val="000000"/>
        </w:rPr>
        <w:t>千克为准，超过的千克数记作正数，不足的千克数记作负数，称后的记录如下：</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xml:space="preserve">  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0.5</w:t>
      </w:r>
      <w:r>
        <w:rPr>
          <w:rFonts w:ascii="宋体" w:eastAsia="宋体" w:hAnsi="宋体" w:cs="宋体"/>
          <w:color w:val="000000"/>
        </w:rPr>
        <w:t>，</w:t>
      </w:r>
      <w:r>
        <w:rPr>
          <w:rFonts w:ascii="Times New Roman" w:eastAsia="Times New Roman" w:hAnsi="Times New Roman" w:cs="Times New Roman"/>
          <w:color w:val="000000"/>
        </w:rPr>
        <w:t xml:space="preserve"> 1</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，问：这</w:t>
      </w:r>
      <w:r>
        <w:rPr>
          <w:rFonts w:ascii="Times New Roman" w:eastAsia="Times New Roman" w:hAnsi="Times New Roman" w:cs="Times New Roman"/>
          <w:color w:val="000000"/>
        </w:rPr>
        <w:t>8</w:t>
      </w:r>
      <w:r>
        <w:rPr>
          <w:rFonts w:ascii="宋体" w:eastAsia="宋体" w:hAnsi="宋体" w:cs="宋体"/>
          <w:color w:val="000000"/>
        </w:rPr>
        <w:t>筐白菜一共多少千克</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194.5</w:t>
      </w:r>
      <w:r>
        <w:rPr>
          <w:rFonts w:ascii="宋体" w:eastAsia="宋体" w:hAnsi="宋体" w:cs="宋体"/>
          <w:color w:val="000000"/>
        </w:rPr>
        <w:t>千克</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根据题意列出算式，计算即可得到结果．</w:t>
      </w:r>
    </w:p>
    <w:p>
      <w:pPr>
        <w:spacing w:line="360" w:lineRule="auto"/>
        <w:jc w:val="left"/>
        <w:textAlignment w:val="center"/>
        <w:rPr>
          <w:color w:val="000000"/>
        </w:rPr>
      </w:pPr>
      <w:r>
        <w:rPr>
          <w:color w:val="000000"/>
        </w:rPr>
        <w:t>【详解】</w:t>
      </w:r>
      <w:r>
        <w:rPr>
          <w:rFonts w:ascii="宋体" w:eastAsia="宋体" w:hAnsi="宋体" w:cs="宋体"/>
          <w:color w:val="000000"/>
        </w:rPr>
        <w:t>解：由题意可得，这</w:t>
      </w:r>
      <w:r>
        <w:rPr>
          <w:rFonts w:ascii="Times New Roman" w:eastAsia="Times New Roman" w:hAnsi="Times New Roman" w:cs="Times New Roman"/>
          <w:color w:val="000000"/>
        </w:rPr>
        <w:t>8</w:t>
      </w:r>
      <w:r>
        <w:rPr>
          <w:rFonts w:ascii="宋体" w:eastAsia="宋体" w:hAnsi="宋体" w:cs="宋体"/>
          <w:color w:val="000000"/>
        </w:rPr>
        <w:t>筐白菜的重量是：</w:t>
      </w:r>
    </w:p>
    <w:p>
      <w:pPr>
        <w:spacing w:line="360" w:lineRule="auto"/>
        <w:jc w:val="left"/>
        <w:textAlignment w:val="center"/>
        <w:rPr>
          <w:color w:val="000000"/>
        </w:rPr>
      </w:pPr>
      <w:r>
        <w:rPr>
          <w:rFonts w:ascii="Times New Roman" w:eastAsia="Times New Roman" w:hAnsi="Times New Roman" w:cs="Times New Roman"/>
          <w:color w:val="000000"/>
        </w:rPr>
        <w:t>25×8+</w:t>
      </w:r>
      <w:r>
        <w:rPr>
          <w:rFonts w:ascii="宋体" w:eastAsia="宋体" w:hAnsi="宋体" w:cs="宋体"/>
          <w:color w:val="000000"/>
        </w:rPr>
        <w:t>（</w:t>
      </w:r>
      <w:r>
        <w:rPr>
          <w:rFonts w:ascii="Times New Roman" w:eastAsia="Times New Roman" w:hAnsi="Times New Roman" w:cs="Times New Roman"/>
          <w:color w:val="000000"/>
        </w:rPr>
        <w:t>1.5-3+2-0.5+1-2-2-2.5</w:t>
      </w:r>
      <w:r>
        <w:rPr>
          <w:rFonts w:ascii="宋体" w:eastAsia="宋体" w:hAnsi="宋体" w:cs="宋体"/>
          <w:color w:val="000000"/>
        </w:rPr>
        <w:t>）</w:t>
      </w:r>
      <w:r>
        <w:rPr>
          <w:rFonts w:ascii="Times New Roman" w:eastAsia="Times New Roman" w:hAnsi="Times New Roman" w:cs="Times New Roman"/>
          <w:color w:val="000000"/>
        </w:rPr>
        <w:t>=200+</w:t>
      </w:r>
      <w:r>
        <w:rPr>
          <w:rFonts w:ascii="宋体" w:eastAsia="宋体" w:hAnsi="宋体" w:cs="宋体"/>
          <w:color w:val="000000"/>
        </w:rPr>
        <w:t>（</w:t>
      </w:r>
      <w:r>
        <w:rPr>
          <w:rFonts w:ascii="Times New Roman" w:eastAsia="Times New Roman" w:hAnsi="Times New Roman" w:cs="Times New Roman"/>
          <w:color w:val="000000"/>
        </w:rPr>
        <w:t>-5.5</w:t>
      </w:r>
      <w:r>
        <w:rPr>
          <w:rFonts w:ascii="宋体" w:eastAsia="宋体" w:hAnsi="宋体" w:cs="宋体"/>
          <w:color w:val="000000"/>
        </w:rPr>
        <w:t>）</w:t>
      </w:r>
      <w:r>
        <w:rPr>
          <w:rFonts w:ascii="Times New Roman" w:eastAsia="Times New Roman" w:hAnsi="Times New Roman" w:cs="Times New Roman"/>
          <w:color w:val="000000"/>
        </w:rPr>
        <w:t>=194.5</w:t>
      </w:r>
      <w:r>
        <w:rPr>
          <w:rFonts w:ascii="宋体" w:eastAsia="宋体" w:hAnsi="宋体" w:cs="宋体"/>
          <w:color w:val="000000"/>
        </w:rPr>
        <w:t>（千克）．</w:t>
      </w:r>
    </w:p>
    <w:p>
      <w:pPr>
        <w:spacing w:line="360" w:lineRule="auto"/>
        <w:jc w:val="left"/>
        <w:textAlignment w:val="center"/>
        <w:rPr>
          <w:color w:val="000000"/>
        </w:rPr>
      </w:pPr>
      <w:r>
        <w:rPr>
          <w:color w:val="000000"/>
        </w:rPr>
        <w:t>【点睛】</w:t>
      </w:r>
      <w:r>
        <w:rPr>
          <w:rFonts w:ascii="宋体" w:eastAsia="宋体" w:hAnsi="宋体" w:cs="宋体"/>
          <w:color w:val="000000"/>
        </w:rPr>
        <w:t>此题考查了正数与负数以及有理数的混合运算，解题的关键是明确正数和负数在题目表示的实际含义．</w:t>
      </w:r>
    </w:p>
    <w:p>
      <w:pPr>
        <w:pStyle w:val="Heading2"/>
      </w:pPr>
      <w:r>
        <w:t>日坛中学教育集团</w:t>
      </w:r>
    </w:p>
    <w:p>
      <w:pPr>
        <w:spacing w:line="360" w:lineRule="auto"/>
        <w:jc w:val="left"/>
        <w:textAlignment w:val="center"/>
        <w:rPr>
          <w:color w:val="000000"/>
        </w:rPr>
      </w:pPr>
      <w:r>
        <w:rPr>
          <w:color w:val="000000"/>
        </w:rPr>
        <w:t xml:space="preserve">28. </w:t>
      </w:r>
      <w:r>
        <w:rPr>
          <w:rFonts w:ascii="宋体" w:eastAsia="宋体" w:hAnsi="宋体" w:cs="宋体"/>
          <w:color w:val="000000"/>
        </w:rPr>
        <w:t>有如图</w:t>
      </w:r>
      <w:r>
        <w:rPr>
          <w:rFonts w:ascii="Times New Roman" w:eastAsia="Times New Roman" w:hAnsi="Times New Roman" w:cs="Times New Roman"/>
          <w:color w:val="000000"/>
        </w:rPr>
        <w:t>8</w:t>
      </w:r>
      <w:r>
        <w:rPr>
          <w:rFonts w:ascii="宋体" w:eastAsia="宋体" w:hAnsi="宋体" w:cs="宋体"/>
          <w:color w:val="000000"/>
        </w:rPr>
        <w:t>筐白菜，以每筐</w:t>
      </w:r>
      <w:r>
        <w:rPr>
          <w:rFonts w:ascii="Times New Roman" w:eastAsia="Times New Roman" w:hAnsi="Times New Roman" w:cs="Times New Roman"/>
          <w:color w:val="000000"/>
        </w:rPr>
        <w:t>25kg</w:t>
      </w:r>
      <w:r>
        <w:rPr>
          <w:rFonts w:ascii="宋体" w:eastAsia="宋体" w:hAnsi="宋体" w:cs="宋体"/>
          <w:color w:val="000000"/>
        </w:rPr>
        <w:t>为标准，超过的千克数记作正数，不足的千克数记作负数，称后记录如下：</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5048250" cy="962025"/>
            <wp:docPr id="32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 name=""/>
                    <pic:cNvPicPr>
                      <a:picLocks noChangeAspect="1"/>
                    </pic:cNvPicPr>
                  </pic:nvPicPr>
                  <pic:blipFill>
                    <a:blip r:embed="rId1293"/>
                    <a:stretch>
                      <a:fillRect/>
                    </a:stretch>
                  </pic:blipFill>
                  <pic:spPr>
                    <a:xfrm>
                      <a:off x="0" y="0"/>
                      <a:ext cx="5048250" cy="962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回答下列问题：</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）这</w:t>
      </w:r>
      <w:r>
        <w:rPr>
          <w:rFonts w:ascii="Times New Roman" w:eastAsia="Times New Roman" w:hAnsi="Times New Roman" w:cs="Times New Roman"/>
          <w:color w:val="000000"/>
        </w:rPr>
        <w:t>8</w:t>
      </w:r>
      <w:r>
        <w:rPr>
          <w:rFonts w:ascii="宋体" w:eastAsia="宋体" w:hAnsi="宋体" w:cs="宋体"/>
          <w:color w:val="000000"/>
        </w:rPr>
        <w:t>筐白菜中，最接近标准的那筐白菜为</w:t>
      </w:r>
      <w:r>
        <w:rPr>
          <w:rFonts w:ascii="Times New Roman" w:eastAsia="Times New Roman" w:hAnsi="Times New Roman" w:cs="Times New Roman"/>
          <w:color w:val="000000"/>
        </w:rPr>
        <w:t>__________kg</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）以每筐</w:t>
      </w:r>
      <w:r>
        <w:rPr>
          <w:rFonts w:ascii="Times New Roman" w:eastAsia="Times New Roman" w:hAnsi="Times New Roman" w:cs="Times New Roman"/>
          <w:color w:val="000000"/>
        </w:rPr>
        <w:t>25kg</w:t>
      </w:r>
      <w:r>
        <w:rPr>
          <w:rFonts w:ascii="宋体" w:eastAsia="宋体" w:hAnsi="宋体" w:cs="宋体"/>
          <w:color w:val="000000"/>
        </w:rPr>
        <w:t>为标准，这</w:t>
      </w:r>
      <w:r>
        <w:rPr>
          <w:rFonts w:ascii="Times New Roman" w:eastAsia="Times New Roman" w:hAnsi="Times New Roman" w:cs="Times New Roman"/>
          <w:color w:val="000000"/>
        </w:rPr>
        <w:t>8</w:t>
      </w:r>
      <w:r>
        <w:rPr>
          <w:rFonts w:ascii="宋体" w:eastAsia="宋体" w:hAnsi="宋体" w:cs="宋体"/>
          <w:color w:val="000000"/>
        </w:rPr>
        <w:t>筐白菜总计超过多少千克或不足多少千克？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）计算这</w:t>
      </w:r>
      <w:r>
        <w:rPr>
          <w:rFonts w:ascii="Times New Roman" w:eastAsia="Times New Roman" w:hAnsi="Times New Roman" w:cs="Times New Roman"/>
          <w:color w:val="000000"/>
        </w:rPr>
        <w:t>8</w:t>
      </w:r>
      <w:r>
        <w:rPr>
          <w:rFonts w:ascii="宋体" w:eastAsia="宋体" w:hAnsi="宋体" w:cs="宋体"/>
          <w:color w:val="000000"/>
        </w:rPr>
        <w:t>筐白菜总计多少千克？</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24.5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）不足</w:t>
      </w:r>
      <w:r>
        <w:rPr>
          <w:rFonts w:ascii="Times New Roman" w:eastAsia="Times New Roman" w:hAnsi="Times New Roman" w:cs="Times New Roman"/>
          <w:color w:val="000000"/>
        </w:rPr>
        <w:t>5.5</w:t>
      </w:r>
      <w:r>
        <w:rPr>
          <w:rFonts w:ascii="宋体" w:eastAsia="宋体" w:hAnsi="宋体" w:cs="宋体"/>
          <w:color w:val="000000"/>
        </w:rPr>
        <w:t>千克；（</w:t>
      </w:r>
      <w:r>
        <w:rPr>
          <w:rFonts w:ascii="Times New Roman" w:eastAsia="Times New Roman" w:hAnsi="Times New Roman" w:cs="Times New Roman"/>
          <w:color w:val="000000"/>
        </w:rPr>
        <w:t>3</w:t>
      </w:r>
      <w:r>
        <w:rPr>
          <w:rFonts w:ascii="宋体" w:eastAsia="宋体" w:hAnsi="宋体" w:cs="宋体"/>
          <w:color w:val="000000"/>
        </w:rPr>
        <w:t>）总计</w:t>
      </w:r>
      <w:r>
        <w:rPr>
          <w:rFonts w:ascii="Times New Roman" w:eastAsia="Times New Roman" w:hAnsi="Times New Roman" w:cs="Times New Roman"/>
          <w:color w:val="000000"/>
        </w:rPr>
        <w:t>194.5</w:t>
      </w:r>
      <w:r>
        <w:rPr>
          <w:rFonts w:ascii="宋体" w:eastAsia="宋体" w:hAnsi="宋体" w:cs="宋体"/>
          <w:color w:val="000000"/>
        </w:rPr>
        <w:t>千克</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）求得每个数的绝对值，比较它们的大小，即可求解；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）将所有数进行求和，根据结果的符号以及大小即可求解；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）根据标准重量以及（</w:t>
      </w:r>
      <w:r>
        <w:rPr>
          <w:rFonts w:ascii="Times New Roman" w:eastAsia="Times New Roman" w:hAnsi="Times New Roman" w:cs="Times New Roman"/>
          <w:color w:val="000000"/>
        </w:rPr>
        <w:t>2</w:t>
      </w:r>
      <w:r>
        <w:rPr>
          <w:rFonts w:ascii="宋体" w:eastAsia="宋体" w:hAnsi="宋体" w:cs="宋体"/>
          <w:color w:val="000000"/>
        </w:rPr>
        <w:t>）的结果，即可求解．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11101" type="#_x0000_t75" alt="学科网(www.zxxk.com)--教育资源门户，提供试卷、教案、课件、论文、素材以及各类教学资源下载，还有大量而丰富的教学相关资讯！" style="width:209.25pt;height:20.25pt" o:oleicon="f" o:ole="">
            <v:imagedata r:id="rId1294" o:title="eqId01cf4fe7a421ba6794947a733b811a7b"/>
          </v:shape>
        </w:pict>
      </w:r>
      <w:r>
        <w:rPr>
          <w:color w:val="000000"/>
        </w:rPr>
        <w:t>，</w:t>
      </w:r>
    </w:p>
    <w:p>
      <w:pPr>
        <w:spacing w:line="360" w:lineRule="auto"/>
        <w:jc w:val="left"/>
        <w:textAlignment w:val="center"/>
        <w:rPr>
          <w:color w:val="000000"/>
        </w:rPr>
      </w:pPr>
      <w:r>
        <w:rPr>
          <w:rFonts w:ascii="宋体" w:eastAsia="宋体" w:hAnsi="宋体" w:cs="宋体"/>
          <w:color w:val="000000"/>
        </w:rPr>
        <w:t>所以，最接近标准的那筐白菜为</w:t>
      </w:r>
      <w:r>
        <w:pict>
          <v:shape id="_x0000_i711102" type="#_x0000_t75" alt="学科网(www.zxxk.com)--教育资源门户，提供试卷、教案、课件、论文、素材以及各类教学资源下载，还有大量而丰富的教学相关资讯！" style="width:101.25pt;height:15.75pt" o:oleicon="f" o:ole="">
            <v:imagedata r:id="rId1295" o:title="eqId63b1ee7ba191cbbab4029b7ee7364cd5"/>
          </v:shape>
        </w:pict>
      </w:r>
      <w:r>
        <w:rPr>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11103" type="#_x0000_t75" alt="学科网(www.zxxk.com)--教育资源门户，提供试卷、教案、课件、论文、素材以及各类教学资源下载，还有大量而丰富的教学相关资讯！" style="width:272.25pt;height:20.25pt" o:oleicon="f" o:ole="">
            <v:imagedata r:id="rId1296" o:title="eqIdc3db4d77af25308dc35af53d9c0c5d6e"/>
          </v:shape>
        </w:pict>
      </w:r>
      <w:r>
        <w:rPr>
          <w:color w:val="000000"/>
        </w:rPr>
        <w:t>，</w:t>
      </w:r>
    </w:p>
    <w:p>
      <w:pPr>
        <w:spacing w:line="360" w:lineRule="auto"/>
        <w:jc w:val="left"/>
        <w:textAlignment w:val="center"/>
        <w:rPr>
          <w:color w:val="000000"/>
        </w:rPr>
      </w:pPr>
      <w:r>
        <w:rPr>
          <w:rFonts w:ascii="宋体" w:eastAsia="宋体" w:hAnsi="宋体" w:cs="宋体"/>
          <w:color w:val="000000"/>
        </w:rPr>
        <w:t>答：不足</w:t>
      </w:r>
      <w:r>
        <w:rPr>
          <w:rFonts w:ascii="Times New Roman" w:eastAsia="Times New Roman" w:hAnsi="Times New Roman" w:cs="Times New Roman"/>
          <w:color w:val="000000"/>
        </w:rPr>
        <w:t>5.5</w:t>
      </w:r>
      <w:r>
        <w:rPr>
          <w:rFonts w:ascii="宋体" w:eastAsia="宋体" w:hAnsi="宋体" w:cs="宋体"/>
          <w:color w:val="000000"/>
        </w:rPr>
        <w:t>千克，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11104" type="#_x0000_t75" alt="学科网(www.zxxk.com)--教育资源门户，提供试卷、教案、课件、论文、素材以及各类教学资源下载，还有大量而丰富的教学相关资讯！" style="width:105pt;height:15.75pt" o:oleicon="f" o:ole="">
            <v:imagedata r:id="rId1297" o:title="eqId70b446b5cbe5600dffc05c60733984bd"/>
          </v:shape>
        </w:pict>
      </w:r>
      <w:r>
        <w:rPr>
          <w:color w:val="000000"/>
        </w:rPr>
        <w:t>，</w:t>
      </w:r>
    </w:p>
    <w:p>
      <w:pPr>
        <w:spacing w:line="360" w:lineRule="auto"/>
        <w:jc w:val="left"/>
        <w:textAlignment w:val="center"/>
        <w:rPr>
          <w:color w:val="000000"/>
        </w:rPr>
      </w:pPr>
      <w:r>
        <w:rPr>
          <w:rFonts w:ascii="宋体" w:eastAsia="宋体" w:hAnsi="宋体" w:cs="宋体"/>
          <w:color w:val="000000"/>
        </w:rPr>
        <w:t>答：总计</w:t>
      </w:r>
      <w:r>
        <w:rPr>
          <w:rFonts w:ascii="Times New Roman" w:eastAsia="Times New Roman" w:hAnsi="Times New Roman" w:cs="Times New Roman"/>
          <w:color w:val="000000"/>
        </w:rPr>
        <w:t>194.5</w:t>
      </w:r>
      <w:r>
        <w:rPr>
          <w:rFonts w:ascii="宋体" w:eastAsia="宋体" w:hAnsi="宋体" w:cs="宋体"/>
          <w:color w:val="000000"/>
        </w:rPr>
        <w:t>千克</w:t>
      </w:r>
    </w:p>
    <w:p>
      <w:pPr>
        <w:spacing w:line="360" w:lineRule="auto"/>
        <w:jc w:val="left"/>
        <w:textAlignment w:val="center"/>
        <w:rPr>
          <w:color w:val="000000"/>
        </w:rPr>
      </w:pPr>
      <w:r>
        <w:rPr>
          <w:color w:val="000000"/>
        </w:rPr>
        <w:t>【点睛】</w:t>
      </w:r>
      <w:r>
        <w:rPr>
          <w:rFonts w:ascii="宋体" w:eastAsia="宋体" w:hAnsi="宋体" w:cs="宋体"/>
          <w:color w:val="000000"/>
        </w:rPr>
        <w:t>此题考查了正负数的意义，有理数加法和乘法的应用，解题的关键是理解题意，掌握正负数的意义以及有理数的有关运算．</w:t>
      </w:r>
    </w:p>
    <w:p>
      <w:pPr>
        <w:spacing w:line="360" w:lineRule="auto"/>
        <w:jc w:val="both"/>
        <w:textAlignment w:val="center"/>
        <w:rPr>
          <w:color w:val="000000"/>
        </w:rPr>
      </w:pPr>
      <w:r>
        <w:rPr>
          <w:color w:val="000000"/>
        </w:rPr>
        <w:t xml:space="preserve">29. </w:t>
      </w:r>
      <w:r>
        <w:rPr>
          <w:rFonts w:ascii="宋体" w:eastAsia="宋体" w:hAnsi="宋体" w:cs="宋体"/>
          <w:color w:val="000000"/>
        </w:rPr>
        <w:t>如图，已知数轴上点</w:t>
      </w:r>
      <w:r>
        <w:pict>
          <v:shape id="_x0000_i711105" type="#_x0000_t75" alt="学科网(www.zxxk.com)--教育资源门户，提供试卷、教案、课件、论文、素材以及各类教学资源下载，还有大量而丰富的教学相关资讯！" style="width:12pt;height:12pt" o:oleicon="f" o:ole="">
            <v:imagedata r:id="rId1298" o:title="eqId5963abe8f421bd99a2aaa94831a951e9"/>
          </v:shape>
        </w:pict>
      </w:r>
      <w:r>
        <w:rPr>
          <w:rFonts w:ascii="宋体" w:eastAsia="宋体" w:hAnsi="宋体" w:cs="宋体"/>
          <w:color w:val="000000"/>
        </w:rPr>
        <w:t>，</w:t>
      </w:r>
      <w:r>
        <w:pict>
          <v:shape id="_x0000_i711106" type="#_x0000_t75" alt="学科网(www.zxxk.com)--教育资源门户，提供试卷、教案、课件、论文、素材以及各类教学资源下载，还有大量而丰富的教学相关资讯！" style="width:9.75pt;height:10.5pt" o:oleicon="f" o:ole="">
            <v:imagedata r:id="rId1299" o:title="eqId7f9e8449aad35c5d840a3395ea86df6d"/>
          </v:shape>
        </w:pict>
      </w:r>
      <w:r>
        <w:rPr>
          <w:rFonts w:ascii="宋体" w:eastAsia="宋体" w:hAnsi="宋体" w:cs="宋体"/>
          <w:color w:val="000000"/>
        </w:rPr>
        <w:t>，</w:t>
      </w:r>
      <w:r>
        <w:pict>
          <v:shape id="_x0000_i711107" type="#_x0000_t75" alt="学科网(www.zxxk.com)--教育资源门户，提供试卷、教案、课件、论文、素材以及各类教学资源下载，还有大量而丰富的教学相关资讯！" style="width:11.9pt;height:14.4pt" o:oleicon="f" o:ole="">
            <v:imagedata r:id="rId1300" o:title="eqIdc5db41a1f31d6baee7c69990811edb9f"/>
          </v:shape>
        </w:pict>
      </w:r>
      <w:r>
        <w:rPr>
          <w:rFonts w:ascii="宋体" w:eastAsia="宋体" w:hAnsi="宋体" w:cs="宋体"/>
          <w:color w:val="000000"/>
        </w:rPr>
        <w:t>所对应的数</w:t>
      </w:r>
      <w:r>
        <w:pict>
          <v:shape id="_x0000_i711108" type="#_x0000_t75" alt="学科网(www.zxxk.com)--教育资源门户，提供试卷、教案、课件、论文、素材以及各类教学资源下载，还有大量而丰富的教学相关资讯！" style="width:9pt;height:9.75pt" o:oleicon="f" o:ole="">
            <v:imagedata r:id="rId1301" o:title="eqId0a6936d370d6a238a608ca56f87198de"/>
          </v:shape>
        </w:pict>
      </w:r>
      <w:r>
        <w:rPr>
          <w:rFonts w:ascii="宋体" w:eastAsia="宋体" w:hAnsi="宋体" w:cs="宋体"/>
          <w:color w:val="000000"/>
        </w:rPr>
        <w:t>，</w:t>
      </w:r>
      <w:r>
        <w:pict>
          <v:shape id="_x0000_i711109" type="#_x0000_t75" alt="学科网(www.zxxk.com)--教育资源门户，提供试卷、教案、课件、论文、素材以及各类教学资源下载，还有大量而丰富的教学相关资讯！" style="width:9.9pt;height:14.35pt" o:oleicon="f" o:ole="">
            <v:imagedata r:id="rId1302" o:title="eqId2c94bb12cee76221e13f9ef955b0aab1"/>
          </v:shape>
        </w:pict>
      </w:r>
      <w:r>
        <w:rPr>
          <w:rFonts w:ascii="宋体" w:eastAsia="宋体" w:hAnsi="宋体" w:cs="宋体"/>
          <w:color w:val="000000"/>
        </w:rPr>
        <w:t>，</w:t>
      </w:r>
      <w:r>
        <w:pict>
          <v:shape id="_x0000_i711110" type="#_x0000_t75" alt="学科网(www.zxxk.com)--教育资源门户，提供试卷、教案、课件、论文、素材以及各类教学资源下载，还有大量而丰富的教学相关资讯！" style="width:9pt;height:11.25pt" o:oleicon="f" o:ole="">
            <v:imagedata r:id="rId1303" o:title="eqId071a7e733d466949ac935b4b8ee8d183"/>
          </v:shape>
        </w:pict>
      </w:r>
      <w:r>
        <w:rPr>
          <w:rFonts w:ascii="宋体" w:eastAsia="宋体" w:hAnsi="宋体" w:cs="宋体"/>
          <w:color w:val="000000"/>
        </w:rPr>
        <w:t>都不为</w:t>
      </w:r>
      <w:r>
        <w:pict>
          <v:shape id="_x0000_i711111" type="#_x0000_t75" alt="学科网(www.zxxk.com)--教育资源门户，提供试卷、教案、课件、论文、素材以及各类教学资源下载，还有大量而丰富的教学相关资讯！" style="width:9pt;height:12.75pt" o:oleicon="f" o:ole="">
            <v:imagedata r:id="rId1304" o:title="eqIdc95b6be4554f03bf496092f1acdfbb89"/>
          </v:shape>
        </w:pict>
      </w:r>
      <w:r>
        <w:rPr>
          <w:rFonts w:ascii="宋体" w:eastAsia="宋体" w:hAnsi="宋体" w:cs="宋体"/>
          <w:color w:val="000000"/>
        </w:rPr>
        <w:t>，点</w:t>
      </w:r>
      <w:r>
        <w:pict>
          <v:shape id="_x0000_i711112" type="#_x0000_t75" alt="学科网(www.zxxk.com)--教育资源门户，提供试卷、教案、课件、论文、素材以及各类教学资源下载，还有大量而丰富的教学相关资讯！" style="width:11.9pt;height:14.4pt" o:oleicon="f" o:ole="">
            <v:imagedata r:id="rId1300" o:title="eqIdc5db41a1f31d6baee7c69990811edb9f"/>
          </v:shape>
        </w:pict>
      </w:r>
      <w:r>
        <w:rPr>
          <w:rFonts w:ascii="宋体" w:eastAsia="宋体" w:hAnsi="宋体" w:cs="宋体"/>
          <w:color w:val="000000"/>
        </w:rPr>
        <w:t>到点</w:t>
      </w:r>
      <w:r>
        <w:pict>
          <v:shape id="_x0000_i711113" type="#_x0000_t75" alt="学科网(www.zxxk.com)--教育资源门户，提供试卷、教案、课件、论文、素材以及各类教学资源下载，还有大量而丰富的教学相关资讯！" style="width:12pt;height:12pt" o:oleicon="f" o:ole="">
            <v:imagedata r:id="rId1298" o:title="eqId5963abe8f421bd99a2aaa94831a951e9"/>
          </v:shape>
        </w:pict>
      </w:r>
      <w:r>
        <w:rPr>
          <w:rFonts w:ascii="宋体" w:eastAsia="宋体" w:hAnsi="宋体" w:cs="宋体"/>
          <w:color w:val="000000"/>
        </w:rPr>
        <w:t>与点</w:t>
      </w:r>
      <w:r>
        <w:pict>
          <v:shape id="_x0000_i711114" type="#_x0000_t75" alt="学科网(www.zxxk.com)--教育资源门户，提供试卷、教案、课件、论文、素材以及各类教学资源下载，还有大量而丰富的教学相关资讯！" style="width:9.75pt;height:10.5pt" o:oleicon="f" o:ole="">
            <v:imagedata r:id="rId1299" o:title="eqId7f9e8449aad35c5d840a3395ea86df6d"/>
          </v:shape>
        </w:pict>
      </w:r>
      <w:r>
        <w:rPr>
          <w:rFonts w:ascii="宋体" w:eastAsia="宋体" w:hAnsi="宋体" w:cs="宋体"/>
          <w:color w:val="000000"/>
        </w:rPr>
        <w:t>距离相等．</w:t>
      </w:r>
    </w:p>
    <w:p>
      <w:pPr>
        <w:spacing w:line="360" w:lineRule="auto"/>
        <w:jc w:val="both"/>
        <w:textAlignment w:val="center"/>
        <w:rPr>
          <w:color w:val="000000"/>
        </w:rPr>
      </w:pPr>
      <w:r>
        <w:rPr>
          <w:color w:val="000000"/>
        </w:rPr>
        <w:drawing>
          <wp:inline>
            <wp:extent cx="2676525" cy="342900"/>
            <wp:docPr id="32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 name=""/>
                    <pic:cNvPicPr>
                      <a:picLocks noChangeAspect="1"/>
                    </pic:cNvPicPr>
                  </pic:nvPicPr>
                  <pic:blipFill>
                    <a:blip r:embed="rId1305"/>
                    <a:stretch>
                      <a:fillRect/>
                    </a:stretch>
                  </pic:blipFill>
                  <pic:spPr>
                    <a:xfrm>
                      <a:off x="0" y="0"/>
                      <a:ext cx="2676525" cy="342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①</w:t>
      </w:r>
      <w:r>
        <w:pict>
          <v:shape id="_x0000_i711115" type="#_x0000_t75" alt="学科网(www.zxxk.com)--教育资源门户，提供试卷、教案、课件、论文、素材以及各类教学资源下载，还有大量而丰富的教学相关资讯！" style="width:28.35pt;height:13.6pt" o:oleicon="f" o:ole="">
            <v:imagedata r:id="rId1306" o:title="eqIdaa4c355f11471a38f5583a434a1ddeb3"/>
          </v:shape>
        </w:pict>
      </w:r>
      <w:r>
        <w:rPr>
          <w:rFonts w:ascii="宋体" w:eastAsia="宋体" w:hAnsi="宋体" w:cs="宋体"/>
          <w:color w:val="000000"/>
        </w:rPr>
        <w:t>，</w:t>
      </w:r>
      <w:r>
        <w:pict>
          <v:shape id="_x0000_i711116" type="#_x0000_t75" alt="学科网(www.zxxk.com)--教育资源门户，提供试卷、教案、课件、论文、素材以及各类教学资源下载，还有大量而丰富的教学相关资讯！" style="width:28.35pt;height:13.05pt" o:oleicon="f" o:ole="">
            <v:imagedata r:id="rId1307" o:title="eqId65f9c88edac18a30697feb5a9956b70b"/>
          </v:shape>
        </w:pict>
      </w:r>
      <w:r>
        <w:rPr>
          <w:rFonts w:ascii="宋体" w:eastAsia="宋体" w:hAnsi="宋体" w:cs="宋体"/>
          <w:color w:val="000000"/>
        </w:rPr>
        <w:t>，则</w:t>
      </w:r>
      <w:r>
        <w:pict>
          <v:shape id="_x0000_i711117" type="#_x0000_t75" alt="学科网(www.zxxk.com)--教育资源门户，提供试卷、教案、课件、论文、素材以及各类教学资源下载，还有大量而丰富的教学相关资讯！" style="width:18.75pt;height:11.25pt" o:oleicon="f" o:ole="">
            <v:imagedata r:id="rId1308" o:title="eqIdf4e9bb42376c12d7d21702ae8062b25a"/>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w:t>
      </w:r>
      <w:r>
        <w:pict>
          <v:shape id="_x0000_i711118" type="#_x0000_t75" alt="学科网(www.zxxk.com)--教育资源门户，提供试卷、教案、课件、论文、素材以及各类教学资源下载，还有大量而丰富的教学相关资讯！" style="width:34.9pt;height:14.2pt" o:oleicon="f" o:ole="">
            <v:imagedata r:id="rId1309" o:title="eqId5b624d88827e92e12bc0a8f1067cbe72"/>
          </v:shape>
        </w:pict>
      </w:r>
      <w:r>
        <w:rPr>
          <w:rFonts w:ascii="宋体" w:eastAsia="宋体" w:hAnsi="宋体" w:cs="宋体"/>
          <w:color w:val="000000"/>
        </w:rPr>
        <w:t>，</w:t>
      </w:r>
      <w:r>
        <w:pict>
          <v:shape id="_x0000_i711119" type="#_x0000_t75" alt="学科网(www.zxxk.com)--教育资源门户，提供试卷、教案、课件、论文、素材以及各类教学资源下载，还有大量而丰富的教学相关资讯！" style="width:28.35pt;height:13.05pt" o:oleicon="f" o:ole="">
            <v:imagedata r:id="rId1310" o:title="eqId65f9c88edac18a30697feb5a9956b70b"/>
          </v:shape>
        </w:pict>
      </w:r>
      <w:r>
        <w:rPr>
          <w:rFonts w:ascii="宋体" w:eastAsia="宋体" w:hAnsi="宋体" w:cs="宋体"/>
          <w:color w:val="000000"/>
        </w:rPr>
        <w:t>，则</w:t>
      </w:r>
      <w:r>
        <w:pict>
          <v:shape id="_x0000_i711120" type="#_x0000_t75" alt="学科网(www.zxxk.com)--教育资源门户，提供试卷、教案、课件、论文、素材以及各类教学资源下载，还有大量而丰富的教学相关资讯！" style="width:18.75pt;height:11.25pt" o:oleicon="f" o:ole="">
            <v:imagedata r:id="rId1311" o:title="eqIdf4e9bb42376c12d7d21702ae8062b25a"/>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w:t>
      </w:r>
      <w:r>
        <w:pict>
          <v:shape id="_x0000_i711121" type="#_x0000_t75" alt="学科网(www.zxxk.com)--教育资源门户，提供试卷、教案、课件、论文、素材以及各类教学资源下载，还有大量而丰富的教学相关资讯！" style="width:41.25pt;height:14.25pt" o:oleicon="f" o:ole="">
            <v:imagedata r:id="rId1312" o:title="eqIdd9f9d75ebbb4ebb290c4fd3444e1c38b"/>
          </v:shape>
        </w:pict>
      </w:r>
      <w:r>
        <w:rPr>
          <w:rFonts w:ascii="宋体" w:eastAsia="宋体" w:hAnsi="宋体" w:cs="宋体"/>
          <w:color w:val="000000"/>
        </w:rPr>
        <w:t>，</w:t>
      </w:r>
      <w:r>
        <w:pict>
          <v:shape id="_x0000_i711122" type="#_x0000_t75" alt="学科网(www.zxxk.com)--教育资源门户，提供试卷、教案、课件、论文、素材以及各类教学资源下载，还有大量而丰富的教学相关资讯！" style="width:33.9pt;height:14.55pt" o:oleicon="f" o:ole="">
            <v:imagedata r:id="rId1313" o:title="eqId3cca0ec4b4343a6ccd13b652aea1d00c"/>
          </v:shape>
        </w:pict>
      </w:r>
      <w:r>
        <w:rPr>
          <w:rFonts w:ascii="宋体" w:eastAsia="宋体" w:hAnsi="宋体" w:cs="宋体"/>
          <w:color w:val="000000"/>
        </w:rPr>
        <w:t>，则</w:t>
      </w:r>
      <w:r>
        <w:pict>
          <v:shape id="_x0000_i711123" type="#_x0000_t75" alt="学科网(www.zxxk.com)--教育资源门户，提供试卷、教案、课件、论文、素材以及各类教学资源下载，还有大量而丰富的教学相关资讯！" style="width:18.75pt;height:11.25pt" o:oleicon="f" o:ole="">
            <v:imagedata r:id="rId1314" o:title="eqIdf4e9bb42376c12d7d21702ae8062b25a"/>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直接写出</w:t>
      </w:r>
      <w:r>
        <w:pict>
          <v:shape id="_x0000_i711124" type="#_x0000_t75" alt="学科网(www.zxxk.com)--教育资源门户，提供试卷、教案、课件、论文、素材以及各类教学资源下载，还有大量而丰富的教学相关资讯！" style="width:9pt;height:9.75pt" o:oleicon="f" o:ole="">
            <v:imagedata r:id="rId1315" o:title="eqId0a6936d370d6a238a608ca56f87198de"/>
          </v:shape>
        </w:pict>
      </w:r>
      <w:r>
        <w:rPr>
          <w:rFonts w:ascii="宋体" w:eastAsia="宋体" w:hAnsi="宋体" w:cs="宋体"/>
          <w:color w:val="000000"/>
        </w:rPr>
        <w:t>，</w:t>
      </w:r>
      <w:r>
        <w:pict>
          <v:shape id="_x0000_i711125" type="#_x0000_t75" alt="学科网(www.zxxk.com)--教育资源门户，提供试卷、教案、课件、论文、素材以及各类教学资源下载，还有大量而丰富的教学相关资讯！" style="width:9.9pt;height:14.35pt" o:oleicon="f" o:ole="">
            <v:imagedata r:id="rId1316" o:title="eqId2c94bb12cee76221e13f9ef955b0aab1"/>
          </v:shape>
        </w:pict>
      </w:r>
      <w:r>
        <w:rPr>
          <w:rFonts w:ascii="宋体" w:eastAsia="宋体" w:hAnsi="宋体" w:cs="宋体"/>
          <w:color w:val="000000"/>
        </w:rPr>
        <w:t>，</w:t>
      </w:r>
      <w:r>
        <w:pict>
          <v:shape id="_x0000_i711126" type="#_x0000_t75" alt="学科网(www.zxxk.com)--教育资源门户，提供试卷、教案、课件、论文、素材以及各类教学资源下载，还有大量而丰富的教学相关资讯！" style="width:9pt;height:11.25pt" o:oleicon="f" o:ole="">
            <v:imagedata r:id="rId1317" o:title="eqId071a7e733d466949ac935b4b8ee8d183"/>
          </v:shape>
        </w:pict>
      </w:r>
      <w:r>
        <w:rPr>
          <w:rFonts w:ascii="宋体" w:eastAsia="宋体" w:hAnsi="宋体" w:cs="宋体"/>
          <w:color w:val="000000"/>
        </w:rPr>
        <w:t>之间的关系式；</w:t>
      </w:r>
    </w:p>
    <w:p>
      <w:pPr>
        <w:spacing w:line="360" w:lineRule="auto"/>
        <w:jc w:val="left"/>
        <w:textAlignment w:val="center"/>
        <w:rPr>
          <w:color w:val="000000"/>
        </w:rPr>
      </w:pPr>
      <w:r>
        <w:rPr>
          <w:color w:val="000000"/>
        </w:rPr>
        <w:t>（3）</w:t>
      </w:r>
      <w:r>
        <w:rPr>
          <w:rFonts w:ascii="宋体" w:eastAsia="宋体" w:hAnsi="宋体" w:cs="宋体"/>
          <w:color w:val="000000"/>
        </w:rPr>
        <w:t>如果</w:t>
      </w:r>
      <w:r>
        <w:pict>
          <v:shape id="_x0000_i711127" type="#_x0000_t75" alt="学科网(www.zxxk.com)--教育资源门户，提供试卷、教案、课件、论文、素材以及各类教学资源下载，还有大量而丰富的教学相关资讯！" style="width:192pt;height:21.75pt" o:oleicon="f" o:ole="">
            <v:imagedata r:id="rId1318" o:title="eqId72907a3f71dd44af902c48131bd7b6a0"/>
          </v:shape>
        </w:pict>
      </w:r>
      <w:r>
        <w:rPr>
          <w:rFonts w:ascii="宋体" w:eastAsia="宋体" w:hAnsi="宋体" w:cs="宋体"/>
          <w:color w:val="000000"/>
        </w:rPr>
        <w:t>，试分析原点</w:t>
      </w:r>
      <w:r>
        <w:pict>
          <v:shape id="_x0000_i711128" type="#_x0000_t75" alt="学科网(www.zxxk.com)--教育资源门户，提供试卷、教案、课件、论文、素材以及各类教学资源下载，还有大量而丰富的教学相关资讯！" style="width:12pt;height:14.25pt" o:oleicon="f" o:ole="">
            <v:imagedata r:id="rId1319" o:title="eqId1dde8112e8eb968fd042418dd632759e"/>
          </v:shape>
        </w:pict>
      </w:r>
      <w:r>
        <w:rPr>
          <w:rFonts w:ascii="宋体" w:eastAsia="宋体" w:hAnsi="宋体" w:cs="宋体"/>
          <w:color w:val="000000"/>
        </w:rPr>
        <w:t>的位置，并在数轴上标一个满足条件的原点</w:t>
      </w:r>
      <w:r>
        <w:pict>
          <v:shape id="_x0000_i711129" type="#_x0000_t75" alt="学科网(www.zxxk.com)--教育资源门户，提供试卷、教案、课件、论文、素材以及各类教学资源下载，还有大量而丰富的教学相关资讯！" style="width:12pt;height:14.25pt" o:oleicon="f" o:ole="">
            <v:imagedata r:id="rId1319" o:title="eqId1dde8112e8eb968fd042418dd632759e"/>
          </v:shape>
        </w:pict>
      </w:r>
      <w:r>
        <w:rPr>
          <w:rFonts w:ascii="宋体" w:eastAsia="宋体" w:hAnsi="宋体" w:cs="宋体"/>
          <w:color w:val="000000"/>
        </w:rPr>
        <w:t>的位置．</w:t>
      </w:r>
    </w:p>
    <w:p>
      <w:pPr>
        <w:spacing w:line="360" w:lineRule="auto"/>
        <w:textAlignment w:val="center"/>
        <w:rPr>
          <w:color w:val="000000"/>
        </w:rPr>
      </w:pPr>
      <w:r>
        <w:rPr>
          <w:color w:val="2E75B6"/>
        </w:rPr>
        <w:t>【答案】</w:t>
      </w:r>
      <w:r>
        <w:rPr>
          <w:color w:val="000000"/>
        </w:rPr>
        <w:t>（1）</w:t>
      </w:r>
      <w:r>
        <w:pict>
          <v:shape id="_x0000_i711130" type="#_x0000_t75" alt="学科网(www.zxxk.com)--教育资源门户，提供试卷、教案、课件、论文、素材以及各类教学资源下载，还有大量而丰富的教学相关资讯！" style="width:9pt;height:12.75pt" o:oleicon="f" o:ole="">
            <v:imagedata r:id="rId1320" o:title="eqId8b06e95b57b7a81cd81d05557a11fa92"/>
          </v:shape>
        </w:pict>
      </w:r>
      <w:r>
        <w:rPr>
          <w:rFonts w:ascii="宋体" w:eastAsia="宋体" w:hAnsi="宋体" w:cs="宋体"/>
          <w:color w:val="000000"/>
        </w:rPr>
        <w:t>；</w:t>
      </w:r>
      <w:r>
        <w:pict>
          <v:shape id="_x0000_i711131" type="#_x0000_t75" alt="学科网(www.zxxk.com)--教育资源门户，提供试卷、教案、课件、论文、素材以及各类教学资源下载，还有大量而丰富的教学相关资讯！" style="width:9.35pt;height:14.05pt" o:oleicon="f" o:ole="">
            <v:imagedata r:id="rId1321" o:title="eqId5ca7d1107389675d32b56ec097464c14"/>
          </v:shape>
        </w:pict>
      </w:r>
      <w:r>
        <w:rPr>
          <w:rFonts w:ascii="宋体" w:eastAsia="宋体" w:hAnsi="宋体" w:cs="宋体"/>
          <w:color w:val="000000"/>
        </w:rPr>
        <w:t>；</w:t>
      </w:r>
      <w:r>
        <w:pict>
          <v:shape id="_x0000_i711132" type="#_x0000_t75" alt="学科网(www.zxxk.com)--教育资源门户，提供试卷、教案、课件、论文、素材以及各类教学资源下载，还有大量而丰富的教学相关资讯！" style="width:12.9pt;height:10.8pt" o:oleicon="f" o:ole="">
            <v:imagedata r:id="rId1322" o:title="eqId4a94acdfb41489d5694b5a64b9e99754"/>
          </v:shape>
        </w:pi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pict>
          <v:shape id="_x0000_i711133" type="#_x0000_t75" alt="学科网(www.zxxk.com)--教育资源门户，提供试卷、教案、课件、论文、素材以及各类教学资源下载，还有大量而丰富的教学相关资讯！" style="width:45.75pt;height:30.75pt" o:oleicon="f" o:ole="">
            <v:imagedata r:id="rId1323" o:title="eqId1f83f5827e5566bded90f95a5b820c5e"/>
          </v:shape>
        </w:pi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pict>
          <v:shape id="_x0000_i711134" type="#_x0000_t75" alt="学科网(www.zxxk.com)--教育资源门户，提供试卷、教案、课件、论文、素材以及各类教学资源下载，还有大量而丰富的教学相关资讯！" style="width:11.9pt;height:14.4pt" o:oleicon="f" o:ole="">
            <v:imagedata r:id="rId1325" o:title="eqIdc5db41a1f31d6baee7c69990811edb9f"/>
          </v:shape>
        </w:pict>
      </w:r>
      <w:r>
        <w:rPr>
          <w:rFonts w:ascii="宋体" w:eastAsia="宋体" w:hAnsi="宋体" w:cs="宋体"/>
          <w:color w:val="000000"/>
        </w:rPr>
        <w:t>是</w:t>
      </w:r>
      <w:r>
        <w:pict>
          <v:shape id="_x0000_i711135" type="#_x0000_t75" alt="学科网(www.zxxk.com)--教育资源门户，提供试卷、教案、课件、论文、素材以及各类教学资源下载，还有大量而丰富的教学相关资讯！" style="width:20.05pt;height:12.6pt" o:oleicon="f" o:ole="">
            <v:imagedata r:id="rId1326" o:title="eqIdf52a58fbaf4fea03567e88a9f0f6e37e"/>
          </v:shape>
        </w:pict>
      </w:r>
      <w:r>
        <w:rPr>
          <w:rFonts w:ascii="宋体" w:eastAsia="宋体" w:hAnsi="宋体" w:cs="宋体"/>
          <w:color w:val="000000"/>
          <w:position w:val="0"/>
        </w:rPr>
        <w:drawing>
          <wp:inline>
            <wp:extent cx="133350" cy="177800"/>
            <wp:docPr id="32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 name=""/>
                    <pic:cNvPicPr>
                      <a:picLocks noChangeAspect="1"/>
                    </pic:cNvPicPr>
                  </pic:nvPicPr>
                  <pic:blipFill>
                    <a:blip r:embed="rId132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中点，根据中点的计算方法计算即可；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）根据中点的定义得到</w:t>
      </w:r>
      <w:r>
        <w:pict>
          <v:shape id="_x0000_i711136" type="#_x0000_t75" alt="学科网(www.zxxk.com)--教育资源门户，提供试卷、教案、课件、论文、素材以及各类教学资源下载，还有大量而丰富的教学相关资讯！" style="width:60pt;height:14.25pt" o:oleicon="f" o:ole="">
            <v:imagedata r:id="rId1327" o:title="eqId450c95f8d10341e2df798352ac61236d"/>
          </v:shape>
        </w:pict>
      </w:r>
      <w:r>
        <w:rPr>
          <w:rFonts w:ascii="宋体" w:eastAsia="宋体" w:hAnsi="宋体" w:cs="宋体"/>
          <w:color w:val="000000"/>
        </w:rPr>
        <w:t>，即</w:t>
      </w:r>
      <w:r>
        <w:pict>
          <v:shape id="_x0000_i711137" type="#_x0000_t75" alt="学科网(www.zxxk.com)--教育资源门户，提供试卷、教案、课件、论文、素材以及各类教学资源下载，还有大量而丰富的教学相关资讯！" style="width:50.1pt;height:14.1pt" o:oleicon="f" o:ole="">
            <v:imagedata r:id="rId1328" o:title="eqId85d5b1b24e2d918646afd0e16e119698"/>
          </v:shape>
        </w:pict>
      </w:r>
      <w:r>
        <w:rPr>
          <w:rFonts w:ascii="宋体" w:eastAsia="宋体" w:hAnsi="宋体" w:cs="宋体"/>
          <w:color w:val="000000"/>
        </w:rPr>
        <w:t>，然后把</w:t>
      </w:r>
      <w:r>
        <w:pict>
          <v:shape id="_x0000_i711138" type="#_x0000_t75" alt="学科网(www.zxxk.com)--教育资源门户，提供试卷、教案、课件、论文、素材以及各类教学资源下载，还有大量而丰富的教学相关资讯！" style="width:50.1pt;height:13.8pt" o:oleicon="f" o:ole="">
            <v:imagedata r:id="rId1329" o:title="eqIdbd4e3d4fbab33978bd6574ae0c30ef5f"/>
          </v:shape>
        </w:pict>
      </w:r>
      <w:r>
        <w:rPr>
          <w:rFonts w:ascii="宋体" w:eastAsia="宋体" w:hAnsi="宋体" w:cs="宋体"/>
          <w:color w:val="000000"/>
        </w:rPr>
        <w:t>代入</w:t>
      </w:r>
      <w:r>
        <w:pict>
          <v:shape id="_x0000_i711139" type="#_x0000_t75" alt="学科网(www.zxxk.com)--教育资源门户，提供试卷、教案、课件、论文、素材以及各类教学资源下载，还有大量而丰富的教学相关资讯！" style="width:192pt;height:21.75pt" o:oleicon="f" o:ole="">
            <v:imagedata r:id="rId1330" o:title="eqId72907a3f71dd44af902c48131bd7b6a0"/>
          </v:shape>
        </w:pict>
      </w:r>
      <w:r>
        <w:rPr>
          <w:rFonts w:ascii="宋体" w:eastAsia="宋体" w:hAnsi="宋体" w:cs="宋体"/>
          <w:color w:val="000000"/>
        </w:rPr>
        <w:t>，则有</w:t>
      </w:r>
      <w:r>
        <w:pict>
          <v:shape id="_x0000_i711140" type="#_x0000_t75" alt="学科网(www.zxxk.com)--教育资源门户，提供试卷、教案、课件、论文、素材以及各类教学资源下载，还有大量而丰富的教学相关资讯！" style="width:90.75pt;height:20.25pt" o:oleicon="f" o:ole="">
            <v:imagedata r:id="rId1331" o:title="eqId35e71eb07434eb0a7cc4e1406f18c205"/>
          </v:shape>
        </w:pict>
      </w:r>
      <w:r>
        <w:rPr>
          <w:rFonts w:ascii="宋体" w:eastAsia="宋体" w:hAnsi="宋体" w:cs="宋体"/>
          <w:color w:val="000000"/>
        </w:rPr>
        <w:t>，根据绝对值的意义得</w:t>
      </w:r>
      <w:r>
        <w:pict>
          <v:shape id="_x0000_i711141" type="#_x0000_t75" alt="学科网(www.zxxk.com)--教育资源门户，提供试卷、教案、课件、论文、素材以及各类教学资源下载，还有大量而丰富的教学相关资讯！" style="width:9pt;height:9.75pt" o:oleicon="f" o:ole="">
            <v:imagedata r:id="rId1332" o:title="eqId0a6936d370d6a238a608ca56f87198de"/>
          </v:shape>
        </w:pict>
      </w:r>
      <w:r>
        <w:rPr>
          <w:rFonts w:ascii="宋体" w:eastAsia="宋体" w:hAnsi="宋体" w:cs="宋体"/>
          <w:color w:val="000000"/>
        </w:rPr>
        <w:t>与</w:t>
      </w:r>
      <w:r>
        <w:pict>
          <v:shape id="_x0000_i711142" type="#_x0000_t75" alt="学科网(www.zxxk.com)--教育资源门户，提供试卷、教案、课件、论文、素材以及各类教学资源下载，还有大量而丰富的教学相关资讯！" style="width:9.9pt;height:14.35pt" o:oleicon="f" o:ole="">
            <v:imagedata r:id="rId1333" o:title="eqId2c94bb12cee76221e13f9ef955b0aab1"/>
          </v:shape>
        </w:pict>
      </w:r>
      <w:r>
        <w:rPr>
          <w:rFonts w:ascii="宋体" w:eastAsia="宋体" w:hAnsi="宋体" w:cs="宋体"/>
          <w:color w:val="000000"/>
        </w:rPr>
        <w:t>异号，并且</w:t>
      </w:r>
      <w:r>
        <w:pict>
          <v:shape id="_x0000_i711143" type="#_x0000_t75" alt="学科网(www.zxxk.com)--教育资源门户，提供试卷、教案、课件、论文、素材以及各类教学资源下载，还有大量而丰富的教学相关资讯！" style="width:36pt;height:20.25pt" o:oleicon="f" o:ole="">
            <v:imagedata r:id="rId1334" o:title="eqId9b5d96bc2571ca0e7cc1ef7bfbaab7d4"/>
          </v:shape>
        </w:pict>
      </w:r>
      <w:r>
        <w:rPr>
          <w:rFonts w:ascii="宋体" w:eastAsia="宋体" w:hAnsi="宋体" w:cs="宋体"/>
          <w:color w:val="000000"/>
        </w:rPr>
        <w:t>，于是有</w:t>
      </w:r>
      <w:r>
        <w:pict>
          <v:shape id="_x0000_i711144" type="#_x0000_t75" alt="学科网(www.zxxk.com)--教育资源门户，提供试卷、教案、课件、论文、素材以及各类教学资源下载，还有大量而丰富的教学相关资讯！" style="width:9.9pt;height:14.35pt" o:oleicon="f" o:ole="">
            <v:imagedata r:id="rId1333" o:title="eqId2c94bb12cee76221e13f9ef955b0aab1"/>
          </v:shape>
        </w:pict>
      </w:r>
      <w:r>
        <w:rPr>
          <w:rFonts w:ascii="宋体" w:eastAsia="宋体" w:hAnsi="宋体" w:cs="宋体"/>
          <w:color w:val="000000"/>
        </w:rPr>
        <w:t>为正数，</w:t>
      </w:r>
      <w:r>
        <w:pict>
          <v:shape id="_x0000_i711145" type="#_x0000_t75" alt="学科网(www.zxxk.com)--教育资源门户，提供试卷、教案、课件、论文、素材以及各类教学资源下载，还有大量而丰富的教学相关资讯！" style="width:9pt;height:9.75pt" o:oleicon="f" o:ole="">
            <v:imagedata r:id="rId1332" o:title="eqId0a6936d370d6a238a608ca56f87198de"/>
          </v:shape>
        </w:pict>
      </w:r>
      <w:r>
        <w:rPr>
          <w:rFonts w:ascii="宋体" w:eastAsia="宋体" w:hAnsi="宋体" w:cs="宋体"/>
          <w:color w:val="000000"/>
        </w:rPr>
        <w:t>为负数，点</w:t>
      </w:r>
      <w:r>
        <w:pict>
          <v:shape id="_x0000_i711146" type="#_x0000_t75" alt="学科网(www.zxxk.com)--教育资源门户，提供试卷、教案、课件、论文、素材以及各类教学资源下载，还有大量而丰富的教学相关资讯！" style="width:9.75pt;height:10.5pt" o:oleicon="f" o:ole="">
            <v:imagedata r:id="rId1335" o:title="eqId7f9e8449aad35c5d840a3395ea86df6d"/>
          </v:shape>
        </w:pict>
      </w:r>
      <w:r>
        <w:rPr>
          <w:rFonts w:ascii="宋体" w:eastAsia="宋体" w:hAnsi="宋体" w:cs="宋体"/>
          <w:color w:val="000000"/>
        </w:rPr>
        <w:t>离原点比点</w:t>
      </w:r>
      <w:r>
        <w:pict>
          <v:shape id="_x0000_i711147" type="#_x0000_t75" alt="学科网(www.zxxk.com)--教育资源门户，提供试卷、教案、课件、论文、素材以及各类教学资源下载，还有大量而丰富的教学相关资讯！" style="width:12pt;height:12pt" o:oleicon="f" o:ole="">
            <v:imagedata r:id="rId1336" o:title="eqId5963abe8f421bd99a2aaa94831a951e9"/>
          </v:shape>
        </w:pict>
      </w:r>
      <w:r>
        <w:rPr>
          <w:rFonts w:ascii="宋体" w:eastAsia="宋体" w:hAnsi="宋体" w:cs="宋体"/>
          <w:color w:val="000000"/>
        </w:rPr>
        <w:t>离原点要远，即可判断原点的大致位置．</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w:t>
      </w:r>
      <w:r>
        <w:pict>
          <v:shape id="_x0000_i711148" type="#_x0000_t75" alt="学科网(www.zxxk.com)--教育资源门户，提供试卷、教案、课件、论文、素材以及各类教学资源下载，还有大量而丰富的教学相关资讯！" style="width:9.75pt;height:8.25pt" o:oleicon="f" o:ole="">
            <v:imagedata r:id="rId1337" o:title="eqId16f3d198e76391779fa3badc848c8ac8"/>
          </v:shape>
        </w:pict>
      </w:r>
      <w:r>
        <w:rPr>
          <w:rFonts w:ascii="宋体" w:eastAsia="宋体" w:hAnsi="宋体" w:cs="宋体"/>
          <w:color w:val="000000"/>
        </w:rPr>
        <w:t>点</w:t>
      </w:r>
      <w:r>
        <w:pict>
          <v:shape id="_x0000_i711149" type="#_x0000_t75" alt="学科网(www.zxxk.com)--教育资源门户，提供试卷、教案、课件、论文、素材以及各类教学资源下载，还有大量而丰富的教学相关资讯！" style="width:11.9pt;height:14.4pt" o:oleicon="f" o:ole="">
            <v:imagedata r:id="rId1338" o:title="eqIdc5db41a1f31d6baee7c69990811edb9f"/>
          </v:shape>
        </w:pict>
      </w:r>
      <w:r>
        <w:rPr>
          <w:rFonts w:ascii="宋体" w:eastAsia="宋体" w:hAnsi="宋体" w:cs="宋体"/>
          <w:color w:val="000000"/>
        </w:rPr>
        <w:t>到点</w:t>
      </w:r>
      <w:r>
        <w:pict>
          <v:shape id="_x0000_i711150" type="#_x0000_t75" alt="学科网(www.zxxk.com)--教育资源门户，提供试卷、教案、课件、论文、素材以及各类教学资源下载，还有大量而丰富的教学相关资讯！" style="width:12pt;height:12pt" o:oleicon="f" o:ole="">
            <v:imagedata r:id="rId1339" o:title="eqId5963abe8f421bd99a2aaa94831a951e9"/>
          </v:shape>
        </w:pict>
      </w:r>
      <w:r>
        <w:rPr>
          <w:rFonts w:ascii="宋体" w:eastAsia="宋体" w:hAnsi="宋体" w:cs="宋体"/>
          <w:color w:val="000000"/>
        </w:rPr>
        <w:t>、点</w:t>
      </w:r>
      <w:r>
        <w:pict>
          <v:shape id="_x0000_i711151" type="#_x0000_t75" alt="学科网(www.zxxk.com)--教育资源门户，提供试卷、教案、课件、论文、素材以及各类教学资源下载，还有大量而丰富的教学相关资讯！" style="width:9.75pt;height:10.5pt" o:oleicon="f" o:ole="">
            <v:imagedata r:id="rId1340" o:title="eqId7f9e8449aad35c5d840a3395ea86df6d"/>
          </v:shape>
        </w:pict>
      </w:r>
      <w:r>
        <w:rPr>
          <w:rFonts w:ascii="宋体" w:eastAsia="宋体" w:hAnsi="宋体" w:cs="宋体"/>
          <w:color w:val="000000"/>
        </w:rPr>
        <w:t>的距离相等，则点</w:t>
      </w:r>
      <w:r>
        <w:pict>
          <v:shape id="_x0000_i711152" type="#_x0000_t75" alt="学科网(www.zxxk.com)--教育资源门户，提供试卷、教案、课件、论文、素材以及各类教学资源下载，还有大量而丰富的教学相关资讯！" style="width:11.9pt;height:14.4pt" o:oleicon="f" o:ole="">
            <v:imagedata r:id="rId1338" o:title="eqIdc5db41a1f31d6baee7c69990811edb9f"/>
          </v:shape>
        </w:pict>
      </w:r>
      <w:r>
        <w:rPr>
          <w:rFonts w:ascii="宋体" w:eastAsia="宋体" w:hAnsi="宋体" w:cs="宋体"/>
          <w:color w:val="000000"/>
        </w:rPr>
        <w:t>是</w:t>
      </w:r>
      <w:r>
        <w:pict>
          <v:shape id="_x0000_i711153" type="#_x0000_t75" alt="学科网(www.zxxk.com)--教育资源门户，提供试卷、教案、课件、论文、素材以及各类教学资源下载，还有大量而丰富的教学相关资讯！" style="width:20.05pt;height:12.6pt" o:oleicon="f" o:ole="">
            <v:imagedata r:id="rId1341" o:title="eqIdf52a58fbaf4fea03567e88a9f0f6e37e"/>
          </v:shape>
        </w:pict>
      </w:r>
      <w:r>
        <w:rPr>
          <w:rFonts w:ascii="宋体" w:eastAsia="宋体" w:hAnsi="宋体" w:cs="宋体"/>
          <w:color w:val="000000"/>
        </w:rPr>
        <w:t>的中点，</w:t>
      </w:r>
    </w:p>
    <w:p>
      <w:pPr>
        <w:spacing w:line="360" w:lineRule="auto"/>
        <w:jc w:val="both"/>
        <w:textAlignment w:val="center"/>
        <w:rPr>
          <w:color w:val="000000"/>
        </w:rPr>
      </w:pPr>
      <w:r>
        <w:pict>
          <v:shape id="_x0000_i711154" type="#_x0000_t75" alt="学科网(www.zxxk.com)--教育资源门户，提供试卷、教案、课件、论文、素材以及各类教学资源下载，还有大量而丰富的教学相关资讯！" style="width:24.7pt;height:15.6pt" o:oleicon="f" o:ole="">
            <v:imagedata r:id="rId1342" o:title="eqIdf7dd7befb74af3af31ce3a90e9967b3a"/>
          </v:shape>
        </w:pict>
      </w:r>
      <w:r>
        <w:rPr>
          <w:rFonts w:ascii="宋体" w:eastAsia="宋体" w:hAnsi="宋体" w:cs="宋体"/>
          <w:color w:val="000000"/>
        </w:rPr>
        <w:t>点</w:t>
      </w:r>
      <w:r>
        <w:pict>
          <v:shape id="_x0000_i711155" type="#_x0000_t75" alt="学科网(www.zxxk.com)--教育资源门户，提供试卷、教案、课件、论文、素材以及各类教学资源下载，还有大量而丰富的教学相关资讯！" style="width:11.9pt;height:14.4pt" o:oleicon="f" o:ole="">
            <v:imagedata r:id="rId1343" o:title="eqIdc5db41a1f31d6baee7c69990811edb9f"/>
          </v:shape>
        </w:pict>
      </w:r>
      <w:r>
        <w:rPr>
          <w:rFonts w:ascii="宋体" w:eastAsia="宋体" w:hAnsi="宋体" w:cs="宋体"/>
          <w:color w:val="000000"/>
        </w:rPr>
        <w:t>所对应的数为</w:t>
      </w:r>
      <w:r>
        <w:pict>
          <v:shape id="_x0000_i711156" type="#_x0000_t75" alt="学科网(www.zxxk.com)--教育资源门户，提供试卷、教案、课件、论文、素材以及各类教学资源下载，还有大量而丰富的教学相关资讯！" style="width:51pt;height:30.75pt" o:oleicon="f" o:ole="">
            <v:imagedata r:id="rId1344" o:title="eqIddc70729aae90464c0076a7c95da81ab1"/>
          </v:shape>
        </w:pict>
      </w:r>
      <w:r>
        <w:rPr>
          <w:rFonts w:ascii="宋体" w:eastAsia="宋体" w:hAnsi="宋体" w:cs="宋体"/>
          <w:color w:val="000000"/>
        </w:rPr>
        <w:t>；</w:t>
      </w:r>
    </w:p>
    <w:p>
      <w:pPr>
        <w:spacing w:line="360" w:lineRule="auto"/>
        <w:jc w:val="both"/>
        <w:textAlignment w:val="center"/>
        <w:rPr>
          <w:color w:val="000000"/>
        </w:rPr>
      </w:pPr>
      <w:r>
        <w:pict>
          <v:shape id="_x0000_i711157" type="#_x0000_t75" alt="学科网(www.zxxk.com)--教育资源门户，提供试卷、教案、课件、论文、素材以及各类教学资源下载，还有大量而丰富的教学相关资讯！" style="width:15.85pt;height:15.85pt" o:oleicon="f" o:ole="">
            <v:imagedata r:id="rId1345" o:title="eqId5c650fe55b7603f106c53ca2423451c6"/>
          </v:shape>
        </w:pict>
      </w:r>
      <w:r>
        <w:rPr>
          <w:rFonts w:ascii="宋体" w:eastAsia="宋体" w:hAnsi="宋体" w:cs="宋体"/>
          <w:color w:val="000000"/>
        </w:rPr>
        <w:t>点</w:t>
      </w:r>
      <w:r>
        <w:pict>
          <v:shape id="_x0000_i711158" type="#_x0000_t75" alt="学科网(www.zxxk.com)--教育资源门户，提供试卷、教案、课件、论文、素材以及各类教学资源下载，还有大量而丰富的教学相关资讯！" style="width:11.9pt;height:14.4pt" o:oleicon="f" o:ole="">
            <v:imagedata r:id="rId1346" o:title="eqIdc5db41a1f31d6baee7c69990811edb9f"/>
          </v:shape>
        </w:pict>
      </w:r>
      <w:r>
        <w:rPr>
          <w:rFonts w:ascii="宋体" w:eastAsia="宋体" w:hAnsi="宋体" w:cs="宋体"/>
          <w:color w:val="000000"/>
        </w:rPr>
        <w:t>所对应的数为</w:t>
      </w:r>
      <w:r>
        <w:pict>
          <v:shape id="_x0000_i711159" type="#_x0000_t75" alt="学科网(www.zxxk.com)--教育资源门户，提供试卷、教案、课件、论文、素材以及各类教学资源下载，还有大量而丰富的教学相关资讯！" style="width:57pt;height:30.75pt" o:oleicon="f" o:ole="">
            <v:imagedata r:id="rId1347" o:title="eqIda58c7a9cc7e2b584173802e82aeb0cf2"/>
          </v:shape>
        </w:pict>
      </w:r>
      <w:r>
        <w:rPr>
          <w:rFonts w:ascii="宋体" w:eastAsia="宋体" w:hAnsi="宋体" w:cs="宋体"/>
          <w:color w:val="000000"/>
        </w:rPr>
        <w:t>；</w:t>
      </w:r>
    </w:p>
    <w:p>
      <w:pPr>
        <w:spacing w:line="360" w:lineRule="auto"/>
        <w:jc w:val="both"/>
        <w:textAlignment w:val="center"/>
        <w:rPr>
          <w:color w:val="000000"/>
        </w:rPr>
      </w:pPr>
      <w:r>
        <w:pict>
          <v:shape id="_x0000_i711160" type="#_x0000_t75" alt="学科网(www.zxxk.com)--教育资源门户，提供试卷、教案、课件、论文、素材以及各类教学资源下载，还有大量而丰富的教学相关资讯！" style="width:15.85pt;height:15.85pt" o:oleicon="f" o:ole="">
            <v:imagedata r:id="rId1348" o:title="eqIdf82e415812cca9545611c0faa0c01b1c"/>
          </v:shape>
        </w:pict>
      </w:r>
      <w:r>
        <w:rPr>
          <w:rFonts w:ascii="宋体" w:eastAsia="宋体" w:hAnsi="宋体" w:cs="宋体"/>
          <w:color w:val="000000"/>
        </w:rPr>
        <w:t>点</w:t>
      </w:r>
      <w:r>
        <w:pict>
          <v:shape id="_x0000_i711161" type="#_x0000_t75" alt="学科网(www.zxxk.com)--教育资源门户，提供试卷、教案、课件、论文、素材以及各类教学资源下载，还有大量而丰富的教学相关资讯！" style="width:11.9pt;height:14.4pt" o:oleicon="f" o:ole="">
            <v:imagedata r:id="rId1349" o:title="eqIdc5db41a1f31d6baee7c69990811edb9f"/>
          </v:shape>
        </w:pict>
      </w:r>
      <w:r>
        <w:rPr>
          <w:rFonts w:ascii="宋体" w:eastAsia="宋体" w:hAnsi="宋体" w:cs="宋体"/>
          <w:color w:val="000000"/>
        </w:rPr>
        <w:t>所对应的数为</w:t>
      </w:r>
      <w:r>
        <w:pict>
          <v:shape id="_x0000_i711162" type="#_x0000_t75" alt="学科网(www.zxxk.com)--教育资源门户，提供试卷、教案、课件、论文、素材以及各类教学资源下载，还有大量而丰富的教学相关资讯！" style="width:81pt;height:33pt" o:oleicon="f" o:ole="">
            <v:imagedata r:id="rId1350" o:title="eqId87c915c28a9d8429b609524f4734712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pict>
          <v:shape id="_x0000_i711163" type="#_x0000_t75" alt="学科网(www.zxxk.com)--教育资源门户，提供试卷、教案、课件、论文、素材以及各类教学资源下载，还有大量而丰富的教学相关资讯！" style="width:9pt;height:12.75pt" o:oleicon="f" o:ole="">
            <v:imagedata r:id="rId1351" o:title="eqId8b06e95b57b7a81cd81d05557a11fa92"/>
          </v:shape>
        </w:pict>
      </w:r>
      <w:r>
        <w:rPr>
          <w:rFonts w:ascii="宋体" w:eastAsia="宋体" w:hAnsi="宋体" w:cs="宋体"/>
          <w:color w:val="000000"/>
        </w:rPr>
        <w:t>；</w:t>
      </w:r>
      <w:r>
        <w:pict>
          <v:shape id="_x0000_i711164" type="#_x0000_t75" alt="学科网(www.zxxk.com)--教育资源门户，提供试卷、教案、课件、论文、素材以及各类教学资源下载，还有大量而丰富的教学相关资讯！" style="width:9.35pt;height:14.05pt" o:oleicon="f" o:ole="">
            <v:imagedata r:id="rId1352" o:title="eqId5ca7d1107389675d32b56ec097464c14"/>
          </v:shape>
        </w:pict>
      </w:r>
      <w:r>
        <w:rPr>
          <w:rFonts w:ascii="宋体" w:eastAsia="宋体" w:hAnsi="宋体" w:cs="宋体"/>
          <w:color w:val="000000"/>
        </w:rPr>
        <w:t>；</w:t>
      </w:r>
      <w:r>
        <w:pict>
          <v:shape id="_x0000_i711165" type="#_x0000_t75" alt="学科网(www.zxxk.com)--教育资源门户，提供试卷、教案、课件、论文、素材以及各类教学资源下载，还有大量而丰富的教学相关资讯！" style="width:12.9pt;height:10.8pt" o:oleicon="f" o:ole="">
            <v:imagedata r:id="rId1353" o:title="eqId4a94acdfb41489d5694b5a64b9e99754"/>
          </v:shape>
        </w:pi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pict>
          <v:shape id="_x0000_i711166" type="#_x0000_t75" alt="学科网(www.zxxk.com)--教育资源门户，提供试卷、教案、课件、论文、素材以及各类教学资源下载，还有大量而丰富的教学相关资讯！" style="width:9.75pt;height:8.25pt" o:oleicon="f" o:ole="">
            <v:imagedata r:id="rId1354" o:title="eqId16f3d198e76391779fa3badc848c8ac8"/>
          </v:shape>
        </w:pict>
      </w:r>
      <w:r>
        <w:rPr>
          <w:rFonts w:ascii="宋体" w:eastAsia="宋体" w:hAnsi="宋体" w:cs="宋体"/>
          <w:color w:val="000000"/>
        </w:rPr>
        <w:t>点</w:t>
      </w:r>
      <w:r>
        <w:pict>
          <v:shape id="_x0000_i711167" type="#_x0000_t75" alt="学科网(www.zxxk.com)--教育资源门户，提供试卷、教案、课件、论文、素材以及各类教学资源下载，还有大量而丰富的教学相关资讯！" style="width:11.9pt;height:14.4pt" o:oleicon="f" o:ole="">
            <v:imagedata r:id="rId1355" o:title="eqIdc5db41a1f31d6baee7c69990811edb9f"/>
          </v:shape>
        </w:pict>
      </w:r>
      <w:r>
        <w:rPr>
          <w:rFonts w:ascii="宋体" w:eastAsia="宋体" w:hAnsi="宋体" w:cs="宋体"/>
          <w:color w:val="000000"/>
        </w:rPr>
        <w:t>到点</w:t>
      </w:r>
      <w:r>
        <w:pict>
          <v:shape id="_x0000_i711168" type="#_x0000_t75" alt="学科网(www.zxxk.com)--教育资源门户，提供试卷、教案、课件、论文、素材以及各类教学资源下载，还有大量而丰富的教学相关资讯！" style="width:12pt;height:12pt" o:oleicon="f" o:ole="">
            <v:imagedata r:id="rId1356" o:title="eqId5963abe8f421bd99a2aaa94831a951e9"/>
          </v:shape>
        </w:pict>
      </w:r>
      <w:r>
        <w:rPr>
          <w:rFonts w:ascii="宋体" w:eastAsia="宋体" w:hAnsi="宋体" w:cs="宋体"/>
          <w:color w:val="000000"/>
        </w:rPr>
        <w:t>与点</w:t>
      </w:r>
      <w:r>
        <w:pict>
          <v:shape id="_x0000_i711169" type="#_x0000_t75" alt="学科网(www.zxxk.com)--教育资源门户，提供试卷、教案、课件、论文、素材以及各类教学资源下载，还有大量而丰富的教学相关资讯！" style="width:9.75pt;height:10.5pt" o:oleicon="f" o:ole="">
            <v:imagedata r:id="rId1357" o:title="eqId7f9e8449aad35c5d840a3395ea86df6d"/>
          </v:shape>
        </w:pict>
      </w:r>
      <w:r>
        <w:rPr>
          <w:rFonts w:ascii="宋体" w:eastAsia="宋体" w:hAnsi="宋体" w:cs="宋体"/>
          <w:color w:val="000000"/>
        </w:rPr>
        <w:t>距离相等，</w:t>
      </w:r>
    </w:p>
    <w:p>
      <w:pPr>
        <w:spacing w:line="360" w:lineRule="auto"/>
        <w:jc w:val="both"/>
        <w:textAlignment w:val="center"/>
        <w:rPr>
          <w:color w:val="000000"/>
        </w:rPr>
      </w:pPr>
      <w:r>
        <w:pict>
          <v:shape id="_x0000_i711170" type="#_x0000_t75" alt="学科网(www.zxxk.com)--教育资源门户，提供试卷、教案、课件、论文、素材以及各类教学资源下载，还有大量而丰富的教学相关资讯！" style="width:69pt;height:14.25pt" o:oleicon="f" o:ole="">
            <v:imagedata r:id="rId1358" o:title="eqId74b48d03d362dd75245bad3b124e5ef9"/>
          </v:shape>
        </w:pict>
      </w:r>
      <w:r>
        <w:rPr>
          <w:rFonts w:ascii="宋体" w:eastAsia="宋体" w:hAnsi="宋体" w:cs="宋体"/>
          <w:color w:val="000000"/>
        </w:rPr>
        <w:t xml:space="preserve">， </w:t>
      </w:r>
    </w:p>
    <w:p>
      <w:pPr>
        <w:spacing w:line="360" w:lineRule="auto"/>
        <w:jc w:val="both"/>
        <w:textAlignment w:val="center"/>
        <w:rPr>
          <w:color w:val="000000"/>
        </w:rPr>
      </w:pPr>
      <w:r>
        <w:pict>
          <v:shape id="_x0000_i711171" type="#_x0000_t75" alt="学科网(www.zxxk.com)--教育资源门户，提供试卷、教案、课件、论文、素材以及各类教学资源下载，还有大量而丰富的教学相关资讯！" style="width:54.75pt;height:30.75pt" o:oleicon="f" o:ole="">
            <v:imagedata r:id="rId1359" o:title="eqId33e2f37168501ed86901e7529a54e74a"/>
          </v:shape>
        </w:pict>
      </w:r>
      <w:r>
        <w:rPr>
          <w:rFonts w:ascii="宋体" w:eastAsia="宋体" w:hAnsi="宋体" w:cs="宋体"/>
          <w:color w:val="000000"/>
        </w:rPr>
        <w:t>，</w:t>
      </w:r>
    </w:p>
    <w:p>
      <w:pPr>
        <w:spacing w:line="360" w:lineRule="auto"/>
        <w:jc w:val="both"/>
        <w:textAlignment w:val="center"/>
        <w:rPr>
          <w:color w:val="000000"/>
        </w:rPr>
      </w:pPr>
      <w:r>
        <w:pict>
          <v:shape id="_x0000_i711172" type="#_x0000_t75" alt="学科网(www.zxxk.com)--教育资源门户，提供试卷、教案、课件、论文、素材以及各类教学资源下载，还有大量而丰富的教学相关资讯！" style="width:15.75pt;height:9.75pt" o:oleicon="f" o:ole="">
            <v:imagedata r:id="rId1360" o:title="eqId0fd73eaa3827941790b67134498ebd92"/>
          </v:shape>
        </w:pict>
      </w:r>
      <w:r>
        <w:rPr>
          <w:rFonts w:ascii="宋体" w:eastAsia="宋体" w:hAnsi="宋体" w:cs="宋体"/>
          <w:color w:val="000000"/>
        </w:rPr>
        <w:t>，</w:t>
      </w:r>
      <w:r>
        <w:pict>
          <v:shape id="_x0000_i711173" type="#_x0000_t75" alt="学科网(www.zxxk.com)--教育资源门户，提供试卷、教案、课件、论文、素材以及各类教学资源下载，还有大量而丰富的教学相关资讯！" style="width:9.9pt;height:14.35pt" o:oleicon="f" o:ole="">
            <v:imagedata r:id="rId1361" o:title="eqId2c94bb12cee76221e13f9ef955b0aab1"/>
          </v:shape>
        </w:pict>
      </w:r>
      <w:r>
        <w:rPr>
          <w:rFonts w:ascii="宋体" w:eastAsia="宋体" w:hAnsi="宋体" w:cs="宋体"/>
          <w:color w:val="000000"/>
        </w:rPr>
        <w:t>，</w:t>
      </w:r>
      <w:r>
        <w:pict>
          <v:shape id="_x0000_i711174" type="#_x0000_t75" alt="学科网(www.zxxk.com)--教育资源门户，提供试卷、教案、课件、论文、素材以及各类教学资源下载，还有大量而丰富的教学相关资讯！" style="width:9pt;height:11.25pt" o:oleicon="f" o:ole="">
            <v:imagedata r:id="rId1362" o:title="eqId071a7e733d466949ac935b4b8ee8d183"/>
          </v:shape>
        </w:pict>
      </w:r>
      <w:r>
        <w:rPr>
          <w:rFonts w:ascii="宋体" w:eastAsia="宋体" w:hAnsi="宋体" w:cs="宋体"/>
          <w:color w:val="000000"/>
        </w:rPr>
        <w:t>之间的关系式为：</w:t>
      </w:r>
      <w:r>
        <w:pict>
          <v:shape id="_x0000_i711175" type="#_x0000_t75" alt="学科网(www.zxxk.com)--教育资源门户，提供试卷、教案、课件、论文、素材以及各类教学资源下载，还有大量而丰富的教学相关资讯！" style="width:45.75pt;height:30.75pt" o:oleicon="f" o:ole="">
            <v:imagedata r:id="rId1363" o:title="eqId1f83f5827e5566bded90f95a5b820c5e"/>
          </v:shape>
        </w:pict>
      </w:r>
      <w:r>
        <w:rPr>
          <w:rFonts w:ascii="宋体" w:eastAsia="宋体" w:hAnsi="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解：</w:t>
      </w:r>
      <w:r>
        <w:pict>
          <v:shape id="_x0000_i711176" type="#_x0000_t75" alt="学科网(www.zxxk.com)--教育资源门户，提供试卷、教案、课件、论文、素材以及各类教学资源下载，还有大量而丰富的教学相关资讯！" style="width:21.75pt;height:14.25pt" o:oleicon="f" o:ole="">
            <v:imagedata r:id="rId1364" o:title="eqIdc79feae8b84343287576064558440a9c"/>
          </v:shape>
        </w:pict>
      </w:r>
      <w:r>
        <w:rPr>
          <w:rFonts w:ascii="宋体" w:eastAsia="宋体" w:hAnsi="宋体" w:cs="宋体"/>
          <w:color w:val="000000"/>
        </w:rPr>
        <w:t>为</w:t>
      </w:r>
      <w:r>
        <w:pict>
          <v:shape id="_x0000_i711177" type="#_x0000_t75" alt="学科网(www.zxxk.com)--教育资源门户，提供试卷、教案、课件、论文、素材以及各类教学资源下载，还有大量而丰富的教学相关资讯！" style="width:20.05pt;height:12.6pt" o:oleicon="f" o:ole="">
            <v:imagedata r:id="rId1365" o:title="eqIdf52a58fbaf4fea03567e88a9f0f6e37e"/>
          </v:shape>
        </w:pict>
      </w:r>
      <w:r>
        <w:rPr>
          <w:rFonts w:ascii="宋体" w:eastAsia="宋体" w:hAnsi="宋体" w:cs="宋体"/>
          <w:color w:val="000000"/>
        </w:rPr>
        <w:t>之中点，</w:t>
      </w:r>
    </w:p>
    <w:p>
      <w:pPr>
        <w:spacing w:line="360" w:lineRule="auto"/>
        <w:jc w:val="both"/>
        <w:textAlignment w:val="center"/>
        <w:rPr>
          <w:color w:val="000000"/>
        </w:rPr>
      </w:pPr>
      <w:r>
        <w:pict>
          <v:shape id="_x0000_i711178" type="#_x0000_t75" alt="学科网(www.zxxk.com)--教育资源门户，提供试卷、教案、课件、论文、素材以及各类教学资源下载，还有大量而丰富的教学相关资讯！" style="width:69pt;height:14.25pt" o:oleicon="f" o:ole="">
            <v:imagedata r:id="rId1366" o:title="eqId259dd99d84269a5cc0d4a6f8958505a5"/>
          </v:shape>
        </w:pict>
      </w:r>
      <w:r>
        <w:rPr>
          <w:rFonts w:ascii="宋体" w:eastAsia="宋体" w:hAnsi="宋体" w:cs="宋体"/>
          <w:color w:val="000000"/>
        </w:rPr>
        <w:t>，即</w:t>
      </w:r>
      <w:r>
        <w:pict>
          <v:shape id="_x0000_i711179" type="#_x0000_t75" alt="学科网(www.zxxk.com)--教育资源门户，提供试卷、教案、课件、论文、素材以及各类教学资源下载，还有大量而丰富的教学相关资讯！" style="width:50.1pt;height:14.1pt" o:oleicon="f" o:ole="">
            <v:imagedata r:id="rId1367" o:title="eqId85d5b1b24e2d918646afd0e16e119698"/>
          </v:shape>
        </w:pict>
      </w:r>
      <w:r>
        <w:rPr>
          <w:rFonts w:ascii="宋体" w:eastAsia="宋体" w:hAnsi="宋体" w:cs="宋体"/>
          <w:color w:val="000000"/>
        </w:rPr>
        <w:t>，</w:t>
      </w:r>
    </w:p>
    <w:p>
      <w:pPr>
        <w:spacing w:line="360" w:lineRule="auto"/>
        <w:jc w:val="both"/>
        <w:textAlignment w:val="center"/>
        <w:rPr>
          <w:color w:val="000000"/>
        </w:rPr>
      </w:pPr>
      <w:r>
        <w:pict>
          <v:shape id="_x0000_i711180" type="#_x0000_t75" alt="学科网(www.zxxk.com)--教育资源门户，提供试卷、教案、课件、论文、素材以及各类教学资源下载，还有大量而丰富的教学相关资讯！" style="width:201pt;height:21.75pt" o:oleicon="f" o:ole="">
            <v:imagedata r:id="rId1368" o:title="eqId16c3f9060811b508f0e13385f1e51e0e"/>
          </v:shape>
        </w:pict>
      </w:r>
      <w:r>
        <w:rPr>
          <w:rFonts w:ascii="宋体" w:eastAsia="宋体" w:hAnsi="宋体" w:cs="宋体"/>
          <w:color w:val="000000"/>
        </w:rPr>
        <w:t>变形为：</w:t>
      </w:r>
      <w:r>
        <w:pict>
          <v:shape id="_x0000_i711181" type="#_x0000_t75" alt="学科网(www.zxxk.com)--教育资源门户，提供试卷、教案、课件、论文、素材以及各类教学资源下载，还有大量而丰富的教学相关资讯！" style="width:89.25pt;height:20.25pt" o:oleicon="f" o:ole="">
            <v:imagedata r:id="rId1369" o:title="eqId87efa1762eda9829b88a9096c720f6a3"/>
          </v:shape>
        </w:pict>
      </w:r>
      <w:r>
        <w:rPr>
          <w:rFonts w:ascii="宋体" w:eastAsia="宋体" w:hAnsi="宋体" w:cs="宋体"/>
          <w:color w:val="000000"/>
        </w:rPr>
        <w:t>，</w:t>
      </w:r>
    </w:p>
    <w:p>
      <w:pPr>
        <w:spacing w:line="360" w:lineRule="auto"/>
        <w:jc w:val="both"/>
        <w:textAlignment w:val="center"/>
        <w:rPr>
          <w:color w:val="000000"/>
        </w:rPr>
      </w:pPr>
      <w:r>
        <w:pict>
          <v:shape id="_x0000_i711182" type="#_x0000_t75" alt="学科网(www.zxxk.com)--教育资源门户，提供试卷、教案、课件、论文、素材以及各类教学资源下载，还有大量而丰富的教学相关资讯！" style="width:99.75pt;height:20.25pt" o:oleicon="f" o:ole="">
            <v:imagedata r:id="rId1370" o:title="eqId149ef8e5c04c98b609bc7a1ada27f1dd"/>
          </v:shape>
        </w:pict>
      </w:r>
      <w:r>
        <w:rPr>
          <w:rFonts w:ascii="宋体" w:eastAsia="宋体" w:hAnsi="宋体" w:cs="宋体"/>
          <w:color w:val="000000"/>
        </w:rPr>
        <w:t>，</w:t>
      </w:r>
    </w:p>
    <w:p>
      <w:pPr>
        <w:spacing w:line="360" w:lineRule="auto"/>
        <w:jc w:val="both"/>
        <w:textAlignment w:val="center"/>
        <w:rPr>
          <w:color w:val="000000"/>
        </w:rPr>
      </w:pPr>
      <w:r>
        <w:pict>
          <v:shape id="_x0000_i711183" type="#_x0000_t75" alt="学科网(www.zxxk.com)--教育资源门户，提供试卷、教案、课件、论文、素材以及各类教学资源下载，还有大量而丰富的教学相关资讯！" style="width:15.75pt;height:9.75pt" o:oleicon="f" o:ole="">
            <v:imagedata r:id="rId1371" o:title="eqId0fd73eaa3827941790b67134498ebd92"/>
          </v:shape>
        </w:pict>
      </w:r>
      <w:r>
        <w:rPr>
          <w:rFonts w:ascii="宋体" w:eastAsia="宋体" w:hAnsi="宋体" w:cs="宋体"/>
          <w:color w:val="000000"/>
        </w:rPr>
        <w:t>与</w:t>
      </w:r>
      <w:r>
        <w:pict>
          <v:shape id="_x0000_i711184" type="#_x0000_t75" alt="学科网(www.zxxk.com)--教育资源门户，提供试卷、教案、课件、论文、素材以及各类教学资源下载，还有大量而丰富的教学相关资讯！" style="width:9.9pt;height:14.35pt" o:oleicon="f" o:ole="">
            <v:imagedata r:id="rId1372" o:title="eqId2c94bb12cee76221e13f9ef955b0aab1"/>
          </v:shape>
        </w:pict>
      </w:r>
      <w:r>
        <w:rPr>
          <w:rFonts w:ascii="宋体" w:eastAsia="宋体" w:hAnsi="宋体" w:cs="宋体"/>
          <w:color w:val="000000"/>
        </w:rPr>
        <w:t>异号，并且</w:t>
      </w:r>
      <w:r>
        <w:pict>
          <v:shape id="_x0000_i711185" type="#_x0000_t75" alt="学科网(www.zxxk.com)--教育资源门户，提供试卷、教案、课件、论文、素材以及各类教学资源下载，还有大量而丰富的教学相关资讯！" style="width:36pt;height:20.25pt" o:oleicon="f" o:ole="">
            <v:imagedata r:id="rId1373" o:title="eqId9b5d96bc2571ca0e7cc1ef7bfbaab7d4"/>
          </v:shape>
        </w:pict>
      </w:r>
      <w:r>
        <w:rPr>
          <w:rFonts w:ascii="宋体" w:eastAsia="宋体" w:hAnsi="宋体" w:cs="宋体"/>
          <w:color w:val="000000"/>
        </w:rPr>
        <w:t>，即</w:t>
      </w:r>
      <w:r>
        <w:pict>
          <v:shape id="_x0000_i711186" type="#_x0000_t75" alt="学科网(www.zxxk.com)--教育资源门户，提供试卷、教案、课件、论文、素材以及各类教学资源下载，还有大量而丰富的教学相关资讯！" style="width:9.9pt;height:14.35pt" o:oleicon="f" o:ole="">
            <v:imagedata r:id="rId1372" o:title="eqId2c94bb12cee76221e13f9ef955b0aab1"/>
          </v:shape>
        </w:pict>
      </w:r>
      <w:r>
        <w:rPr>
          <w:rFonts w:ascii="宋体" w:eastAsia="宋体" w:hAnsi="宋体" w:cs="宋体"/>
          <w:color w:val="000000"/>
        </w:rPr>
        <w:t>为正数，</w:t>
      </w:r>
      <w:r>
        <w:pict>
          <v:shape id="_x0000_i711187" type="#_x0000_t75" alt="学科网(www.zxxk.com)--教育资源门户，提供试卷、教案、课件、论文、素材以及各类教学资源下载，还有大量而丰富的教学相关资讯！" style="width:9pt;height:9.75pt" o:oleicon="f" o:ole="">
            <v:imagedata r:id="rId1374" o:title="eqId0a6936d370d6a238a608ca56f87198de"/>
          </v:shape>
        </w:pict>
      </w:r>
      <w:r>
        <w:rPr>
          <w:rFonts w:ascii="宋体" w:eastAsia="宋体" w:hAnsi="宋体" w:cs="宋体"/>
          <w:color w:val="000000"/>
        </w:rPr>
        <w:t>为负数，点</w:t>
      </w:r>
      <w:r>
        <w:pict>
          <v:shape id="_x0000_i711188" type="#_x0000_t75" alt="学科网(www.zxxk.com)--教育资源门户，提供试卷、教案、课件、论文、素材以及各类教学资源下载，还有大量而丰富的教学相关资讯！" style="width:9.75pt;height:10.5pt" o:oleicon="f" o:ole="">
            <v:imagedata r:id="rId1375" o:title="eqId7f9e8449aad35c5d840a3395ea86df6d"/>
          </v:shape>
        </w:pict>
      </w:r>
      <w:r>
        <w:rPr>
          <w:rFonts w:ascii="宋体" w:eastAsia="宋体" w:hAnsi="宋体" w:cs="宋体"/>
          <w:color w:val="000000"/>
        </w:rPr>
        <w:t>离原点比点</w:t>
      </w:r>
      <w:r>
        <w:pict>
          <v:shape id="_x0000_i711189" type="#_x0000_t75" alt="学科网(www.zxxk.com)--教育资源门户，提供试卷、教案、课件、论文、素材以及各类教学资源下载，还有大量而丰富的教学相关资讯！" style="width:12pt;height:12pt" o:oleicon="f" o:ole="">
            <v:imagedata r:id="rId1376" o:title="eqId5963abe8f421bd99a2aaa94831a951e9"/>
          </v:shape>
        </w:pict>
      </w:r>
      <w:r>
        <w:rPr>
          <w:rFonts w:ascii="宋体" w:eastAsia="宋体" w:hAnsi="宋体" w:cs="宋体"/>
          <w:color w:val="000000"/>
        </w:rPr>
        <w:t>离原点要远，</w:t>
      </w:r>
    </w:p>
    <w:p>
      <w:pPr>
        <w:spacing w:line="360" w:lineRule="auto"/>
        <w:jc w:val="both"/>
        <w:textAlignment w:val="center"/>
        <w:rPr>
          <w:color w:val="000000"/>
        </w:rPr>
      </w:pPr>
      <w:r>
        <w:pict>
          <v:shape id="_x0000_i711190" type="#_x0000_t75" alt="学科网(www.zxxk.com)--教育资源门户，提供试卷、教案、课件、论文、素材以及各类教学资源下载，还有大量而丰富的教学相关资讯！" style="width:9.75pt;height:9pt" o:oleicon="f" o:ole="">
            <v:imagedata r:id="rId1377" o:title="eqId2de0d10ef8b748d4531250c37c5d3f9e"/>
          </v:shape>
        </w:pict>
      </w:r>
      <w:r>
        <w:rPr>
          <w:rFonts w:ascii="宋体" w:eastAsia="宋体" w:hAnsi="宋体" w:cs="宋体"/>
          <w:color w:val="000000"/>
        </w:rPr>
        <w:t>原点在点</w:t>
      </w:r>
      <w:r>
        <w:pict>
          <v:shape id="_x0000_i711191" type="#_x0000_t75" alt="学科网(www.zxxk.com)--教育资源门户，提供试卷、教案、课件、论文、素材以及各类教学资源下载，还有大量而丰富的教学相关资讯！" style="width:12pt;height:12pt" o:oleicon="f" o:ole="">
            <v:imagedata r:id="rId1378" o:title="eqId5963abe8f421bd99a2aaa94831a951e9"/>
          </v:shape>
        </w:pict>
      </w:r>
      <w:r>
        <w:rPr>
          <w:rFonts w:ascii="宋体" w:eastAsia="宋体" w:hAnsi="宋体" w:cs="宋体"/>
          <w:color w:val="000000"/>
        </w:rPr>
        <w:t>与点</w:t>
      </w:r>
      <w:r>
        <w:pict>
          <v:shape id="_x0000_i711192" type="#_x0000_t75" alt="学科网(www.zxxk.com)--教育资源门户，提供试卷、教案、课件、论文、素材以及各类教学资源下载，还有大量而丰富的教学相关资讯！" style="width:11.9pt;height:14.4pt" o:oleicon="f" o:ole="">
            <v:imagedata r:id="rId1379" o:title="eqIdc5db41a1f31d6baee7c69990811edb9f"/>
          </v:shape>
        </w:pict>
      </w:r>
      <w:r>
        <w:rPr>
          <w:rFonts w:ascii="宋体" w:eastAsia="宋体" w:hAnsi="宋体" w:cs="宋体"/>
          <w:color w:val="000000"/>
        </w:rPr>
        <w:t>之间．</w:t>
      </w:r>
    </w:p>
    <w:p>
      <w:pPr>
        <w:spacing w:line="360" w:lineRule="auto"/>
        <w:jc w:val="both"/>
        <w:textAlignment w:val="center"/>
        <w:rPr>
          <w:color w:val="000000"/>
        </w:rPr>
      </w:pPr>
      <w:r>
        <w:rPr>
          <w:color w:val="000000"/>
        </w:rPr>
        <w:drawing>
          <wp:inline>
            <wp:extent cx="2686050" cy="342900"/>
            <wp:docPr id="32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 name=""/>
                    <pic:cNvPicPr>
                      <a:picLocks noChangeAspect="1"/>
                    </pic:cNvPicPr>
                  </pic:nvPicPr>
                  <pic:blipFill>
                    <a:blip r:embed="rId1380"/>
                    <a:stretch>
                      <a:fillRect/>
                    </a:stretch>
                  </pic:blipFill>
                  <pic:spPr>
                    <a:xfrm>
                      <a:off x="0" y="0"/>
                      <a:ext cx="2686050" cy="342900"/>
                    </a:xfrm>
                    <a:prstGeom prst="rect">
                      <a:avLst/>
                    </a:prstGeom>
                  </pic:spPr>
                </pic:pic>
              </a:graphicData>
            </a:graphic>
          </wp:inline>
        </w:drawing>
      </w:r>
    </w:p>
    <w:p>
      <w:pPr>
        <w:spacing w:line="360" w:lineRule="auto"/>
        <w:jc w:val="both"/>
        <w:textAlignment w:val="center"/>
        <w:rPr>
          <w:color w:val="000000"/>
        </w:rPr>
      </w:pPr>
      <w:r>
        <w:rPr>
          <w:color w:val="000000"/>
        </w:rPr>
        <w:t>【点睛】</w:t>
      </w:r>
      <w:r>
        <w:rPr>
          <w:rFonts w:ascii="宋体" w:eastAsia="宋体" w:hAnsi="宋体" w:cs="宋体"/>
          <w:color w:val="000000"/>
        </w:rPr>
        <w:t>本题考查数轴表示数的意义和方法，掌握数轴上两点之间距离和中点表示的数的计算方法是正确解答的关键．</w:t>
      </w:r>
    </w:p>
    <w:p>
      <w:pPr>
        <w:pStyle w:val="Heading2"/>
      </w:pPr>
      <w:r>
        <w:t>昌平区</w:t>
      </w:r>
    </w:p>
    <w:p>
      <w:pPr>
        <w:spacing w:line="360" w:lineRule="auto"/>
        <w:jc w:val="left"/>
        <w:textAlignment w:val="center"/>
        <w:rPr>
          <w:color w:val="000000"/>
        </w:rPr>
      </w:pPr>
      <w:r>
        <w:rPr>
          <w:color w:val="000000"/>
        </w:rPr>
        <w:t xml:space="preserve">27. </w:t>
      </w:r>
      <w:r>
        <w:rPr>
          <w:rFonts w:ascii="宋体" w:eastAsia="宋体" w:hAnsi="宋体" w:cs="宋体"/>
          <w:color w:val="000000"/>
        </w:rPr>
        <w:t>观察下列各式：</w:t>
      </w:r>
      <w:r>
        <w:pict>
          <v:shape id="_x0000_i711193" type="#_x0000_t75" alt="学科网(www.zxxk.com)--教育资源门户，提供试卷、教案、课件、论文、素材以及各类教学资源下载，还有大量而丰富的教学相关资讯！" style="width:69pt;height:15.75pt" o:oleicon="f" o:ole="">
            <v:imagedata r:id="rId1381" o:title="eqId71542e0f6a35f1c9e54d1a2f17389cb8"/>
          </v:shape>
        </w:pict>
      </w:r>
      <w:r>
        <w:rPr>
          <w:rFonts w:ascii="Times New Roman" w:eastAsia="Times New Roman" w:hAnsi="Times New Roman" w:cs="Times New Roman"/>
          <w:color w:val="000000"/>
        </w:rPr>
        <w:t>……①</w:t>
      </w:r>
      <w:r>
        <w:rPr>
          <w:rFonts w:ascii="宋体" w:eastAsia="宋体" w:hAnsi="宋体" w:cs="宋体"/>
          <w:color w:val="000000"/>
        </w:rPr>
        <w:t>；</w:t>
      </w:r>
    </w:p>
    <w:p>
      <w:pPr>
        <w:spacing w:line="360" w:lineRule="auto"/>
        <w:jc w:val="left"/>
        <w:textAlignment w:val="center"/>
        <w:rPr>
          <w:color w:val="000000"/>
        </w:rPr>
      </w:pPr>
      <w:r>
        <w:pict>
          <v:shape id="_x0000_i711194" type="#_x0000_t75" alt="学科网(www.zxxk.com)--教育资源门户，提供试卷、教案、课件、论文、素材以及各类教学资源下载，还有大量而丰富的教学相关资讯！" style="width:71.25pt;height:15.75pt" o:oleicon="f" o:ole="">
            <v:imagedata r:id="rId1382" o:title="eqId8f2782deb0c8c192f9f7497c4a3a9821"/>
          </v:shape>
        </w:pict>
      </w:r>
      <w:r>
        <w:rPr>
          <w:rFonts w:ascii="Times New Roman" w:eastAsia="Times New Roman" w:hAnsi="Times New Roman" w:cs="Times New Roman"/>
          <w:color w:val="000000"/>
        </w:rPr>
        <w:t>……②</w:t>
      </w:r>
      <w:r>
        <w:rPr>
          <w:rFonts w:ascii="宋体" w:eastAsia="宋体" w:hAnsi="宋体" w:cs="宋体"/>
          <w:color w:val="000000"/>
        </w:rPr>
        <w:t>；</w:t>
      </w:r>
    </w:p>
    <w:p>
      <w:pPr>
        <w:spacing w:line="360" w:lineRule="auto"/>
        <w:jc w:val="left"/>
        <w:textAlignment w:val="center"/>
        <w:rPr>
          <w:color w:val="000000"/>
        </w:rPr>
      </w:pPr>
      <w:r>
        <w:pict>
          <v:shape id="_x0000_i711195" type="#_x0000_t75" alt="学科网(www.zxxk.com)--教育资源门户，提供试卷、教案、课件、论文、素材以及各类教学资源下载，还有大量而丰富的教学相关资讯！" style="width:71.15pt;height:15.8pt" o:oleicon="f" o:ole="">
            <v:imagedata r:id="rId1383" o:title="eqId4dfea86e97aa580c455a80457609a567"/>
          </v:shape>
        </w:pict>
      </w:r>
      <w:r>
        <w:rPr>
          <w:rFonts w:ascii="Times New Roman" w:eastAsia="Times New Roman" w:hAnsi="Times New Roman" w:cs="Times New Roman"/>
          <w:color w:val="000000"/>
        </w:rPr>
        <w:t>……③</w: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探索以上式子的规律：</w:t>
      </w:r>
    </w:p>
    <w:p>
      <w:pPr>
        <w:spacing w:line="360" w:lineRule="auto"/>
        <w:jc w:val="left"/>
        <w:textAlignment w:val="center"/>
        <w:rPr>
          <w:color w:val="000000"/>
        </w:rPr>
      </w:pPr>
      <w:r>
        <w:rPr>
          <w:color w:val="000000"/>
        </w:rPr>
        <w:t>（1）</w:t>
      </w:r>
      <w:r>
        <w:rPr>
          <w:rFonts w:ascii="宋体" w:eastAsia="宋体" w:hAnsi="宋体" w:cs="宋体"/>
          <w:color w:val="000000"/>
        </w:rPr>
        <w:t>写出第</w:t>
      </w:r>
      <w:r>
        <w:rPr>
          <w:rFonts w:ascii="Times New Roman" w:eastAsia="Times New Roman" w:hAnsi="Times New Roman" w:cs="Times New Roman"/>
          <w:color w:val="000000"/>
        </w:rPr>
        <w:t>5</w:t>
      </w:r>
      <w:r>
        <w:rPr>
          <w:rFonts w:ascii="宋体" w:eastAsia="宋体" w:hAnsi="宋体" w:cs="宋体"/>
          <w:color w:val="000000"/>
        </w:rPr>
        <w:t>个等式：</w:t>
      </w:r>
      <w:r>
        <w:rPr>
          <w:rFonts w:ascii="Times New Roman" w:eastAsia="Times New Roman" w:hAnsi="Times New Roman" w:cs="Times New Roman"/>
          <w:color w:val="000000"/>
        </w:rPr>
        <w:t>_____________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试写出第</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为正整数</w:t>
      </w:r>
      <w:r>
        <w:rPr>
          <w:rFonts w:ascii="Times New Roman" w:eastAsia="Times New Roman" w:hAnsi="Times New Roman" w:cs="Times New Roman"/>
          <w:color w:val="000000"/>
        </w:rPr>
        <w:t>)</w:t>
      </w:r>
      <w:r>
        <w:rPr>
          <w:rFonts w:ascii="宋体" w:eastAsia="宋体" w:hAnsi="宋体" w:cs="宋体"/>
          <w:color w:val="000000"/>
        </w:rPr>
        <w:t>个等式：</w:t>
      </w:r>
      <w:r>
        <w:rPr>
          <w:rFonts w:ascii="Times New Roman" w:eastAsia="Times New Roman" w:hAnsi="Times New Roman" w:cs="Times New Roman"/>
          <w:color w:val="000000"/>
        </w:rPr>
        <w:t>_____________</w:t>
      </w:r>
      <w:r>
        <w:rPr>
          <w:rFonts w:ascii="宋体" w:eastAsia="宋体" w:hAnsi="宋体" w:cs="宋体"/>
          <w:color w:val="000000"/>
        </w:rPr>
        <w:t>，并说明第</w:t>
      </w:r>
      <w:r>
        <w:rPr>
          <w:rFonts w:ascii="Times New Roman" w:eastAsia="Times New Roman" w:hAnsi="Times New Roman" w:cs="Times New Roman"/>
          <w:i/>
          <w:color w:val="000000"/>
        </w:rPr>
        <w:t>n</w:t>
      </w:r>
      <w:r>
        <w:rPr>
          <w:rFonts w:ascii="宋体" w:eastAsia="宋体" w:hAnsi="宋体" w:cs="宋体"/>
          <w:color w:val="000000"/>
        </w:rPr>
        <w:t>个等式成立；</w:t>
      </w:r>
    </w:p>
    <w:p>
      <w:pPr>
        <w:spacing w:line="360" w:lineRule="auto"/>
        <w:jc w:val="left"/>
        <w:textAlignment w:val="center"/>
        <w:rPr>
          <w:color w:val="000000"/>
        </w:rPr>
      </w:pPr>
      <w:r>
        <w:rPr>
          <w:color w:val="000000"/>
        </w:rPr>
        <w:t>（3）</w:t>
      </w:r>
      <w:r>
        <w:pict>
          <v:shape id="_x0000_i711196" type="#_x0000_t75" alt="学科网(www.zxxk.com)--教育资源门户，提供试卷、教案、课件、论文、素材以及各类教学资源下载，还有大量而丰富的教学相关资讯！" style="width:106.2pt;height:16.2pt" o:oleicon="f" o:ole="">
            <v:imagedata r:id="rId1384" o:title="eqIdcd754cc579cba1f944a668eb97e22a47"/>
          </v:shape>
        </w:pict>
      </w:r>
      <w:r>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color w:val="000000"/>
        </w:rPr>
        <w:t>=_____________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pict>
          <v:shape id="_x0000_i711197" type="#_x0000_t75" alt="学科网(www.zxxk.com)--教育资源门户，提供试卷、教案、课件、论文、素材以及各类教学资源下载，还有大量而丰富的教学相关资讯！" style="width:71.25pt;height:15.75pt" o:oleicon="f" o:ole="">
            <v:imagedata r:id="rId1385" o:title="eqIde80b9965245f1bdfb2138606176ea156"/>
          </v:shape>
        </w:pi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pict>
          <v:shape id="_x0000_i711198" type="#_x0000_t75" alt="学科网(www.zxxk.com)--教育资源门户，提供试卷、教案、课件、论文、素材以及各类教学资源下载，还有大量而丰富的教学相关资讯！" style="width:78.75pt;height:15.75pt" o:oleicon="f" o:ole="">
            <v:imagedata r:id="rId1386" o:title="eqId1113f41053d7ec41f1d68f33c35099f8"/>
          </v:shape>
        </w:pict>
      </w:r>
      <w:r>
        <w:rPr>
          <w:rFonts w:ascii="宋体" w:eastAsia="宋体" w:hAnsi="宋体" w:cs="宋体"/>
          <w:color w:val="000000"/>
        </w:rPr>
        <w:t>；理由见详解；</w:t>
      </w:r>
      <w:r>
        <w:rPr>
          <w:color w:val="000000"/>
        </w:rPr>
        <w:t xml:space="preserve">    </w:t>
      </w:r>
    </w:p>
    <w:p>
      <w:pPr>
        <w:spacing w:line="360" w:lineRule="auto"/>
        <w:textAlignment w:val="center"/>
        <w:rPr>
          <w:color w:val="000000"/>
        </w:rPr>
      </w:pPr>
      <w:r>
        <w:rPr>
          <w:color w:val="000000"/>
        </w:rPr>
        <w:t>（3）</w:t>
      </w:r>
      <w:r>
        <w:pict>
          <v:shape id="_x0000_i711199" type="#_x0000_t75" alt="学科网(www.zxxk.com)--教育资源门户，提供试卷、教案、课件、论文、素材以及各类教学资源下载，还有大量而丰富的教学相关资讯！" style="width:42pt;height:33pt" o:oleicon="f" o:ole="">
            <v:imagedata r:id="rId1387" o:title="eqId12fea061c32ac7feb9498d489654da57"/>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）根据题目中式子的特点，直接写出第</w:t>
      </w:r>
      <w:r>
        <w:rPr>
          <w:rFonts w:ascii="Times New Roman" w:eastAsia="Times New Roman" w:hAnsi="Times New Roman" w:cs="Times New Roman"/>
          <w:color w:val="000000"/>
        </w:rPr>
        <w:t>5</w:t>
      </w:r>
      <w:r>
        <w:rPr>
          <w:rFonts w:ascii="宋体" w:eastAsia="宋体" w:hAnsi="宋体" w:cs="宋体"/>
          <w:color w:val="000000"/>
        </w:rPr>
        <w:t>个等式即可；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）根据题目中式子的特点，写出第</w:t>
      </w:r>
      <w:r>
        <w:rPr>
          <w:rFonts w:ascii="Times New Roman" w:eastAsia="Times New Roman" w:hAnsi="Times New Roman" w:cs="Times New Roman"/>
          <w:i/>
          <w:color w:val="000000"/>
        </w:rPr>
        <w:t>n</w:t>
      </w:r>
      <w:r>
        <w:rPr>
          <w:rFonts w:ascii="宋体" w:eastAsia="宋体" w:hAnsi="宋体" w:cs="宋体"/>
          <w:color w:val="000000"/>
        </w:rPr>
        <w:t>个等式，然后将等式左边做适当的变形可得右边；</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）根据前面得到的</w:t>
      </w:r>
      <w:r>
        <w:rPr>
          <w:rFonts w:ascii="Times New Roman" w:eastAsia="Times New Roman" w:hAnsi="Times New Roman" w:cs="Times New Roman"/>
          <w:i/>
          <w:color w:val="000000"/>
        </w:rPr>
        <w:t>n</w:t>
      </w:r>
      <w:r>
        <w:rPr>
          <w:rFonts w:ascii="宋体" w:eastAsia="宋体" w:hAnsi="宋体" w:cs="宋体"/>
          <w:color w:val="000000"/>
        </w:rPr>
        <w:t>个式子分别相加，变形后即可得答案．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解：第</w:t>
      </w:r>
      <w:r>
        <w:rPr>
          <w:rFonts w:ascii="Times New Roman" w:eastAsia="Times New Roman" w:hAnsi="Times New Roman" w:cs="Times New Roman"/>
          <w:color w:val="000000"/>
        </w:rPr>
        <w:t>5</w:t>
      </w:r>
      <w:r>
        <w:rPr>
          <w:rFonts w:ascii="宋体" w:eastAsia="宋体" w:hAnsi="宋体" w:cs="宋体"/>
          <w:color w:val="000000"/>
        </w:rPr>
        <w:t>个等式</w:t>
      </w:r>
      <w:r>
        <w:rPr>
          <w:rFonts w:ascii="宋体" w:eastAsia="宋体" w:hAnsi="宋体" w:cs="宋体"/>
          <w:color w:val="000000"/>
          <w:position w:val="0"/>
        </w:rPr>
        <w:drawing>
          <wp:inline>
            <wp:extent cx="158750" cy="190500"/>
            <wp:docPr id="32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 name=""/>
                    <pic:cNvPicPr>
                      <a:picLocks noChangeAspect="1"/>
                    </pic:cNvPicPr>
                  </pic:nvPicPr>
                  <pic:blipFill>
                    <a:blip r:embed="rId1388"/>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pict>
          <v:shape id="_x0000_i711200" type="#_x0000_t75" alt="学科网(www.zxxk.com)--教育资源门户，提供试卷、教案、课件、论文、素材以及各类教学资源下载，还有大量而丰富的教学相关资讯！" style="width:71.25pt;height:15.75pt" o:oleicon="f" o:ole="">
            <v:imagedata r:id="rId1389" o:title="eqIde80b9965245f1bdfb2138606176ea156"/>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pict>
          <v:shape id="_x0000_i711201" type="#_x0000_t75" alt="学科网(www.zxxk.com)--教育资源门户，提供试卷、教案、课件、论文、素材以及各类教学资源下载，还有大量而丰富的教学相关资讯！" style="width:71.25pt;height:15.75pt" o:oleicon="f" o:ole="">
            <v:imagedata r:id="rId1390" o:title="eqIde80b9965245f1bdfb2138606176ea156"/>
          </v:shape>
        </w:pi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解：第</w:t>
      </w:r>
      <w:r>
        <w:rPr>
          <w:rFonts w:ascii="Times New Roman" w:eastAsia="Times New Roman" w:hAnsi="Times New Roman" w:cs="Times New Roman"/>
          <w:i/>
          <w:color w:val="000000"/>
        </w:rPr>
        <w:t>n</w:t>
      </w:r>
      <w:r>
        <w:rPr>
          <w:rFonts w:ascii="宋体" w:eastAsia="宋体" w:hAnsi="宋体" w:cs="宋体"/>
          <w:color w:val="000000"/>
        </w:rPr>
        <w:t>个等式为：</w:t>
      </w:r>
      <w:r>
        <w:pict>
          <v:shape id="_x0000_i711202" type="#_x0000_t75" alt="学科网(www.zxxk.com)--教育资源门户，提供试卷、教案、课件、论文、素材以及各类教学资源下载，还有大量而丰富的教学相关资讯！" style="width:78.75pt;height:15.75pt" o:oleicon="f" o:ole="">
            <v:imagedata r:id="rId1391" o:title="eqId1113f41053d7ec41f1d68f33c35099f8"/>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理由：左边</w:t>
      </w:r>
      <w:r>
        <w:rPr>
          <w:rFonts w:ascii="Times New Roman" w:eastAsia="Times New Roman" w:hAnsi="Times New Roman" w:cs="Times New Roman"/>
          <w:color w:val="000000"/>
        </w:rPr>
        <w:t>=</w:t>
      </w:r>
      <w:r>
        <w:pict>
          <v:shape id="_x0000_i711203" type="#_x0000_t75" alt="学科网(www.zxxk.com)--教育资源门户，提供试卷、教案、课件、论文、素材以及各类教学资源下载，还有大量而丰富的教学相关资讯！" style="width:129pt;height:18pt" o:oleicon="f" o:ole="">
            <v:imagedata r:id="rId1392" o:title="eqId9cceba7f8384292e20489b857d08e99f"/>
          </v:shape>
        </w:pict>
      </w:r>
      <w:r>
        <w:rPr>
          <w:rFonts w:ascii="Times New Roman" w:eastAsia="Times New Roman" w:hAnsi="Times New Roman" w:cs="Times New Roman"/>
          <w:color w:val="000000"/>
        </w:rPr>
        <w:t>=</w:t>
      </w:r>
      <w:r>
        <w:rPr>
          <w:rFonts w:ascii="宋体" w:eastAsia="宋体" w:hAnsi="宋体" w:cs="宋体"/>
          <w:color w:val="000000"/>
        </w:rPr>
        <w:t>右边，故第</w:t>
      </w:r>
      <w:r>
        <w:rPr>
          <w:rFonts w:ascii="Times New Roman" w:eastAsia="Times New Roman" w:hAnsi="Times New Roman" w:cs="Times New Roman"/>
          <w:i/>
          <w:color w:val="000000"/>
        </w:rPr>
        <w:t>n</w:t>
      </w:r>
      <w:r>
        <w:rPr>
          <w:rFonts w:ascii="宋体" w:eastAsia="宋体" w:hAnsi="宋体" w:cs="宋体"/>
          <w:color w:val="000000"/>
        </w:rPr>
        <w:t>个等式成立；</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解：</w:t>
      </w:r>
      <w:r>
        <w:pict>
          <v:shape id="_x0000_i711204" type="#_x0000_t75" alt="学科网(www.zxxk.com)--教育资源门户，提供试卷、教案、课件、论文、素材以及各类教学资源下载，还有大量而丰富的教学相关资讯！" style="width:9.75pt;height:8.25pt" o:oleicon="f" o:ole="">
            <v:imagedata r:id="rId1393" o:title="eqId16f3d198e76391779fa3badc848c8ac8"/>
          </v:shape>
        </w:pict>
      </w:r>
      <w:r>
        <w:pict>
          <v:shape id="_x0000_i711205" type="#_x0000_t75" alt="学科网(www.zxxk.com)--教育资源门户，提供试卷、教案、课件、论文、素材以及各类教学资源下载，还有大量而丰富的教学相关资讯！" style="width:69pt;height:15.75pt" o:oleicon="f" o:ole="">
            <v:imagedata r:id="rId1394" o:title="eqId71542e0f6a35f1c9e54d1a2f17389cb8"/>
          </v:shape>
        </w:pict>
      </w:r>
      <w:r>
        <w:rPr>
          <w:rFonts w:ascii="宋体" w:eastAsia="宋体" w:hAnsi="宋体" w:cs="宋体"/>
          <w:color w:val="000000"/>
        </w:rPr>
        <w:t>；</w:t>
      </w:r>
    </w:p>
    <w:p>
      <w:pPr>
        <w:spacing w:line="360" w:lineRule="auto"/>
        <w:jc w:val="both"/>
        <w:textAlignment w:val="center"/>
        <w:rPr>
          <w:color w:val="000000"/>
        </w:rPr>
      </w:pPr>
      <w:r>
        <w:pict>
          <v:shape id="_x0000_i711206" type="#_x0000_t75" alt="学科网(www.zxxk.com)--教育资源门户，提供试卷、教案、课件、论文、素材以及各类教学资源下载，还有大量而丰富的教学相关资讯！" style="width:71.25pt;height:15.75pt" o:oleicon="f" o:ole="">
            <v:imagedata r:id="rId1395" o:title="eqId8f2782deb0c8c192f9f7497c4a3a9821"/>
          </v:shape>
        </w:pict>
      </w:r>
      <w:r>
        <w:rPr>
          <w:rFonts w:ascii="宋体" w:eastAsia="宋体" w:hAnsi="宋体" w:cs="宋体"/>
          <w:color w:val="000000"/>
        </w:rPr>
        <w:t>；</w:t>
      </w:r>
    </w:p>
    <w:p>
      <w:pPr>
        <w:spacing w:line="360" w:lineRule="auto"/>
        <w:jc w:val="both"/>
        <w:textAlignment w:val="center"/>
        <w:rPr>
          <w:color w:val="000000"/>
        </w:rPr>
      </w:pPr>
      <w:r>
        <w:pict>
          <v:shape id="_x0000_i711207" type="#_x0000_t75" alt="学科网(www.zxxk.com)--教育资源门户，提供试卷、教案、课件、论文、素材以及各类教学资源下载，还有大量而丰富的教学相关资讯！" style="width:71.15pt;height:15.8pt" o:oleicon="f" o:ole="">
            <v:imagedata r:id="rId1396" o:title="eqId4dfea86e97aa580c455a80457609a567"/>
          </v:shape>
        </w:pi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pict>
          <v:shape id="_x0000_i711208" type="#_x0000_t75" alt="学科网(www.zxxk.com)--教育资源门户，提供试卷、教案、课件、论文、素材以及各类教学资源下载，还有大量而丰富的教学相关资讯！" style="width:103.2pt;height:16.2pt" o:oleicon="f" o:ole="">
            <v:imagedata r:id="rId1397" o:title="eqIdd90a89d21e159fc8c4fb2784244dc08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将上面</w:t>
      </w:r>
      <w:r>
        <w:rPr>
          <w:rFonts w:ascii="Times New Roman" w:eastAsia="Times New Roman" w:hAnsi="Times New Roman" w:cs="Times New Roman"/>
          <w:color w:val="000000"/>
        </w:rPr>
        <w:t>2022</w:t>
      </w:r>
      <w:r>
        <w:rPr>
          <w:rFonts w:ascii="宋体" w:eastAsia="宋体" w:hAnsi="宋体" w:cs="宋体"/>
          <w:color w:val="000000"/>
        </w:rPr>
        <w:t>个等式分别相加，得</w:t>
      </w:r>
    </w:p>
    <w:p>
      <w:pPr>
        <w:spacing w:line="360" w:lineRule="auto"/>
        <w:jc w:val="both"/>
        <w:textAlignment w:val="center"/>
        <w:rPr>
          <w:color w:val="000000"/>
        </w:rPr>
      </w:pPr>
      <w:r>
        <w:pict>
          <v:shape id="_x0000_i711209" type="#_x0000_t75" alt="学科网(www.zxxk.com)--教育资源门户，提供试卷、教案、课件、论文、素材以及各类教学资源下载，还有大量而丰富的教学相关资讯！" style="width:292.2pt;height:18pt" o:oleicon="f" o:ole="">
            <v:imagedata r:id="rId1398" o:title="eqId80f444161d249d1247169035f59cf799"/>
          </v:shape>
        </w:pict>
      </w:r>
    </w:p>
    <w:p>
      <w:pPr>
        <w:spacing w:line="360" w:lineRule="auto"/>
        <w:jc w:val="both"/>
        <w:textAlignment w:val="center"/>
        <w:rPr>
          <w:color w:val="000000"/>
        </w:rPr>
      </w:pPr>
      <w:r>
        <w:pict>
          <v:shape id="_x0000_i711210" type="#_x0000_t75" alt="学科网(www.zxxk.com)--教育资源门户，提供试卷、教案、课件、论文、素材以及各类教学资源下载，还有大量而丰富的教学相关资讯！" style="width:162pt;height:18pt" o:oleicon="f" o:ole="">
            <v:imagedata r:id="rId1399" o:title="eqIdae856f0f1b2f3160802c6009fb3907be"/>
          </v:shape>
        </w:pict>
      </w:r>
      <w:r>
        <w:rPr>
          <w:rFonts w:ascii="宋体" w:eastAsia="宋体" w:hAnsi="宋体" w:cs="宋体"/>
          <w:color w:val="000000"/>
        </w:rPr>
        <w:t>，</w:t>
      </w:r>
    </w:p>
    <w:p>
      <w:pPr>
        <w:spacing w:line="360" w:lineRule="auto"/>
        <w:jc w:val="both"/>
        <w:textAlignment w:val="center"/>
        <w:rPr>
          <w:color w:val="000000"/>
        </w:rPr>
      </w:pPr>
      <w:r>
        <w:pict>
          <v:shape id="_x0000_i711211" type="#_x0000_t75" alt="学科网(www.zxxk.com)--教育资源门户，提供试卷、教案、课件、论文、素材以及各类教学资源下载，还有大量而丰富的教学相关资讯！" style="width:146.25pt;height:33pt" o:oleicon="f" o:ole="">
            <v:imagedata r:id="rId1400" o:title="eqId45527a9c498e92d010c0e5f48cffe75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或者：</w:t>
      </w:r>
    </w:p>
    <w:p>
      <w:pPr>
        <w:spacing w:line="360" w:lineRule="auto"/>
        <w:jc w:val="both"/>
        <w:textAlignment w:val="center"/>
        <w:rPr>
          <w:color w:val="000000"/>
        </w:rPr>
      </w:pPr>
      <w:r>
        <w:rPr>
          <w:rFonts w:ascii="宋体" w:eastAsia="宋体" w:hAnsi="宋体" w:cs="宋体"/>
          <w:color w:val="000000"/>
        </w:rPr>
        <w:t>设</w:t>
      </w:r>
      <w:r>
        <w:pict>
          <v:shape id="_x0000_i711212" type="#_x0000_t75" alt="学科网(www.zxxk.com)--教育资源门户，提供试卷、教案、课件、论文、素材以及各类教学资源下载，还有大量而丰富的教学相关资讯！" style="width:124.8pt;height:16.2pt" o:oleicon="f" o:ole="">
            <v:imagedata r:id="rId1401" o:title="eqId05ae5fc64d87a08f752c4a83f1a20f9e"/>
          </v:shape>
        </w:pict>
      </w:r>
      <w:r>
        <w:rPr>
          <w:rFonts w:ascii="宋体" w:eastAsia="宋体" w:hAnsi="宋体" w:cs="宋体"/>
          <w:color w:val="000000"/>
        </w:rPr>
        <w:t>①，</w:t>
      </w:r>
    </w:p>
    <w:p>
      <w:pPr>
        <w:spacing w:line="360" w:lineRule="auto"/>
        <w:jc w:val="both"/>
        <w:textAlignment w:val="center"/>
        <w:rPr>
          <w:color w:val="000000"/>
        </w:rPr>
      </w:pPr>
      <w:r>
        <w:rPr>
          <w:rFonts w:ascii="宋体" w:eastAsia="宋体" w:hAnsi="宋体" w:cs="宋体"/>
          <w:color w:val="000000"/>
        </w:rPr>
        <w:t>则</w:t>
      </w:r>
      <w:r>
        <w:pict>
          <v:shape id="_x0000_i711213" type="#_x0000_t75" alt="学科网(www.zxxk.com)--教育资源门户，提供试卷、教案、课件、论文、素材以及各类教学资源下载，还有大量而丰富的教学相关资讯！" style="width:163.2pt;height:16.2pt" o:oleicon="f" o:ole="">
            <v:imagedata r:id="rId1402" o:title="eqIdb44eaf88af273b8ab51191dd5cc2e8aa"/>
          </v:shape>
        </w:pict>
      </w:r>
      <w:r>
        <w:rPr>
          <w:rFonts w:ascii="宋体" w:eastAsia="宋体" w:hAnsi="宋体" w:cs="宋体"/>
          <w:color w:val="000000"/>
        </w:rPr>
        <w:t>②，</w:t>
      </w:r>
    </w:p>
    <w:p>
      <w:pPr>
        <w:spacing w:line="360" w:lineRule="auto"/>
        <w:jc w:val="both"/>
        <w:textAlignment w:val="center"/>
        <w:rPr>
          <w:color w:val="000000"/>
        </w:rPr>
      </w:pPr>
      <w:r>
        <w:rPr>
          <w:rFonts w:ascii="宋体" w:eastAsia="宋体" w:hAnsi="宋体" w:cs="宋体"/>
          <w:color w:val="000000"/>
        </w:rPr>
        <w:t>由②</w:t>
      </w:r>
      <w:r>
        <w:pict>
          <v:shape id="_x0000_i711214" type="#_x0000_t75" alt="学科网(www.zxxk.com)--教育资源门户，提供试卷、教案、课件、论文、素材以及各类教学资源下载，还有大量而丰富的教学相关资讯！" style="width:10pt;height:8pt" o:oleicon="f" o:ole="">
            <v:imagedata r:id="rId1403" o:title="eqId4bfc339cf6dd66599db64fa3fa44e608"/>
          </v:shape>
        </w:pict>
      </w:r>
      <w:r>
        <w:rPr>
          <w:rFonts w:ascii="宋体" w:eastAsia="宋体" w:hAnsi="宋体" w:cs="宋体"/>
          <w:color w:val="000000"/>
        </w:rPr>
        <w:t>①得，</w:t>
      </w:r>
      <w:r>
        <w:pict>
          <v:shape id="_x0000_i711215" type="#_x0000_t75" alt="学科网(www.zxxk.com)--教育资源门户，提供试卷、教案、课件、论文、素材以及各类教学资源下载，还有大量而丰富的教学相关资讯！" style="width:67.8pt;height:16.2pt" o:oleicon="f" o:ole="">
            <v:imagedata r:id="rId1404" o:title="eqId153e1297ecfc18080cce4798b0472086"/>
          </v:shape>
        </w:pict>
      </w:r>
      <w:r>
        <w:rPr>
          <w:rFonts w:ascii="宋体" w:eastAsia="宋体" w:hAnsi="宋体" w:cs="宋体"/>
          <w:color w:val="000000"/>
        </w:rPr>
        <w:t>，</w:t>
      </w:r>
    </w:p>
    <w:p>
      <w:pPr>
        <w:spacing w:line="360" w:lineRule="auto"/>
        <w:jc w:val="both"/>
        <w:textAlignment w:val="center"/>
        <w:rPr>
          <w:color w:val="000000"/>
        </w:rPr>
      </w:pPr>
      <w:r>
        <w:pict>
          <v:shape id="_x0000_i711216" type="#_x0000_t75" alt="学科网(www.zxxk.com)--教育资源门户，提供试卷、教案、课件、论文、素材以及各类教学资源下载，还有大量而丰富的教学相关资讯！" style="width:70.8pt;height:33pt" o:oleicon="f" o:ole="">
            <v:imagedata r:id="rId1405" o:title="eqIdb56373bfecb091621eda703ab65667f2"/>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pict>
          <v:shape id="_x0000_i711217" type="#_x0000_t75" alt="学科网(www.zxxk.com)--教育资源门户，提供试卷、教案、课件、论文、素材以及各类教学资源下载，还有大量而丰富的教学相关资讯！" style="width:42pt;height:33pt" o:oleicon="f" o:ole="">
            <v:imagedata r:id="rId1406" o:title="eqIda53e1c4ff075f2f0eccebea07cf92ee7"/>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此题考查数字的变化规律类题型，正确理解题意、发现数字的变化规律是解决此题的关键．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【概念学习】</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为数轴上的三点，如果点</w:t>
      </w:r>
      <w:r>
        <w:rPr>
          <w:rFonts w:ascii="Times New Roman" w:eastAsia="Times New Roman" w:hAnsi="Times New Roman" w:cs="Times New Roman"/>
          <w:i/>
          <w:color w:val="000000"/>
        </w:rPr>
        <w:t>C</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的距离是点</w:t>
      </w:r>
      <w:r>
        <w:rPr>
          <w:rFonts w:ascii="Times New Roman" w:eastAsia="Times New Roman" w:hAnsi="Times New Roman" w:cs="Times New Roman"/>
          <w:i/>
          <w:color w:val="000000"/>
        </w:rPr>
        <w:t>C</w:t>
      </w:r>
      <w:r>
        <w:rPr>
          <w:rFonts w:ascii="宋体" w:eastAsia="宋体" w:hAnsi="宋体" w:cs="宋体"/>
          <w:color w:val="000000"/>
        </w:rPr>
        <w:t>到</w:t>
      </w:r>
      <w:r>
        <w:rPr>
          <w:rFonts w:ascii="Times New Roman" w:eastAsia="Times New Roman" w:hAnsi="Times New Roman" w:cs="Times New Roman"/>
          <w:i/>
          <w:color w:val="000000"/>
        </w:rPr>
        <w:t>B</w:t>
      </w:r>
      <w:r>
        <w:rPr>
          <w:rFonts w:ascii="宋体" w:eastAsia="宋体" w:hAnsi="宋体" w:cs="宋体"/>
          <w:color w:val="000000"/>
        </w:rPr>
        <w:t>的距离的</w:t>
      </w:r>
      <w:r>
        <w:rPr>
          <w:rFonts w:ascii="Times New Roman" w:eastAsia="Times New Roman" w:hAnsi="Times New Roman" w:cs="Times New Roman"/>
          <w:color w:val="000000"/>
        </w:rPr>
        <w:t>2</w:t>
      </w:r>
      <w:r>
        <w:rPr>
          <w:rFonts w:ascii="宋体" w:eastAsia="宋体" w:hAnsi="宋体" w:cs="宋体"/>
          <w:color w:val="000000"/>
        </w:rPr>
        <w:t>倍，那么我们就称点</w:t>
      </w:r>
      <w:r>
        <w:rPr>
          <w:rFonts w:ascii="Times New Roman" w:eastAsia="Times New Roman" w:hAnsi="Times New Roman" w:cs="Times New Roman"/>
          <w:i/>
          <w:color w:val="000000"/>
        </w:rPr>
        <w:t>C</w:t>
      </w:r>
      <w:r>
        <w:rPr>
          <w:rFonts w:ascii="宋体" w:eastAsia="宋体" w:hAnsi="宋体" w:cs="宋体"/>
          <w:color w:val="000000"/>
        </w:rPr>
        <w:t>是</w:t>
      </w:r>
      <w:r>
        <w:pict>
          <v:shape id="_x0000_i711218" type="#_x0000_t75" alt="学科网(www.zxxk.com)--教育资源门户，提供试卷、教案、课件、论文、素材以及各类教学资源下载，还有大量而丰富的教学相关资讯！" style="width:39.75pt;height:20.25pt" o:oleicon="f" o:ole="">
            <v:imagedata r:id="rId1407" o:title="eqId7f77e107b49173cb9b7587d2138c3e4c"/>
          </v:shape>
        </w:pict>
      </w:r>
      <w:r>
        <w:rPr>
          <w:rFonts w:ascii="宋体" w:eastAsia="宋体" w:hAnsi="宋体" w:cs="宋体"/>
          <w:color w:val="000000"/>
        </w:rPr>
        <w:t>的偶点．</w: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1219" type="#_x0000_t75" alt="学科网(www.zxxk.com)--教育资源门户，提供试卷、教案、课件、论文、素材以及各类教学资源下载，还有大量而丰富的教学相关资讯！" style="width:15.75pt;height:12.75pt" o:oleicon="f" o:ole="">
            <v:imagedata r:id="rId1408" o:title="eqId274a9dc37509f01c2606fb3086a46f4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，表示</w:t>
      </w:r>
      <w:r>
        <w:rPr>
          <w:rFonts w:ascii="Times New Roman" w:eastAsia="Times New Roman" w:hAnsi="Times New Roman" w:cs="Times New Roman"/>
          <w:color w:val="000000"/>
        </w:rPr>
        <w:t>0</w:t>
      </w:r>
      <w:r>
        <w:rPr>
          <w:rFonts w:ascii="宋体" w:eastAsia="宋体" w:hAnsi="宋体" w:cs="宋体"/>
          <w:color w:val="000000"/>
        </w:rPr>
        <w:t>的点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，那么点</w:t>
      </w:r>
      <w:r>
        <w:rPr>
          <w:rFonts w:ascii="Times New Roman" w:eastAsia="Times New Roman" w:hAnsi="Times New Roman" w:cs="Times New Roman"/>
          <w:i/>
          <w:color w:val="000000"/>
        </w:rPr>
        <w:t>C</w:t>
      </w:r>
      <w:r>
        <w:rPr>
          <w:rFonts w:ascii="宋体" w:eastAsia="宋体" w:hAnsi="宋体" w:cs="宋体"/>
          <w:color w:val="000000"/>
        </w:rPr>
        <w:t>是</w:t>
      </w:r>
      <w:r>
        <w:pict>
          <v:shape id="_x0000_i711220" type="#_x0000_t75" alt="学科网(www.zxxk.com)--教育资源门户，提供试卷、教案、课件、论文、素材以及各类教学资源下载，还有大量而丰富的教学相关资讯！" style="width:39.75pt;height:20.25pt" o:oleicon="f" o:ole="">
            <v:imagedata r:id="rId1409" o:title="eqId7f77e107b49173cb9b7587d2138c3e4c"/>
          </v:shape>
        </w:pict>
      </w:r>
      <w:r>
        <w:rPr>
          <w:rFonts w:ascii="宋体" w:eastAsia="宋体" w:hAnsi="宋体" w:cs="宋体"/>
          <w:color w:val="000000"/>
        </w:rPr>
        <w:t>的偶点；表示</w:t>
      </w:r>
      <w:r>
        <w:pict>
          <v:shape id="_x0000_i711221" type="#_x0000_t75" alt="学科网(www.zxxk.com)--教育资源门户，提供试卷、教案、课件、论文、素材以及各类教学资源下载，还有大量而丰富的教学相关资讯！" style="width:12pt;height:10.5pt" o:oleicon="f" o:ole="">
            <v:imagedata r:id="rId1410" o:title="eqIdacbc6a613224461ade69362d46550474"/>
          </v:shape>
        </w:pict>
      </w:r>
      <w:r>
        <w:rPr>
          <w:rFonts w:ascii="宋体" w:eastAsia="宋体" w:hAnsi="宋体" w:cs="宋体"/>
          <w:color w:val="000000"/>
        </w:rPr>
        <w:t>的点</w:t>
      </w:r>
      <w:r>
        <w:rPr>
          <w:rFonts w:ascii="Times New Roman" w:eastAsia="Times New Roman" w:hAnsi="Times New Roman" w:cs="Times New Roman"/>
          <w:i/>
          <w:color w:val="000000"/>
        </w:rPr>
        <w:t>D</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，那么点</w:t>
      </w:r>
      <w:r>
        <w:rPr>
          <w:rFonts w:ascii="Times New Roman" w:eastAsia="Times New Roman" w:hAnsi="Times New Roman" w:cs="Times New Roman"/>
          <w:i/>
          <w:color w:val="000000"/>
        </w:rPr>
        <w:t>D</w:t>
      </w:r>
      <w:r>
        <w:rPr>
          <w:rFonts w:ascii="宋体" w:eastAsia="宋体" w:hAnsi="宋体" w:cs="宋体"/>
          <w:color w:val="000000"/>
        </w:rPr>
        <w:t>就不是</w:t>
      </w:r>
      <w:r>
        <w:pict>
          <v:shape id="_x0000_i711222" type="#_x0000_t75" alt="学科网(www.zxxk.com)--教育资源门户，提供试卷、教案、课件、论文、素材以及各类教学资源下载，还有大量而丰富的教学相关资讯！" style="width:39.75pt;height:20.25pt" o:oleicon="f" o:ole="">
            <v:imagedata r:id="rId1409" o:title="eqId7f77e107b49173cb9b7587d2138c3e4c"/>
          </v:shape>
        </w:pict>
      </w:r>
      <w:r>
        <w:rPr>
          <w:rFonts w:ascii="宋体" w:eastAsia="宋体" w:hAnsi="宋体" w:cs="宋体"/>
          <w:color w:val="000000"/>
        </w:rPr>
        <w:t>的偶点，但点</w:t>
      </w:r>
      <w:r>
        <w:rPr>
          <w:rFonts w:ascii="Times New Roman" w:eastAsia="Times New Roman" w:hAnsi="Times New Roman" w:cs="Times New Roman"/>
          <w:i/>
          <w:color w:val="000000"/>
        </w:rPr>
        <w:t>D</w:t>
      </w:r>
      <w:r>
        <w:rPr>
          <w:rFonts w:ascii="宋体" w:eastAsia="宋体" w:hAnsi="宋体" w:cs="宋体"/>
          <w:color w:val="000000"/>
        </w:rPr>
        <w:t>是</w:t>
      </w:r>
      <w:r>
        <w:pict>
          <v:shape id="_x0000_i711223" type="#_x0000_t75" alt="学科网(www.zxxk.com)--教育资源门户，提供试卷、教案、课件、论文、素材以及各类教学资源下载，还有大量而丰富的教学相关资讯！" style="width:39pt;height:20.25pt" o:oleicon="f" o:ole="">
            <v:imagedata r:id="rId1411" o:title="eqId1084092d349c60285a9246b614e00d29"/>
          </v:shape>
        </w:pict>
      </w:r>
      <w:r>
        <w:rPr>
          <w:rFonts w:ascii="宋体" w:eastAsia="宋体" w:hAnsi="宋体" w:cs="宋体"/>
          <w:color w:val="000000"/>
        </w:rPr>
        <w:t>的偶点．</w:t>
      </w:r>
    </w:p>
    <w:p>
      <w:pPr>
        <w:spacing w:line="360" w:lineRule="auto"/>
        <w:jc w:val="left"/>
        <w:textAlignment w:val="center"/>
        <w:rPr>
          <w:color w:val="000000"/>
        </w:rPr>
      </w:pPr>
      <w:r>
        <w:rPr>
          <w:color w:val="000000"/>
        </w:rPr>
        <w:drawing>
          <wp:inline>
            <wp:extent cx="1800225" cy="561975"/>
            <wp:docPr id="32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 name=""/>
                    <pic:cNvPicPr>
                      <a:picLocks noChangeAspect="1"/>
                    </pic:cNvPicPr>
                  </pic:nvPicPr>
                  <pic:blipFill>
                    <a:blip r:embed="rId1412"/>
                    <a:stretch>
                      <a:fillRect/>
                    </a:stretch>
                  </pic:blipFill>
                  <pic:spPr>
                    <a:xfrm>
                      <a:off x="0" y="0"/>
                      <a:ext cx="1800225" cy="5619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【初步探究】</w:t>
      </w:r>
      <w:r>
        <w:rPr>
          <w:color w:val="000000"/>
        </w:rPr>
        <w:br/>
      </w:r>
    </w:p>
    <w:p>
      <w:pPr>
        <w:spacing w:line="360" w:lineRule="auto"/>
        <w:jc w:val="left"/>
        <w:textAlignment w:val="center"/>
        <w:rPr>
          <w:color w:val="000000"/>
        </w:rPr>
      </w:pPr>
      <w:r>
        <w:rPr>
          <w:rFonts w:ascii="宋体" w:eastAsia="宋体" w:hAnsi="宋体" w:cs="宋体"/>
          <w:color w:val="000000"/>
        </w:rPr>
        <w:t>已知如图</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为数轴上两点，点</w:t>
      </w:r>
      <w:r>
        <w:rPr>
          <w:rFonts w:ascii="Times New Roman" w:eastAsia="Times New Roman" w:hAnsi="Times New Roman" w:cs="Times New Roman"/>
          <w:i/>
          <w:color w:val="000000"/>
        </w:rPr>
        <w:t>M</w:t>
      </w:r>
      <w:r>
        <w:rPr>
          <w:rFonts w:ascii="宋体" w:eastAsia="宋体" w:hAnsi="宋体" w:cs="宋体"/>
          <w:color w:val="000000"/>
        </w:rPr>
        <w:t>表示的数为</w:t>
      </w:r>
      <w:r>
        <w:pict>
          <v:shape id="_x0000_i711224" type="#_x0000_t75" alt="学科网(www.zxxk.com)--教育资源门户，提供试卷、教案、课件、论文、素材以及各类教学资源下载，还有大量而丰富的教学相关资讯！" style="width:12pt;height:10.5pt" o:oleicon="f" o:ole="">
            <v:imagedata r:id="rId1413"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N</w: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，若点</w:t>
      </w:r>
      <w:r>
        <w:rPr>
          <w:rFonts w:ascii="Times New Roman" w:eastAsia="Times New Roman" w:hAnsi="Times New Roman" w:cs="Times New Roman"/>
          <w:i/>
          <w:color w:val="000000"/>
        </w:rPr>
        <w:t>F</w:t>
      </w:r>
      <w:r>
        <w:rPr>
          <w:rFonts w:ascii="宋体" w:eastAsia="宋体" w:hAnsi="宋体" w:cs="宋体"/>
          <w:color w:val="000000"/>
        </w:rPr>
        <w:t>是</w:t>
      </w:r>
      <w:r>
        <w:pict>
          <v:shape id="_x0000_i711225" type="#_x0000_t75" alt="学科网(www.zxxk.com)--教育资源门户，提供试卷、教案、课件、论文、素材以及各类教学资源下载，还有大量而丰富的教学相关资讯！" style="width:45.75pt;height:20.25pt" o:oleicon="f" o:ole="">
            <v:imagedata r:id="rId1414" o:title="eqIdd4d758d881941bcddc540a07d210299c"/>
          </v:shape>
        </w:pict>
      </w:r>
      <w:r>
        <w:rPr>
          <w:rFonts w:ascii="宋体" w:eastAsia="宋体" w:hAnsi="宋体" w:cs="宋体"/>
          <w:color w:val="000000"/>
        </w:rPr>
        <w:t>的偶点，回答下列问题：</w:t>
      </w:r>
    </w:p>
    <w:p>
      <w:pPr>
        <w:spacing w:line="360" w:lineRule="auto"/>
        <w:jc w:val="left"/>
        <w:textAlignment w:val="center"/>
        <w:rPr>
          <w:color w:val="000000"/>
        </w:rPr>
      </w:pPr>
      <w:r>
        <w:rPr>
          <w:color w:val="000000"/>
        </w:rPr>
        <w:t>（1）</w:t>
      </w:r>
      <w:r>
        <w:rPr>
          <w:rFonts w:ascii="宋体" w:eastAsia="宋体" w:hAnsi="宋体" w:cs="宋体"/>
          <w:color w:val="000000"/>
        </w:rPr>
        <w:t>当</w:t>
      </w:r>
      <w:r>
        <w:rPr>
          <w:rFonts w:ascii="Times New Roman" w:eastAsia="Times New Roman" w:hAnsi="Times New Roman" w:cs="Times New Roman"/>
          <w:i/>
          <w:color w:val="000000"/>
        </w:rPr>
        <w:t>F</w:t>
      </w:r>
      <w:r>
        <w:rPr>
          <w:rFonts w:ascii="宋体" w:eastAsia="宋体" w:hAnsi="宋体" w:cs="宋体"/>
          <w:color w:val="000000"/>
        </w:rPr>
        <w:t>在点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之间，点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w:t>
      </w:r>
      <w:r>
        <w:rPr>
          <w:rFonts w:ascii="Times New Roman" w:eastAsia="Times New Roman" w:hAnsi="Times New Roman" w:cs="Times New Roman"/>
          <w:i/>
          <w:color w:val="000000"/>
        </w:rPr>
        <w:t>F</w:t>
      </w:r>
      <w:r>
        <w:rPr>
          <w:rFonts w:ascii="宋体" w:eastAsia="宋体" w:hAnsi="宋体" w:cs="宋体"/>
          <w:color w:val="000000"/>
        </w:rPr>
        <w:t>为数轴上一点，点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color w:val="000000"/>
        </w:rPr>
        <w:t>____________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09800" cy="561975"/>
            <wp:docPr id="32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 name=""/>
                    <pic:cNvPicPr>
                      <a:picLocks noChangeAspect="1"/>
                    </pic:cNvPicPr>
                  </pic:nvPicPr>
                  <pic:blipFill>
                    <a:blip r:embed="rId1415"/>
                    <a:stretch>
                      <a:fillRect/>
                    </a:stretch>
                  </pic:blipFill>
                  <pic:spPr>
                    <a:xfrm>
                      <a:off x="0" y="0"/>
                      <a:ext cx="2209800" cy="5619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【深入思考】</w:t>
      </w:r>
      <w:r>
        <w:rPr>
          <w:color w:val="000000"/>
        </w:rPr>
        <w:br/>
      </w:r>
    </w:p>
    <w:p>
      <w:pPr>
        <w:spacing w:line="360" w:lineRule="auto"/>
        <w:jc w:val="left"/>
        <w:textAlignment w:val="center"/>
        <w:rPr>
          <w:color w:val="000000"/>
        </w:rPr>
      </w:pPr>
      <w:r>
        <w:rPr>
          <w:color w:val="000000"/>
        </w:rPr>
        <w:t>（3）</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i/>
          <w:color w:val="000000"/>
        </w:rPr>
        <w:t>、</w:t>
      </w:r>
      <w:r>
        <w:rPr>
          <w:rFonts w:ascii="Times New Roman" w:eastAsia="Times New Roman" w:hAnsi="Times New Roman" w:cs="Times New Roman"/>
          <w:i/>
          <w:color w:val="000000"/>
        </w:rPr>
        <w:t>Q</w:t>
      </w:r>
      <w:r>
        <w:rPr>
          <w:rFonts w:ascii="宋体" w:eastAsia="宋体" w:hAnsi="宋体" w:cs="宋体"/>
          <w:color w:val="000000"/>
        </w:rPr>
        <w:t>为数轴上两点，点</w:t>
      </w:r>
      <w:r>
        <w:rPr>
          <w:rFonts w:ascii="Times New Roman" w:eastAsia="Times New Roman" w:hAnsi="Times New Roman" w:cs="Times New Roman"/>
          <w:i/>
          <w:color w:val="000000"/>
        </w:rPr>
        <w:t>P</w:t>
      </w:r>
      <w:r>
        <w:rPr>
          <w:rFonts w:ascii="宋体" w:eastAsia="宋体" w:hAnsi="宋体" w:cs="宋体"/>
          <w:color w:val="000000"/>
        </w:rPr>
        <w:t>表示的数为</w:t>
      </w:r>
      <w:r>
        <w:pict>
          <v:shape id="_x0000_i711226" type="#_x0000_t75" alt="学科网(www.zxxk.com)--教育资源门户，提供试卷、教案、课件、论文、素材以及各类教学资源下载，还有大量而丰富的教学相关资讯！" style="width:22pt;height:13.95pt" o:oleicon="f" o:ole="">
            <v:imagedata r:id="rId1416" o:title="eqId79ef63ad7b61f3fae0ac81148e7700ff"/>
          </v:shape>
        </w:pic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color w:val="000000"/>
        </w:rPr>
        <w:t>40</w:t>
      </w:r>
      <w:r>
        <w:rPr>
          <w:rFonts w:ascii="宋体" w:eastAsia="宋体" w:hAnsi="宋体" w:cs="宋体"/>
          <w:color w:val="000000"/>
        </w:rPr>
        <w:t>，现有一个动点</w:t>
      </w:r>
      <w:r>
        <w:rPr>
          <w:rFonts w:ascii="Times New Roman" w:eastAsia="Times New Roman" w:hAnsi="Times New Roman" w:cs="Times New Roman"/>
          <w:i/>
          <w:color w:val="000000"/>
        </w:rPr>
        <w:t>E</w:t>
      </w:r>
      <w:r>
        <w:rPr>
          <w:rFonts w:ascii="宋体" w:eastAsia="宋体" w:hAnsi="宋体" w:cs="宋体"/>
          <w:color w:val="000000"/>
        </w:rPr>
        <w:t>从点</w:t>
      </w:r>
      <w:r>
        <w:rPr>
          <w:rFonts w:ascii="Times New Roman" w:eastAsia="Times New Roman" w:hAnsi="Times New Roman" w:cs="Times New Roman"/>
          <w:i/>
          <w:color w:val="000000"/>
        </w:rPr>
        <w:t>Q</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个单位的速度向左运动，到达点</w:t>
      </w:r>
      <w:r>
        <w:rPr>
          <w:rFonts w:ascii="Times New Roman" w:eastAsia="Times New Roman" w:hAnsi="Times New Roman" w:cs="Times New Roman"/>
          <w:i/>
          <w:color w:val="000000"/>
        </w:rPr>
        <w:t>P</w:t>
      </w:r>
      <w:r>
        <w:rPr>
          <w:rFonts w:ascii="宋体" w:eastAsia="宋体" w:hAnsi="宋体" w:cs="宋体"/>
          <w:color w:val="000000"/>
        </w:rPr>
        <w:t>停止，若运动时间为</w:t>
      </w:r>
      <w:r>
        <w:rPr>
          <w:rFonts w:ascii="Times New Roman" w:eastAsia="Times New Roman" w:hAnsi="Times New Roman" w:cs="Times New Roman"/>
          <w:i/>
          <w:color w:val="000000"/>
        </w:rPr>
        <w:t>t</w:t>
      </w:r>
      <w:r>
        <w:rPr>
          <w:rFonts w:ascii="宋体" w:eastAsia="宋体" w:hAnsi="宋体" w:cs="宋体"/>
          <w:color w:val="000000"/>
        </w:rPr>
        <w:t>，求当</w:t>
      </w:r>
      <w:r>
        <w:rPr>
          <w:rFonts w:ascii="Times New Roman" w:eastAsia="Times New Roman" w:hAnsi="Times New Roman" w:cs="Times New Roman"/>
          <w:i/>
          <w:color w:val="000000"/>
        </w:rPr>
        <w:t>t</w:t>
      </w:r>
      <w:r>
        <w:rPr>
          <w:rFonts w:ascii="宋体" w:eastAsia="宋体" w:hAnsi="宋体" w:cs="宋体"/>
          <w:color w:val="000000"/>
        </w:rPr>
        <w:t>为何值时，</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中恰有一个点为其余两点的偶点？</w:t>
      </w:r>
    </w:p>
    <w:p>
      <w:pPr>
        <w:spacing w:line="360" w:lineRule="auto"/>
        <w:jc w:val="left"/>
        <w:textAlignment w:val="center"/>
        <w:rPr>
          <w:color w:val="000000"/>
        </w:rPr>
      </w:pPr>
      <w:r>
        <w:rPr>
          <w:color w:val="000000"/>
        </w:rPr>
        <w:drawing>
          <wp:inline>
            <wp:extent cx="2190750" cy="561975"/>
            <wp:docPr id="32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 name=""/>
                    <pic:cNvPicPr>
                      <a:picLocks noChangeAspect="1"/>
                    </pic:cNvPicPr>
                  </pic:nvPicPr>
                  <pic:blipFill>
                    <a:blip r:embed="rId1417"/>
                    <a:stretch>
                      <a:fillRect/>
                    </a:stretch>
                  </pic:blipFill>
                  <pic:spPr>
                    <a:xfrm>
                      <a:off x="0" y="0"/>
                      <a:ext cx="2190750" cy="5619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3</w:t>
      </w:r>
      <w:r>
        <w:rPr>
          <w:rFonts w:ascii="宋体" w:eastAsia="宋体" w:hAnsi="宋体" w:cs="宋体"/>
          <w:color w:val="000000"/>
        </w:rPr>
        <w:t>；</w:t>
      </w:r>
      <w:r>
        <w:rPr>
          <w:color w:val="000000"/>
        </w:rPr>
        <w:t xml:space="preserve">    </w:t>
      </w:r>
      <w:r>
        <w:rPr>
          <w:color w:val="000000"/>
        </w:rPr>
        <w:t>（2）</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11</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10</w:t>
      </w:r>
      <w:r>
        <w:rPr>
          <w:rFonts w:ascii="宋体" w:eastAsia="宋体" w:hAnsi="宋体" w:cs="宋体"/>
          <w:color w:val="000000"/>
        </w:rPr>
        <w:t>秒、</w:t>
      </w:r>
      <w:r>
        <w:rPr>
          <w:rFonts w:ascii="Times New Roman" w:eastAsia="Times New Roman" w:hAnsi="Times New Roman" w:cs="Times New Roman"/>
          <w:color w:val="000000"/>
        </w:rPr>
        <w:t>15</w:t>
      </w:r>
      <w:r>
        <w:rPr>
          <w:rFonts w:ascii="宋体" w:eastAsia="宋体" w:hAnsi="宋体" w:cs="宋体"/>
          <w:color w:val="000000"/>
        </w:rPr>
        <w:t>秒或</w:t>
      </w:r>
      <w:r>
        <w:rPr>
          <w:rFonts w:ascii="Times New Roman" w:eastAsia="Times New Roman" w:hAnsi="Times New Roman" w:cs="Times New Roman"/>
          <w:color w:val="000000"/>
        </w:rPr>
        <w:t>20</w:t>
      </w:r>
      <w:r>
        <w:rPr>
          <w:rFonts w:ascii="宋体" w:eastAsia="宋体" w:hAnsi="宋体" w:cs="宋体"/>
          <w:color w:val="000000"/>
        </w:rPr>
        <w:t>秒．</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（１）根据偶点的定义，列方程求解即可；</w:t>
      </w:r>
    </w:p>
    <w:p>
      <w:pPr>
        <w:spacing w:line="360" w:lineRule="auto"/>
        <w:jc w:val="both"/>
        <w:textAlignment w:val="center"/>
        <w:rPr>
          <w:color w:val="000000"/>
        </w:rPr>
      </w:pPr>
      <w:r>
        <w:rPr>
          <w:rFonts w:ascii="宋体" w:eastAsia="宋体" w:hAnsi="宋体" w:cs="宋体"/>
          <w:color w:val="000000"/>
        </w:rPr>
        <w:t>（２）根据题意，分两种情况，分别列方程求解即可；</w:t>
      </w:r>
    </w:p>
    <w:p>
      <w:pPr>
        <w:spacing w:line="360" w:lineRule="auto"/>
        <w:jc w:val="left"/>
        <w:textAlignment w:val="center"/>
        <w:rPr>
          <w:color w:val="000000"/>
        </w:rPr>
      </w:pPr>
      <w:r>
        <w:rPr>
          <w:rFonts w:ascii="宋体" w:eastAsia="宋体" w:hAnsi="宋体" w:cs="宋体"/>
          <w:color w:val="000000"/>
        </w:rPr>
        <w:t>（３）根据题意，分四种情况分类讨论：①当点</w:t>
      </w:r>
      <w:r>
        <w:rPr>
          <w:rFonts w:ascii="Times New Roman" w:eastAsia="Times New Roman" w:hAnsi="Times New Roman" w:cs="Times New Roman"/>
          <w:i/>
          <w:color w:val="000000"/>
        </w:rPr>
        <w:t>E</w:t>
      </w:r>
      <w:r>
        <w:rPr>
          <w:rFonts w:ascii="宋体" w:eastAsia="宋体" w:hAnsi="宋体" w:cs="宋体"/>
          <w:color w:val="000000"/>
        </w:rPr>
        <w:t>是</w:t>
      </w:r>
      <w:r>
        <w:pict>
          <v:shape id="_x0000_i711227" type="#_x0000_t75" alt="学科网(www.zxxk.com)--教育资源门户，提供试卷、教案、课件、论文、素材以及各类教学资源下载，还有大量而丰富的教学相关资讯！" style="width:33pt;height:16.2pt" o:oleicon="f" o:ole="">
            <v:imagedata r:id="rId1418" o:title="eqId055350426ba466f508c54d620800d048"/>
          </v:shape>
        </w:pict>
      </w:r>
      <w:r>
        <w:rPr>
          <w:rFonts w:ascii="宋体" w:eastAsia="宋体" w:hAnsi="宋体" w:cs="宋体"/>
          <w:color w:val="000000"/>
        </w:rPr>
        <w:t>的偶点时，</w:t>
      </w:r>
      <w:r>
        <w:pict>
          <v:shape id="_x0000_i711228" type="#_x0000_t75" alt="学科网(www.zxxk.com)--教育资源门户，提供试卷、教案、课件、论文、素材以及各类教学资源下载，还有大量而丰富的教学相关资讯！" style="width:54pt;height:16.2pt" o:oleicon="f" o:ole="">
            <v:imagedata r:id="rId1419" o:title="eqId0dbe5210dcd2e262647f1c450a9fd431"/>
          </v:shape>
        </w:pict>
      </w:r>
      <w:r>
        <w:rPr>
          <w:rFonts w:ascii="宋体" w:eastAsia="宋体" w:hAnsi="宋体" w:cs="宋体"/>
          <w:color w:val="000000"/>
        </w:rPr>
        <w:t>；②当点</w:t>
      </w:r>
      <w:r>
        <w:rPr>
          <w:rFonts w:ascii="Times New Roman" w:eastAsia="Times New Roman" w:hAnsi="Times New Roman" w:cs="Times New Roman"/>
          <w:i/>
          <w:color w:val="000000"/>
        </w:rPr>
        <w:t>E</w:t>
      </w:r>
      <w:r>
        <w:rPr>
          <w:rFonts w:ascii="宋体" w:eastAsia="宋体" w:hAnsi="宋体" w:cs="宋体"/>
          <w:color w:val="000000"/>
        </w:rPr>
        <w:t>是</w:t>
      </w:r>
      <w:r>
        <w:pict>
          <v:shape id="_x0000_i711229" type="#_x0000_t75" alt="学科网(www.zxxk.com)--教育资源门户，提供试卷、教案、课件、论文、素材以及各类教学资源下载，还有大量而丰富的教学相关资讯！" style="width:33pt;height:16.2pt" o:oleicon="f" o:ole="">
            <v:imagedata r:id="rId1420" o:title="eqId6c33301b5997d5e3c6cc3f119234c8a8"/>
          </v:shape>
        </w:pict>
      </w:r>
      <w:r>
        <w:rPr>
          <w:rFonts w:ascii="宋体" w:eastAsia="宋体" w:hAnsi="宋体" w:cs="宋体"/>
          <w:color w:val="000000"/>
        </w:rPr>
        <w:t>的偶点时，</w:t>
      </w:r>
      <w:r>
        <w:pict>
          <v:shape id="_x0000_i711230" type="#_x0000_t75" alt="学科网(www.zxxk.com)--教育资源门户，提供试卷、教案、课件、论文、素材以及各类教学资源下载，还有大量而丰富的教学相关资讯！" style="width:54.75pt;height:16.5pt" o:oleicon="f" o:ole="">
            <v:imagedata r:id="rId1421" o:title="eqId200efd71455c941a2bba695a917263d2"/>
          </v:shape>
        </w:pict>
      </w:r>
      <w:r>
        <w:rPr>
          <w:rFonts w:ascii="宋体" w:eastAsia="宋体" w:hAnsi="宋体" w:cs="宋体"/>
          <w:color w:val="000000"/>
        </w:rPr>
        <w:t>；③当点</w:t>
      </w:r>
      <w:r>
        <w:rPr>
          <w:rFonts w:ascii="Times New Roman" w:eastAsia="Times New Roman" w:hAnsi="Times New Roman" w:cs="Times New Roman"/>
          <w:i/>
          <w:color w:val="000000"/>
        </w:rPr>
        <w:t>Q</w:t>
      </w:r>
      <w:r>
        <w:rPr>
          <w:rFonts w:ascii="宋体" w:eastAsia="宋体" w:hAnsi="宋体" w:cs="宋体"/>
          <w:color w:val="000000"/>
        </w:rPr>
        <w:t>是</w:t>
      </w:r>
      <w:r>
        <w:pict>
          <v:shape id="_x0000_i711231" type="#_x0000_t75" alt="学科网(www.zxxk.com)--教育资源门户，提供试卷、教案、课件、论文、素材以及各类教学资源下载，还有大量而丰富的教学相关资讯！" style="width:33pt;height:16.2pt" o:oleicon="f" o:ole="">
            <v:imagedata r:id="rId1422" o:title="eqId35938d8b16ac6bf4e6e6e176a8b9885e"/>
          </v:shape>
        </w:pict>
      </w:r>
      <w:r>
        <w:rPr>
          <w:rFonts w:ascii="宋体" w:eastAsia="宋体" w:hAnsi="宋体" w:cs="宋体"/>
          <w:color w:val="000000"/>
        </w:rPr>
        <w:t>的偶点时，</w:t>
      </w:r>
      <w:r>
        <w:pict>
          <v:shape id="_x0000_i711232" type="#_x0000_t75" alt="学科网(www.zxxk.com)--教育资源门户，提供试卷、教案、课件、论文、素材以及各类教学资源下载，还有大量而丰富的教学相关资讯！" style="width:54pt;height:16.2pt" o:oleicon="f" o:ole="">
            <v:imagedata r:id="rId1423" o:title="eqId8c4c9191adbac513e6e0b2721915d7bb"/>
          </v:shape>
        </w:pict>
      </w:r>
      <w:r>
        <w:rPr>
          <w:rFonts w:ascii="宋体" w:eastAsia="宋体" w:hAnsi="宋体" w:cs="宋体"/>
          <w:color w:val="000000"/>
        </w:rPr>
        <w:t>；④点</w:t>
      </w:r>
      <w:r>
        <w:rPr>
          <w:rFonts w:ascii="Times New Roman" w:eastAsia="Times New Roman" w:hAnsi="Times New Roman" w:cs="Times New Roman"/>
          <w:i/>
          <w:color w:val="000000"/>
        </w:rPr>
        <w:t>P</w:t>
      </w:r>
      <w:r>
        <w:rPr>
          <w:rFonts w:ascii="宋体" w:eastAsia="宋体" w:hAnsi="宋体" w:cs="宋体"/>
          <w:color w:val="000000"/>
        </w:rPr>
        <w:t>是</w:t>
      </w:r>
      <w:r>
        <w:pict>
          <v:shape id="_x0000_i711233" type="#_x0000_t75" alt="学科网(www.zxxk.com)--教育资源门户，提供试卷、教案、课件、论文、素材以及各类教学资源下载，还有大量而丰富的教学相关资讯！" style="width:34.2pt;height:16.2pt" o:oleicon="f" o:ole="">
            <v:imagedata r:id="rId1424" o:title="eqId8875a60d98f8caf8788ea3e7a44f2809"/>
          </v:shape>
        </w:pict>
      </w:r>
      <w:r>
        <w:rPr>
          <w:rFonts w:ascii="宋体" w:eastAsia="宋体" w:hAnsi="宋体" w:cs="宋体"/>
          <w:color w:val="000000"/>
        </w:rPr>
        <w:t>的偶点时，</w:t>
      </w:r>
      <w:r>
        <w:pict>
          <v:shape id="_x0000_i711234" type="#_x0000_t75" alt="学科网(www.zxxk.com)--教育资源门户，提供试卷、教案、课件、论文、素材以及各类教学资源下载，还有大量而丰富的教学相关资讯！" style="width:54pt;height:16.2pt" o:oleicon="f" o:ole="">
            <v:imagedata r:id="rId1425" o:title="eqIdb3b3dd1bd801d4c4e755495279bf21d8"/>
          </v:shape>
        </w:pict>
      </w:r>
      <w:r>
        <w:rPr>
          <w:rFonts w:ascii="宋体" w:eastAsia="宋体" w:hAnsi="宋体" w:cs="宋体"/>
          <w:color w:val="000000"/>
        </w:rPr>
        <w:t>；然后分别列方程求解得解．</w:t>
      </w:r>
    </w:p>
    <w:p>
      <w:pPr>
        <w:spacing w:line="360" w:lineRule="auto"/>
        <w:jc w:val="left"/>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 xml:space="preserve"> </w:t>
      </w:r>
      <w:r>
        <w:rPr>
          <w:rFonts w:ascii="宋体" w:eastAsia="宋体" w:hAnsi="宋体" w:cs="宋体"/>
          <w:color w:val="000000"/>
        </w:rPr>
        <w:t>设点</w:t>
      </w:r>
      <w:r>
        <w:rPr>
          <w:rFonts w:ascii="Times New Roman" w:eastAsia="Times New Roman" w:hAnsi="Times New Roman" w:cs="Times New Roman"/>
          <w:i/>
          <w:color w:val="000000"/>
        </w:rPr>
        <w:t>F</w:t>
      </w:r>
      <w:r>
        <w:rPr>
          <w:rFonts w:ascii="宋体" w:eastAsia="宋体" w:hAnsi="宋体" w:cs="宋体"/>
          <w:color w:val="000000"/>
        </w:rPr>
        <w:t>表示的数是</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both"/>
        <w:textAlignment w:val="center"/>
        <w:rPr>
          <w:color w:val="000000"/>
        </w:rPr>
      </w:pPr>
      <w:r>
        <w:pict>
          <v:shape id="_x0000_i711235" type="#_x0000_t75" alt="学科网(www.zxxk.com)--教育资源门户，提供试卷、教案、课件、论文、素材以及各类教学资源下载，还有大量而丰富的教学相关资讯！" style="width:9.75pt;height:8.25pt" o:oleicon="f" o:ole="">
            <v:imagedata r:id="rId1426" o:title="eqId16f3d198e76391779fa3badc848c8ac8"/>
          </v:shape>
        </w:pic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是</w:t>
      </w:r>
      <w:r>
        <w:pict>
          <v:shape id="_x0000_i711236" type="#_x0000_t75" alt="学科网(www.zxxk.com)--教育资源门户，提供试卷、教案、课件、论文、素材以及各类教学资源下载，还有大量而丰富的教学相关资讯！" style="width:45.75pt;height:20.25pt" o:oleicon="f" o:ole="">
            <v:imagedata r:id="rId1427" o:title="eqIdd4d758d881941bcddc540a07d210299c"/>
          </v:shape>
        </w:pict>
      </w:r>
      <w:r>
        <w:rPr>
          <w:rFonts w:ascii="宋体" w:eastAsia="宋体" w:hAnsi="宋体" w:cs="宋体"/>
          <w:color w:val="000000"/>
        </w:rPr>
        <w:t>的偶点，</w:t>
      </w:r>
      <w:r>
        <w:rPr>
          <w:rFonts w:ascii="Times New Roman" w:eastAsia="Times New Roman" w:hAnsi="Times New Roman" w:cs="Times New Roman"/>
          <w:i/>
          <w:color w:val="000000"/>
        </w:rPr>
        <w:t>F</w:t>
      </w:r>
      <w:r>
        <w:rPr>
          <w:rFonts w:ascii="宋体" w:eastAsia="宋体" w:hAnsi="宋体" w:cs="宋体"/>
          <w:color w:val="000000"/>
        </w:rPr>
        <w:t>在点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之间，</w:t>
      </w:r>
    </w:p>
    <w:p>
      <w:pPr>
        <w:spacing w:line="360" w:lineRule="auto"/>
        <w:jc w:val="both"/>
        <w:textAlignment w:val="center"/>
        <w:rPr>
          <w:color w:val="000000"/>
        </w:rPr>
      </w:pPr>
      <w:r>
        <w:pict>
          <v:shape id="_x0000_i711237" type="#_x0000_t75" alt="学科网(www.zxxk.com)--教育资源门户，提供试卷、教案、课件、论文、素材以及各类教学资源下载，还有大量而丰富的教学相关资讯！" style="width:67.8pt;height:13.8pt" o:oleicon="f" o:ole="">
            <v:imagedata r:id="rId1428" o:title="eqId26eedd895df179228e85c9f2ad2aa0fe"/>
          </v:shape>
        </w:pict>
      </w:r>
      <w:r>
        <w:rPr>
          <w:rFonts w:ascii="宋体" w:eastAsia="宋体" w:hAnsi="宋体" w:cs="宋体"/>
          <w:color w:val="000000"/>
        </w:rPr>
        <w:t>即</w:t>
      </w:r>
      <w:r>
        <w:pict>
          <v:shape id="_x0000_i711238" type="#_x0000_t75" alt="学科网(www.zxxk.com)--教育资源门户，提供试卷、教案、课件、论文、素材以及各类教学资源下载，还有大量而丰富的教学相关资讯！" style="width:88.8pt;height:16.2pt" o:oleicon="f" o:ole="">
            <v:imagedata r:id="rId1429" o:title="eqId7ac5889492c0d5a524e4eb1d01499f2d"/>
          </v:shape>
        </w:pict>
      </w:r>
      <w:r>
        <w:rPr>
          <w:rFonts w:ascii="宋体" w:eastAsia="宋体" w:hAnsi="宋体" w:cs="宋体"/>
          <w:color w:val="000000"/>
        </w:rPr>
        <w:t>，</w:t>
      </w:r>
    </w:p>
    <w:p>
      <w:pPr>
        <w:spacing w:line="360" w:lineRule="auto"/>
        <w:jc w:val="both"/>
        <w:textAlignment w:val="center"/>
        <w:rPr>
          <w:color w:val="000000"/>
        </w:rPr>
      </w:pPr>
      <w:r>
        <w:pict>
          <v:shape id="_x0000_i711239" type="#_x0000_t75" alt="学科网(www.zxxk.com)--教育资源门户，提供试卷、教案、课件、论文、素材以及各类教学资源下载，还有大量而丰富的教学相关资讯！" style="width:36.75pt;height:14.25pt" o:oleicon="f" o:ole="">
            <v:imagedata r:id="rId1430" o:title="eqIde576ec49d4e9bb04c2934b54842ea307"/>
          </v:shape>
        </w:pict>
      </w:r>
      <w:r>
        <w:rPr>
          <w:rFonts w:ascii="宋体" w:eastAsia="宋体" w:hAnsi="宋体" w:cs="宋体"/>
          <w:color w:val="000000"/>
        </w:rPr>
        <w:t>即点</w:t>
      </w:r>
      <w:r>
        <w:rPr>
          <w:rFonts w:ascii="Times New Roman" w:eastAsia="Times New Roman" w:hAnsi="Times New Roman" w:cs="Times New Roman"/>
          <w:i/>
          <w:color w:val="000000"/>
        </w:rPr>
        <w:t>F</w:t>
      </w:r>
      <w:r>
        <w:rPr>
          <w:rFonts w:ascii="宋体" w:eastAsia="宋体" w:hAnsi="宋体" w:cs="宋体"/>
          <w:color w:val="000000"/>
        </w:rPr>
        <w:t>表示的数是</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解：设点</w:t>
      </w:r>
      <w:r>
        <w:rPr>
          <w:rFonts w:ascii="Times New Roman" w:eastAsia="Times New Roman" w:hAnsi="Times New Roman" w:cs="Times New Roman"/>
          <w:i/>
          <w:color w:val="000000"/>
        </w:rPr>
        <w:t>F</w:t>
      </w:r>
      <w:r>
        <w:rPr>
          <w:rFonts w:ascii="宋体" w:eastAsia="宋体" w:hAnsi="宋体" w:cs="宋体"/>
          <w:color w:val="000000"/>
        </w:rPr>
        <w:t>表示的数是</w:t>
      </w:r>
      <w:r>
        <w:rPr>
          <w:rFonts w:ascii="Times New Roman" w:eastAsia="Times New Roman" w:hAnsi="Times New Roman" w:cs="Times New Roman"/>
          <w:i/>
          <w:color w:val="000000"/>
        </w:rPr>
        <w:t>x</w:t>
      </w:r>
      <w:r>
        <w:rPr>
          <w:rFonts w:ascii="宋体" w:eastAsia="宋体" w:hAnsi="宋体" w:cs="宋体"/>
          <w:color w:val="000000"/>
        </w:rPr>
        <w:t>，依题，得</w:t>
      </w:r>
    </w:p>
    <w:p>
      <w:pPr>
        <w:spacing w:line="360" w:lineRule="auto"/>
        <w:jc w:val="left"/>
        <w:textAlignment w:val="center"/>
        <w:rPr>
          <w:color w:val="000000"/>
        </w:rPr>
      </w:pPr>
      <w:r>
        <w:pict>
          <v:shape id="_x0000_i711240" type="#_x0000_t75" alt="学科网(www.zxxk.com)--教育资源门户，提供试卷、教案、课件、论文、素材以及各类教学资源下载，还有大量而丰富的教学相关资讯！" style="width:88.8pt;height:16.2pt" o:oleicon="f" o:ole="">
            <v:imagedata r:id="rId1431" o:title="eqId7ac5889492c0d5a524e4eb1d01499f2d"/>
          </v:shape>
        </w:pict>
      </w:r>
      <w:r>
        <w:rPr>
          <w:rFonts w:ascii="宋体" w:eastAsia="宋体" w:hAnsi="宋体" w:cs="宋体"/>
          <w:color w:val="000000"/>
        </w:rPr>
        <w:t>或</w:t>
      </w:r>
      <w:r>
        <w:pict>
          <v:shape id="_x0000_i711241" type="#_x0000_t75" alt="学科网(www.zxxk.com)--教育资源门户，提供试卷、教案、课件、论文、素材以及各类教学资源下载，还有大量而丰富的教学相关资讯！" style="width:88.8pt;height:16.2pt" o:oleicon="f" o:ole="">
            <v:imagedata r:id="rId1432" o:title="eqId574b9d8fd1d2bcb7e3ce0de9f039b964"/>
          </v:shape>
        </w:pict>
      </w:r>
    </w:p>
    <w:p>
      <w:pPr>
        <w:spacing w:line="360" w:lineRule="auto"/>
        <w:jc w:val="left"/>
        <w:textAlignment w:val="center"/>
        <w:rPr>
          <w:color w:val="000000"/>
        </w:rPr>
      </w:pPr>
      <w:r>
        <w:rPr>
          <w:rFonts w:ascii="宋体" w:eastAsia="宋体" w:hAnsi="宋体" w:cs="宋体"/>
          <w:color w:val="000000"/>
        </w:rPr>
        <w:t>解得：</w:t>
      </w:r>
      <w:r>
        <w:pict>
          <v:shape id="_x0000_i711242" type="#_x0000_t75" alt="学科网(www.zxxk.com)--教育资源门户，提供试卷、教案、课件、论文、素材以及各类教学资源下载，还有大量而丰富的教学相关资讯！" style="width:27pt;height:14.25pt" o:oleicon="f" o:ole="">
            <v:imagedata r:id="rId1433" o:title="eqIde55aa0a20848c37c1892c567b2315e04"/>
          </v:shape>
        </w:pict>
      </w:r>
      <w:r>
        <w:rPr>
          <w:rFonts w:ascii="宋体" w:eastAsia="宋体" w:hAnsi="宋体" w:cs="宋体"/>
          <w:color w:val="000000"/>
        </w:rPr>
        <w:t>或</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pict>
          <v:shape id="_x0000_i711243" type="#_x0000_t75" alt="学科网(www.zxxk.com)--教育资源门户，提供试卷、教案、课件、论文、素材以及各类教学资源下载，还有大量而丰富的教学相关资讯！" style="width:9.75pt;height:8.25pt" o:oleicon="f" o:ole="">
            <v:imagedata r:id="rId1434" o:title="eqId16f3d198e76391779fa3badc848c8ac8"/>
          </v:shape>
        </w:pic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从点</w:t>
      </w:r>
      <w:r>
        <w:rPr>
          <w:rFonts w:ascii="Times New Roman" w:eastAsia="Times New Roman" w:hAnsi="Times New Roman" w:cs="Times New Roman"/>
          <w:i/>
          <w:color w:val="000000"/>
        </w:rPr>
        <w:t>Q</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个单位的速度向左运动，到达点</w:t>
      </w:r>
      <w:r>
        <w:rPr>
          <w:rFonts w:ascii="Times New Roman" w:eastAsia="Times New Roman" w:hAnsi="Times New Roman" w:cs="Times New Roman"/>
          <w:i/>
          <w:color w:val="000000"/>
        </w:rPr>
        <w:t>P</w:t>
      </w:r>
      <w:r>
        <w:rPr>
          <w:rFonts w:ascii="宋体" w:eastAsia="宋体" w:hAnsi="宋体" w:cs="宋体"/>
          <w:color w:val="000000"/>
        </w:rPr>
        <w:t>停止，若运动时间为</w:t>
      </w:r>
      <w:r>
        <w:rPr>
          <w:rFonts w:ascii="Times New Roman" w:eastAsia="Times New Roman" w:hAnsi="Times New Roman" w:cs="Times New Roman"/>
          <w:i/>
          <w:color w:val="000000"/>
        </w:rPr>
        <w:t>t</w:t>
      </w:r>
      <w:r>
        <w:rPr>
          <w:rFonts w:ascii="宋体" w:eastAsia="宋体" w:hAnsi="宋体" w:cs="宋体"/>
          <w:color w:val="000000"/>
        </w:rPr>
        <w:t>，则动点</w:t>
      </w:r>
      <w:r>
        <w:rPr>
          <w:rFonts w:ascii="Times New Roman" w:eastAsia="Times New Roman" w:hAnsi="Times New Roman" w:cs="Times New Roman"/>
          <w:i/>
          <w:color w:val="000000"/>
        </w:rPr>
        <w:t>E</w:t>
      </w:r>
      <w:r>
        <w:rPr>
          <w:rFonts w:ascii="宋体" w:eastAsia="宋体" w:hAnsi="宋体" w:cs="宋体"/>
          <w:color w:val="000000"/>
        </w:rPr>
        <w:t>的表示的数为</w:t>
      </w:r>
      <w:r>
        <w:pict>
          <v:shape id="_x0000_i711244" type="#_x0000_t75" alt="学科网(www.zxxk.com)--教育资源门户，提供试卷、教案、课件、论文、素材以及各类教学资源下载，还有大量而丰富的教学相关资讯！" style="width:36pt;height:14pt" o:oleicon="f" o:ole="">
            <v:imagedata r:id="rId1435" o:title="eqId5904ca49963b5a6c2b81ec4c19ed0231"/>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1245" type="#_x0000_t75" alt="学科网(www.zxxk.com)--教育资源门户，提供试卷、教案、课件、论文、素材以及各类教学资源下载，还有大量而丰富的教学相关资讯！" style="width:42pt;height:16.2pt" o:oleicon="f" o:ole="">
            <v:imagedata r:id="rId1436" o:title="eqId0f3189299daa4da788d8d3465bbb6081"/>
          </v:shape>
        </w:pict>
      </w:r>
      <w:r>
        <w:rPr>
          <w:rFonts w:ascii="宋体" w:eastAsia="宋体" w:hAnsi="宋体" w:cs="宋体"/>
          <w:color w:val="000000"/>
        </w:rPr>
        <w:t>，</w:t>
      </w:r>
      <w:r>
        <w:pict>
          <v:shape id="_x0000_i711246" type="#_x0000_t75" alt="学科网(www.zxxk.com)--教育资源门户，提供试卷、教案、课件、论文、素材以及各类教学资源下载，还有大量而丰富的教学相关资讯！" style="width:49.2pt;height:13.8pt" o:oleicon="f" o:ole="">
            <v:imagedata r:id="rId1437" o:title="eqId74b0ca78d24c8fc60d99018e7d1d1de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分四种情况讨论：</w:t>
      </w:r>
    </w:p>
    <w:p>
      <w:pPr>
        <w:spacing w:line="360" w:lineRule="auto"/>
        <w:jc w:val="left"/>
        <w:textAlignment w:val="center"/>
        <w:rPr>
          <w:color w:val="000000"/>
        </w:rPr>
      </w:pPr>
      <w:r>
        <w:rPr>
          <w:rFonts w:ascii="宋体" w:eastAsia="宋体" w:hAnsi="宋体" w:cs="宋体"/>
          <w:color w:val="000000"/>
        </w:rPr>
        <w:t>①当点</w:t>
      </w:r>
      <w:r>
        <w:rPr>
          <w:rFonts w:ascii="Times New Roman" w:eastAsia="Times New Roman" w:hAnsi="Times New Roman" w:cs="Times New Roman"/>
          <w:i/>
          <w:color w:val="000000"/>
        </w:rPr>
        <w:t>E</w:t>
      </w:r>
      <w:r>
        <w:rPr>
          <w:rFonts w:ascii="宋体" w:eastAsia="宋体" w:hAnsi="宋体" w:cs="宋体"/>
          <w:color w:val="000000"/>
        </w:rPr>
        <w:t>是</w:t>
      </w:r>
      <w:r>
        <w:pict>
          <v:shape id="_x0000_i711247" type="#_x0000_t75" alt="学科网(www.zxxk.com)--教育资源门户，提供试卷、教案、课件、论文、素材以及各类教学资源下载，还有大量而丰富的教学相关资讯！" style="width:33pt;height:16.2pt" o:oleicon="f" o:ole="">
            <v:imagedata r:id="rId1438" o:title="eqId055350426ba466f508c54d620800d048"/>
          </v:shape>
        </w:pict>
      </w:r>
      <w:r>
        <w:rPr>
          <w:rFonts w:ascii="宋体" w:eastAsia="宋体" w:hAnsi="宋体" w:cs="宋体"/>
          <w:color w:val="000000"/>
        </w:rPr>
        <w:t>的偶点时，</w:t>
      </w:r>
      <w:r>
        <w:pict>
          <v:shape id="_x0000_i711248" type="#_x0000_t75" alt="学科网(www.zxxk.com)--教育资源门户，提供试卷、教案、课件、论文、素材以及各类教学资源下载，还有大量而丰富的教学相关资讯！" style="width:54pt;height:16.2pt" o:oleicon="f" o:ole="">
            <v:imagedata r:id="rId1439" o:title="eqId0dbe5210dcd2e262647f1c450a9fd431"/>
          </v:shape>
        </w:pict>
      </w:r>
      <w:r>
        <w:rPr>
          <w:rFonts w:ascii="宋体" w:eastAsia="宋体" w:hAnsi="宋体" w:cs="宋体"/>
          <w:color w:val="000000"/>
        </w:rPr>
        <w:t>，</w:t>
      </w:r>
    </w:p>
    <w:p>
      <w:pPr>
        <w:spacing w:line="360" w:lineRule="auto"/>
        <w:jc w:val="left"/>
        <w:textAlignment w:val="center"/>
        <w:rPr>
          <w:color w:val="000000"/>
        </w:rPr>
      </w:pPr>
      <w:r>
        <w:pict>
          <v:shape id="_x0000_i711249" type="#_x0000_t75" alt="学科网(www.zxxk.com)--教育资源门户，提供试卷、教案、课件、论文、素材以及各类教学资源下载，还有大量而丰富的教学相关资讯！" style="width:114pt;height:16.2pt" o:oleicon="f" o:ole="">
            <v:imagedata r:id="rId1440" o:title="eqId4e6c048acde2c0f221303f45645e8d9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1250" type="#_x0000_t75" alt="学科网(www.zxxk.com)--教育资源门户，提供试卷、教案、课件、论文、素材以及各类教学资源下载，还有大量而丰富的教学相关资讯！" style="width:30pt;height:14.25pt" o:oleicon="f" o:ole="">
            <v:imagedata r:id="rId1441" o:title="eqId6b28bd43d6858bfdaafcd11051251b66"/>
          </v:shape>
        </w:pic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②当点</w:t>
      </w:r>
      <w:r>
        <w:rPr>
          <w:rFonts w:ascii="Times New Roman" w:eastAsia="Times New Roman" w:hAnsi="Times New Roman" w:cs="Times New Roman"/>
          <w:i/>
          <w:color w:val="000000"/>
        </w:rPr>
        <w:t>E</w:t>
      </w:r>
      <w:r>
        <w:rPr>
          <w:rFonts w:ascii="宋体" w:eastAsia="宋体" w:hAnsi="宋体" w:cs="宋体"/>
          <w:color w:val="000000"/>
        </w:rPr>
        <w:t>是</w:t>
      </w:r>
      <w:r>
        <w:pict>
          <v:shape id="_x0000_i711251" type="#_x0000_t75" alt="学科网(www.zxxk.com)--教育资源门户，提供试卷、教案、课件、论文、素材以及各类教学资源下载，还有大量而丰富的教学相关资讯！" style="width:33pt;height:16.2pt" o:oleicon="f" o:ole="">
            <v:imagedata r:id="rId1442" o:title="eqId6c33301b5997d5e3c6cc3f119234c8a8"/>
          </v:shape>
        </w:pict>
      </w:r>
      <w:r>
        <w:rPr>
          <w:rFonts w:ascii="宋体" w:eastAsia="宋体" w:hAnsi="宋体" w:cs="宋体"/>
          <w:color w:val="000000"/>
        </w:rPr>
        <w:t>的偶点时，</w:t>
      </w:r>
      <w:r>
        <w:pict>
          <v:shape id="_x0000_i711252" type="#_x0000_t75" alt="学科网(www.zxxk.com)--教育资源门户，提供试卷、教案、课件、论文、素材以及各类教学资源下载，还有大量而丰富的教学相关资讯！" style="width:54.75pt;height:16.5pt" o:oleicon="f" o:ole="">
            <v:imagedata r:id="rId1443" o:title="eqId200efd71455c941a2bba695a917263d2"/>
          </v:shape>
        </w:pict>
      </w:r>
      <w:r>
        <w:rPr>
          <w:rFonts w:ascii="宋体" w:eastAsia="宋体" w:hAnsi="宋体" w:cs="宋体"/>
          <w:color w:val="000000"/>
        </w:rPr>
        <w:t>，</w:t>
      </w:r>
    </w:p>
    <w:p>
      <w:pPr>
        <w:spacing w:line="360" w:lineRule="auto"/>
        <w:jc w:val="left"/>
        <w:textAlignment w:val="center"/>
        <w:rPr>
          <w:color w:val="000000"/>
        </w:rPr>
      </w:pPr>
      <w:r>
        <w:pict>
          <v:shape id="_x0000_i711253" type="#_x0000_t75" alt="学科网(www.zxxk.com)--教育资源门户，提供试卷、教案、课件、论文、素材以及各类教学资源下载，还有大量而丰富的教学相关资讯！" style="width:105pt;height:16.2pt" o:oleicon="f" o:ole="">
            <v:imagedata r:id="rId1444" o:title="eqId0cf2cdad523673ca049139a2646c93d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1254" type="#_x0000_t75" alt="学科网(www.zxxk.com)--教育资源门户，提供试卷、教案、课件、论文、素材以及各类教学资源下载，还有大量而丰富的教学相关资讯！" style="width:31pt;height:13.95pt" o:oleicon="f" o:ole="">
            <v:imagedata r:id="rId1445" o:title="eqId843c9013e16ce26a4be297f1b61419fd"/>
          </v:shape>
        </w:pic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③当点</w:t>
      </w:r>
      <w:r>
        <w:rPr>
          <w:rFonts w:ascii="Times New Roman" w:eastAsia="Times New Roman" w:hAnsi="Times New Roman" w:cs="Times New Roman"/>
          <w:i/>
          <w:color w:val="000000"/>
        </w:rPr>
        <w:t>Q</w:t>
      </w:r>
      <w:r>
        <w:rPr>
          <w:rFonts w:ascii="宋体" w:eastAsia="宋体" w:hAnsi="宋体" w:cs="宋体"/>
          <w:color w:val="000000"/>
        </w:rPr>
        <w:t>是</w:t>
      </w:r>
      <w:r>
        <w:pict>
          <v:shape id="_x0000_i711255" type="#_x0000_t75" alt="学科网(www.zxxk.com)--教育资源门户，提供试卷、教案、课件、论文、素材以及各类教学资源下载，还有大量而丰富的教学相关资讯！" style="width:33pt;height:16.2pt" o:oleicon="f" o:ole="">
            <v:imagedata r:id="rId1446" o:title="eqId35938d8b16ac6bf4e6e6e176a8b9885e"/>
          </v:shape>
        </w:pict>
      </w:r>
      <w:r>
        <w:rPr>
          <w:rFonts w:ascii="宋体" w:eastAsia="宋体" w:hAnsi="宋体" w:cs="宋体"/>
          <w:color w:val="000000"/>
        </w:rPr>
        <w:t>的偶点时，</w:t>
      </w:r>
      <w:r>
        <w:pict>
          <v:shape id="_x0000_i711256" type="#_x0000_t75" alt="学科网(www.zxxk.com)--教育资源门户，提供试卷、教案、课件、论文、素材以及各类教学资源下载，还有大量而丰富的教学相关资讯！" style="width:54pt;height:16.2pt" o:oleicon="f" o:ole="">
            <v:imagedata r:id="rId1447" o:title="eqId8c4c9191adbac513e6e0b2721915d7bb"/>
          </v:shape>
        </w:pict>
      </w:r>
      <w:r>
        <w:rPr>
          <w:rFonts w:ascii="宋体" w:eastAsia="宋体" w:hAnsi="宋体" w:cs="宋体"/>
          <w:color w:val="000000"/>
        </w:rPr>
        <w:t>，</w:t>
      </w:r>
    </w:p>
    <w:p>
      <w:pPr>
        <w:spacing w:line="360" w:lineRule="auto"/>
        <w:jc w:val="left"/>
        <w:textAlignment w:val="center"/>
        <w:rPr>
          <w:color w:val="000000"/>
        </w:rPr>
      </w:pPr>
      <w:r>
        <w:pict>
          <v:shape id="_x0000_i711257" type="#_x0000_t75" alt="学科网(www.zxxk.com)--教育资源门户，提供试卷、教案、课件、论文、素材以及各类教学资源下载，还有大量而丰富的教学相关资讯！" style="width:85.2pt;height:13.8pt" o:oleicon="f" o:ole="">
            <v:imagedata r:id="rId1448" o:title="eqId294e72386209c57079fb1820a9e1adc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1258" type="#_x0000_t75" alt="学科网(www.zxxk.com)--教育资源门户，提供试卷、教案、课件、论文、素材以及各类教学资源下载，还有大量而丰富的教学相关资讯！" style="width:30pt;height:14.25pt" o:oleicon="f" o:ole="">
            <v:imagedata r:id="rId1449" o:title="eqId3d106a430e7748a4d596401820b9abd8"/>
          </v:shape>
        </w:pic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④点</w:t>
      </w:r>
      <w:r>
        <w:rPr>
          <w:rFonts w:ascii="Times New Roman" w:eastAsia="Times New Roman" w:hAnsi="Times New Roman" w:cs="Times New Roman"/>
          <w:i/>
          <w:color w:val="000000"/>
        </w:rPr>
        <w:t>P</w:t>
      </w:r>
      <w:r>
        <w:rPr>
          <w:rFonts w:ascii="宋体" w:eastAsia="宋体" w:hAnsi="宋体" w:cs="宋体"/>
          <w:color w:val="000000"/>
        </w:rPr>
        <w:t>是</w:t>
      </w:r>
      <w:r>
        <w:pict>
          <v:shape id="_x0000_i711259" type="#_x0000_t75" alt="学科网(www.zxxk.com)--教育资源门户，提供试卷、教案、课件、论文、素材以及各类教学资源下载，还有大量而丰富的教学相关资讯！" style="width:34.2pt;height:16.2pt" o:oleicon="f" o:ole="">
            <v:imagedata r:id="rId1450" o:title="eqId8875a60d98f8caf8788ea3e7a44f2809"/>
          </v:shape>
        </w:pict>
      </w:r>
      <w:r>
        <w:rPr>
          <w:rFonts w:ascii="宋体" w:eastAsia="宋体" w:hAnsi="宋体" w:cs="宋体"/>
          <w:color w:val="000000"/>
        </w:rPr>
        <w:t>的偶点时，</w:t>
      </w:r>
      <w:r>
        <w:pict>
          <v:shape id="_x0000_i711260" type="#_x0000_t75" alt="学科网(www.zxxk.com)--教育资源门户，提供试卷、教案、课件、论文、素材以及各类教学资源下载，还有大量而丰富的教学相关资讯！" style="width:54pt;height:16.2pt" o:oleicon="f" o:ole="">
            <v:imagedata r:id="rId1451" o:title="eqIdb3b3dd1bd801d4c4e755495279bf21d8"/>
          </v:shape>
        </w:pict>
      </w:r>
      <w:r>
        <w:rPr>
          <w:rFonts w:ascii="宋体" w:eastAsia="宋体" w:hAnsi="宋体" w:cs="宋体"/>
          <w:color w:val="000000"/>
        </w:rPr>
        <w:t>，</w:t>
      </w:r>
    </w:p>
    <w:p>
      <w:pPr>
        <w:spacing w:line="360" w:lineRule="auto"/>
        <w:jc w:val="left"/>
        <w:textAlignment w:val="center"/>
        <w:rPr>
          <w:color w:val="000000"/>
        </w:rPr>
      </w:pPr>
      <w:r>
        <w:pict>
          <v:shape id="_x0000_i711261" type="#_x0000_t75" alt="学科网(www.zxxk.com)--教育资源门户，提供试卷、教案、课件、论文、素材以及各类教学资源下载，还有大量而丰富的教学相关资讯！" style="width:106.8pt;height:16.2pt" o:oleicon="f" o:ole="">
            <v:imagedata r:id="rId1452" o:title="eqId307c543203252f32349feed2522c428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1262" type="#_x0000_t75" alt="学科网(www.zxxk.com)--教育资源门户，提供试卷、教案、课件、论文、素材以及各类教学资源下载，还有大量而丰富的教学相关资讯！" style="width:30pt;height:14.25pt" o:oleicon="f" o:ole="">
            <v:imagedata r:id="rId1453" o:title="eqId3d106a430e7748a4d596401820b9abd8"/>
          </v:shape>
        </w:pic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综上所述，当</w:t>
      </w:r>
      <w:r>
        <w:pict>
          <v:shape id="_x0000_i711263" type="#_x0000_t75" alt="学科网(www.zxxk.com)--教育资源门户，提供试卷、教案、课件、论文、素材以及各类教学资源下载，还有大量而丰富的教学相关资讯！" style="width:7.35pt;height:11.9pt" o:oleicon="f" o:ole="">
            <v:imagedata r:id="rId1454" o:title="eqId36a1b09c653185842513e24ebba60bb3"/>
          </v:shape>
        </w:pict>
      </w:r>
      <w:r>
        <w:rPr>
          <w:rFonts w:ascii="宋体" w:eastAsia="宋体" w:hAnsi="宋体" w:cs="宋体"/>
          <w:color w:val="000000"/>
        </w:rPr>
        <w:t>为</w:t>
      </w:r>
      <w:r>
        <w:rPr>
          <w:rFonts w:ascii="Times New Roman" w:eastAsia="Times New Roman" w:hAnsi="Times New Roman" w:cs="Times New Roman"/>
          <w:color w:val="000000"/>
        </w:rPr>
        <w:t>10</w:t>
      </w:r>
      <w:r>
        <w:rPr>
          <w:rFonts w:ascii="宋体" w:eastAsia="宋体" w:hAnsi="宋体" w:cs="宋体"/>
          <w:color w:val="000000"/>
        </w:rPr>
        <w:t>秒、</w:t>
      </w:r>
      <w:r>
        <w:rPr>
          <w:rFonts w:ascii="Times New Roman" w:eastAsia="Times New Roman" w:hAnsi="Times New Roman" w:cs="Times New Roman"/>
          <w:color w:val="000000"/>
        </w:rPr>
        <w:t>15</w:t>
      </w:r>
      <w:r>
        <w:rPr>
          <w:rFonts w:ascii="宋体" w:eastAsia="宋体" w:hAnsi="宋体" w:cs="宋体"/>
          <w:color w:val="000000"/>
        </w:rPr>
        <w:t>秒或</w:t>
      </w:r>
      <w:r>
        <w:rPr>
          <w:rFonts w:ascii="Times New Roman" w:eastAsia="Times New Roman" w:hAnsi="Times New Roman" w:cs="Times New Roman"/>
          <w:color w:val="000000"/>
        </w:rPr>
        <w:t>20</w:t>
      </w:r>
      <w:r>
        <w:rPr>
          <w:rFonts w:ascii="宋体" w:eastAsia="宋体" w:hAnsi="宋体" w:cs="宋体"/>
          <w:color w:val="000000"/>
        </w:rPr>
        <w:t>秒时，</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中恰有一个点为其余两点的偶点．</w:t>
      </w:r>
    </w:p>
    <w:p>
      <w:pPr>
        <w:spacing w:line="360" w:lineRule="auto"/>
        <w:jc w:val="left"/>
        <w:textAlignment w:val="center"/>
        <w:rPr>
          <w:color w:val="000000"/>
        </w:rPr>
      </w:pPr>
      <w:r>
        <w:rPr>
          <w:color w:val="000000"/>
        </w:rPr>
        <w:t>【点睛】</w:t>
      </w:r>
      <w:r>
        <w:rPr>
          <w:rFonts w:ascii="宋体" w:eastAsia="宋体" w:hAnsi="宋体" w:cs="宋体"/>
          <w:color w:val="000000"/>
        </w:rPr>
        <w:t>此题考查了数轴上的动点问题与一元一次方程的应用，准确读懂题意、理解偶点的定义、找出正确的等量关系是解此题的关键．</w:t>
      </w:r>
    </w:p>
    <w:p>
      <w:pPr>
        <w:pStyle w:val="Heading2"/>
      </w:pPr>
      <w:r>
        <w:t>景山学校</w:t>
      </w:r>
    </w:p>
    <w:p>
      <w:pPr>
        <w:spacing w:line="360" w:lineRule="auto"/>
        <w:jc w:val="left"/>
        <w:textAlignment w:val="center"/>
        <w:rPr>
          <w:color w:val="000000"/>
        </w:rPr>
      </w:pPr>
      <w:r>
        <w:rPr>
          <w:color w:val="000000"/>
        </w:rPr>
        <w:t xml:space="preserve">27. </w:t>
      </w:r>
      <w:r>
        <w:rPr>
          <w:rFonts w:ascii="宋体" w:eastAsia="宋体" w:hAnsi="宋体" w:cs="宋体"/>
          <w:color w:val="000000"/>
        </w:rPr>
        <w:t>在</w:t>
      </w:r>
      <w:r>
        <w:rPr>
          <w:rFonts w:ascii="Cambria Math" w:eastAsia="Cambria Math" w:hAnsi="Cambria Math" w:cs="Cambria Math"/>
          <w:color w:val="000000"/>
        </w:rPr>
        <w:t>△</w:t>
      </w:r>
      <w:r>
        <w:rPr>
          <w:rFonts w:ascii="Times New Roman" w:eastAsia="Times New Roman" w:hAnsi="Times New Roman" w:cs="Times New Roman"/>
          <w:i/>
          <w:color w:val="000000"/>
        </w:rPr>
        <w:t>ABC</w:t>
      </w:r>
      <w:r>
        <w:rPr>
          <w:rFonts w:ascii="宋体" w:eastAsia="宋体" w:hAnsi="宋体" w:cs="宋体"/>
          <w:color w:val="000000"/>
        </w:rPr>
        <w:t>中，∠</w:t>
      </w:r>
      <w:r>
        <w:rPr>
          <w:rFonts w:ascii="Times New Roman" w:eastAsia="Times New Roman" w:hAnsi="Times New Roman" w:cs="Times New Roman"/>
          <w:i/>
          <w:color w:val="000000"/>
        </w:rPr>
        <w:t>ACB</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ABC</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是射线</w:t>
      </w:r>
      <w:r>
        <w:rPr>
          <w:rFonts w:ascii="Times New Roman" w:eastAsia="Times New Roman" w:hAnsi="Times New Roman" w:cs="Times New Roman"/>
          <w:i/>
          <w:color w:val="000000"/>
        </w:rPr>
        <w:t>BC</w:t>
      </w:r>
      <w:r>
        <w:rPr>
          <w:rFonts w:ascii="宋体" w:eastAsia="宋体" w:hAnsi="宋体" w:cs="宋体"/>
          <w:color w:val="000000"/>
        </w:rPr>
        <w:t>上一动点（与</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点不重合），连接</w:t>
      </w:r>
      <w:r>
        <w:rPr>
          <w:rFonts w:ascii="Times New Roman" w:eastAsia="Times New Roman" w:hAnsi="Times New Roman" w:cs="Times New Roman"/>
          <w:i/>
          <w:color w:val="000000"/>
        </w:rPr>
        <w:t>AP</w:t>
      </w:r>
      <w:r>
        <w:rPr>
          <w:rFonts w:ascii="宋体" w:eastAsia="宋体" w:hAnsi="宋体" w:cs="宋体"/>
          <w:color w:val="000000"/>
        </w:rPr>
        <w:t>．过点</w:t>
      </w:r>
      <w:r>
        <w:rPr>
          <w:rFonts w:ascii="Times New Roman" w:eastAsia="Times New Roman" w:hAnsi="Times New Roman" w:cs="Times New Roman"/>
          <w:i/>
          <w:color w:val="000000"/>
        </w:rPr>
        <w:t>C</w:t>
      </w:r>
      <w:r>
        <w:rPr>
          <w:rFonts w:ascii="宋体" w:eastAsia="宋体" w:hAnsi="宋体" w:cs="宋体"/>
          <w:color w:val="000000"/>
        </w:rPr>
        <w:t>作</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i/>
          <w:color w:val="000000"/>
        </w:rPr>
        <w:t>AP</w:t>
      </w:r>
      <w:r>
        <w:rPr>
          <w:rFonts w:ascii="宋体" w:eastAsia="宋体" w:hAnsi="宋体" w:cs="宋体"/>
          <w:color w:val="000000"/>
        </w:rPr>
        <w:t>于点</w:t>
      </w:r>
      <w:r>
        <w:rPr>
          <w:rFonts w:ascii="Times New Roman" w:eastAsia="Times New Roman" w:hAnsi="Times New Roman" w:cs="Times New Roman"/>
          <w:i/>
          <w:color w:val="000000"/>
        </w:rPr>
        <w:t>D</w:t>
      </w:r>
      <w:r>
        <w:rPr>
          <w:rFonts w:ascii="宋体" w:eastAsia="宋体" w:hAnsi="宋体" w:cs="宋体"/>
          <w:color w:val="000000"/>
        </w:rPr>
        <w:t>，交直线</w:t>
      </w:r>
      <w:r>
        <w:rPr>
          <w:rFonts w:ascii="Times New Roman" w:eastAsia="Times New Roman" w:hAnsi="Times New Roman" w:cs="Times New Roman"/>
          <w:i/>
          <w:color w:val="000000"/>
        </w:rPr>
        <w:t>AB</w: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，设∠</w:t>
      </w:r>
      <w:r>
        <w:rPr>
          <w:rFonts w:ascii="Times New Roman" w:eastAsia="Times New Roman" w:hAnsi="Times New Roman" w:cs="Times New Roman"/>
          <w:i/>
          <w:color w:val="000000"/>
        </w:rPr>
        <w:t>APC</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457700" cy="3276600"/>
            <wp:docPr id="32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 name=""/>
                    <pic:cNvPicPr>
                      <a:picLocks noChangeAspect="1"/>
                    </pic:cNvPicPr>
                  </pic:nvPicPr>
                  <pic:blipFill>
                    <a:blip r:embed="rId1455"/>
                    <a:stretch>
                      <a:fillRect/>
                    </a:stretch>
                  </pic:blipFill>
                  <pic:spPr>
                    <a:xfrm>
                      <a:off x="0" y="0"/>
                      <a:ext cx="4457700" cy="3276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在线段</w:t>
      </w:r>
      <w:r>
        <w:rPr>
          <w:rFonts w:ascii="Times New Roman" w:eastAsia="Times New Roman" w:hAnsi="Times New Roman" w:cs="Times New Roman"/>
          <w:i/>
          <w:color w:val="000000"/>
        </w:rPr>
        <w:t>BC</w:t>
      </w:r>
      <w:r>
        <w:rPr>
          <w:rFonts w:ascii="宋体" w:eastAsia="宋体" w:hAnsi="宋体" w:cs="宋体"/>
          <w:color w:val="000000"/>
        </w:rPr>
        <w:t>上，且</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，直接写出∠</w:t>
      </w:r>
      <w:r>
        <w:rPr>
          <w:rFonts w:ascii="Times New Roman" w:eastAsia="Times New Roman" w:hAnsi="Times New Roman" w:cs="Times New Roman"/>
          <w:i/>
          <w:color w:val="000000"/>
        </w:rPr>
        <w:t>PAB</w:t>
      </w:r>
      <w:r>
        <w:rPr>
          <w:rFonts w:ascii="宋体" w:eastAsia="宋体" w:hAnsi="宋体" w:cs="宋体"/>
          <w:color w:val="000000"/>
        </w:rPr>
        <w:t>的大小；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在线段</w:t>
      </w:r>
      <w:r>
        <w:rPr>
          <w:rFonts w:ascii="Times New Roman" w:eastAsia="Times New Roman" w:hAnsi="Times New Roman" w:cs="Times New Roman"/>
          <w:i/>
          <w:color w:val="000000"/>
        </w:rPr>
        <w:t>BC</w:t>
      </w:r>
      <w:r>
        <w:rPr>
          <w:rFonts w:ascii="宋体" w:eastAsia="宋体" w:hAnsi="宋体" w:cs="宋体"/>
          <w:color w:val="000000"/>
        </w:rPr>
        <w:t>上运动，如图</w:t>
      </w:r>
      <w:r>
        <w:rPr>
          <w:rFonts w:ascii="Times New Roman" w:eastAsia="Times New Roman" w:hAnsi="Times New Roman" w:cs="Times New Roman"/>
          <w:color w:val="000000"/>
        </w:rPr>
        <w:t>2</w:t>
      </w:r>
      <w:r>
        <w:rPr>
          <w:rFonts w:ascii="宋体" w:eastAsia="宋体" w:hAnsi="宋体" w:cs="宋体"/>
          <w:color w:val="000000"/>
        </w:rPr>
        <w:t>，求∠</w:t>
      </w:r>
      <w:r>
        <w:rPr>
          <w:rFonts w:ascii="Times New Roman" w:eastAsia="Times New Roman" w:hAnsi="Times New Roman" w:cs="Times New Roman"/>
          <w:i/>
          <w:color w:val="000000"/>
        </w:rPr>
        <w:t>AED</w:t>
      </w:r>
      <w:r>
        <w:rPr>
          <w:rFonts w:ascii="宋体" w:eastAsia="宋体" w:hAnsi="宋体" w:cs="宋体"/>
          <w:color w:val="000000"/>
        </w:rPr>
        <w:t>的大小（用含</w:t>
      </w:r>
      <w:r>
        <w:rPr>
          <w:rFonts w:ascii="Times New Roman" w:eastAsia="Times New Roman" w:hAnsi="Times New Roman" w:cs="Times New Roman"/>
          <w:color w:val="000000"/>
        </w:rPr>
        <w:t>α</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在</w:t>
      </w:r>
      <w:r>
        <w:rPr>
          <w:rFonts w:ascii="Times New Roman" w:eastAsia="Times New Roman" w:hAnsi="Times New Roman" w:cs="Times New Roman"/>
          <w:i/>
          <w:color w:val="000000"/>
        </w:rPr>
        <w:t>BC</w:t>
      </w:r>
      <w:r>
        <w:rPr>
          <w:rFonts w:ascii="宋体" w:eastAsia="宋体" w:hAnsi="宋体" w:cs="宋体"/>
          <w:color w:val="000000"/>
        </w:rPr>
        <w:t>的延长线上运动，且</w:t>
      </w:r>
      <w:r>
        <w:rPr>
          <w:rFonts w:ascii="Times New Roman" w:eastAsia="Times New Roman" w:hAnsi="Times New Roman" w:cs="Times New Roman"/>
          <w:i/>
          <w:color w:val="000000"/>
        </w:rPr>
        <w:t>a</w:t>
      </w:r>
      <w:r>
        <w:rPr>
          <w:rFonts w:ascii="Times New Roman" w:eastAsia="Times New Roman" w:hAnsi="Times New Roman" w:cs="Times New Roman"/>
          <w:color w:val="000000"/>
        </w:rPr>
        <w:t>≠50°</w:t>
      </w:r>
      <w:r>
        <w:rPr>
          <w:rFonts w:ascii="宋体" w:eastAsia="宋体" w:hAnsi="宋体" w:cs="宋体"/>
          <w:color w:val="000000"/>
        </w:rPr>
        <w:t>，直接写出∠</w:t>
      </w:r>
      <w:r>
        <w:rPr>
          <w:rFonts w:ascii="Times New Roman" w:eastAsia="Times New Roman" w:hAnsi="Times New Roman" w:cs="Times New Roman"/>
          <w:i/>
          <w:color w:val="000000"/>
        </w:rPr>
        <w:t>AED</w:t>
      </w:r>
      <w:r>
        <w:rPr>
          <w:rFonts w:ascii="宋体" w:eastAsia="宋体" w:hAnsi="宋体" w:cs="宋体"/>
          <w:color w:val="000000"/>
        </w:rPr>
        <w:t>的大小（用含</w:t>
      </w:r>
      <w:r>
        <w:rPr>
          <w:rFonts w:ascii="Times New Roman" w:eastAsia="Times New Roman" w:hAnsi="Times New Roman" w:cs="Times New Roman"/>
          <w:color w:val="000000"/>
        </w:rPr>
        <w:t>α</w:t>
      </w:r>
      <w:r>
        <w:rPr>
          <w:rFonts w:ascii="宋体" w:eastAsia="宋体" w:hAnsi="宋体" w:cs="宋体"/>
          <w:color w:val="000000"/>
        </w:rPr>
        <w:t>的式子表示）．</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PAB</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AED</w:t>
      </w:r>
      <w:r>
        <w:rPr>
          <w:rFonts w:ascii="宋体" w:eastAsia="宋体" w:hAnsi="宋体" w:cs="宋体"/>
          <w:color w:val="000000"/>
        </w:rPr>
        <w:t>＝</w:t>
      </w:r>
      <w:r>
        <w:rPr>
          <w:rFonts w:ascii="Times New Roman" w:eastAsia="Times New Roman" w:hAnsi="Times New Roman" w:cs="Times New Roman"/>
          <w:color w:val="000000"/>
        </w:rPr>
        <w:t>130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AED</w:t>
      </w:r>
      <w:r>
        <w:rPr>
          <w:rFonts w:ascii="宋体" w:eastAsia="宋体" w:hAnsi="宋体" w:cs="宋体"/>
          <w:color w:val="000000"/>
        </w:rPr>
        <w:t>为</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°或</w:t>
      </w:r>
      <w:r>
        <w:rPr>
          <w:rFonts w:ascii="Times New Roman" w:eastAsia="Times New Roman" w:hAnsi="Times New Roman" w:cs="Times New Roman"/>
          <w:color w:val="000000"/>
        </w:rPr>
        <w:t>50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）根据三角形外角的的性质可得结论；</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）根据三角形外角的性质和直角三角形两锐角互余可得结论；</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）分情况讨论：</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或</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根据三角形内角和可得结论．</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时，∠</w:t>
      </w:r>
      <w:r>
        <w:rPr>
          <w:rFonts w:ascii="Times New Roman" w:eastAsia="Times New Roman" w:hAnsi="Times New Roman" w:cs="Times New Roman"/>
          <w:i/>
          <w:color w:val="000000"/>
        </w:rPr>
        <w:t>APC</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rPr>
          <w:rFonts w:ascii="Times New Roman" w:eastAsia="Times New Roman" w:hAnsi="Times New Roman" w:cs="Times New Roman"/>
          <w:i/>
          <w:color w:val="000000"/>
        </w:rPr>
        <w:t>APB</w:t>
      </w:r>
      <w:r>
        <w:rPr>
          <w:rFonts w:ascii="宋体" w:eastAsia="宋体" w:hAnsi="宋体" w:cs="宋体"/>
          <w:color w:val="000000"/>
        </w:rPr>
        <w:t>中，∠</w:t>
      </w:r>
      <w:r>
        <w:rPr>
          <w:rFonts w:ascii="Times New Roman" w:eastAsia="Times New Roman" w:hAnsi="Times New Roman" w:cs="Times New Roman"/>
          <w:i/>
          <w:color w:val="000000"/>
        </w:rPr>
        <w:t>PAB</w:t>
      </w:r>
      <w:r>
        <w:rPr>
          <w:rFonts w:ascii="宋体" w:eastAsia="宋体" w:hAnsi="宋体" w:cs="宋体"/>
          <w:color w:val="000000"/>
        </w:rPr>
        <w:t>＝∠</w:t>
      </w:r>
      <w:r>
        <w:rPr>
          <w:rFonts w:ascii="Times New Roman" w:eastAsia="Times New Roman" w:hAnsi="Times New Roman" w:cs="Times New Roman"/>
          <w:i/>
          <w:color w:val="000000"/>
        </w:rPr>
        <w:t>APC</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，同（</w:t>
      </w:r>
      <w:r>
        <w:rPr>
          <w:rFonts w:ascii="Times New Roman" w:eastAsia="Times New Roman" w:hAnsi="Times New Roman" w:cs="Times New Roman"/>
          <w:color w:val="000000"/>
        </w:rPr>
        <w:t>1</w:t>
      </w:r>
      <w:r>
        <w:rPr>
          <w:rFonts w:ascii="宋体" w:eastAsia="宋体" w:hAnsi="宋体" w:cs="宋体"/>
          <w:color w:val="000000"/>
        </w:rPr>
        <w:t>）得：∠</w:t>
      </w:r>
      <w:r>
        <w:rPr>
          <w:rFonts w:ascii="Times New Roman" w:eastAsia="Times New Roman" w:hAnsi="Times New Roman" w:cs="Times New Roman"/>
          <w:i/>
          <w:color w:val="000000"/>
        </w:rPr>
        <w:t>PAB</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CE</w:t>
      </w:r>
      <w:r>
        <w:rPr>
          <w:rFonts w:ascii="宋体" w:eastAsia="宋体" w:hAnsi="宋体" w:cs="宋体"/>
          <w:color w:val="000000"/>
        </w:rPr>
        <w:t>⊥</w:t>
      </w:r>
      <w:r>
        <w:rPr>
          <w:rFonts w:ascii="Times New Roman" w:eastAsia="Times New Roman" w:hAnsi="Times New Roman" w:cs="Times New Roman"/>
          <w:i/>
          <w:color w:val="000000"/>
        </w:rPr>
        <w:t>AP</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ADE</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AED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AED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PAB</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color w:val="000000"/>
        </w:rPr>
        <w:t>130°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）①如图</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1647825" cy="1504950"/>
            <wp:docPr id="32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 name=""/>
                    <pic:cNvPicPr>
                      <a:picLocks noChangeAspect="1"/>
                    </pic:cNvPicPr>
                  </pic:nvPicPr>
                  <pic:blipFill>
                    <a:blip r:embed="rId1456"/>
                    <a:stretch>
                      <a:fillRect/>
                    </a:stretch>
                  </pic:blipFill>
                  <pic:spPr>
                    <a:xfrm>
                      <a:off x="0" y="0"/>
                      <a:ext cx="1647825" cy="1504950"/>
                    </a:xfrm>
                    <a:prstGeom prst="rect">
                      <a:avLst/>
                    </a:prstGeom>
                  </pic:spPr>
                </pic:pic>
              </a:graphicData>
            </a:graphic>
          </wp:inline>
        </w:drawing>
      </w:r>
    </w:p>
    <w:p>
      <w:pPr>
        <w:spacing w:line="360" w:lineRule="auto"/>
        <w:jc w:val="left"/>
        <w:textAlignment w:val="center"/>
        <w:rPr>
          <w:color w:val="000000"/>
        </w:rPr>
      </w:pPr>
      <w:r>
        <w:rPr>
          <w:rFonts w:ascii="Cambria Math" w:eastAsia="Cambria Math" w:hAnsi="Cambria Math" w:cs="Cambria Math"/>
          <w:color w:val="000000"/>
        </w:rPr>
        <w:t>△</w:t>
      </w:r>
      <w:r>
        <w:rPr>
          <w:rFonts w:ascii="Times New Roman" w:eastAsia="Times New Roman" w:hAnsi="Times New Roman" w:cs="Times New Roman"/>
          <w:i/>
          <w:color w:val="000000"/>
        </w:rPr>
        <w:t>APC</w:t>
      </w:r>
      <w:r>
        <w:rPr>
          <w:rFonts w:ascii="宋体" w:eastAsia="宋体" w:hAnsi="宋体" w:cs="宋体"/>
          <w:color w:val="000000"/>
        </w:rPr>
        <w:t>中，∠</w:t>
      </w:r>
      <w:r>
        <w:rPr>
          <w:rFonts w:ascii="Times New Roman" w:eastAsia="Times New Roman" w:hAnsi="Times New Roman" w:cs="Times New Roman"/>
          <w:i/>
          <w:color w:val="000000"/>
        </w:rPr>
        <w:t>ACP</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APC</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CAP</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i/>
          <w:color w:val="000000"/>
        </w:rPr>
        <w:t>AP</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ADE</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AED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DAE</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50°+90°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②如图，当</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2209800" cy="2114550"/>
            <wp:docPr id="32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 name=""/>
                    <pic:cNvPicPr>
                      <a:picLocks noChangeAspect="1"/>
                    </pic:cNvPicPr>
                  </pic:nvPicPr>
                  <pic:blipFill>
                    <a:blip r:embed="rId1457"/>
                    <a:stretch>
                      <a:fillRect/>
                    </a:stretch>
                  </pic:blipFill>
                  <pic:spPr>
                    <a:xfrm>
                      <a:off x="0" y="0"/>
                      <a:ext cx="2209800" cy="2114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AED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PAE</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α+40°</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i/>
          <w:color w:val="000000"/>
        </w:rPr>
        <w:t>AED</w:t>
      </w:r>
      <w:r>
        <w:rPr>
          <w:rFonts w:ascii="宋体" w:eastAsia="宋体" w:hAnsi="宋体" w:cs="宋体"/>
          <w:color w:val="000000"/>
        </w:rPr>
        <w:t>为</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或</w:t>
      </w:r>
      <w:r>
        <w:rPr>
          <w:rFonts w:ascii="Times New Roman" w:eastAsia="Times New Roman" w:hAnsi="Times New Roman" w:cs="Times New Roman"/>
          <w:color w:val="000000"/>
        </w:rPr>
        <w:t>50°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本题考查了三角形外角的性质、直角三角形的两锐角互余、垂线的性质，熟练掌握这些性质是关键．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在平面直角坐标系</w:t>
      </w:r>
      <w:r>
        <w:pict>
          <v:shape id="_x0000_i711264" type="#_x0000_t75" alt="学科网(www.zxxk.com)--教育资源门户，提供试卷、教案、课件、论文、素材以及各类教学资源下载，还有大量而丰富的教学相关资讯！" style="width:24pt;height:15.75pt" o:oleicon="f" o:ole="">
            <v:imagedata r:id="rId1458" o:title="eqId7ee31829d0d4d5f779a957d7df8058ab"/>
          </v:shape>
        </w:pict>
      </w:r>
      <w:r>
        <w:rPr>
          <w:rFonts w:ascii="宋体" w:eastAsia="宋体" w:hAnsi="宋体" w:cs="宋体"/>
          <w:color w:val="000000"/>
        </w:rPr>
        <w:t>中，对于任意两点</w:t>
      </w:r>
      <w:r>
        <w:pict>
          <v:shape id="_x0000_i711265" type="#_x0000_t75" alt="学科网(www.zxxk.com)--教育资源门户，提供试卷、教案、课件、论文、素材以及各类教学资源下载，还有大量而丰富的教学相关资讯！" style="width:50.25pt;height:20.25pt" o:oleicon="f" o:ole="">
            <v:imagedata r:id="rId1459" o:title="eqId49dd9a3bc9b01520fa2def6ebf0968c3"/>
          </v:shape>
        </w:pict>
      </w:r>
      <w:r>
        <w:rPr>
          <w:rFonts w:ascii="宋体" w:eastAsia="宋体" w:hAnsi="宋体" w:cs="宋体"/>
          <w:color w:val="000000"/>
        </w:rPr>
        <w:t>，</w:t>
      </w:r>
      <w:r>
        <w:pict>
          <v:shape id="_x0000_i711266" type="#_x0000_t75" alt="学科网(www.zxxk.com)--教育资源门户，提供试卷、教案、课件、论文、素材以及各类教学资源下载，还有大量而丰富的教学相关资讯！" style="width:51pt;height:20.25pt" o:oleicon="f" o:ole="">
            <v:imagedata r:id="rId1460" o:title="eqId9baea7d7c6997e182e6e029580e31440"/>
          </v:shape>
        </w:pict>
      </w:r>
      <w:r>
        <w:rPr>
          <w:rFonts w:ascii="宋体" w:eastAsia="宋体" w:hAnsi="宋体" w:cs="宋体"/>
          <w:color w:val="000000"/>
        </w:rPr>
        <w:t>，定义</w:t>
      </w:r>
      <w:r>
        <w:pict>
          <v:shape id="_x0000_i711267" type="#_x0000_t75" alt="学科网(www.zxxk.com)--教育资源门户，提供试卷、教案、课件、论文、素材以及各类教学资源下载，还有大量而丰富的教学相关资讯！" style="width:123pt;height:20.4pt" o:oleicon="f" o:ole="">
            <v:imagedata r:id="rId1461" o:title="eqId724f14145159f6790a4715015a0e393d"/>
          </v:shape>
        </w:pict>
      </w:r>
      <w:r>
        <w:rPr>
          <w:rFonts w:ascii="宋体" w:eastAsia="宋体" w:hAnsi="宋体" w:cs="宋体"/>
          <w:color w:val="000000"/>
        </w:rPr>
        <w:t>为点</w:t>
      </w:r>
      <w:r>
        <w:pict>
          <v:shape id="_x0000_i711268" type="#_x0000_t75" alt="学科网(www.zxxk.com)--教育资源门户，提供试卷、教案、课件、论文、素材以及各类教学资源下载，还有大量而丰富的教学相关资讯！" style="width:14.25pt;height:10.5pt" o:oleicon="f" o:ole="">
            <v:imagedata r:id="rId1462" o:title="eqIdac047e91852b91af639feec23a9598b2"/>
          </v:shape>
        </w:pict>
      </w:r>
      <w:r>
        <w:rPr>
          <w:rFonts w:ascii="宋体" w:eastAsia="宋体" w:hAnsi="宋体" w:cs="宋体"/>
          <w:color w:val="000000"/>
        </w:rPr>
        <w:t>和点</w:t>
      </w:r>
      <w:r>
        <w:pict>
          <v:shape id="_x0000_i711269" type="#_x0000_t75" alt="学科网(www.zxxk.com)--教育资源门户，提供试卷、教案、课件、论文、素材以及各类教学资源下载，还有大量而丰富的教学相关资讯！" style="width:14.25pt;height:14.25pt" o:oleicon="f" o:ole="">
            <v:imagedata r:id="rId1463" o:title="eqId54a5d7d3b6b63fe5c24c3907b7a8eaa3"/>
          </v:shape>
        </w:pict>
      </w:r>
      <w:r>
        <w:rPr>
          <w:rFonts w:ascii="宋体" w:eastAsia="宋体" w:hAnsi="宋体" w:cs="宋体"/>
          <w:color w:val="000000"/>
        </w:rPr>
        <w:t>的“</w:t>
      </w:r>
      <w:r>
        <w:pict>
          <v:shape id="_x0000_i711270" type="#_x0000_t75" alt="学科网(www.zxxk.com)--教育资源门户，提供试卷、教案、课件、论文、素材以及各类教学资源下载，还有大量而丰富的教学相关资讯！" style="width:10pt;height:14.4pt" o:oleicon="f" o:ole="">
            <v:imagedata r:id="rId1464" o:title="eqIdf0a532e15e232cb4b99a8d4d07c89575"/>
          </v:shape>
        </w:pict>
      </w:r>
      <w:r>
        <w:rPr>
          <w:rFonts w:ascii="宋体" w:eastAsia="宋体" w:hAnsi="宋体" w:cs="宋体"/>
          <w:color w:val="000000"/>
        </w:rPr>
        <w:t>阶距离”，其中</w:t>
      </w:r>
      <w:r>
        <w:pict>
          <v:shape id="_x0000_i711271" type="#_x0000_t75" alt="学科网(www.zxxk.com)--教育资源门户，提供试卷、教案、课件、论文、素材以及各类教学资源下载，还有大量而丰富的教学相关资讯！" style="width:42.8pt;height:14.25pt" o:oleicon="f" o:ole="">
            <v:imagedata r:id="rId1465" o:title="eqId5ca31c862890af181c5603111a77c970"/>
          </v:shape>
        </w:pict>
      </w:r>
      <w:r>
        <w:rPr>
          <w:rFonts w:ascii="宋体" w:eastAsia="宋体" w:hAnsi="宋体" w:cs="宋体"/>
          <w:color w:val="000000"/>
        </w:rPr>
        <w:t>．例如：点</w:t>
      </w:r>
      <w:r>
        <w:pict>
          <v:shape id="_x0000_i711272" type="#_x0000_t75" alt="学科网(www.zxxk.com)--教育资源门户，提供试卷、教案、课件、论文、素材以及各类教学资源下载，还有大量而丰富的教学相关资讯！" style="width:40.2pt;height:19.8pt" o:oleicon="f" o:ole="">
            <v:imagedata r:id="rId1466" o:title="eqIdd37c29b4ec01538ff60381dbbccacefc"/>
          </v:shape>
        </w:pict>
      </w:r>
      <w:r>
        <w:rPr>
          <w:rFonts w:ascii="宋体" w:eastAsia="宋体" w:hAnsi="宋体" w:cs="宋体"/>
          <w:color w:val="000000"/>
        </w:rPr>
        <w:t>，</w:t>
      </w:r>
      <w:r>
        <w:pict>
          <v:shape id="_x0000_i711273" type="#_x0000_t75" alt="学科网(www.zxxk.com)--教育资源门户，提供试卷、教案、课件、论文、素材以及各类教学资源下载，还有大量而丰富的教学相关资讯！" style="width:47.4pt;height:20.4pt" o:oleicon="f" o:ole="">
            <v:imagedata r:id="rId1467" o:title="eqId1ca7e9476d4642d0a12348e97196e8c3"/>
          </v:shape>
        </w:pict>
      </w:r>
      <w:r>
        <w:rPr>
          <w:rFonts w:ascii="宋体" w:eastAsia="宋体" w:hAnsi="宋体" w:cs="宋体"/>
          <w:color w:val="000000"/>
        </w:rPr>
        <w:t>的“</w:t>
      </w:r>
      <w:r>
        <w:pict>
          <v:shape id="_x0000_i711274" type="#_x0000_t75" alt="学科网(www.zxxk.com)--教育资源门户，提供试卷、教案、课件、论文、素材以及各类教学资源下载，还有大量而丰富的教学相关资讯！" style="width:10.9pt;height:31.1pt" o:oleicon="f" o:ole="">
            <v:imagedata r:id="rId1468" o:title="eqIdd3ffd5c35bba71ea54c28622b6cf505d"/>
          </v:shape>
        </w:pict>
      </w:r>
      <w:r>
        <w:rPr>
          <w:rFonts w:ascii="宋体" w:eastAsia="宋体" w:hAnsi="宋体" w:cs="宋体"/>
          <w:color w:val="000000"/>
        </w:rPr>
        <w:t>阶距离”为</w:t>
      </w:r>
      <w:r>
        <w:pict>
          <v:shape id="_x0000_i711275" type="#_x0000_t75" alt="学科网(www.zxxk.com)--教育资源门户，提供试卷、教案、课件、论文、素材以及各类教学资源下载，还有大量而丰富的教学相关资讯！" style="width:117.6pt;height:30.6pt" o:oleicon="f" o:ole="">
            <v:imagedata r:id="rId1469" o:title="eqId5e686ab65654eec367e3539be371b4c6"/>
          </v:shape>
        </w:pict>
      </w:r>
      <w:r>
        <w:rPr>
          <w:rFonts w:ascii="宋体" w:eastAsia="宋体" w:hAnsi="宋体" w:cs="宋体"/>
          <w:color w:val="000000"/>
        </w:rPr>
        <w:t>．已知点</w:t>
      </w:r>
      <w:r>
        <w:pict>
          <v:shape id="_x0000_i711276" type="#_x0000_t75" alt="学科网(www.zxxk.com)--教育资源门户，提供试卷、教案、课件、论文、素材以及各类教学资源下载，还有大量而丰富的教学相关资讯！" style="width:44.25pt;height:20.25pt" o:oleicon="f" o:ole="">
            <v:imagedata r:id="rId1470" o:title="eqId673d0b92b0af4e1e723cd8750c714128"/>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14550" cy="2152650"/>
            <wp:docPr id="32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 name=""/>
                    <pic:cNvPicPr>
                      <a:picLocks noChangeAspect="1"/>
                    </pic:cNvPicPr>
                  </pic:nvPicPr>
                  <pic:blipFill>
                    <a:blip r:embed="rId1471"/>
                    <a:stretch>
                      <a:fillRect/>
                    </a:stretch>
                  </pic:blipFill>
                  <pic:spPr>
                    <a:xfrm>
                      <a:off x="0" y="0"/>
                      <a:ext cx="2114550" cy="2152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若点</w:t>
      </w:r>
      <w:r>
        <w:pict>
          <v:shape id="_x0000_i711277" type="#_x0000_t75" alt="学科网(www.zxxk.com)--教育资源门户，提供试卷、教案、课件、论文、素材以及各类教学资源下载，还有大量而丰富的教学相关资讯！" style="width:39pt;height:20.25pt" o:oleicon="f" o:ole="">
            <v:imagedata r:id="rId1472" o:title="eqId4507ca336be21e7385780be59f8101f1"/>
          </v:shape>
        </w:pict>
      </w:r>
      <w:r>
        <w:rPr>
          <w:rFonts w:ascii="宋体" w:eastAsia="宋体" w:hAnsi="宋体" w:cs="宋体"/>
          <w:color w:val="000000"/>
        </w:rPr>
        <w:t>，求点</w:t>
      </w:r>
      <w:r>
        <w:pict>
          <v:shape id="_x0000_i711278" type="#_x0000_t75" alt="学科网(www.zxxk.com)--教育资源门户，提供试卷、教案、课件、论文、素材以及各类教学资源下载，还有大量而丰富的教学相关资讯！" style="width:12pt;height:12pt" o:oleicon="f" o:ole="">
            <v:imagedata r:id="rId1473" o:title="eqId5963abe8f421bd99a2aaa94831a951e9"/>
          </v:shape>
        </w:pict>
      </w:r>
      <w:r>
        <w:rPr>
          <w:rFonts w:ascii="宋体" w:eastAsia="宋体" w:hAnsi="宋体" w:cs="宋体"/>
          <w:color w:val="000000"/>
        </w:rPr>
        <w:t>和点</w:t>
      </w:r>
      <w:r>
        <w:pict>
          <v:shape id="_x0000_i711279" type="#_x0000_t75" alt="学科网(www.zxxk.com)--教育资源门户，提供试卷、教案、课件、论文、素材以及各类教学资源下载，还有大量而丰富的教学相关资讯！" style="width:9.75pt;height:10.5pt" o:oleicon="f" o:ole="">
            <v:imagedata r:id="rId1474" o:title="eqId7f9e8449aad35c5d840a3395ea86df6d"/>
          </v:shape>
        </w:pict>
      </w:r>
      <w:r>
        <w:rPr>
          <w:rFonts w:ascii="宋体" w:eastAsia="宋体" w:hAnsi="宋体" w:cs="宋体"/>
          <w:color w:val="000000"/>
        </w:rPr>
        <w:t>的“</w:t>
      </w:r>
      <w:r>
        <w:pict>
          <v:shape id="_x0000_i711280" type="#_x0000_t75" alt="学科网(www.zxxk.com)--教育资源门户，提供试卷、教案、课件、论文、素材以及各类教学资源下载，还有大量而丰富的教学相关资讯！" style="width:11.9pt;height:31.2pt" o:oleicon="f" o:ole="">
            <v:imagedata r:id="rId1475" o:title="eqId56d266a04f3dc7483eddbc26c5e487db"/>
          </v:shape>
        </w:pict>
      </w:r>
      <w:r>
        <w:rPr>
          <w:rFonts w:ascii="宋体" w:eastAsia="宋体" w:hAnsi="宋体" w:cs="宋体"/>
          <w:color w:val="000000"/>
        </w:rPr>
        <w:t>阶距离”；</w:t>
      </w:r>
    </w:p>
    <w:p>
      <w:pPr>
        <w:spacing w:line="360" w:lineRule="auto"/>
        <w:jc w:val="left"/>
        <w:textAlignment w:val="center"/>
        <w:rPr>
          <w:color w:val="000000"/>
        </w:rPr>
      </w:pPr>
      <w:r>
        <w:rPr>
          <w:color w:val="000000"/>
        </w:rPr>
        <w:t>（2）</w:t>
      </w:r>
      <w:r>
        <w:rPr>
          <w:rFonts w:ascii="宋体" w:eastAsia="宋体" w:hAnsi="宋体" w:cs="宋体"/>
          <w:color w:val="000000"/>
        </w:rPr>
        <w:t>若点</w:t>
      </w:r>
      <w:r>
        <w:pict>
          <v:shape id="_x0000_i711281" type="#_x0000_t75" alt="学科网(www.zxxk.com)--教育资源门户，提供试卷、教案、课件、论文、素材以及各类教学资源下载，还有大量而丰富的教学相关资讯！" style="width:9.75pt;height:10.5pt" o:oleicon="f" o:ole="">
            <v:imagedata r:id="rId1476" o:title="eqId7f9e8449aad35c5d840a3395ea86df6d"/>
          </v:shape>
        </w:pict>
      </w:r>
      <w:r>
        <w:rPr>
          <w:rFonts w:ascii="宋体" w:eastAsia="宋体" w:hAnsi="宋体" w:cs="宋体"/>
          <w:color w:val="000000"/>
        </w:rPr>
        <w:t>在</w:t>
      </w:r>
      <w:r>
        <w:pict>
          <v:shape id="_x0000_i711282" type="#_x0000_t75" alt="学科网(www.zxxk.com)--教育资源门户，提供试卷、教案、课件、论文、素材以及各类教学资源下载，还有大量而丰富的教学相关资讯！" style="width:9pt;height:9.75pt" o:oleicon="f" o:ole="">
            <v:imagedata r:id="rId1477" o:title="eqId81dea63b8ce3e51adf66cf7b9982a248"/>
          </v:shape>
        </w:pict>
      </w:r>
      <w:r>
        <w:rPr>
          <w:rFonts w:ascii="宋体" w:eastAsia="宋体" w:hAnsi="宋体" w:cs="宋体"/>
          <w:color w:val="000000"/>
        </w:rPr>
        <w:t>轴上，且点</w:t>
      </w:r>
      <w:r>
        <w:pict>
          <v:shape id="_x0000_i711283" type="#_x0000_t75" alt="学科网(www.zxxk.com)--教育资源门户，提供试卷、教案、课件、论文、素材以及各类教学资源下载，还有大量而丰富的教学相关资讯！" style="width:12pt;height:12pt" o:oleicon="f" o:ole="">
            <v:imagedata r:id="rId1478" o:title="eqId5963abe8f421bd99a2aaa94831a951e9"/>
          </v:shape>
        </w:pict>
      </w:r>
      <w:r>
        <w:rPr>
          <w:rFonts w:ascii="宋体" w:eastAsia="宋体" w:hAnsi="宋体" w:cs="宋体"/>
          <w:color w:val="000000"/>
        </w:rPr>
        <w:t>和点</w:t>
      </w:r>
      <w:r>
        <w:pict>
          <v:shape id="_x0000_i711284" type="#_x0000_t75" alt="学科网(www.zxxk.com)--教育资源门户，提供试卷、教案、课件、论文、素材以及各类教学资源下载，还有大量而丰富的教学相关资讯！" style="width:9.75pt;height:10.5pt" o:oleicon="f" o:ole="">
            <v:imagedata r:id="rId1476" o:title="eqId7f9e8449aad35c5d840a3395ea86df6d"/>
          </v:shape>
        </w:pict>
      </w:r>
      <w:r>
        <w:rPr>
          <w:rFonts w:ascii="宋体" w:eastAsia="宋体" w:hAnsi="宋体" w:cs="宋体"/>
          <w:color w:val="000000"/>
        </w:rPr>
        <w:t>的“</w:t>
      </w:r>
      <w:r>
        <w:pict>
          <v:shape id="_x0000_i711285" type="#_x0000_t75" alt="学科网(www.zxxk.com)--教育资源门户，提供试卷、教案、课件、论文、素材以及各类教学资源下载，还有大量而丰富的教学相关资讯！" style="width:11.25pt;height:30.75pt" o:oleicon="f" o:ole="">
            <v:imagedata r:id="rId1479" o:title="eqId4dac452fbb5ef6dd653e7fbbef639484"/>
          </v:shape>
        </w:pict>
      </w:r>
      <w:r>
        <w:rPr>
          <w:rFonts w:ascii="宋体" w:eastAsia="宋体" w:hAnsi="宋体" w:cs="宋体"/>
          <w:color w:val="000000"/>
        </w:rPr>
        <w:t>阶距离”为</w:t>
      </w:r>
      <w:r>
        <w:rPr>
          <w:rFonts w:ascii="Times New Roman" w:eastAsia="Times New Roman" w:hAnsi="Times New Roman" w:cs="Times New Roman"/>
          <w:color w:val="000000"/>
        </w:rPr>
        <w:t>4</w:t>
      </w:r>
      <w:r>
        <w:rPr>
          <w:rFonts w:ascii="宋体" w:eastAsia="宋体" w:hAnsi="宋体" w:cs="宋体"/>
          <w:color w:val="000000"/>
        </w:rPr>
        <w:t>，求点</w:t>
      </w:r>
      <w:r>
        <w:pict>
          <v:shape id="_x0000_i711286" type="#_x0000_t75" alt="学科网(www.zxxk.com)--教育资源门户，提供试卷、教案、课件、论文、素材以及各类教学资源下载，还有大量而丰富的教学相关资讯！" style="width:9.75pt;height:10.5pt" o:oleicon="f" o:ole="">
            <v:imagedata r:id="rId1476" o:title="eqId7f9e8449aad35c5d840a3395ea86df6d"/>
          </v:shape>
        </w:pict>
      </w:r>
      <w:r>
        <w:rPr>
          <w:rFonts w:ascii="宋体" w:eastAsia="宋体" w:hAnsi="宋体" w:cs="宋体"/>
          <w:color w:val="000000"/>
        </w:rPr>
        <w:t>的坐标；</w:t>
      </w:r>
    </w:p>
    <w:p>
      <w:pPr>
        <w:spacing w:line="360" w:lineRule="auto"/>
        <w:jc w:val="left"/>
        <w:textAlignment w:val="center"/>
        <w:rPr>
          <w:color w:val="000000"/>
        </w:rPr>
      </w:pPr>
      <w:r>
        <w:rPr>
          <w:color w:val="000000"/>
        </w:rPr>
        <w:t>（3）</w:t>
      </w:r>
      <w:r>
        <w:rPr>
          <w:rFonts w:ascii="宋体" w:eastAsia="宋体" w:hAnsi="宋体" w:cs="宋体"/>
          <w:color w:val="000000"/>
        </w:rPr>
        <w:t>若点</w:t>
      </w:r>
      <w:r>
        <w:pict>
          <v:shape id="_x0000_i711287" type="#_x0000_t75" alt="学科网(www.zxxk.com)--教育资源门户，提供试卷、教案、课件、论文、素材以及各类教学资源下载，还有大量而丰富的教学相关资讯！" style="width:39.2pt;height:20.4pt" o:oleicon="f" o:ole="">
            <v:imagedata r:id="rId1480" o:title="eqIdda522d32089ba1c170ce45c8507c17a8"/>
          </v:shape>
        </w:pict>
      </w:r>
      <w:r>
        <w:rPr>
          <w:rFonts w:ascii="宋体" w:eastAsia="宋体" w:hAnsi="宋体" w:cs="宋体"/>
          <w:color w:val="000000"/>
        </w:rPr>
        <w:t>，且点</w:t>
      </w:r>
      <w:r>
        <w:pict>
          <v:shape id="_x0000_i711288" type="#_x0000_t75" alt="学科网(www.zxxk.com)--教育资源门户，提供试卷、教案、课件、论文、素材以及各类教学资源下载，还有大量而丰富的教学相关资讯！" style="width:12pt;height:12pt" o:oleicon="f" o:ole="">
            <v:imagedata r:id="rId1481" o:title="eqId5963abe8f421bd99a2aaa94831a951e9"/>
          </v:shape>
        </w:pict>
      </w:r>
      <w:r>
        <w:rPr>
          <w:rFonts w:ascii="宋体" w:eastAsia="宋体" w:hAnsi="宋体" w:cs="宋体"/>
          <w:color w:val="000000"/>
        </w:rPr>
        <w:t>和点</w:t>
      </w:r>
      <w:r>
        <w:pict>
          <v:shape id="_x0000_i711289" type="#_x0000_t75" alt="学科网(www.zxxk.com)--教育资源门户，提供试卷、教案、课件、论文、素材以及各类教学资源下载，还有大量而丰富的教学相关资讯！" style="width:9.75pt;height:10.5pt" o:oleicon="f" o:ole="">
            <v:imagedata r:id="rId1482" o:title="eqId7f9e8449aad35c5d840a3395ea86df6d"/>
          </v:shape>
        </w:pict>
      </w:r>
      <w:r>
        <w:rPr>
          <w:rFonts w:ascii="宋体" w:eastAsia="宋体" w:hAnsi="宋体" w:cs="宋体"/>
          <w:color w:val="000000"/>
        </w:rPr>
        <w:t>的“</w:t>
      </w:r>
      <w:r>
        <w:pict>
          <v:shape id="_x0000_i711290" type="#_x0000_t75" alt="学科网(www.zxxk.com)--教育资源门户，提供试卷、教案、课件、论文、素材以及各类教学资源下载，还有大量而丰富的教学相关资讯！" style="width:10.5pt;height:21pt" o:oleicon="f" o:ole="">
            <v:imagedata r:id="rId1483" o:title="eqIdf89eef3148f2d4d09379767b4af69132"/>
          </v:shape>
        </w:pict>
      </w:r>
      <w:r>
        <w:rPr>
          <w:rFonts w:ascii="宋体" w:eastAsia="宋体" w:hAnsi="宋体" w:cs="宋体"/>
          <w:color w:val="000000"/>
        </w:rPr>
        <w:t>阶距离”为</w:t>
      </w:r>
      <w:r>
        <w:rPr>
          <w:rFonts w:ascii="Times New Roman" w:eastAsia="Times New Roman" w:hAnsi="Times New Roman" w:cs="Times New Roman"/>
          <w:color w:val="000000"/>
        </w:rPr>
        <w:t>1</w:t>
      </w:r>
      <w:r>
        <w:rPr>
          <w:rFonts w:ascii="宋体" w:eastAsia="宋体" w:hAnsi="宋体" w:cs="宋体"/>
          <w:color w:val="000000"/>
        </w:rPr>
        <w:t>，直接写出</w:t>
      </w:r>
      <w:r>
        <w:pict>
          <v:shape id="_x0000_i711291" type="#_x0000_t75" alt="学科网(www.zxxk.com)--教育资源门户，提供试卷、教案、课件、论文、素材以及各类教学资源下载，还有大量而丰富的教学相关资讯！" style="width:27pt;height:14.25pt" o:oleicon="f" o:ole="">
            <v:imagedata r:id="rId1484" o:title="eqId20d6fc9b90f370fbb27552876b650f8f"/>
          </v:shape>
        </w:pi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pict>
          <v:shape id="_x0000_i711292" type="#_x0000_t75" alt="学科网(www.zxxk.com)--教育资源门户，提供试卷、教案、课件、论文、素材以及各类教学资源下载，还有大量而丰富的教学相关资讯！" style="width:11.8pt;height:31.15pt" o:oleicon="f" o:ole="">
            <v:imagedata r:id="rId1485" o:title="eqIdd297eab7380f6a28ec010218d9ab4ba1"/>
          </v:shape>
        </w:pict>
      </w:r>
      <w:r>
        <w:rPr>
          <w:color w:val="000000"/>
        </w:rPr>
        <w:t xml:space="preserve">    </w:t>
      </w:r>
    </w:p>
    <w:p>
      <w:pPr>
        <w:spacing w:line="360" w:lineRule="auto"/>
        <w:textAlignment w:val="center"/>
        <w:rPr>
          <w:color w:val="000000"/>
        </w:rPr>
      </w:pPr>
      <w:r>
        <w:rPr>
          <w:color w:val="000000"/>
        </w:rPr>
        <w:t>（2）</w:t>
      </w:r>
      <w:r>
        <w:pict>
          <v:shape id="_x0000_i711293" type="#_x0000_t75" alt="学科网(www.zxxk.com)--教育资源门户，提供试卷、教案、课件、论文、素材以及各类教学资源下载，还有大量而丰富的教学相关资讯！" style="width:40.1pt;height:19.85pt" o:oleicon="f" o:ole="">
            <v:imagedata r:id="rId1486" o:title="eqId206367636edee09abf0acddd8851a8ae"/>
          </v:shape>
        </w:pict>
      </w:r>
      <w:r>
        <w:rPr>
          <w:rFonts w:ascii="宋体" w:eastAsia="宋体" w:hAnsi="宋体" w:cs="宋体"/>
          <w:color w:val="000000"/>
        </w:rPr>
        <w:t>或</w:t>
      </w:r>
      <w:r>
        <w:pict>
          <v:shape id="_x0000_i711294" type="#_x0000_t75" alt="学科网(www.zxxk.com)--教育资源门户，提供试卷、教案、课件、论文、素材以及各类教学资源下载，还有大量而丰富的教学相关资讯！" style="width:45.9pt;height:19.85pt" o:oleicon="f" o:ole="">
            <v:imagedata r:id="rId1487" o:title="eqId39c79652ec89ef5d81f664c2de92c78b"/>
          </v:shape>
        </w:pict>
      </w:r>
      <w:r>
        <w:rPr>
          <w:color w:val="000000"/>
        </w:rPr>
        <w:t xml:space="preserve">    </w:t>
      </w:r>
    </w:p>
    <w:p>
      <w:pPr>
        <w:spacing w:line="360" w:lineRule="auto"/>
        <w:textAlignment w:val="center"/>
        <w:rPr>
          <w:color w:val="000000"/>
        </w:rPr>
      </w:pPr>
      <w:r>
        <w:rPr>
          <w:color w:val="000000"/>
        </w:rPr>
        <w:t>（3）</w:t>
      </w:r>
      <w:r>
        <w:pict>
          <v:shape id="_x0000_i711295" type="#_x0000_t75" alt="学科网(www.zxxk.com)--教育资源门户，提供试卷、教案、课件、论文、素材以及各类教学资源下载，还有大量而丰富的教学相关资讯！" style="width:68.9pt;height:14pt" o:oleicon="f" o:ole="">
            <v:imagedata r:id="rId1488" o:title="eqId35ebaabdd6f8a60f6ffdefd34882ff92"/>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）根据新定义列式计算即可；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）根据新定义列方程</w:t>
      </w:r>
      <w:r>
        <w:pict>
          <v:shape id="_x0000_i711296" type="#_x0000_t75" alt="学科网(www.zxxk.com)--教育资源门户，提供试卷、教案、课件、论文、素材以及各类教学资源下载，还有大量而丰富的教学相关资讯！" style="width:142.05pt;height:33.85pt" o:oleicon="f" o:ole="">
            <v:imagedata r:id="rId1489" o:title="eqId799689ff7e46ba3d0650b764d332940b"/>
          </v:shape>
        </w:pict>
      </w:r>
      <w:r>
        <w:rPr>
          <w:rFonts w:ascii="宋体" w:eastAsia="宋体" w:hAnsi="宋体" w:cs="宋体"/>
          <w:color w:val="000000"/>
        </w:rPr>
        <w:t>再解方程即可；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）根据新定义可得</w:t>
      </w:r>
      <w:r>
        <w:pict>
          <v:shape id="_x0000_i711297" type="#_x0000_t75" alt="学科网(www.zxxk.com)--教育资源门户，提供试卷、教案、课件、论文、素材以及各类教学资源下载，还有大量而丰富的教学相关资讯！" style="width:82.9pt;height:19.85pt" o:oleicon="f" o:ole="">
            <v:imagedata r:id="rId1490" o:title="eqIdf24e89ba9f7801f0044665d866f2bf7d"/>
          </v:shape>
        </w:pict>
      </w:r>
      <w:r>
        <w:rPr>
          <w:rFonts w:ascii="Times New Roman" w:eastAsia="Times New Roman" w:hAnsi="Times New Roman" w:cs="Times New Roman"/>
          <w:color w:val="000000"/>
        </w:rPr>
        <w:t xml:space="preserve"> </w:t>
      </w:r>
      <w:r>
        <w:rPr>
          <w:rFonts w:ascii="宋体" w:eastAsia="宋体" w:hAnsi="宋体" w:cs="宋体"/>
          <w:color w:val="000000"/>
        </w:rPr>
        <w:t>则可得</w:t>
      </w:r>
      <w:r>
        <w:pict>
          <v:shape id="_x0000_i711298" type="#_x0000_t75" alt="学科网(www.zxxk.com)--教育资源门户，提供试卷、教案、课件、论文、素材以及各类教学资源下载，还有大量而丰富的教学相关资讯！" style="width:52.15pt;height:15.95pt" o:oleicon="f" o:ole="">
            <v:imagedata r:id="rId1491" o:title="eqIda096f25688f3035057c14f3c17019d84"/>
          </v:shape>
        </w:pict>
      </w:r>
      <w:r>
        <w:pict>
          <v:shape id="_x0000_i711299" type="#_x0000_t75" alt="学科网(www.zxxk.com)--教育资源门户，提供试卷、教案、课件、论文、素材以及各类教学资源下载，还有大量而丰富的教学相关资讯！" style="width:47.85pt;height:15.95pt" o:oleicon="f" o:ole="">
            <v:imagedata r:id="rId1492" o:title="eqId1b2ac76cf15dec5128716256809f0637"/>
          </v:shape>
        </w:pict>
      </w:r>
      <w:r>
        <w:rPr>
          <w:rFonts w:ascii="Times New Roman" w:eastAsia="Times New Roman" w:hAnsi="Times New Roman" w:cs="Times New Roman"/>
          <w:color w:val="000000"/>
        </w:rPr>
        <w:t xml:space="preserve"> </w:t>
      </w:r>
      <w:r>
        <w:rPr>
          <w:rFonts w:ascii="宋体" w:eastAsia="宋体" w:hAnsi="宋体" w:cs="宋体"/>
          <w:color w:val="000000"/>
        </w:rPr>
        <w:t>再分四种情况讨论即可．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解：∵点</w:t>
      </w:r>
      <w:r>
        <w:pict>
          <v:shape id="_x0000_i711300" type="#_x0000_t75" alt="学科网(www.zxxk.com)--教育资源门户，提供试卷、教案、课件、论文、素材以及各类教学资源下载，还有大量而丰富的教学相关资讯！" style="width:44.25pt;height:20.25pt" o:oleicon="f" o:ole="">
            <v:imagedata r:id="rId1493" o:title="eqId673d0b92b0af4e1e723cd8750c714128"/>
          </v:shape>
        </w:pict>
      </w:r>
      <w:r>
        <w:rPr>
          <w:rFonts w:ascii="宋体" w:eastAsia="宋体" w:hAnsi="宋体" w:cs="宋体"/>
          <w:color w:val="000000"/>
        </w:rPr>
        <w:t>，</w:t>
      </w:r>
      <w:r>
        <w:pict>
          <v:shape id="_x0000_i711301" type="#_x0000_t75" alt="学科网(www.zxxk.com)--教育资源门户，提供试卷、教案、课件、论文、素材以及各类教学资源下载，还有大量而丰富的教学相关资讯！" style="width:39pt;height:20.25pt" o:oleicon="f" o:ole="">
            <v:imagedata r:id="rId1494" o:title="eqId4507ca336be21e7385780be59f8101f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由新定义可得：点</w:t>
      </w:r>
      <w:r>
        <w:pict>
          <v:shape id="_x0000_i711302" type="#_x0000_t75" alt="学科网(www.zxxk.com)--教育资源门户，提供试卷、教案、课件、论文、素材以及各类教学资源下载，还有大量而丰富的教学相关资讯！" style="width:12pt;height:12pt" o:oleicon="f" o:ole="">
            <v:imagedata r:id="rId1495" o:title="eqId5963abe8f421bd99a2aaa94831a951e9"/>
          </v:shape>
        </w:pict>
      </w:r>
      <w:r>
        <w:rPr>
          <w:rFonts w:ascii="宋体" w:eastAsia="宋体" w:hAnsi="宋体" w:cs="宋体"/>
          <w:color w:val="000000"/>
        </w:rPr>
        <w:t>和点</w:t>
      </w:r>
      <w:r>
        <w:pict>
          <v:shape id="_x0000_i711303" type="#_x0000_t75" alt="学科网(www.zxxk.com)--教育资源门户，提供试卷、教案、课件、论文、素材以及各类教学资源下载，还有大量而丰富的教学相关资讯！" style="width:9.75pt;height:10.5pt" o:oleicon="f" o:ole="">
            <v:imagedata r:id="rId1496" o:title="eqId7f9e8449aad35c5d840a3395ea86df6d"/>
          </v:shape>
        </w:pict>
      </w:r>
      <w:r>
        <w:rPr>
          <w:rFonts w:ascii="宋体" w:eastAsia="宋体" w:hAnsi="宋体" w:cs="宋体"/>
          <w:color w:val="000000"/>
        </w:rPr>
        <w:t>的“</w:t>
      </w:r>
      <w:r>
        <w:pict>
          <v:shape id="_x0000_i711304" type="#_x0000_t75" alt="学科网(www.zxxk.com)--教育资源门户，提供试卷、教案、课件、论文、素材以及各类教学资源下载，还有大量而丰富的教学相关资讯！" style="width:11.9pt;height:31.2pt" o:oleicon="f" o:ole="">
            <v:imagedata r:id="rId1497" o:title="eqId56d266a04f3dc7483eddbc26c5e487db"/>
          </v:shape>
        </w:pict>
      </w:r>
      <w:r>
        <w:rPr>
          <w:rFonts w:ascii="宋体" w:eastAsia="宋体" w:hAnsi="宋体" w:cs="宋体"/>
          <w:color w:val="000000"/>
        </w:rPr>
        <w:t>阶距离”为：</w:t>
      </w:r>
    </w:p>
    <w:p>
      <w:pPr>
        <w:spacing w:line="360" w:lineRule="auto"/>
        <w:jc w:val="left"/>
        <w:textAlignment w:val="center"/>
        <w:rPr>
          <w:color w:val="000000"/>
        </w:rPr>
      </w:pPr>
      <w:r>
        <w:pict>
          <v:shape id="_x0000_i711305" type="#_x0000_t75" alt="学科网(www.zxxk.com)--教育资源门户，提供试卷、教案、课件、论文、素材以及各类教学资源下载，还有大量而丰富的教学相关资讯！" style="width:189.9pt;height:33.85pt" o:oleicon="f" o:ole="">
            <v:imagedata r:id="rId1498" o:title="eqIdb62dc7b702790178af92551f4393b82c"/>
          </v:shape>
        </w:pic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11306" type="#_x0000_t75" alt="学科网(www.zxxk.com)--教育资源门户，提供试卷、教案、课件、论文、素材以及各类教学资源下载，还有大量而丰富的教学相关资讯！" style="width:9.75pt;height:8.25pt" o:oleicon="f" o:ole="">
            <v:imagedata r:id="rId1499" o:title="eqId16f3d198e76391779fa3badc848c8ac8"/>
          </v:shape>
        </w:pict>
      </w:r>
      <w:r>
        <w:rPr>
          <w:rFonts w:ascii="Times New Roman" w:eastAsia="Times New Roman" w:hAnsi="Times New Roman" w:cs="Times New Roman"/>
          <w:color w:val="000000"/>
        </w:rPr>
        <w:t xml:space="preserve"> </w:t>
      </w:r>
      <w:r>
        <w:rPr>
          <w:rFonts w:ascii="宋体" w:eastAsia="宋体" w:hAnsi="宋体" w:cs="宋体"/>
          <w:color w:val="000000"/>
        </w:rPr>
        <w:t>点</w:t>
      </w:r>
      <w:r>
        <w:pict>
          <v:shape id="_x0000_i711307" type="#_x0000_t75" alt="学科网(www.zxxk.com)--教育资源门户，提供试卷、教案、课件、论文、素材以及各类教学资源下载，还有大量而丰富的教学相关资讯！" style="width:9.75pt;height:10.5pt" o:oleicon="f" o:ole="">
            <v:imagedata r:id="rId1500" o:title="eqId7f9e8449aad35c5d840a3395ea86df6d"/>
          </v:shape>
        </w:pict>
      </w:r>
      <w:r>
        <w:rPr>
          <w:rFonts w:ascii="宋体" w:eastAsia="宋体" w:hAnsi="宋体" w:cs="宋体"/>
          <w:color w:val="000000"/>
        </w:rPr>
        <w:t>在</w:t>
      </w:r>
      <w:r>
        <w:pict>
          <v:shape id="_x0000_i711308" type="#_x0000_t75" alt="学科网(www.zxxk.com)--教育资源门户，提供试卷、教案、课件、论文、素材以及各类教学资源下载，还有大量而丰富的教学相关资讯！" style="width:9pt;height:9.75pt" o:oleicon="f" o:ole="">
            <v:imagedata r:id="rId1501" o:title="eqId81dea63b8ce3e51adf66cf7b9982a248"/>
          </v:shape>
        </w:pict>
      </w:r>
      <w:r>
        <w:rPr>
          <w:rFonts w:ascii="宋体" w:eastAsia="宋体" w:hAnsi="宋体" w:cs="宋体"/>
          <w:color w:val="000000"/>
        </w:rPr>
        <w:t>轴上，设</w:t>
      </w:r>
      <w:r>
        <w:pict>
          <v:shape id="_x0000_i711309" type="#_x0000_t75" alt="学科网(www.zxxk.com)--教育资源门户，提供试卷、教案、课件、论文、素材以及各类教学资源下载，还有大量而丰富的教学相关资讯！" style="width:44pt;height:19.85pt" o:oleicon="f" o:ole="">
            <v:imagedata r:id="rId1502" o:title="eqId635e96fe000f9c4068be0b10edeffd19"/>
          </v:shape>
        </w:pict>
      </w:r>
      <w:r>
        <w:rPr>
          <w:rFonts w:ascii="Times New Roman" w:eastAsia="Times New Roman" w:hAnsi="Times New Roman" w:cs="Times New Roman"/>
          <w:color w:val="000000"/>
        </w:rPr>
        <w:t xml:space="preserve"> </w:t>
      </w:r>
      <w:r>
        <w:rPr>
          <w:rFonts w:ascii="宋体" w:eastAsia="宋体" w:hAnsi="宋体" w:cs="宋体"/>
          <w:color w:val="000000"/>
        </w:rPr>
        <w:t>且点</w:t>
      </w:r>
      <w:r>
        <w:pict>
          <v:shape id="_x0000_i711310" type="#_x0000_t75" alt="学科网(www.zxxk.com)--教育资源门户，提供试卷、教案、课件、论文、素材以及各类教学资源下载，还有大量而丰富的教学相关资讯！" style="width:12pt;height:12pt" o:oleicon="f" o:ole="">
            <v:imagedata r:id="rId1503" o:title="eqId5963abe8f421bd99a2aaa94831a951e9"/>
          </v:shape>
        </w:pict>
      </w:r>
      <w:r>
        <w:rPr>
          <w:rFonts w:ascii="宋体" w:eastAsia="宋体" w:hAnsi="宋体" w:cs="宋体"/>
          <w:color w:val="000000"/>
        </w:rPr>
        <w:t>和点</w:t>
      </w:r>
      <w:r>
        <w:pict>
          <v:shape id="_x0000_i711311" type="#_x0000_t75" alt="学科网(www.zxxk.com)--教育资源门户，提供试卷、教案、课件、论文、素材以及各类教学资源下载，还有大量而丰富的教学相关资讯！" style="width:9.75pt;height:10.5pt" o:oleicon="f" o:ole="">
            <v:imagedata r:id="rId1500" o:title="eqId7f9e8449aad35c5d840a3395ea86df6d"/>
          </v:shape>
        </w:pict>
      </w:r>
      <w:r>
        <w:rPr>
          <w:rFonts w:ascii="宋体" w:eastAsia="宋体" w:hAnsi="宋体" w:cs="宋体"/>
          <w:color w:val="000000"/>
        </w:rPr>
        <w:t>的“</w:t>
      </w:r>
      <w:r>
        <w:pict>
          <v:shape id="_x0000_i711312" type="#_x0000_t75" alt="学科网(www.zxxk.com)--教育资源门户，提供试卷、教案、课件、论文、素材以及各类教学资源下载，还有大量而丰富的教学相关资讯！" style="width:11.25pt;height:30.75pt" o:oleicon="f" o:ole="">
            <v:imagedata r:id="rId1504" o:title="eqId4dac452fbb5ef6dd653e7fbbef639484"/>
          </v:shape>
        </w:pict>
      </w:r>
      <w:r>
        <w:rPr>
          <w:rFonts w:ascii="宋体" w:eastAsia="宋体" w:hAnsi="宋体" w:cs="宋体"/>
          <w:color w:val="000000"/>
        </w:rPr>
        <w:t>阶距离”为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pict>
          <v:shape id="_x0000_i711313" type="#_x0000_t75" alt="学科网(www.zxxk.com)--教育资源门户，提供试卷、教案、课件、论文、素材以及各类教学资源下载，还有大量而丰富的教学相关资讯！" style="width:9.75pt;height:9pt" o:oleicon="f" o:ole="">
            <v:imagedata r:id="rId1505" o:title="eqId2de0d10ef8b748d4531250c37c5d3f9e"/>
          </v:shape>
        </w:pict>
      </w:r>
      <w:r>
        <w:rPr>
          <w:rFonts w:ascii="Times New Roman" w:eastAsia="Times New Roman" w:hAnsi="Times New Roman" w:cs="Times New Roman"/>
          <w:color w:val="000000"/>
        </w:rPr>
        <w:t xml:space="preserve">  </w:t>
      </w:r>
      <w:r>
        <w:pict>
          <v:shape id="_x0000_i711314" type="#_x0000_t75" alt="学科网(www.zxxk.com)--教育资源门户，提供试卷、教案、课件、论文、素材以及各类教学资源下载，还有大量而丰富的教学相关资讯！" style="width:142.05pt;height:33.85pt" o:oleicon="f" o:ole="">
            <v:imagedata r:id="rId1506" o:title="eqId799689ff7e46ba3d0650b764d332940b"/>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整理得：</w:t>
      </w:r>
      <w:r>
        <w:pict>
          <v:shape id="_x0000_i711315" type="#_x0000_t75" alt="学科网(www.zxxk.com)--教育资源门户，提供试卷、教案、课件、论文、素材以及各类教学资源下载，还有大量而丰富的教学相关资讯！" style="width:47.1pt;height:19.85pt" o:oleicon="f" o:ole="">
            <v:imagedata r:id="rId1507" o:title="eqIda8d6855a7c6d7f208a7d78f317d3c5c4"/>
          </v:shape>
        </w:pict>
      </w:r>
    </w:p>
    <w:p>
      <w:pPr>
        <w:spacing w:line="360" w:lineRule="auto"/>
        <w:jc w:val="left"/>
        <w:textAlignment w:val="center"/>
        <w:rPr>
          <w:color w:val="000000"/>
        </w:rPr>
      </w:pPr>
      <w:r>
        <w:rPr>
          <w:rFonts w:ascii="宋体" w:eastAsia="宋体" w:hAnsi="宋体" w:cs="宋体"/>
          <w:color w:val="000000"/>
        </w:rPr>
        <w:t>解得：</w:t>
      </w:r>
      <w:r>
        <w:pict>
          <v:shape id="_x0000_i711316" type="#_x0000_t75" alt="学科网(www.zxxk.com)--教育资源门户，提供试卷、教案、课件、论文、素材以及各类教学资源下载，还有大量而丰富的教学相关资讯！" style="width:28.2pt;height:13.2pt" o:oleicon="f" o:ole="">
            <v:imagedata r:id="rId1508" o:title="eqIdc2c9d44deafbbbb631c4c0db884c8874"/>
          </v:shape>
        </w:pict>
      </w:r>
      <w:r>
        <w:rPr>
          <w:rFonts w:ascii="宋体" w:eastAsia="宋体" w:hAnsi="宋体" w:cs="宋体"/>
          <w:color w:val="000000"/>
        </w:rPr>
        <w:t>或</w:t>
      </w:r>
      <w:r>
        <w:pict>
          <v:shape id="_x0000_i711317" type="#_x0000_t75" alt="学科网(www.zxxk.com)--教育资源门户，提供试卷、教案、课件、论文、素材以及各类教学资源下载，还有大量而丰富的教学相关资讯！" style="width:36.95pt;height:15.95pt" o:oleicon="f" o:ole="">
            <v:imagedata r:id="rId1509" o:title="eqIdf1e0ba979f3c4d7fd9e76a4f74a487c3"/>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318" type="#_x0000_t75" alt="学科网(www.zxxk.com)--教育资源门户，提供试卷、教案、课件、论文、素材以及各类教学资源下载，还有大量而丰富的教学相关资讯！" style="width:49.05pt;height:19.85pt" o:oleicon="f" o:ole="">
            <v:imagedata r:id="rId1510" o:title="eqId88a7cc3720480c6812c64f001565aabf"/>
          </v:shape>
        </w:pict>
      </w:r>
      <w:r>
        <w:rPr>
          <w:rFonts w:ascii="宋体" w:eastAsia="宋体" w:hAnsi="宋体" w:cs="宋体"/>
          <w:color w:val="000000"/>
        </w:rPr>
        <w:t>或</w:t>
      </w:r>
      <w:r>
        <w:pict>
          <v:shape id="_x0000_i711319" type="#_x0000_t75" alt="学科网(www.zxxk.com)--教育资源门户，提供试卷、教案、课件、论文、素材以及各类教学资源下载，还有大量而丰富的教学相关资讯！" style="width:49.05pt;height:19.85pt" o:oleicon="f" o:ole="">
            <v:imagedata r:id="rId1511" o:title="eqId72de3c317c65caa069038c9b75405393"/>
          </v:shape>
        </w:pict>
      </w:r>
    </w:p>
    <w:p>
      <w:pPr>
        <w:spacing w:line="360" w:lineRule="auto"/>
        <w:jc w:val="left"/>
        <w:textAlignment w:val="center"/>
        <w:rPr>
          <w:color w:val="000000"/>
        </w:rPr>
      </w:pPr>
      <w:r>
        <w:rPr>
          <w:color w:val="000000"/>
          <w:position w:val="0"/>
        </w:rPr>
        <w:drawing>
          <wp:inline>
            <wp:extent cx="95250" cy="171450"/>
            <wp:docPr id="32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 name=""/>
                    <pic:cNvPicPr>
                      <a:picLocks noChangeAspect="1"/>
                    </pic:cNvPicPr>
                  </pic:nvPicPr>
                  <pic:blipFill>
                    <a:blip r:embed="rId1512"/>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∵点</w:t>
      </w:r>
      <w:r>
        <w:pict>
          <v:shape id="_x0000_i711320" type="#_x0000_t75" alt="学科网(www.zxxk.com)--教育资源门户，提供试卷、教案、课件、论文、素材以及各类教学资源下载，还有大量而丰富的教学相关资讯！" style="width:39.2pt;height:20.4pt" o:oleicon="f" o:ole="">
            <v:imagedata r:id="rId1513" o:title="eqIdda522d32089ba1c170ce45c8507c17a8"/>
          </v:shape>
        </w:pict>
      </w:r>
      <w:r>
        <w:rPr>
          <w:rFonts w:ascii="宋体" w:eastAsia="宋体" w:hAnsi="宋体" w:cs="宋体"/>
          <w:color w:val="000000"/>
        </w:rPr>
        <w:t>，且点</w:t>
      </w:r>
      <w:r>
        <w:pict>
          <v:shape id="_x0000_i711321" type="#_x0000_t75" alt="学科网(www.zxxk.com)--教育资源门户，提供试卷、教案、课件、论文、素材以及各类教学资源下载，还有大量而丰富的教学相关资讯！" style="width:12pt;height:12pt" o:oleicon="f" o:ole="">
            <v:imagedata r:id="rId1514" o:title="eqId5963abe8f421bd99a2aaa94831a951e9"/>
          </v:shape>
        </w:pict>
      </w:r>
      <w:r>
        <w:rPr>
          <w:rFonts w:ascii="宋体" w:eastAsia="宋体" w:hAnsi="宋体" w:cs="宋体"/>
          <w:color w:val="000000"/>
        </w:rPr>
        <w:t>和点</w:t>
      </w:r>
      <w:r>
        <w:pict>
          <v:shape id="_x0000_i711322" type="#_x0000_t75" alt="学科网(www.zxxk.com)--教育资源门户，提供试卷、教案、课件、论文、素材以及各类教学资源下载，还有大量而丰富的教学相关资讯！" style="width:9.75pt;height:10.5pt" o:oleicon="f" o:ole="">
            <v:imagedata r:id="rId1515" o:title="eqId7f9e8449aad35c5d840a3395ea86df6d"/>
          </v:shape>
        </w:pict>
      </w:r>
      <w:r>
        <w:rPr>
          <w:rFonts w:ascii="宋体" w:eastAsia="宋体" w:hAnsi="宋体" w:cs="宋体"/>
          <w:color w:val="000000"/>
        </w:rPr>
        <w:t>的“</w:t>
      </w:r>
      <w:r>
        <w:pict>
          <v:shape id="_x0000_i711323" type="#_x0000_t75" alt="学科网(www.zxxk.com)--教育资源门户，提供试卷、教案、课件、论文、素材以及各类教学资源下载，还有大量而丰富的教学相关资讯！" style="width:10.5pt;height:21pt" o:oleicon="f" o:ole="">
            <v:imagedata r:id="rId1516" o:title="eqIdf89eef3148f2d4d09379767b4af69132"/>
          </v:shape>
        </w:pict>
      </w:r>
      <w:r>
        <w:rPr>
          <w:rFonts w:ascii="宋体" w:eastAsia="宋体" w:hAnsi="宋体" w:cs="宋体"/>
          <w:color w:val="000000"/>
        </w:rPr>
        <w:t>阶距离”为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pict>
          <v:shape id="_x0000_i711324" type="#_x0000_t75" alt="学科网(www.zxxk.com)--教育资源门户，提供试卷、教案、课件、论文、素材以及各类教学资源下载，还有大量而丰富的教学相关资讯！" style="width:151pt;height:33.85pt" o:oleicon="f" o:ole="">
            <v:imagedata r:id="rId1517" o:title="eqIdc0f913023743f4a536f08a54560f4fdb"/>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整理得：</w:t>
      </w:r>
      <w:r>
        <w:pict>
          <v:shape id="_x0000_i711325" type="#_x0000_t75" alt="学科网(www.zxxk.com)--教育资源门户，提供试卷、教案、课件、论文、素材以及各类教学资源下载，还有大量而丰富的教学相关资讯！" style="width:82.9pt;height:19.85pt" o:oleicon="f" o:ole="">
            <v:imagedata r:id="rId1518" o:title="eqIdf24e89ba9f7801f0044665d866f2bf7d"/>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由</w:t>
      </w:r>
      <w:r>
        <w:pict>
          <v:shape id="_x0000_i711326" type="#_x0000_t75" alt="学科网(www.zxxk.com)--教育资源门户，提供试卷、教案、课件、论文、素材以及各类教学资源下载，还有大量而丰富的教学相关资讯！" style="width:84.85pt;height:19.85pt" o:oleicon="f" o:ole="">
            <v:imagedata r:id="rId1519" o:title="eqId5389804fd880ed8c73de44618324d785"/>
          </v:shape>
        </w:pict>
      </w:r>
      <w:r>
        <w:rPr>
          <w:rFonts w:ascii="Times New Roman" w:eastAsia="Times New Roman" w:hAnsi="Times New Roman" w:cs="Times New Roman"/>
          <w:color w:val="000000"/>
        </w:rPr>
        <w:t xml:space="preserve"> </w:t>
      </w:r>
      <w:r>
        <w:rPr>
          <w:rFonts w:ascii="宋体" w:eastAsia="宋体" w:hAnsi="宋体" w:cs="宋体"/>
          <w:color w:val="000000"/>
        </w:rPr>
        <w:t>可得：</w:t>
      </w:r>
      <w:r>
        <w:pict>
          <v:shape id="_x0000_i711327" type="#_x0000_t75" alt="学科网(www.zxxk.com)--教育资源门户，提供试卷、教案、课件、论文、素材以及各类教学资源下载，还有大量而丰富的教学相关资讯！" style="width:52.15pt;height:15.95pt" o:oleicon="f" o:ole="">
            <v:imagedata r:id="rId1520" o:title="eqIda096f25688f3035057c14f3c17019d84"/>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同理可得：</w:t>
      </w:r>
      <w:r>
        <w:pict>
          <v:shape id="_x0000_i711328" type="#_x0000_t75" alt="学科网(www.zxxk.com)--教育资源门户，提供试卷、教案、课件、论文、素材以及各类教学资源下载，还有大量而丰富的教学相关资讯！" style="width:47.85pt;height:15.95pt" o:oleicon="f" o:ole="">
            <v:imagedata r:id="rId1521" o:title="eqId1b2ac76cf15dec5128716256809f063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当</w:t>
      </w:r>
      <w:r>
        <w:pict>
          <v:shape id="_x0000_i711329" type="#_x0000_t75" alt="学科网(www.zxxk.com)--教育资源门户，提供试卷、教案、课件、论文、素材以及各类教学资源下载，还有大量而丰富的教学相关资讯！" style="width:94.2pt;height:15.95pt" o:oleicon="f" o:ole="">
            <v:imagedata r:id="rId1522" o:title="eqIdc53a60a659e2083a5e196d79ace6c0b9"/>
          </v:shape>
        </w:pict>
      </w:r>
      <w:r>
        <w:rPr>
          <w:rFonts w:ascii="宋体" w:eastAsia="宋体" w:hAnsi="宋体" w:cs="宋体"/>
          <w:color w:val="000000"/>
        </w:rPr>
        <w:t>时，则</w:t>
      </w:r>
      <w:r>
        <w:pict>
          <v:shape id="_x0000_i711330" type="#_x0000_t75" alt="学科网(www.zxxk.com)--教育资源门户，提供试卷、教案、课件、论文、素材以及各类教学资源下载，还有大量而丰富的教学相关资讯！" style="width:75.9pt;height:15.95pt" o:oleicon="f" o:ole="">
            <v:imagedata r:id="rId1523" o:title="eqId25f72089ad81ae9f5fa611611ae65725"/>
          </v:shape>
        </w:pict>
      </w:r>
      <w:r>
        <w:rPr>
          <w:rFonts w:ascii="Times New Roman" w:eastAsia="Times New Roman" w:hAnsi="Times New Roman" w:cs="Times New Roman"/>
          <w:color w:val="000000"/>
        </w:rPr>
        <w:t xml:space="preserve"> </w:t>
      </w:r>
      <w:r>
        <w:rPr>
          <w:rFonts w:ascii="宋体" w:eastAsia="宋体" w:hAnsi="宋体" w:cs="宋体"/>
          <w:color w:val="000000"/>
        </w:rPr>
        <w:t>即</w:t>
      </w:r>
      <w:r>
        <w:pict>
          <v:shape id="_x0000_i711331" type="#_x0000_t75" alt="学科网(www.zxxk.com)--教育资源门户，提供试卷、教案、课件、论文、素材以及各类教学资源下载，还有大量而丰富的教学相关资讯！" style="width:45.15pt;height:15.95pt" o:oleicon="f" o:ole="">
            <v:imagedata r:id="rId1524" o:title="eqId2dda0d81c3d4e4cd2652bcff4de3f85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当</w:t>
      </w:r>
      <w:r>
        <w:pict>
          <v:shape id="_x0000_i711332" type="#_x0000_t75" alt="学科网(www.zxxk.com)--教育资源门户，提供试卷、教案、课件、论文、素材以及各类教学资源下载，还有大量而丰富的教学相关资讯！" style="width:94.95pt;height:15.95pt" o:oleicon="f" o:ole="">
            <v:imagedata r:id="rId1525" o:title="eqIda98a37992793a49e33d4c9924b7c070c"/>
          </v:shape>
        </w:pict>
      </w:r>
      <w:r>
        <w:rPr>
          <w:rFonts w:ascii="宋体" w:eastAsia="宋体" w:hAnsi="宋体" w:cs="宋体"/>
          <w:color w:val="000000"/>
        </w:rPr>
        <w:t>时，则</w:t>
      </w:r>
      <w:r>
        <w:pict>
          <v:shape id="_x0000_i711333" type="#_x0000_t75" alt="学科网(www.zxxk.com)--教育资源门户，提供试卷、教案、课件、论文、素材以及各类教学资源下载，还有大量而丰富的教学相关资讯！" style="width:75.9pt;height:15.95pt" o:oleicon="f" o:ole="">
            <v:imagedata r:id="rId1526" o:title="eqId07a5a6d2d54842ede5e142e47112be73"/>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334" type="#_x0000_t75" alt="学科网(www.zxxk.com)--教育资源门户，提供试卷、教案、课件、论文、素材以及各类教学资源下载，还有大量而丰富的教学相关资讯！" style="width:62.25pt;height:15.75pt" o:oleicon="f" o:ole="">
            <v:imagedata r:id="rId1527" o:title="eqId70dbd4f73de93b0172aa4e4f140103bf"/>
          </v:shape>
        </w:pict>
      </w:r>
      <w:r>
        <w:rPr>
          <w:rFonts w:ascii="Times New Roman" w:eastAsia="Times New Roman" w:hAnsi="Times New Roman" w:cs="Times New Roman"/>
          <w:color w:val="000000"/>
        </w:rPr>
        <w:t xml:space="preserve"> </w:t>
      </w:r>
      <w:r>
        <w:rPr>
          <w:rFonts w:ascii="宋体" w:eastAsia="宋体" w:hAnsi="宋体" w:cs="宋体"/>
          <w:color w:val="000000"/>
        </w:rPr>
        <w:t>则</w:t>
      </w:r>
      <w:r>
        <w:pict>
          <v:shape id="_x0000_i711335" type="#_x0000_t75" alt="学科网(www.zxxk.com)--教育资源门户，提供试卷、教案、课件、论文、素材以及各类教学资源下载，还有大量而丰富的教学相关资讯！" style="width:44pt;height:15.95pt" o:oleicon="f" o:ole="">
            <v:imagedata r:id="rId1528" o:title="eqId17e2d40827befeaeb18f037b37b5e2f4"/>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336" type="#_x0000_t75" alt="学科网(www.zxxk.com)--教育资源门户，提供试卷、教案、课件、论文、素材以及各类教学资源下载，还有大量而丰富的教学相关资讯！" style="width:75.1pt;height:15.95pt" o:oleicon="f" o:ole="">
            <v:imagedata r:id="rId1529" o:title="eqId0cb328f859301c37b8bf9056aeeaa813"/>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337" type="#_x0000_t75" alt="学科网(www.zxxk.com)--教育资源门户，提供试卷、教案、课件、论文、素材以及各类教学资源下载，还有大量而丰富的教学相关资讯！" style="width:61.9pt;height:15.95pt" o:oleicon="f" o:ole="">
            <v:imagedata r:id="rId1530" o:title="eqId2613b3c08c41548e40cdba99fcc24d5c"/>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338" type="#_x0000_t75" alt="学科网(www.zxxk.com)--教育资源门户，提供试卷、教案、课件、论文、素材以及各类教学资源下载，还有大量而丰富的教学相关资讯！" style="width:82.1pt;height:15.95pt" o:oleicon="f" o:ole="">
            <v:imagedata r:id="rId1531" o:title="eqId5706385f3e9fda6f51dd1d8161c70b90"/>
          </v:shape>
        </w:pict>
      </w:r>
      <w:r>
        <w:rPr>
          <w:rFonts w:ascii="Times New Roman" w:eastAsia="Times New Roman" w:hAnsi="Times New Roman" w:cs="Times New Roman"/>
          <w:color w:val="000000"/>
        </w:rPr>
        <w:t xml:space="preserve"> </w:t>
      </w:r>
      <w:r>
        <w:rPr>
          <w:rFonts w:ascii="宋体" w:eastAsia="宋体" w:hAnsi="宋体" w:cs="宋体"/>
          <w:color w:val="000000"/>
        </w:rPr>
        <w:t>即</w:t>
      </w:r>
      <w:r>
        <w:pict>
          <v:shape id="_x0000_i711339" type="#_x0000_t75" alt="学科网(www.zxxk.com)--教育资源门户，提供试卷、教案、课件、论文、素材以及各类教学资源下载，还有大量而丰富的教学相关资讯！" style="width:68.9pt;height:15.95pt" o:oleicon="f" o:ole="">
            <v:imagedata r:id="rId1532" o:title="eqIdf4bace6d6387c2e7f179dee62365f897"/>
          </v:shape>
        </w:pict>
      </w:r>
    </w:p>
    <w:p>
      <w:pPr>
        <w:spacing w:line="360" w:lineRule="auto"/>
        <w:jc w:val="left"/>
        <w:textAlignment w:val="center"/>
        <w:rPr>
          <w:color w:val="000000"/>
        </w:rPr>
      </w:pPr>
      <w:r>
        <w:rPr>
          <w:rFonts w:ascii="宋体" w:eastAsia="宋体" w:hAnsi="宋体" w:cs="宋体"/>
          <w:color w:val="000000"/>
        </w:rPr>
        <w:t>当</w:t>
      </w:r>
      <w:r>
        <w:pict>
          <v:shape id="_x0000_i711340" type="#_x0000_t75" alt="学科网(www.zxxk.com)--教育资源门户，提供试卷、教案、课件、论文、素材以及各类教学资源下载，还有大量而丰富的教学相关资讯！" style="width:101.2pt;height:15.95pt" o:oleicon="f" o:ole="">
            <v:imagedata r:id="rId1533" o:title="eqIdcfaa3defdfad027eb6ae0e25919ef020"/>
          </v:shape>
        </w:pict>
      </w:r>
      <w:r>
        <w:rPr>
          <w:rFonts w:ascii="宋体" w:eastAsia="宋体" w:hAnsi="宋体" w:cs="宋体"/>
          <w:color w:val="000000"/>
        </w:rPr>
        <w:t>时，则</w:t>
      </w:r>
      <w:r>
        <w:pict>
          <v:shape id="_x0000_i711341" type="#_x0000_t75" alt="学科网(www.zxxk.com)--教育资源门户，提供试卷、教案、课件、论文、素材以及各类教学资源下载，还有大量而丰富的教学相关资讯！" style="width:82.9pt;height:15.95pt" o:oleicon="f" o:ole="">
            <v:imagedata r:id="rId1534" o:title="eqIdcfb6af20622403e281f3bd5cadd3a046"/>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11342" type="#_x0000_t75" alt="学科网(www.zxxk.com)--教育资源门户，提供试卷、教案、课件、论文、素材以及各类教学资源下载，还有大量而丰富的教学相关资讯！" style="width:45.9pt;height:15.95pt" o:oleicon="f" o:ole="">
            <v:imagedata r:id="rId1535" o:title="eqId99322e7d6ababfc359f8e9500b394b2f"/>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343" type="#_x0000_t75" alt="学科网(www.zxxk.com)--教育资源门户，提供试卷、教案、课件、论文、素材以及各类教学资源下载，还有大量而丰富的教学相关资讯！" style="width:77.05pt;height:15.95pt" o:oleicon="f" o:ole="">
            <v:imagedata r:id="rId1536" o:title="eqId1de1a186bb4fb574f0f6be49aa982279"/>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同理可得：</w:t>
      </w:r>
      <w:r>
        <w:pict>
          <v:shape id="_x0000_i711344" type="#_x0000_t75" alt="学科网(www.zxxk.com)--教育资源门户，提供试卷、教案、课件、论文、素材以及各类教学资源下载，还有大量而丰富的教学相关资讯！" style="width:68.1pt;height:15.95pt" o:oleicon="f" o:ole="">
            <v:imagedata r:id="rId1537" o:title="eqId96c67982b809194b15b13926d833491e"/>
          </v:shape>
        </w:pict>
      </w:r>
    </w:p>
    <w:p>
      <w:pPr>
        <w:spacing w:line="360" w:lineRule="auto"/>
        <w:jc w:val="left"/>
        <w:textAlignment w:val="center"/>
        <w:rPr>
          <w:color w:val="000000"/>
        </w:rPr>
      </w:pPr>
      <w:r>
        <w:rPr>
          <w:rFonts w:ascii="宋体" w:eastAsia="宋体" w:hAnsi="宋体" w:cs="宋体"/>
          <w:color w:val="000000"/>
        </w:rPr>
        <w:t>当</w:t>
      </w:r>
      <w:r>
        <w:pict>
          <v:shape id="_x0000_i711345" type="#_x0000_t75" alt="学科网(www.zxxk.com)--教育资源门户，提供试卷、教案、课件、论文、素材以及各类教学资源下载，还有大量而丰富的教学相关资讯！" style="width:101.95pt;height:15.95pt" o:oleicon="f" o:ole="">
            <v:imagedata r:id="rId1538" o:title="eqId5d443e1a1f0e783eab1aac3aa1db2078"/>
          </v:shape>
        </w:pict>
      </w:r>
      <w:r>
        <w:rPr>
          <w:rFonts w:ascii="宋体" w:eastAsia="宋体" w:hAnsi="宋体" w:cs="宋体"/>
          <w:color w:val="000000"/>
        </w:rPr>
        <w:t>时，则</w:t>
      </w:r>
      <w:r>
        <w:pict>
          <v:shape id="_x0000_i711346" type="#_x0000_t75" alt="学科网(www.zxxk.com)--教育资源门户，提供试卷、教案、课件、论文、素材以及各类教学资源下载，还有大量而丰富的教学相关资讯！" style="width:82.9pt;height:15.95pt" o:oleicon="f" o:ole="">
            <v:imagedata r:id="rId1539" o:title="eqIdb859a5505d12b1a7df2d5de9963c262d"/>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347" type="#_x0000_t75" alt="学科网(www.zxxk.com)--教育资源门户，提供试卷、教案、课件、论文、素材以及各类教学资源下载，还有大量而丰富的教学相关资讯！" style="width:56pt;height:16pt" o:oleicon="f" o:ole="">
            <v:imagedata r:id="rId1540" o:title="eqId69959ba8987b8a7d410e99f5e0a134fd"/>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综上：</w:t>
      </w:r>
      <w:r>
        <w:pict>
          <v:shape id="_x0000_i711348" type="#_x0000_t75" alt="学科网(www.zxxk.com)--教育资源门户，提供试卷、教案、课件、论文、素材以及各类教学资源下载，还有大量而丰富的教学相关资讯！" style="width:68.9pt;height:14pt" o:oleicon="f" o:ole="">
            <v:imagedata r:id="rId1541" o:title="eqId35ebaabdd6f8a60f6ffdefd34882ff92"/>
          </v:shape>
        </w:pict>
      </w:r>
    </w:p>
    <w:p>
      <w:pPr>
        <w:spacing w:line="360" w:lineRule="auto"/>
        <w:jc w:val="left"/>
        <w:textAlignment w:val="center"/>
        <w:rPr>
          <w:color w:val="000000"/>
        </w:rPr>
        <w:sectPr w:rsidSect="00C321EB">
          <w:headerReference w:type="even" r:id="rId768"/>
          <w:footerReference w:type="even" r:id="rId769"/>
          <w:headerReference w:type="first" r:id="rId770"/>
          <w:footerReference w:type="first" r:id="rId77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本题考查的是新定义运算，利用新定义构建方程，不等式的基本性质，化简绝对值，清晰的分类讨论是解本题的关键．</w:t>
      </w:r>
    </w:p>
    <w:p>
      <w:pPr>
        <w:pStyle w:val="Heading2"/>
      </w:pPr>
      <w:r>
        <w:t>海淀区</w:t>
      </w:r>
    </w:p>
    <w:p>
      <w:pPr>
        <w:spacing w:line="360" w:lineRule="auto"/>
        <w:jc w:val="left"/>
        <w:textAlignment w:val="center"/>
        <w:rPr>
          <w:color w:val="000000"/>
        </w:rPr>
      </w:pPr>
      <w:r>
        <w:rPr>
          <w:color w:val="000000"/>
        </w:rPr>
        <w:t xml:space="preserve">25. </w:t>
      </w:r>
      <w:r>
        <w:rPr>
          <w:rFonts w:ascii="宋体" w:eastAsia="宋体" w:hAnsi="宋体" w:cs="宋体"/>
          <w:color w:val="000000"/>
        </w:rPr>
        <w:t>在数轴上有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b</w:t>
      </w:r>
      <w:r>
        <w:rPr>
          <w:rFonts w:ascii="宋体" w:eastAsia="宋体" w:hAnsi="宋体" w:cs="宋体"/>
          <w:color w:val="000000"/>
        </w:rPr>
        <w:t>．对点</w:t>
      </w:r>
      <w:r>
        <w:rPr>
          <w:rFonts w:ascii="Times New Roman" w:eastAsia="Times New Roman" w:hAnsi="Times New Roman" w:cs="Times New Roman"/>
          <w:i/>
          <w:color w:val="000000"/>
        </w:rPr>
        <w:t>A</w:t>
      </w:r>
      <w:r>
        <w:rPr>
          <w:rFonts w:ascii="宋体" w:eastAsia="宋体" w:hAnsi="宋体" w:cs="宋体"/>
          <w:color w:val="000000"/>
        </w:rPr>
        <w:t>给出如下定义：当</w:t>
      </w:r>
      <w:r>
        <w:pict>
          <v:shape id="_x0000_i711349" type="#_x0000_t75" alt="学科网(www.zxxk.com)--教育资源门户，提供试卷、教案、课件、论文、素材以及各类教学资源下载，还有大量而丰富的教学相关资讯！" style="width:27pt;height:14.25pt" o:oleicon="f" o:ole="">
            <v:imagedata r:id="rId1542" o:title="eqIdc90e8d5d7fed033f48270b1ff825fcd5"/>
          </v:shape>
        </w:pict>
      </w:r>
      <w:r>
        <w:rPr>
          <w:rFonts w:ascii="宋体" w:eastAsia="宋体" w:hAnsi="宋体" w:cs="宋体"/>
          <w:color w:val="000000"/>
        </w:rPr>
        <w:t>时，将点</w:t>
      </w:r>
      <w:r>
        <w:rPr>
          <w:rFonts w:ascii="Times New Roman" w:eastAsia="Times New Roman" w:hAnsi="Times New Roman" w:cs="Times New Roman"/>
          <w:i/>
          <w:color w:val="000000"/>
        </w:rPr>
        <w:t>A</w:t>
      </w:r>
      <w:r>
        <w:rPr>
          <w:rFonts w:ascii="宋体" w:eastAsia="宋体" w:hAnsi="宋体" w:cs="宋体"/>
          <w:color w:val="000000"/>
        </w:rPr>
        <w:t>向右移动</w:t>
      </w:r>
      <w:r>
        <w:rPr>
          <w:rFonts w:ascii="Times New Roman" w:eastAsia="Times New Roman" w:hAnsi="Times New Roman" w:cs="Times New Roman"/>
          <w:color w:val="000000"/>
        </w:rPr>
        <w:t>2</w:t>
      </w:r>
      <w:r>
        <w:rPr>
          <w:rFonts w:ascii="宋体" w:eastAsia="宋体" w:hAnsi="宋体" w:cs="宋体"/>
          <w:color w:val="000000"/>
        </w:rPr>
        <w:t>个单位长度，得到点</w:t>
      </w:r>
      <w:r>
        <w:rPr>
          <w:rFonts w:ascii="Times New Roman" w:eastAsia="Times New Roman" w:hAnsi="Times New Roman" w:cs="Times New Roman"/>
          <w:i/>
          <w:color w:val="000000"/>
        </w:rPr>
        <w:t>P</w:t>
      </w:r>
      <w:r>
        <w:rPr>
          <w:rFonts w:ascii="宋体" w:eastAsia="宋体" w:hAnsi="宋体" w:cs="宋体"/>
          <w:color w:val="000000"/>
        </w:rPr>
        <w:t>；当</w:t>
      </w:r>
      <w:r>
        <w:pict>
          <v:shape id="_x0000_i711350" type="#_x0000_t75" alt="学科网(www.zxxk.com)--教育资源门户，提供试卷、教案、课件、论文、素材以及各类教学资源下载，还有大量而丰富的教学相关资讯！" style="width:24pt;height:12.75pt" o:oleicon="f" o:ole="">
            <v:imagedata r:id="rId1543" o:title="eqIde3a915c1a8a9304aeb307d130faaeb15"/>
          </v:shape>
        </w:pict>
      </w:r>
      <w:r>
        <w:rPr>
          <w:rFonts w:ascii="宋体" w:eastAsia="宋体" w:hAnsi="宋体" w:cs="宋体"/>
          <w:color w:val="000000"/>
        </w:rPr>
        <w:t>时，将点</w:t>
      </w:r>
      <w:r>
        <w:rPr>
          <w:rFonts w:ascii="Times New Roman" w:eastAsia="Times New Roman" w:hAnsi="Times New Roman" w:cs="Times New Roman"/>
          <w:i/>
          <w:color w:val="000000"/>
        </w:rPr>
        <w:t>A</w:t>
      </w:r>
      <w:r>
        <w:rPr>
          <w:rFonts w:ascii="宋体" w:eastAsia="宋体" w:hAnsi="宋体" w:cs="宋体"/>
          <w:color w:val="000000"/>
        </w:rPr>
        <w:t>向左移动</w:t>
      </w:r>
      <w:r>
        <w:pict>
          <v:shape id="_x0000_i711351" type="#_x0000_t75" alt="学科网(www.zxxk.com)--教育资源门户，提供试卷、教案、课件、论文、素材以及各类教学资源下载，还有大量而丰富的教学相关资讯！" style="width:12.75pt;height:20.25pt" o:oleicon="f" o:ole="">
            <v:imagedata r:id="rId1544" o:title="eqIdce22731a412796fe2925e01f765d5976"/>
          </v:shape>
        </w:pict>
      </w:r>
      <w:r>
        <w:rPr>
          <w:rFonts w:ascii="宋体" w:eastAsia="宋体" w:hAnsi="宋体" w:cs="宋体"/>
          <w:color w:val="000000"/>
        </w:rPr>
        <w:t>个单位长度，得到点</w:t>
      </w:r>
      <w:r>
        <w:rPr>
          <w:rFonts w:ascii="Times New Roman" w:eastAsia="Times New Roman" w:hAnsi="Times New Roman" w:cs="Times New Roman"/>
          <w:i/>
          <w:color w:val="000000"/>
        </w:rPr>
        <w:t>P</w:t>
      </w:r>
      <w:r>
        <w:rPr>
          <w:rFonts w:ascii="宋体" w:eastAsia="宋体" w:hAnsi="宋体" w:cs="宋体"/>
          <w:color w:val="000000"/>
        </w:rPr>
        <w:t>．称点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B</w:t>
      </w:r>
      <w:r>
        <w:rPr>
          <w:rFonts w:ascii="宋体" w:eastAsia="宋体" w:hAnsi="宋体" w:cs="宋体"/>
          <w:color w:val="000000"/>
        </w:rPr>
        <w:t>的“联动点”．如图，点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1352" type="#_x0000_t75" alt="学科网(www.zxxk.com)--教育资源门户，提供试卷、教案、课件、论文、素材以及各类教学资源下载，还有大量而丰富的教学相关资讯！" style="width:12pt;height:10.5pt" o:oleicon="f" o:ole="">
            <v:imagedata r:id="rId1545" o:title="eqIdacbc6a613224461ade69362d46550474"/>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90750" cy="323850"/>
            <wp:docPr id="32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 name=""/>
                    <pic:cNvPicPr>
                      <a:picLocks noChangeAspect="1"/>
                    </pic:cNvPicPr>
                  </pic:nvPicPr>
                  <pic:blipFill>
                    <a:blip r:embed="rId1546"/>
                    <a:stretch>
                      <a:fillRect/>
                    </a:stretch>
                  </pic:blipFill>
                  <pic:spPr>
                    <a:xfrm>
                      <a:off x="0" y="0"/>
                      <a:ext cx="2190750" cy="3238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在图中画出当</w:t>
      </w:r>
      <w:r>
        <w:pict>
          <v:shape id="_x0000_i711353" type="#_x0000_t75" alt="学科网(www.zxxk.com)--教育资源门户，提供试卷、教案、课件、论文、素材以及各类教学资源下载，还有大量而丰富的教学相关资讯！" style="width:24.75pt;height:12.75pt" o:oleicon="f" o:ole="">
            <v:imagedata r:id="rId1547" o:title="eqId3320a13248a3a1208ff6ee85c9d26f36"/>
          </v:shape>
        </w:pict>
      </w:r>
      <w:r>
        <w:rPr>
          <w:rFonts w:ascii="宋体" w:eastAsia="宋体" w:hAnsi="宋体" w:cs="宋体"/>
          <w:color w:val="000000"/>
        </w:rPr>
        <w:t>时，点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B</w:t>
      </w:r>
      <w:r>
        <w:rPr>
          <w:rFonts w:ascii="宋体" w:eastAsia="宋体" w:hAnsi="宋体" w:cs="宋体"/>
          <w:color w:val="000000"/>
        </w:rPr>
        <w:t>的“联动点”</w:t>
      </w:r>
      <w:r>
        <w:rPr>
          <w:rFonts w:ascii="Times New Roman" w:eastAsia="Times New Roman" w:hAnsi="Times New Roman" w:cs="Times New Roman"/>
          <w:i/>
          <w:color w:val="000000"/>
        </w:rPr>
        <w:t>P</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从数轴上表示</w:t>
      </w:r>
      <w:r>
        <w:pict>
          <v:shape id="_x0000_i711354" type="#_x0000_t75" alt="学科网(www.zxxk.com)--教育资源门户，提供试卷、教案、课件、论文、素材以及各类教学资源下载，还有大量而丰富的教学相关资讯！" style="width:12pt;height:10.5pt" o:oleicon="f" o:ole="">
            <v:imagedata r:id="rId1548" o:title="eqIdacbc6a613224461ade69362d46550474"/>
          </v:shape>
        </w:pict>
      </w:r>
      <w:r>
        <w:rPr>
          <w:rFonts w:ascii="宋体" w:eastAsia="宋体" w:hAnsi="宋体" w:cs="宋体"/>
          <w:color w:val="000000"/>
        </w:rPr>
        <w:t>的位置出发，以每秒</w:t>
      </w:r>
      <w:r>
        <w:rPr>
          <w:rFonts w:ascii="Times New Roman" w:eastAsia="Times New Roman" w:hAnsi="Times New Roman" w:cs="Times New Roman"/>
          <w:color w:val="000000"/>
        </w:rPr>
        <w:t>1</w:t>
      </w:r>
      <w:r>
        <w:rPr>
          <w:rFonts w:ascii="宋体" w:eastAsia="宋体" w:hAnsi="宋体" w:cs="宋体"/>
          <w:color w:val="000000"/>
        </w:rPr>
        <w:t>个单位的速度向右运动，点</w:t>
      </w:r>
      <w:r>
        <w:rPr>
          <w:rFonts w:ascii="Times New Roman" w:eastAsia="Times New Roman" w:hAnsi="Times New Roman" w:cs="Times New Roman"/>
          <w:i/>
          <w:color w:val="000000"/>
        </w:rPr>
        <w:t>B</w:t>
      </w:r>
      <w:r>
        <w:rPr>
          <w:rFonts w:ascii="宋体" w:eastAsia="宋体" w:hAnsi="宋体" w:cs="宋体"/>
          <w:color w:val="000000"/>
        </w:rPr>
        <w:t>从数轴上表示</w:t>
      </w:r>
      <w:r>
        <w:rPr>
          <w:rFonts w:ascii="Times New Roman" w:eastAsia="Times New Roman" w:hAnsi="Times New Roman" w:cs="Times New Roman"/>
          <w:color w:val="000000"/>
        </w:rPr>
        <w:t>7</w:t>
      </w:r>
      <w:r>
        <w:rPr>
          <w:rFonts w:ascii="宋体" w:eastAsia="宋体" w:hAnsi="宋体" w:cs="宋体"/>
          <w:color w:val="000000"/>
        </w:rPr>
        <w:t>的位置同时出发，以相同的速度向左运动，两个点运动的时间为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①点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___________</w:t>
      </w:r>
      <w:r>
        <w:rPr>
          <w:rFonts w:ascii="宋体" w:eastAsia="宋体" w:hAnsi="宋体" w:cs="宋体"/>
          <w:color w:val="000000"/>
        </w:rPr>
        <w:t>（用含</w:t>
      </w:r>
      <w:r>
        <w:rPr>
          <w:rFonts w:ascii="Times New Roman" w:eastAsia="Times New Roman" w:hAnsi="Times New Roman" w:cs="Times New Roman"/>
          <w:i/>
          <w:color w:val="000000"/>
        </w:rPr>
        <w:t>t</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②是否存在</w:t>
      </w:r>
      <w:r>
        <w:rPr>
          <w:rFonts w:ascii="Times New Roman" w:eastAsia="Times New Roman" w:hAnsi="Times New Roman" w:cs="Times New Roman"/>
          <w:i/>
          <w:color w:val="000000"/>
        </w:rPr>
        <w:t>t</w:t>
      </w:r>
      <w:r>
        <w:rPr>
          <w:rFonts w:ascii="宋体" w:eastAsia="宋体" w:hAnsi="宋体" w:cs="宋体"/>
          <w:color w:val="000000"/>
        </w:rPr>
        <w:t>，使得此时点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联动点</w:t>
      </w:r>
      <w:r>
        <w:rPr>
          <w:rFonts w:ascii="Times New Roman" w:eastAsia="Times New Roman" w:hAnsi="Times New Roman" w:cs="Times New Roman"/>
          <w:color w:val="000000"/>
        </w:rPr>
        <w:t>”</w:t>
      </w:r>
      <w:r>
        <w:rPr>
          <w:rFonts w:ascii="Times New Roman" w:eastAsia="Times New Roman" w:hAnsi="Times New Roman" w:cs="Times New Roman"/>
          <w:i/>
          <w:color w:val="000000"/>
        </w:rPr>
        <w:t>P</w:t>
      </w:r>
      <w:r>
        <w:rPr>
          <w:rFonts w:ascii="宋体" w:eastAsia="宋体" w:hAnsi="宋体" w:cs="宋体"/>
          <w:color w:val="000000"/>
        </w:rPr>
        <w:t>恰好与原点重合？若存在，请求出</w:t>
      </w:r>
      <w:r>
        <w:rPr>
          <w:rFonts w:ascii="Times New Roman" w:eastAsia="Times New Roman" w:hAnsi="Times New Roman" w:cs="Times New Roman"/>
          <w:i/>
          <w:color w:val="000000"/>
        </w:rPr>
        <w:t>t</w:t>
      </w:r>
      <w:r>
        <w:rPr>
          <w:rFonts w:ascii="宋体" w:eastAsia="宋体" w:hAnsi="宋体" w:cs="宋体"/>
          <w:color w:val="000000"/>
        </w:rPr>
        <w:t>的值；若不存在，请说明理由．</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①</w:t>
      </w:r>
      <w:r>
        <w:pict>
          <v:shape id="_x0000_i711355" type="#_x0000_t75" alt="学科网(www.zxxk.com)--教育资源门户，提供试卷、教案、课件、论文、素材以及各类教学资源下载，还有大量而丰富的教学相关资讯！" style="width:24pt;height:14pt" o:oleicon="f" o:ole="">
            <v:imagedata r:id="rId1549" o:title="eqId06a0d30a31f03f8d5f45daf7586536ce"/>
          </v:shape>
        </w:pict>
      </w:r>
      <w:r>
        <w:rPr>
          <w:rFonts w:ascii="宋体" w:eastAsia="宋体" w:hAnsi="宋体" w:cs="宋体"/>
          <w:color w:val="000000"/>
        </w:rPr>
        <w:t>，②不存在，见解析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11356" type="#_x0000_t75" alt="学科网(www.zxxk.com)--教育资源门户，提供试卷、教案、课件、论文、素材以及各类教学资源下载，还有大量而丰富的教学相关资讯！" style="width:24.75pt;height:12.75pt" o:oleicon="f" o:ole="">
            <v:imagedata r:id="rId1550" o:title="eqId3320a13248a3a1208ff6ee85c9d26f36"/>
          </v:shape>
        </w:pict>
      </w:r>
      <w:r>
        <w:rPr>
          <w:rFonts w:ascii="宋体" w:eastAsia="宋体" w:hAnsi="宋体" w:cs="宋体"/>
          <w:color w:val="000000"/>
        </w:rPr>
        <w:t>时，</w:t>
      </w:r>
      <w:r>
        <w:pict>
          <v:shape id="_x0000_i711357" type="#_x0000_t75" alt="学科网(www.zxxk.com)--教育资源门户，提供试卷、教案、课件、论文、素材以及各类教学资源下载，还有大量而丰富的教学相关资讯！" style="width:27pt;height:14.25pt" o:oleicon="f" o:ole="">
            <v:imagedata r:id="rId1551" o:title="eqIdc90e8d5d7fed033f48270b1ff825fcd5"/>
          </v:shape>
        </w:pic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向右移动</w:t>
      </w:r>
      <w:r>
        <w:rPr>
          <w:rFonts w:ascii="Times New Roman" w:eastAsia="Times New Roman" w:hAnsi="Times New Roman" w:cs="Times New Roman"/>
          <w:color w:val="000000"/>
        </w:rPr>
        <w:t>2</w:t>
      </w:r>
      <w:r>
        <w:rPr>
          <w:rFonts w:ascii="宋体" w:eastAsia="宋体" w:hAnsi="宋体" w:cs="宋体"/>
          <w:color w:val="000000"/>
        </w:rPr>
        <w:t>个单位长度，由此求出点</w:t>
      </w:r>
      <w:r>
        <w:rPr>
          <w:rFonts w:ascii="Times New Roman" w:eastAsia="Times New Roman" w:hAnsi="Times New Roman" w:cs="Times New Roman"/>
          <w:i/>
          <w:color w:val="000000"/>
        </w:rPr>
        <w:t>P</w:t>
      </w:r>
      <w:r>
        <w:rPr>
          <w:rFonts w:ascii="宋体" w:eastAsia="宋体" w:hAnsi="宋体" w:cs="宋体"/>
          <w:color w:val="000000"/>
        </w:rPr>
        <w:t>表示的数，并作图即可；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）①根据点</w:t>
      </w:r>
      <w:r>
        <w:rPr>
          <w:rFonts w:ascii="Times New Roman" w:eastAsia="Times New Roman" w:hAnsi="Times New Roman" w:cs="Times New Roman"/>
          <w:i/>
          <w:color w:val="000000"/>
        </w:rPr>
        <w:t>B</w:t>
      </w:r>
      <w:r>
        <w:rPr>
          <w:rFonts w:ascii="宋体" w:eastAsia="宋体" w:hAnsi="宋体" w:cs="宋体"/>
          <w:color w:val="000000"/>
        </w:rPr>
        <w:t>的运动方向和运动速度即可求解；②运动的时间为</w:t>
      </w:r>
      <w:r>
        <w:rPr>
          <w:rFonts w:ascii="Times New Roman" w:eastAsia="Times New Roman" w:hAnsi="Times New Roman" w:cs="Times New Roman"/>
          <w:i/>
          <w:color w:val="000000"/>
        </w:rPr>
        <w:t>t</w:t>
      </w:r>
      <w:r>
        <w:rPr>
          <w:rFonts w:ascii="宋体" w:eastAsia="宋体" w:hAnsi="宋体" w:cs="宋体"/>
          <w:color w:val="000000"/>
        </w:rPr>
        <w:t>秒时，点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1358" type="#_x0000_t75" alt="学科网(www.zxxk.com)--教育资源门户，提供试卷、教案、课件、论文、素材以及各类教学资源下载，还有大量而丰富的教学相关资讯！" style="width:28.5pt;height:14.25pt" o:oleicon="f" o:ole="">
            <v:imagedata r:id="rId1552" o:title="eqId7b8a6fce19efef300990bbaeb1b3c5fb"/>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pict>
          <v:shape id="_x0000_i711359" type="#_x0000_t75" alt="学科网(www.zxxk.com)--教育资源门户，提供试卷、教案、课件、论文、素材以及各类教学资源下载，还有大量而丰富的教学相关资讯！" style="width:24pt;height:14pt" o:oleicon="f" o:ole="">
            <v:imagedata r:id="rId1553" o:title="eqId06a0d30a31f03f8d5f45daf7586536ce"/>
          </v:shape>
        </w:pict>
      </w:r>
      <w:r>
        <w:rPr>
          <w:rFonts w:ascii="宋体" w:eastAsia="宋体" w:hAnsi="宋体" w:cs="宋体"/>
          <w:color w:val="000000"/>
        </w:rPr>
        <w:t>，分为点</w:t>
      </w:r>
      <w:r>
        <w:rPr>
          <w:rFonts w:ascii="Times New Roman" w:eastAsia="Times New Roman" w:hAnsi="Times New Roman" w:cs="Times New Roman"/>
          <w:i/>
          <w:color w:val="000000"/>
        </w:rPr>
        <w:t>B</w:t>
      </w:r>
      <w:r>
        <w:rPr>
          <w:rFonts w:ascii="宋体" w:eastAsia="宋体" w:hAnsi="宋体" w:cs="宋体"/>
          <w:color w:val="000000"/>
        </w:rPr>
        <w:t>在原点右侧和原点左侧两种情况讨论即可．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解：当</w:t>
      </w:r>
      <w:r>
        <w:pict>
          <v:shape id="_x0000_i711360" type="#_x0000_t75" alt="学科网(www.zxxk.com)--教育资源门户，提供试卷、教案、课件、论文、素材以及各类教学资源下载，还有大量而丰富的教学相关资讯！" style="width:24.75pt;height:12.75pt" o:oleicon="f" o:ole="">
            <v:imagedata r:id="rId1554" o:title="eqId3320a13248a3a1208ff6ee85c9d26f36"/>
          </v:shape>
        </w:pict>
      </w:r>
      <w:r>
        <w:rPr>
          <w:rFonts w:ascii="宋体" w:eastAsia="宋体" w:hAnsi="宋体" w:cs="宋体"/>
          <w:color w:val="000000"/>
        </w:rPr>
        <w:t>时，</w:t>
      </w:r>
      <w:r>
        <w:pict>
          <v:shape id="_x0000_i711361" type="#_x0000_t75" alt="学科网(www.zxxk.com)--教育资源门户，提供试卷、教案、课件、论文、素材以及各类教学资源下载，还有大量而丰富的教学相关资讯！" style="width:27pt;height:14.25pt" o:oleicon="f" o:ole="">
            <v:imagedata r:id="rId1555" o:title="eqIdc90e8d5d7fed033f48270b1ff825fcd5"/>
          </v:shape>
        </w:pic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向右移动</w:t>
      </w:r>
      <w:r>
        <w:rPr>
          <w:rFonts w:ascii="Times New Roman" w:eastAsia="Times New Roman" w:hAnsi="Times New Roman" w:cs="Times New Roman"/>
          <w:color w:val="000000"/>
        </w:rPr>
        <w:t>2</w:t>
      </w:r>
      <w:r>
        <w:rPr>
          <w:rFonts w:ascii="宋体" w:eastAsia="宋体" w:hAnsi="宋体" w:cs="宋体"/>
          <w:color w:val="000000"/>
        </w:rPr>
        <w:t>个单位长度，</w:t>
      </w:r>
    </w:p>
    <w:p>
      <w:pPr>
        <w:spacing w:line="360" w:lineRule="auto"/>
        <w:jc w:val="left"/>
        <w:textAlignment w:val="center"/>
        <w:rPr>
          <w:color w:val="000000"/>
        </w:rPr>
      </w:pPr>
      <w:r>
        <w:rPr>
          <w:rFonts w:ascii="宋体" w:eastAsia="宋体" w:hAnsi="宋体" w:cs="宋体"/>
          <w:color w:val="000000"/>
        </w:rPr>
        <w:t>此时点</w:t>
      </w:r>
      <w:r>
        <w:rPr>
          <w:rFonts w:ascii="Times New Roman" w:eastAsia="Times New Roman" w:hAnsi="Times New Roman" w:cs="Times New Roman"/>
          <w:i/>
          <w:color w:val="000000"/>
        </w:rPr>
        <w:t>P</w:t>
      </w:r>
      <w:r>
        <w:rPr>
          <w:rFonts w:ascii="宋体" w:eastAsia="宋体" w:hAnsi="宋体" w:cs="宋体"/>
          <w:color w:val="000000"/>
        </w:rPr>
        <w:t>表示的数为：</w:t>
      </w:r>
      <w:r>
        <w:pict>
          <v:shape id="_x0000_i711362" type="#_x0000_t75" alt="学科网(www.zxxk.com)--教育资源门户，提供试卷、教案、课件、论文、素材以及各类教学资源下载，还有大量而丰富的教学相关资讯！" style="width:42.75pt;height:12pt" o:oleicon="f" o:ole="">
            <v:imagedata r:id="rId1556" o:title="eqId14abff85aadff1da179cf1514b17ad14"/>
          </v:shape>
        </w:pict>
      </w:r>
      <w:r>
        <w:rPr>
          <w:rFonts w:ascii="宋体" w:eastAsia="宋体" w:hAnsi="宋体" w:cs="宋体"/>
          <w:color w:val="000000"/>
        </w:rPr>
        <w:t>，作图如下：</w:t>
      </w:r>
    </w:p>
    <w:p>
      <w:pPr>
        <w:spacing w:line="360" w:lineRule="auto"/>
        <w:jc w:val="left"/>
        <w:textAlignment w:val="center"/>
        <w:rPr>
          <w:color w:val="000000"/>
        </w:rPr>
      </w:pPr>
      <w:r>
        <w:rPr>
          <w:color w:val="000000"/>
        </w:rPr>
        <w:drawing>
          <wp:inline>
            <wp:extent cx="2152650" cy="314325"/>
            <wp:docPr id="32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 name=""/>
                    <pic:cNvPicPr>
                      <a:picLocks noChangeAspect="1"/>
                    </pic:cNvPicPr>
                  </pic:nvPicPr>
                  <pic:blipFill>
                    <a:blip r:embed="rId1557"/>
                    <a:stretch>
                      <a:fillRect/>
                    </a:stretch>
                  </pic:blipFill>
                  <pic:spPr>
                    <a:xfrm>
                      <a:off x="0" y="0"/>
                      <a:ext cx="2152650" cy="31432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解：①点</w:t>
      </w:r>
      <w:r>
        <w:rPr>
          <w:rFonts w:ascii="Times New Roman" w:eastAsia="Times New Roman" w:hAnsi="Times New Roman" w:cs="Times New Roman"/>
          <w:i/>
          <w:color w:val="000000"/>
        </w:rPr>
        <w:t>B</w:t>
      </w:r>
      <w:r>
        <w:rPr>
          <w:rFonts w:ascii="宋体" w:eastAsia="宋体" w:hAnsi="宋体" w:cs="宋体"/>
          <w:color w:val="000000"/>
        </w:rPr>
        <w:t>从数轴上表示</w:t>
      </w:r>
      <w:r>
        <w:rPr>
          <w:rFonts w:ascii="Times New Roman" w:eastAsia="Times New Roman" w:hAnsi="Times New Roman" w:cs="Times New Roman"/>
          <w:color w:val="000000"/>
        </w:rPr>
        <w:t>7</w:t>
      </w:r>
      <w:r>
        <w:rPr>
          <w:rFonts w:ascii="宋体" w:eastAsia="宋体" w:hAnsi="宋体" w:cs="宋体"/>
          <w:color w:val="000000"/>
        </w:rPr>
        <w:t>的位置出发，以每秒</w:t>
      </w:r>
      <w:r>
        <w:rPr>
          <w:rFonts w:ascii="Times New Roman" w:eastAsia="Times New Roman" w:hAnsi="Times New Roman" w:cs="Times New Roman"/>
          <w:color w:val="000000"/>
        </w:rPr>
        <w:t>1</w:t>
      </w:r>
      <w:r>
        <w:rPr>
          <w:rFonts w:ascii="宋体" w:eastAsia="宋体" w:hAnsi="宋体" w:cs="宋体"/>
          <w:color w:val="000000"/>
        </w:rPr>
        <w:t>个单位的速度向左运动</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则点</w:t>
      </w:r>
      <w:r>
        <w:rPr>
          <w:rFonts w:ascii="Times New Roman" w:eastAsia="Times New Roman" w:hAnsi="Times New Roman" w:cs="Times New Roman"/>
          <w:i/>
          <w:color w:val="000000"/>
        </w:rPr>
        <w:t>B</w:t>
      </w:r>
      <w:r>
        <w:rPr>
          <w:rFonts w:ascii="宋体" w:eastAsia="宋体" w:hAnsi="宋体" w:cs="宋体"/>
          <w:color w:val="000000"/>
        </w:rPr>
        <w:t>表示的数为</w:t>
      </w:r>
      <w:r>
        <w:pict>
          <v:shape id="_x0000_i711363" type="#_x0000_t75" alt="学科网(www.zxxk.com)--教育资源门户，提供试卷、教案、课件、论文、素材以及各类教学资源下载，还有大量而丰富的教学相关资讯！" style="width:24pt;height:14pt" o:oleicon="f" o:ole="">
            <v:imagedata r:id="rId1558" o:title="eqId06a0d30a31f03f8d5f45daf7586536c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1364" type="#_x0000_t75" alt="学科网(www.zxxk.com)--教育资源门户，提供试卷、教案、课件、论文、素材以及各类教学资源下载，还有大量而丰富的教学相关资讯！" style="width:24pt;height:14pt" o:oleicon="f" o:ole="">
            <v:imagedata r:id="rId1559" o:title="eqId06a0d30a31f03f8d5f45daf7586536c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②解：不存在，理由如下：</w:t>
      </w:r>
    </w:p>
    <w:p>
      <w:pPr>
        <w:spacing w:line="360" w:lineRule="auto"/>
        <w:jc w:val="left"/>
        <w:textAlignment w:val="center"/>
        <w:rPr>
          <w:color w:val="000000"/>
        </w:rPr>
      </w:pPr>
      <w:r>
        <w:rPr>
          <w:rFonts w:ascii="宋体" w:eastAsia="宋体" w:hAnsi="宋体" w:cs="宋体"/>
          <w:color w:val="000000"/>
        </w:rPr>
        <w:t>运动的时间为</w:t>
      </w:r>
      <w:r>
        <w:rPr>
          <w:rFonts w:ascii="Times New Roman" w:eastAsia="Times New Roman" w:hAnsi="Times New Roman" w:cs="Times New Roman"/>
          <w:i/>
          <w:color w:val="000000"/>
        </w:rPr>
        <w:t>t</w:t>
      </w:r>
      <w:r>
        <w:rPr>
          <w:rFonts w:ascii="宋体" w:eastAsia="宋体" w:hAnsi="宋体" w:cs="宋体"/>
          <w:color w:val="000000"/>
        </w:rPr>
        <w:t>秒时，点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1365" type="#_x0000_t75" alt="学科网(www.zxxk.com)--教育资源门户，提供试卷、教案、课件、论文、素材以及各类教学资源下载，还有大量而丰富的教学相关资讯！" style="width:28.5pt;height:14.25pt" o:oleicon="f" o:ole="">
            <v:imagedata r:id="rId1560" o:title="eqId7b8a6fce19efef300990bbaeb1b3c5fb"/>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pict>
          <v:shape id="_x0000_i711366" type="#_x0000_t75" alt="学科网(www.zxxk.com)--教育资源门户，提供试卷、教案、课件、论文、素材以及各类教学资源下载，还有大量而丰富的教学相关资讯！" style="width:24pt;height:14pt" o:oleicon="f" o:ole="">
            <v:imagedata r:id="rId1561" o:title="eqId06a0d30a31f03f8d5f45daf7586536c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分两种情况：</w:t>
      </w:r>
    </w:p>
    <w:p>
      <w:pPr>
        <w:spacing w:line="360" w:lineRule="auto"/>
        <w:jc w:val="left"/>
        <w:textAlignment w:val="center"/>
        <w:rPr>
          <w:color w:val="000000"/>
        </w:rPr>
      </w:pPr>
      <w:r>
        <w:rPr>
          <w:rFonts w:ascii="宋体" w:eastAsia="宋体" w:hAnsi="宋体" w:cs="宋体"/>
          <w:color w:val="000000"/>
        </w:rPr>
        <w:t>当</w:t>
      </w:r>
      <w:r>
        <w:pict>
          <v:shape id="_x0000_i711367" type="#_x0000_t75" alt="学科网(www.zxxk.com)--教育资源门户，提供试卷、教案、课件、论文、素材以及各类教学资源下载，还有大量而丰富的教学相关资讯！" style="width:42.75pt;height:14.25pt" o:oleicon="f" o:ole="">
            <v:imagedata r:id="rId1562" o:title="eqIdb893dc2c6b5887f7d58065adfe5ff907"/>
          </v:shape>
        </w:pict>
      </w:r>
      <w:r>
        <w:rPr>
          <w:rFonts w:ascii="宋体" w:eastAsia="宋体" w:hAnsi="宋体" w:cs="宋体"/>
          <w:color w:val="000000"/>
        </w:rPr>
        <w:t>时，</w:t>
      </w:r>
      <w:r>
        <w:pict>
          <v:shape id="_x0000_i711368" type="#_x0000_t75" alt="学科网(www.zxxk.com)--教育资源门户，提供试卷、教案、课件、论文、素材以及各类教学资源下载，还有大量而丰富的教学相关资讯！" style="width:42pt;height:14.25pt" o:oleicon="f" o:ole="">
            <v:imagedata r:id="rId1563" o:title="eqIdfa740251d8b91bbdc2fe91a71e9cc3ec"/>
          </v:shape>
        </w:pict>
      </w:r>
      <w:r>
        <w:rPr>
          <w:rFonts w:ascii="宋体" w:eastAsia="宋体" w:hAnsi="宋体" w:cs="宋体"/>
          <w:color w:val="000000"/>
        </w:rPr>
        <w:t>，此时点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B</w:t>
      </w:r>
      <w:r>
        <w:rPr>
          <w:rFonts w:ascii="宋体" w:eastAsia="宋体" w:hAnsi="宋体" w:cs="宋体"/>
          <w:color w:val="000000"/>
        </w:rPr>
        <w:t>的“联动点”</w:t>
      </w:r>
      <w:r>
        <w:rPr>
          <w:rFonts w:ascii="Times New Roman" w:eastAsia="Times New Roman" w:hAnsi="Times New Roman" w:cs="Times New Roman"/>
          <w:i/>
          <w:color w:val="000000"/>
        </w:rPr>
        <w:t>P</w:t>
      </w:r>
      <w:r>
        <w:rPr>
          <w:rFonts w:ascii="宋体" w:eastAsia="宋体" w:hAnsi="宋体" w:cs="宋体"/>
          <w:color w:val="000000"/>
        </w:rPr>
        <w:t>表示的数为：</w:t>
      </w:r>
      <w:r>
        <w:pict>
          <v:shape id="_x0000_i711369" type="#_x0000_t75" alt="学科网(www.zxxk.com)--教育资源门户，提供试卷、教案、课件、论文、素材以及各类教学资源下载，还有大量而丰富的教学相关资讯！" style="width:77.25pt;height:14.25pt" o:oleicon="f" o:ole="">
            <v:imagedata r:id="rId1564" o:title="eqIdb6740ebdf6f2bc0824fd40250e72f44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由于</w:t>
      </w:r>
      <w:r>
        <w:pict>
          <v:shape id="_x0000_i711370" type="#_x0000_t75" alt="学科网(www.zxxk.com)--教育资源门户，提供试卷、教案、课件、论文、素材以及各类教学资源下载，还有大量而丰富的教学相关资讯！" style="width:24.75pt;height:14.25pt;mso-position-horizontal-relative:page;mso-position-vertical-relative:page" o:oleicon="f" o:ole="">
            <v:imagedata r:id="rId1565" o:title="eqId0fff6e7e2b9f2b68b1647f6350b98dc8"/>
          </v:shape>
        </w:pict>
      </w:r>
      <w:r>
        <w:rPr>
          <w:rFonts w:ascii="宋体" w:eastAsia="宋体" w:hAnsi="宋体" w:cs="宋体"/>
          <w:color w:val="000000"/>
        </w:rPr>
        <w:t>，故</w:t>
      </w:r>
      <w:r>
        <w:pict>
          <v:shape id="_x0000_i711371" type="#_x0000_t75" alt="学科网(www.zxxk.com)--教育资源门户，提供试卷、教案、课件、论文、素材以及各类教学资源下载，还有大量而丰富的教学相关资讯！" style="width:40.05pt;height:14pt" o:oleicon="f" o:ole="">
            <v:imagedata r:id="rId1566" o:title="eqIdbb14d609d759dc35381b7e3dcffb1807"/>
          </v:shape>
        </w:pict>
      </w:r>
      <w:r>
        <w:rPr>
          <w:rFonts w:ascii="宋体" w:eastAsia="宋体" w:hAnsi="宋体" w:cs="宋体"/>
          <w:color w:val="000000"/>
        </w:rPr>
        <w:t>，不可能与原点重合；</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当</w:t>
      </w:r>
      <w:r>
        <w:pict>
          <v:shape id="_x0000_i711372" type="#_x0000_t75" alt="学科网(www.zxxk.com)--教育资源门户，提供试卷、教案、课件、论文、素材以及各类教学资源下载，还有大量而丰富的教学相关资讯！" style="width:24.6pt;height:14.4pt" o:oleicon="f" o:ole="">
            <v:imagedata r:id="rId1567" o:title="eqIdf2284f80c52ddae4cb29defb1f2f9d5e"/>
          </v:shape>
        </w:pict>
      </w:r>
      <w:r>
        <w:rPr>
          <w:rFonts w:ascii="宋体" w:eastAsia="宋体" w:hAnsi="宋体" w:cs="宋体"/>
          <w:color w:val="000000"/>
        </w:rPr>
        <w:t>时，</w:t>
      </w:r>
      <w:r>
        <w:pict>
          <v:shape id="_x0000_i711373" type="#_x0000_t75" alt="学科网(www.zxxk.com)--教育资源门户，提供试卷、教案、课件、论文、素材以及各类教学资源下载，还有大量而丰富的教学相关资讯！" style="width:42pt;height:14.25pt" o:oleicon="f" o:ole="">
            <v:imagedata r:id="rId1568" o:title="eqIdd090520603b63d3ce11e0e65580a18dc"/>
          </v:shape>
        </w:pict>
      </w:r>
      <w:r>
        <w:rPr>
          <w:rFonts w:ascii="宋体" w:eastAsia="宋体" w:hAnsi="宋体" w:cs="宋体"/>
          <w:color w:val="000000"/>
        </w:rPr>
        <w:t>，此时点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B</w:t>
      </w:r>
      <w:r>
        <w:rPr>
          <w:rFonts w:ascii="宋体" w:eastAsia="宋体" w:hAnsi="宋体" w:cs="宋体"/>
          <w:color w:val="000000"/>
        </w:rPr>
        <w:t>的“联动点”</w:t>
      </w:r>
      <w:r>
        <w:rPr>
          <w:rFonts w:ascii="Times New Roman" w:eastAsia="Times New Roman" w:hAnsi="Times New Roman" w:cs="Times New Roman"/>
          <w:i/>
          <w:color w:val="000000"/>
        </w:rPr>
        <w:t>P</w:t>
      </w:r>
      <w:r>
        <w:rPr>
          <w:rFonts w:ascii="宋体" w:eastAsia="宋体" w:hAnsi="宋体" w:cs="宋体"/>
          <w:color w:val="000000"/>
        </w:rPr>
        <w:t>表示的数为：</w:t>
      </w:r>
      <w:r>
        <w:pict>
          <v:shape id="_x0000_i711374" type="#_x0000_t75" alt="学科网(www.zxxk.com)--教育资源门户，提供试卷、教案、课件、论文、素材以及各类教学资源下载，还有大量而丰富的教学相关资讯！" style="width:228pt;height:20.25pt" o:oleicon="f" o:ole="">
            <v:imagedata r:id="rId1569" o:title="eqId8b1845921d6358278ee6d9fb378e266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也不能与原点重合，</w:t>
      </w:r>
    </w:p>
    <w:p>
      <w:pPr>
        <w:spacing w:line="360" w:lineRule="auto"/>
        <w:jc w:val="left"/>
        <w:textAlignment w:val="center"/>
        <w:rPr>
          <w:color w:val="000000"/>
        </w:rPr>
      </w:pPr>
      <w:r>
        <w:rPr>
          <w:rFonts w:ascii="宋体" w:eastAsia="宋体" w:hAnsi="宋体" w:cs="宋体"/>
          <w:color w:val="000000"/>
        </w:rPr>
        <w:t>综上，不存在这样的</w:t>
      </w:r>
      <w:r>
        <w:rPr>
          <w:rFonts w:ascii="Times New Roman" w:eastAsia="Times New Roman" w:hAnsi="Times New Roman" w:cs="Times New Roman"/>
          <w:i/>
          <w:color w:val="000000"/>
        </w:rPr>
        <w:t>t</w:t>
      </w:r>
      <w:r>
        <w:rPr>
          <w:rFonts w:ascii="宋体" w:eastAsia="宋体" w:hAnsi="宋体" w:cs="宋体"/>
          <w:color w:val="000000"/>
        </w:rPr>
        <w:t>，使得点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B</w:t>
      </w:r>
      <w:r>
        <w:rPr>
          <w:rFonts w:ascii="宋体" w:eastAsia="宋体" w:hAnsi="宋体" w:cs="宋体"/>
          <w:color w:val="000000"/>
        </w:rPr>
        <w:t>的“联动点”</w:t>
      </w:r>
      <w:r>
        <w:rPr>
          <w:rFonts w:ascii="Times New Roman" w:eastAsia="Times New Roman" w:hAnsi="Times New Roman" w:cs="Times New Roman"/>
          <w:i/>
          <w:color w:val="000000"/>
        </w:rPr>
        <w:t>P</w:t>
      </w:r>
      <w:r>
        <w:rPr>
          <w:rFonts w:ascii="宋体" w:eastAsia="宋体" w:hAnsi="宋体" w:cs="宋体"/>
          <w:color w:val="000000"/>
        </w:rPr>
        <w:t>与原点重合．</w:t>
      </w:r>
    </w:p>
    <w:p>
      <w:pPr>
        <w:spacing w:line="360" w:lineRule="auto"/>
        <w:jc w:val="left"/>
        <w:textAlignment w:val="center"/>
        <w:rPr>
          <w:color w:val="000000"/>
        </w:rPr>
      </w:pPr>
      <w:r>
        <w:rPr>
          <w:color w:val="000000"/>
        </w:rPr>
        <w:t>【点睛】</w:t>
      </w:r>
      <w:r>
        <w:rPr>
          <w:rFonts w:ascii="宋体" w:eastAsia="宋体" w:hAnsi="宋体" w:cs="宋体"/>
          <w:color w:val="000000"/>
        </w:rPr>
        <w:t>本题考查了绝对值的化简，用数轴上的点表示有理数，数轴上的动点问题以及有理数的加减法，注意分类讨论．</w:t>
      </w:r>
    </w:p>
    <w:p>
      <w:pPr>
        <w:spacing w:line="360" w:lineRule="auto"/>
        <w:jc w:val="left"/>
        <w:textAlignment w:val="center"/>
        <w:rPr>
          <w:color w:val="000000"/>
        </w:rPr>
      </w:pPr>
      <w:r>
        <w:rPr>
          <w:color w:val="000000"/>
        </w:rPr>
        <w:t xml:space="preserve">26. </w:t>
      </w:r>
      <w:r>
        <w:rPr>
          <w:rFonts w:ascii="宋体" w:eastAsia="宋体" w:hAnsi="宋体" w:cs="宋体"/>
          <w:color w:val="000000"/>
        </w:rPr>
        <w:t>有一种计算器，输出规则如下：输入两个关于</w:t>
      </w:r>
      <w:r>
        <w:rPr>
          <w:rFonts w:ascii="Times New Roman" w:eastAsia="Times New Roman" w:hAnsi="Times New Roman" w:cs="Times New Roman"/>
          <w:i/>
          <w:color w:val="000000"/>
        </w:rPr>
        <w:t>x</w:t>
      </w:r>
      <w:r>
        <w:rPr>
          <w:rFonts w:ascii="宋体" w:eastAsia="宋体" w:hAnsi="宋体" w:cs="宋体"/>
          <w:color w:val="000000"/>
        </w:rPr>
        <w:t>的整式</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，对它们进行整式加法运算，若</w:t>
      </w:r>
      <w:r>
        <w:pict>
          <v:shape id="_x0000_i711375" type="#_x0000_t75" alt="学科网(www.zxxk.com)--教育资源门户，提供试卷、教案、课件、论文、素材以及各类教学资源下载，还有大量而丰富的教学相关资讯！" style="width:30.75pt;height:12.75pt" o:oleicon="f" o:ole="">
            <v:imagedata r:id="rId1570" o:title="eqId6ce69cd33d105ce280170f0cd0513026"/>
          </v:shape>
        </w:pict>
      </w:r>
      <w:r>
        <w:rPr>
          <w:rFonts w:ascii="宋体" w:eastAsia="宋体" w:hAnsi="宋体" w:cs="宋体"/>
          <w:color w:val="000000"/>
        </w:rPr>
        <w:t>的结果为单项式，则输出该单项式；若</w:t>
      </w:r>
      <w:r>
        <w:pict>
          <v:shape id="_x0000_i711376" type="#_x0000_t75" alt="学科网(www.zxxk.com)--教育资源门户，提供试卷、教案、课件、论文、素材以及各类教学资源下载，还有大量而丰富的教学相关资讯！" style="width:30.75pt;height:12.75pt" o:oleicon="f" o:ole="">
            <v:imagedata r:id="rId1570" o:title="eqId6ce69cd33d105ce280170f0cd0513026"/>
          </v:shape>
        </w:pict>
      </w:r>
      <w:r>
        <w:rPr>
          <w:rFonts w:ascii="宋体" w:eastAsia="宋体" w:hAnsi="宋体" w:cs="宋体"/>
          <w:color w:val="000000"/>
        </w:rPr>
        <w:t>的结果为多项式，则输出该多项式的最高次项与最低次项的和．已知输入的整式</w:t>
      </w:r>
      <w:r>
        <w:pict>
          <v:shape id="_x0000_i711377" type="#_x0000_t75" alt="学科网(www.zxxk.com)--教育资源门户，提供试卷、教案、课件、论文、素材以及各类教学资源下载，还有大量而丰富的教学相关资讯！" style="width:68.4pt;height:15.6pt" o:oleicon="f" o:ole="">
            <v:imagedata r:id="rId1571" o:title="eqIdd6bcece05d0d7ea2fd82da8bb7bc2cba"/>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1378" type="#_x0000_t75" alt="学科网(www.zxxk.com)--教育资源门户，提供试卷、教案、课件、论文、素材以及各类教学资源下载，还有大量而丰富的教学相关资讯！" style="width:57pt;height:15.6pt" o:oleicon="f" o:ole="">
            <v:imagedata r:id="rId1572" o:title="eqId88879539e7301f8ea4c4fe1b7d333cd7"/>
          </v:shape>
        </w:pict>
      </w:r>
      <w:r>
        <w:rPr>
          <w:rFonts w:ascii="宋体" w:eastAsia="宋体" w:hAnsi="宋体" w:cs="宋体"/>
          <w:color w:val="000000"/>
        </w:rPr>
        <w:t>，则输出结果为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若输出结果为</w:t>
      </w:r>
      <w:r>
        <w:pict>
          <v:shape id="_x0000_i711379" type="#_x0000_t75" alt="学科网(www.zxxk.com)--教育资源门户，提供试卷、教案、课件、论文、素材以及各类教学资源下载，还有大量而丰富的教学相关资讯！" style="width:36.75pt;height:15.75pt" o:oleicon="f" o:ole="">
            <v:imagedata r:id="rId1573" o:title="eqIdd1f36f0976af8ddf4de17bd50332bd1f"/>
          </v:shape>
        </w:pict>
      </w:r>
      <w:r>
        <w:rPr>
          <w:rFonts w:ascii="宋体" w:eastAsia="宋体" w:hAnsi="宋体" w:cs="宋体"/>
          <w:color w:val="000000"/>
        </w:rPr>
        <w:t>，则整式</w:t>
      </w:r>
      <w:r>
        <w:rPr>
          <w:rFonts w:ascii="Times New Roman" w:eastAsia="Times New Roman" w:hAnsi="Times New Roman" w:cs="Times New Roman"/>
          <w:i/>
          <w:color w:val="000000"/>
        </w:rPr>
        <w:t>B</w:t>
      </w:r>
      <w:r>
        <w:rPr>
          <w:rFonts w:ascii="宋体" w:eastAsia="宋体" w:hAnsi="宋体" w:cs="宋体"/>
          <w:color w:val="000000"/>
        </w:rPr>
        <w:t>应满足什么条件？写出结论，并说明理由；</w:t>
      </w:r>
    </w:p>
    <w:p>
      <w:pPr>
        <w:spacing w:line="360" w:lineRule="auto"/>
        <w:jc w:val="left"/>
        <w:textAlignment w:val="center"/>
        <w:rPr>
          <w:color w:val="000000"/>
        </w:rPr>
      </w:pPr>
      <w:r>
        <w:rPr>
          <w:color w:val="000000"/>
        </w:rPr>
        <w:t>（3）</w:t>
      </w:r>
      <w:r>
        <w:rPr>
          <w:rFonts w:ascii="宋体" w:eastAsia="宋体" w:hAnsi="宋体" w:cs="宋体"/>
          <w:color w:val="000000"/>
        </w:rPr>
        <w:t>若将整式</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输入计算器，得到输出结果，记为第一次运算，然后将输出结果与</w:t>
      </w:r>
      <w:r>
        <w:rPr>
          <w:rFonts w:ascii="Times New Roman" w:eastAsia="Times New Roman" w:hAnsi="Times New Roman" w:cs="Times New Roman"/>
          <w:i/>
          <w:color w:val="000000"/>
        </w:rPr>
        <w:t>A</w:t>
      </w:r>
      <w:r>
        <w:rPr>
          <w:rFonts w:ascii="宋体" w:eastAsia="宋体" w:hAnsi="宋体" w:cs="宋体"/>
          <w:color w:val="000000"/>
        </w:rPr>
        <w:t>再次输入该计算器，得到输出结果，记为第二次运算，……，依次进行上面操作，若第</w:t>
      </w:r>
      <w:r>
        <w:pict>
          <v:shape id="_x0000_i711380" type="#_x0000_t75" alt="学科网(www.zxxk.com)--教育资源门户，提供试卷、教案、课件、论文、素材以及各类教学资源下载，还有大量而丰富的教学相关资讯！" style="width:42pt;height:16pt" o:oleicon="f" o:ole="">
            <v:imagedata r:id="rId1574" o:title="eqId9ae0b861522b18be1753acc4474cbc9f"/>
          </v:shape>
        </w:pict>
      </w:r>
      <w:r>
        <w:rPr>
          <w:rFonts w:ascii="宋体" w:eastAsia="宋体" w:hAnsi="宋体" w:cs="宋体"/>
          <w:color w:val="000000"/>
        </w:rPr>
        <w:t>次运算得到的输出结果恰为单项式，请写出一个满足题意的整式</w:t>
      </w:r>
      <w:r>
        <w:rPr>
          <w:rFonts w:ascii="Times New Roman" w:eastAsia="Times New Roman" w:hAnsi="Times New Roman" w:cs="Times New Roman"/>
          <w:i/>
          <w:color w:val="000000"/>
        </w:rPr>
        <w:t>B</w:t>
      </w:r>
      <w:r>
        <w:rPr>
          <w:rFonts w:ascii="宋体" w:eastAsia="宋体" w:hAnsi="宋体" w:cs="宋体"/>
          <w:i/>
          <w:color w:val="000000"/>
        </w:rPr>
        <w:t>．</w:t>
      </w:r>
    </w:p>
    <w:p>
      <w:pPr>
        <w:spacing w:line="360" w:lineRule="auto"/>
        <w:textAlignment w:val="center"/>
        <w:rPr>
          <w:color w:val="000000"/>
        </w:rPr>
      </w:pPr>
      <w:r>
        <w:rPr>
          <w:color w:val="2E75B6"/>
        </w:rPr>
        <w:t>【答案】</w:t>
      </w:r>
      <w:r>
        <w:rPr>
          <w:color w:val="000000"/>
        </w:rPr>
        <w:t>（1）</w:t>
      </w:r>
      <w:r>
        <w:pict>
          <v:shape id="_x0000_i711381" type="#_x0000_t75" alt="学科网(www.zxxk.com)--教育资源门户，提供试卷、教案、课件、论文、素材以及各类教学资源下载，还有大量而丰富的教学相关资讯！" style="width:37.65pt;height:16.35pt" o:oleicon="f" o:ole="">
            <v:imagedata r:id="rId1575" o:title="eqIdb0c4e5a27bc551d1bd477e3b095f714a"/>
          </v:shape>
        </w:pict>
      </w:r>
      <w:r>
        <w:rPr>
          <w:color w:val="000000"/>
        </w:rPr>
        <w:t xml:space="preserve">    </w:t>
      </w:r>
    </w:p>
    <w:p>
      <w:pPr>
        <w:spacing w:line="360" w:lineRule="auto"/>
        <w:textAlignment w:val="center"/>
        <w:rPr>
          <w:color w:val="000000"/>
        </w:rPr>
      </w:pPr>
      <w:r>
        <w:rPr>
          <w:color w:val="000000"/>
        </w:rPr>
        <w:t>（2）</w:t>
      </w:r>
      <w:r>
        <w:pict>
          <v:shape id="_x0000_i711382" type="#_x0000_t75" alt="学科网(www.zxxk.com)--教育资源门户，提供试卷、教案、课件、论文、素材以及各类教学资源下载，还有大量而丰富的教学相关资讯！" style="width:109.2pt;height:16.2pt" o:oleicon="f" o:ole="">
            <v:imagedata r:id="rId1576" o:title="eqId5552b13a911e290a1ef2d00ca231cf6f"/>
          </v:shape>
        </w:pic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为任意常数）</w:t>
      </w:r>
      <w:r>
        <w:rPr>
          <w:color w:val="000000"/>
        </w:rPr>
        <w:t xml:space="preserve">    </w:t>
      </w:r>
    </w:p>
    <w:p>
      <w:pPr>
        <w:spacing w:line="360" w:lineRule="auto"/>
        <w:textAlignment w:val="center"/>
        <w:rPr>
          <w:color w:val="000000"/>
        </w:rPr>
      </w:pPr>
      <w:r>
        <w:rPr>
          <w:color w:val="000000"/>
        </w:rPr>
        <w:t>（3）</w:t>
      </w:r>
      <w:r>
        <w:pict>
          <v:shape id="_x0000_i711383" type="#_x0000_t75" alt="学科网(www.zxxk.com)--教育资源门户，提供试卷、教案、课件、论文、素材以及各类教学资源下载，还有大量而丰富的教学相关资讯！" style="width:103.95pt;height:20.05pt" o:oleicon="f" o:ole="">
            <v:imagedata r:id="rId1577" o:title="eqIdcde90bb1485273c93d6668e8c2b94663"/>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）根据题中所给新定义运算可直接进行求解；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）由题意可知整式</w:t>
      </w:r>
      <w:r>
        <w:rPr>
          <w:rFonts w:ascii="Times New Roman" w:eastAsia="Times New Roman" w:hAnsi="Times New Roman" w:cs="Times New Roman"/>
          <w:i/>
          <w:color w:val="000000"/>
        </w:rPr>
        <w:t>B</w:t>
      </w:r>
      <w:r>
        <w:rPr>
          <w:rFonts w:ascii="宋体" w:eastAsia="宋体" w:hAnsi="宋体" w:cs="宋体"/>
          <w:color w:val="000000"/>
        </w:rPr>
        <w:t>含有</w:t>
      </w:r>
      <w:r>
        <w:pict>
          <v:shape id="_x0000_i711384" type="#_x0000_t75" alt="学科网(www.zxxk.com)--教育资源门户，提供试卷、教案、课件、论文、素材以及各类教学资源下载，还有大量而丰富的教学相关资讯！" style="width:19.2pt;height:16.2pt" o:oleicon="f" o:ole="">
            <v:imagedata r:id="rId1578" o:title="eqIdc3f77080e3e42298d09fb2bf199cd7f3"/>
          </v:shape>
        </w:pict>
      </w:r>
      <w:r>
        <w:rPr>
          <w:rFonts w:ascii="宋体" w:eastAsia="宋体" w:hAnsi="宋体" w:cs="宋体"/>
          <w:color w:val="000000"/>
        </w:rPr>
        <w:t>，且常数项为</w:t>
      </w:r>
      <w:r>
        <w:rPr>
          <w:rFonts w:ascii="Times New Roman" w:eastAsia="Times New Roman" w:hAnsi="Times New Roman" w:cs="Times New Roman"/>
          <w:color w:val="000000"/>
        </w:rPr>
        <w:t>2</w:t>
      </w:r>
      <w:r>
        <w:rPr>
          <w:rFonts w:ascii="宋体" w:eastAsia="宋体" w:hAnsi="宋体" w:cs="宋体"/>
          <w:color w:val="000000"/>
        </w:rPr>
        <w:t>，含</w:t>
      </w:r>
      <w:r>
        <w:rPr>
          <w:rFonts w:ascii="Times New Roman" w:eastAsia="Times New Roman" w:hAnsi="Times New Roman" w:cs="Times New Roman"/>
          <w:i/>
          <w:color w:val="000000"/>
        </w:rPr>
        <w:t>x</w:t>
      </w:r>
      <w:r>
        <w:rPr>
          <w:rFonts w:ascii="宋体" w:eastAsia="宋体" w:hAnsi="宋体" w:cs="宋体"/>
          <w:color w:val="000000"/>
        </w:rPr>
        <w:t>的一次项系数为</w:t>
      </w:r>
      <w:r>
        <w:rPr>
          <w:rFonts w:ascii="Times New Roman" w:eastAsia="Times New Roman" w:hAnsi="Times New Roman" w:cs="Times New Roman"/>
          <w:color w:val="000000"/>
        </w:rPr>
        <w:t>2</w:t>
      </w:r>
      <w:r>
        <w:rPr>
          <w:rFonts w:ascii="宋体" w:eastAsia="宋体" w:hAnsi="宋体" w:cs="宋体"/>
          <w:color w:val="000000"/>
        </w:rPr>
        <w:t>，对于含不含</w:t>
      </w:r>
      <w:r>
        <w:rPr>
          <w:rFonts w:ascii="Times New Roman" w:eastAsia="Times New Roman" w:hAnsi="Times New Roman" w:cs="Times New Roman"/>
          <w:i/>
          <w:color w:val="000000"/>
        </w:rPr>
        <w:t>x</w:t>
      </w:r>
      <w:r>
        <w:rPr>
          <w:rFonts w:ascii="宋体" w:eastAsia="宋体" w:hAnsi="宋体" w:cs="宋体"/>
          <w:color w:val="000000"/>
        </w:rPr>
        <w:t>的二次项无法确定，进而问题可求解；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）设整式</w:t>
      </w:r>
      <w:r>
        <w:pict>
          <v:shape id="_x0000_i711385" type="#_x0000_t75" alt="学科网(www.zxxk.com)--教育资源门户，提供试卷、教案、课件、论文、素材以及各类教学资源下载，还有大量而丰富的教学相关资讯！" style="width:84pt;height:18pt" o:oleicon="f" o:ole="">
            <v:imagedata r:id="rId1579" o:title="eqIdc660c9bbe64d85a9527dd00b1dd02ed8"/>
          </v:shape>
        </w:pict>
      </w:r>
      <w:r>
        <w:rPr>
          <w:rFonts w:ascii="宋体" w:eastAsia="宋体" w:hAnsi="宋体" w:cs="宋体"/>
          <w:color w:val="000000"/>
        </w:rPr>
        <w:t>，则根据题意可知第一次输出结果为</w:t>
      </w:r>
      <w:r>
        <w:pict>
          <v:shape id="_x0000_i711386" type="#_x0000_t75" alt="学科网(www.zxxk.com)--教育资源门户，提供试卷、教案、课件、论文、素材以及各类教学资源下载，还有大量而丰富的教学相关资讯！" style="width:132pt;height:19.8pt" o:oleicon="f" o:ole="">
            <v:imagedata r:id="rId1580" o:title="eqId8324f7dfff7dc9bd7e756ff85f94bd37"/>
          </v:shape>
        </w:pict>
      </w:r>
      <w:r>
        <w:rPr>
          <w:rFonts w:ascii="宋体" w:eastAsia="宋体" w:hAnsi="宋体" w:cs="宋体"/>
          <w:color w:val="000000"/>
        </w:rPr>
        <w:t>，第二次输出的结果为</w:t>
      </w:r>
      <w:r>
        <w:pict>
          <v:shape id="_x0000_i711387" type="#_x0000_t75" alt="学科网(www.zxxk.com)--教育资源门户，提供试卷、教案、课件、论文、素材以及各类教学资源下载，还有大量而丰富的教学相关资讯！" style="width:136.8pt;height:19.8pt" o:oleicon="f" o:ole="">
            <v:imagedata r:id="rId1581" o:title="eqId48d18f8902c7575e2a3ffeca5754a223"/>
          </v:shape>
        </w:pict>
      </w:r>
      <w:r>
        <w:rPr>
          <w:rFonts w:ascii="宋体" w:eastAsia="宋体" w:hAnsi="宋体" w:cs="宋体"/>
          <w:color w:val="000000"/>
        </w:rPr>
        <w:t>，第三次输出的结果为</w:t>
      </w:r>
      <w:r>
        <w:pict>
          <v:shape id="_x0000_i711388" type="#_x0000_t75" alt="学科网(www.zxxk.com)--教育资源门户，提供试卷、教案、课件、论文、素材以及各类教学资源下载，还有大量而丰富的教学相关资讯！" style="width:135pt;height:19.8pt" o:oleicon="f" o:ole="">
            <v:imagedata r:id="rId1582" o:title="eqId595b754374860d49cd1892b117285c6b"/>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；由此可知第</w:t>
      </w:r>
      <w:r>
        <w:rPr>
          <w:rFonts w:ascii="Times New Roman" w:eastAsia="Times New Roman" w:hAnsi="Times New Roman" w:cs="Times New Roman"/>
          <w:i/>
          <w:color w:val="000000"/>
        </w:rPr>
        <w:t>n</w:t>
      </w:r>
      <w:r>
        <w:rPr>
          <w:rFonts w:ascii="宋体" w:eastAsia="宋体" w:hAnsi="宋体" w:cs="宋体"/>
          <w:color w:val="000000"/>
        </w:rPr>
        <w:t>次输出的结果为</w:t>
      </w:r>
      <w:r>
        <w:pict>
          <v:shape id="_x0000_i711389" type="#_x0000_t75" alt="学科网(www.zxxk.com)--教育资源门户，提供试卷、教案、课件、论文、素材以及各类教学资源下载，还有大量而丰富的教学相关资讯！" style="width:2in;height:19.8pt" o:oleicon="f" o:ole="">
            <v:imagedata r:id="rId1583" o:title="eqIdf0ffc7825dc5a029f6e3e76177a212b5"/>
          </v:shape>
        </w:pict>
      </w:r>
      <w:r>
        <w:rPr>
          <w:rFonts w:ascii="宋体" w:eastAsia="宋体" w:hAnsi="宋体" w:cs="宋体"/>
          <w:color w:val="000000"/>
        </w:rPr>
        <w:t>，然后根据第</w:t>
      </w:r>
      <w:r>
        <w:rPr>
          <w:rFonts w:ascii="Times New Roman" w:eastAsia="Times New Roman" w:hAnsi="Times New Roman" w:cs="Times New Roman"/>
          <w:i/>
          <w:color w:val="000000"/>
        </w:rPr>
        <w:t>n</w:t>
      </w:r>
      <w:r>
        <w:rPr>
          <w:rFonts w:ascii="宋体" w:eastAsia="宋体" w:hAnsi="宋体" w:cs="宋体"/>
          <w:color w:val="000000"/>
        </w:rPr>
        <w:t>次输出的结果为单项式可进行求解．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解：由题意得：</w:t>
      </w:r>
      <w:r>
        <w:pict>
          <v:shape id="_x0000_i711390" type="#_x0000_t75" alt="学科网(www.zxxk.com)--教育资源门户，提供试卷、教案、课件、论文、素材以及各类教学资源下载，还有大量而丰富的教学相关资讯！" style="width:193.8pt;height:16.2pt" o:oleicon="f" o:ole="">
            <v:imagedata r:id="rId1584" o:title="eqIdbc54700cdfc8ea9b3d2ddbe95eee0a3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∴输出的结果为</w:t>
      </w:r>
      <w:r>
        <w:pict>
          <v:shape id="_x0000_i711391" type="#_x0000_t75" alt="学科网(www.zxxk.com)--教育资源门户，提供试卷、教案、课件、论文、素材以及各类教学资源下载，还有大量而丰富的教学相关资讯！" style="width:37.65pt;height:16.35pt" o:oleicon="f" o:ole="">
            <v:imagedata r:id="rId1585" o:title="eqIdb0c4e5a27bc551d1bd477e3b095f714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1392" type="#_x0000_t75" alt="学科网(www.zxxk.com)--教育资源门户，提供试卷、教案、课件、论文、素材以及各类教学资源下载，还有大量而丰富的教学相关资讯！" style="width:37.65pt;height:16.35pt" o:oleicon="f" o:ole="">
            <v:imagedata r:id="rId1586" o:title="eqIdb0c4e5a27bc551d1bd477e3b095f714a"/>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w:t>
      </w:r>
      <w:r>
        <w:pict>
          <v:shape id="_x0000_i711393" type="#_x0000_t75" alt="学科网(www.zxxk.com)--教育资源门户，提供试卷、教案、课件、论文、素材以及各类教学资源下载，还有大量而丰富的教学相关资讯！" style="width:30.75pt;height:12.75pt" o:oleicon="f" o:ole="">
            <v:imagedata r:id="rId1587" o:title="eqId6ce69cd33d105ce280170f0cd0513026"/>
          </v:shape>
        </w:pict>
      </w:r>
      <w:r>
        <w:rPr>
          <w:rFonts w:ascii="宋体" w:eastAsia="宋体" w:hAnsi="宋体" w:cs="宋体"/>
          <w:color w:val="000000"/>
        </w:rPr>
        <w:t>的输出结果为</w:t>
      </w:r>
      <w:r>
        <w:pict>
          <v:shape id="_x0000_i711394" type="#_x0000_t75" alt="学科网(www.zxxk.com)--教育资源门户，提供试卷、教案、课件、论文、素材以及各类教学资源下载，还有大量而丰富的教学相关资讯！" style="width:36.75pt;height:15.75pt" o:oleicon="f" o:ole="">
            <v:imagedata r:id="rId1588" o:title="eqIdd1f36f0976af8ddf4de17bd50332bd1f"/>
          </v:shape>
        </w:pict>
      </w:r>
      <w:r>
        <w:rPr>
          <w:rFonts w:ascii="宋体" w:eastAsia="宋体" w:hAnsi="宋体" w:cs="宋体"/>
          <w:color w:val="000000"/>
        </w:rPr>
        <w:t>，且</w:t>
      </w:r>
      <w:r>
        <w:pict>
          <v:shape id="_x0000_i711395" type="#_x0000_t75" alt="学科网(www.zxxk.com)--教育资源门户，提供试卷、教案、课件、论文、素材以及各类教学资源下载，还有大量而丰富的教学相关资讯！" style="width:68.4pt;height:15.6pt" o:oleicon="f" o:ole="">
            <v:imagedata r:id="rId1589" o:title="eqIdd6bcece05d0d7ea2fd82da8bb7bc2cba"/>
          </v:shape>
        </w:pict>
      </w:r>
      <w:r>
        <w:rPr>
          <w:rFonts w:ascii="宋体" w:eastAsia="宋体" w:hAnsi="宋体" w:cs="宋体"/>
          <w:color w:val="000000"/>
        </w:rPr>
        <w:t>可知整式</w:t>
      </w:r>
      <w:r>
        <w:rPr>
          <w:rFonts w:ascii="Times New Roman" w:eastAsia="Times New Roman" w:hAnsi="Times New Roman" w:cs="Times New Roman"/>
          <w:i/>
          <w:color w:val="000000"/>
        </w:rPr>
        <w:t>B</w:t>
      </w:r>
      <w:r>
        <w:rPr>
          <w:rFonts w:ascii="宋体" w:eastAsia="宋体" w:hAnsi="宋体" w:cs="宋体"/>
          <w:color w:val="000000"/>
        </w:rPr>
        <w:t>含有</w:t>
      </w:r>
      <w:r>
        <w:pict>
          <v:shape id="_x0000_i711396" type="#_x0000_t75" alt="学科网(www.zxxk.com)--教育资源门户，提供试卷、教案、课件、论文、素材以及各类教学资源下载，还有大量而丰富的教学相关资讯！" style="width:19.2pt;height:16.2pt" o:oleicon="f" o:ole="">
            <v:imagedata r:id="rId1590" o:title="eqIdc3f77080e3e42298d09fb2bf199cd7f3"/>
          </v:shape>
        </w:pict>
      </w:r>
      <w:r>
        <w:rPr>
          <w:rFonts w:ascii="宋体" w:eastAsia="宋体" w:hAnsi="宋体" w:cs="宋体"/>
          <w:color w:val="000000"/>
        </w:rPr>
        <w:t>，且常数项为</w:t>
      </w:r>
      <w:r>
        <w:rPr>
          <w:rFonts w:ascii="Times New Roman" w:eastAsia="Times New Roman" w:hAnsi="Times New Roman" w:cs="Times New Roman"/>
          <w:color w:val="000000"/>
        </w:rPr>
        <w:t>2</w:t>
      </w:r>
      <w:r>
        <w:rPr>
          <w:rFonts w:ascii="宋体" w:eastAsia="宋体" w:hAnsi="宋体" w:cs="宋体"/>
          <w:color w:val="000000"/>
        </w:rPr>
        <w:t>，含</w:t>
      </w:r>
      <w:r>
        <w:rPr>
          <w:rFonts w:ascii="Times New Roman" w:eastAsia="Times New Roman" w:hAnsi="Times New Roman" w:cs="Times New Roman"/>
          <w:i/>
          <w:color w:val="000000"/>
        </w:rPr>
        <w:t>x</w:t>
      </w:r>
      <w:r>
        <w:rPr>
          <w:rFonts w:ascii="宋体" w:eastAsia="宋体" w:hAnsi="宋体" w:cs="宋体"/>
          <w:color w:val="000000"/>
        </w:rPr>
        <w:t>的一次项系数为</w:t>
      </w:r>
      <w:r>
        <w:pict>
          <v:shape id="_x0000_i711397" type="#_x0000_t75" alt="学科网(www.zxxk.com)--教育资源门户，提供试卷、教案、课件、论文、素材以及各类教学资源下载，还有大量而丰富的教学相关资讯！" style="width:15.75pt;height:12.75pt" o:oleicon="f" o:ole="">
            <v:imagedata r:id="rId1591" o:title="eqId274a9dc37509f01c2606fb3086a46f4f"/>
          </v:shape>
        </w:pict>
      </w:r>
      <w:r>
        <w:rPr>
          <w:rFonts w:ascii="宋体" w:eastAsia="宋体" w:hAnsi="宋体" w:cs="宋体"/>
          <w:color w:val="000000"/>
        </w:rPr>
        <w:t>，对于含不含</w:t>
      </w:r>
      <w:r>
        <w:rPr>
          <w:rFonts w:ascii="Times New Roman" w:eastAsia="Times New Roman" w:hAnsi="Times New Roman" w:cs="Times New Roman"/>
          <w:i/>
          <w:color w:val="000000"/>
        </w:rPr>
        <w:t>x</w:t>
      </w:r>
      <w:r>
        <w:rPr>
          <w:rFonts w:ascii="宋体" w:eastAsia="宋体" w:hAnsi="宋体" w:cs="宋体"/>
          <w:color w:val="000000"/>
        </w:rPr>
        <w:t>的二次项无法确定，</w:t>
      </w:r>
    </w:p>
    <w:p>
      <w:pPr>
        <w:spacing w:line="360" w:lineRule="auto"/>
        <w:jc w:val="left"/>
        <w:textAlignment w:val="center"/>
        <w:rPr>
          <w:color w:val="000000"/>
        </w:rPr>
      </w:pPr>
      <w:r>
        <w:rPr>
          <w:rFonts w:ascii="宋体" w:eastAsia="宋体" w:hAnsi="宋体" w:cs="宋体"/>
          <w:color w:val="000000"/>
        </w:rPr>
        <w:t>∴整式</w:t>
      </w:r>
      <w:r>
        <w:pict>
          <v:shape id="_x0000_i711398" type="#_x0000_t75" alt="学科网(www.zxxk.com)--教育资源门户，提供试卷、教案、课件、论文、素材以及各类教学资源下载，还有大量而丰富的教学相关资讯！" style="width:109.2pt;height:16.2pt" o:oleicon="f" o:ole="">
            <v:imagedata r:id="rId1592" o:title="eqId5552b13a911e290a1ef2d00ca231cf6f"/>
          </v:shape>
        </w:pic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为任意常数）；</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解：设整式</w:t>
      </w:r>
      <w:r>
        <w:pict>
          <v:shape id="_x0000_i711399" type="#_x0000_t75" alt="学科网(www.zxxk.com)--教育资源门户，提供试卷、教案、课件、论文、素材以及各类教学资源下载，还有大量而丰富的教学相关资讯！" style="width:84pt;height:18pt" o:oleicon="f" o:ole="">
            <v:imagedata r:id="rId1593" o:title="eqIdc660c9bbe64d85a9527dd00b1dd02ed8"/>
          </v:shape>
        </w:pict>
      </w:r>
      <w:r>
        <w:rPr>
          <w:rFonts w:ascii="宋体" w:eastAsia="宋体" w:hAnsi="宋体" w:cs="宋体"/>
          <w:color w:val="000000"/>
        </w:rPr>
        <w:t>，则根据题意可知第一次输出结果为</w:t>
      </w:r>
      <w:r>
        <w:pict>
          <v:shape id="_x0000_i711400" type="#_x0000_t75" alt="学科网(www.zxxk.com)--教育资源门户，提供试卷、教案、课件、论文、素材以及各类教学资源下载，还有大量而丰富的教学相关资讯！" style="width:132pt;height:19.8pt" o:oleicon="f" o:ole="">
            <v:imagedata r:id="rId1594" o:title="eqId8324f7dfff7dc9bd7e756ff85f94bd37"/>
          </v:shape>
        </w:pict>
      </w:r>
      <w:r>
        <w:rPr>
          <w:rFonts w:ascii="宋体" w:eastAsia="宋体" w:hAnsi="宋体" w:cs="宋体"/>
          <w:color w:val="000000"/>
        </w:rPr>
        <w:t>，第二次输出的结果为</w:t>
      </w:r>
      <w:r>
        <w:pict>
          <v:shape id="_x0000_i711401" type="#_x0000_t75" alt="学科网(www.zxxk.com)--教育资源门户，提供试卷、教案、课件、论文、素材以及各类教学资源下载，还有大量而丰富的教学相关资讯！" style="width:136.8pt;height:19.8pt" o:oleicon="f" o:ole="">
            <v:imagedata r:id="rId1595" o:title="eqId48d18f8902c7575e2a3ffeca5754a223"/>
          </v:shape>
        </w:pict>
      </w:r>
      <w:r>
        <w:rPr>
          <w:rFonts w:ascii="宋体" w:eastAsia="宋体" w:hAnsi="宋体" w:cs="宋体"/>
          <w:color w:val="000000"/>
        </w:rPr>
        <w:t>，第三次输出的结果为</w:t>
      </w:r>
      <w:r>
        <w:pict>
          <v:shape id="_x0000_i711402" type="#_x0000_t75" alt="学科网(www.zxxk.com)--教育资源门户，提供试卷、教案、课件、论文、素材以及各类教学资源下载，还有大量而丰富的教学相关资讯！" style="width:135pt;height:19.8pt" o:oleicon="f" o:ole="">
            <v:imagedata r:id="rId1596" o:title="eqId595b754374860d49cd1892b117285c6b"/>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；由此可知第</w:t>
      </w:r>
      <w:r>
        <w:rPr>
          <w:rFonts w:ascii="Times New Roman" w:eastAsia="Times New Roman" w:hAnsi="Times New Roman" w:cs="Times New Roman"/>
          <w:i/>
          <w:color w:val="000000"/>
        </w:rPr>
        <w:t>n</w:t>
      </w:r>
      <w:r>
        <w:rPr>
          <w:rFonts w:ascii="宋体" w:eastAsia="宋体" w:hAnsi="宋体" w:cs="宋体"/>
          <w:color w:val="000000"/>
        </w:rPr>
        <w:t>次输出的结果为</w:t>
      </w:r>
      <w:r>
        <w:pict>
          <v:shape id="_x0000_i711403" type="#_x0000_t75" alt="学科网(www.zxxk.com)--教育资源门户，提供试卷、教案、课件、论文、素材以及各类教学资源下载，还有大量而丰富的教学相关资讯！" style="width:2in;height:19.8pt" o:oleicon="f" o:ole="">
            <v:imagedata r:id="rId1597" o:title="eqIdf0ffc7825dc5a029f6e3e76177a212b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次输出的结果为单项式，</w:t>
      </w:r>
    </w:p>
    <w:p>
      <w:pPr>
        <w:spacing w:line="360" w:lineRule="auto"/>
        <w:jc w:val="left"/>
        <w:textAlignment w:val="center"/>
        <w:rPr>
          <w:color w:val="000000"/>
        </w:rPr>
      </w:pPr>
      <w:r>
        <w:rPr>
          <w:rFonts w:ascii="宋体" w:eastAsia="宋体" w:hAnsi="宋体" w:cs="宋体"/>
          <w:color w:val="000000"/>
        </w:rPr>
        <w:t>∴当</w:t>
      </w:r>
      <w:r>
        <w:pict>
          <v:shape id="_x0000_i711404" type="#_x0000_t75" alt="学科网(www.zxxk.com)--教育资源门户，提供试卷、教案、课件、论文、素材以及各类教学资源下载，还有大量而丰富的教学相关资讯！" style="width:129pt;height:16.2pt" o:oleicon="f" o:ole="">
            <v:imagedata r:id="rId1598" o:title="eqId6949c6beb5b81829accd836c26e9065a"/>
          </v:shape>
        </w:pict>
      </w:r>
      <w:r>
        <w:rPr>
          <w:rFonts w:ascii="宋体" w:eastAsia="宋体" w:hAnsi="宋体" w:cs="宋体"/>
          <w:color w:val="000000"/>
        </w:rPr>
        <w:t>时，满足题意，</w:t>
      </w:r>
    </w:p>
    <w:p>
      <w:pPr>
        <w:spacing w:line="360" w:lineRule="auto"/>
        <w:jc w:val="left"/>
        <w:textAlignment w:val="center"/>
        <w:rPr>
          <w:color w:val="000000"/>
        </w:rPr>
      </w:pPr>
      <w:r>
        <w:rPr>
          <w:rFonts w:ascii="宋体" w:eastAsia="宋体" w:hAnsi="宋体" w:cs="宋体"/>
          <w:color w:val="000000"/>
        </w:rPr>
        <w:t>即</w:t>
      </w:r>
      <w:r>
        <w:pict>
          <v:shape id="_x0000_i711405" type="#_x0000_t75" alt="学科网(www.zxxk.com)--教育资源门户，提供试卷、教案、课件、论文、素材以及各类教学资源下载，还有大量而丰富的教学相关资讯！" style="width:103.95pt;height:20.05pt" o:oleicon="f" o:ole="">
            <v:imagedata r:id="rId1599" o:title="eqIdcde90bb1485273c93d6668e8c2b94663"/>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586"/>
          <w:footerReference w:type="even" r:id="rId587"/>
          <w:headerReference w:type="first" r:id="rId588"/>
          <w:footerReference w:type="first" r:id="rId589"/>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本题主要考查整式的加减，解题的关键是理解题中所给新定义的运算．</w:t>
      </w:r>
    </w:p>
    <w:p>
      <w:pPr>
        <w:pStyle w:val="Heading2"/>
      </w:pPr>
      <w:r>
        <w:t>燕山地区</w:t>
      </w:r>
    </w:p>
    <w:p>
      <w:pPr>
        <w:spacing w:line="360" w:lineRule="auto"/>
        <w:jc w:val="left"/>
        <w:textAlignment w:val="center"/>
        <w:rPr>
          <w:color w:val="000000"/>
        </w:rPr>
      </w:pPr>
      <w:r>
        <w:rPr>
          <w:color w:val="000000"/>
        </w:rPr>
        <w:t xml:space="preserve">27. </w:t>
      </w:r>
      <w:r>
        <w:rPr>
          <w:rFonts w:ascii="宋体" w:eastAsia="宋体" w:hAnsi="宋体" w:cs="宋体"/>
          <w:color w:val="000000"/>
        </w:rPr>
        <w:t>为丰富校园体育生活，某学校增设网球兴趣小组，需要采购某品牌网球训练拍</w:t>
      </w:r>
      <w:r>
        <w:rPr>
          <w:rFonts w:ascii="Times New Roman" w:eastAsia="Times New Roman" w:hAnsi="Times New Roman" w:cs="Times New Roman"/>
          <w:color w:val="000000"/>
        </w:rPr>
        <w:t>30</w:t>
      </w:r>
      <w:r>
        <w:rPr>
          <w:rFonts w:ascii="宋体" w:eastAsia="宋体" w:hAnsi="宋体" w:cs="宋体"/>
          <w:color w:val="000000"/>
        </w:rPr>
        <w:t>支，网球</w:t>
      </w:r>
      <w:r>
        <w:pict>
          <v:shape id="_x0000_i711406" type="#_x0000_t75" alt="学科网(www.zxxk.com)--教育资源门户，提供试卷、教案、课件、论文、素材以及各类教学资源下载，还有大量而丰富的教学相关资讯！" style="width:9pt;height:9.75pt" o:oleicon="f" o:ole="">
            <v:imagedata r:id="rId1600" o:title="eqId81dea63b8ce3e51adf66cf7b9982a248"/>
          </v:shape>
        </w:pict>
      </w:r>
      <w:r>
        <w:rPr>
          <w:rFonts w:ascii="宋体" w:eastAsia="宋体" w:hAnsi="宋体" w:cs="宋体"/>
          <w:color w:val="000000"/>
        </w:rPr>
        <w:t>筒（</w:t>
      </w:r>
      <w:r>
        <w:pict>
          <v:shape id="_x0000_i711407" type="#_x0000_t75" alt="学科网(www.zxxk.com)--教育资源门户，提供试卷、教案、课件、论文、素材以及各类教学资源下载，还有大量而丰富的教学相关资讯！" style="width:34pt;height:13.5pt" o:oleicon="f" o:ole="">
            <v:imagedata r:id="rId1601" o:title="eqId9da3df60f7ab19fb4806ff59d0b39770"/>
          </v:shape>
        </w:pict>
      </w:r>
      <w:r>
        <w:rPr>
          <w:rFonts w:ascii="宋体" w:eastAsia="宋体" w:hAnsi="宋体" w:cs="宋体"/>
          <w:color w:val="000000"/>
        </w:rPr>
        <w:t>）．经市场调查了解到该品牌网球拍定价</w:t>
      </w:r>
      <w:r>
        <w:rPr>
          <w:rFonts w:ascii="Times New Roman" w:eastAsia="Times New Roman" w:hAnsi="Times New Roman" w:cs="Times New Roman"/>
          <w:color w:val="000000"/>
        </w:rPr>
        <w:t>100</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支，网球</w:t>
      </w:r>
      <w:r>
        <w:rPr>
          <w:rFonts w:ascii="Times New Roman" w:eastAsia="Times New Roman" w:hAnsi="Times New Roman" w:cs="Times New Roman"/>
          <w:color w:val="000000"/>
        </w:rPr>
        <w:t>20</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筒．现有甲、乙两家体育用品商店有如下优惠方案：</w:t>
      </w:r>
    </w:p>
    <w:p>
      <w:pPr>
        <w:spacing w:line="360" w:lineRule="auto"/>
        <w:jc w:val="left"/>
        <w:textAlignment w:val="center"/>
        <w:rPr>
          <w:color w:val="000000"/>
        </w:rPr>
      </w:pPr>
      <w:r>
        <w:rPr>
          <w:rFonts w:ascii="宋体" w:eastAsia="宋体" w:hAnsi="宋体" w:cs="宋体"/>
          <w:color w:val="000000"/>
        </w:rPr>
        <w:t>甲商店：买一支网球拍送一筒网球；</w:t>
      </w:r>
    </w:p>
    <w:p>
      <w:pPr>
        <w:spacing w:line="360" w:lineRule="auto"/>
        <w:jc w:val="left"/>
        <w:textAlignment w:val="center"/>
        <w:rPr>
          <w:color w:val="000000"/>
        </w:rPr>
      </w:pPr>
      <w:r>
        <w:rPr>
          <w:rFonts w:ascii="宋体" w:eastAsia="宋体" w:hAnsi="宋体" w:cs="宋体"/>
          <w:color w:val="000000"/>
        </w:rPr>
        <w:t>乙商店：网球拍与网球均按</w:t>
      </w:r>
      <w:r>
        <w:rPr>
          <w:rFonts w:ascii="Times New Roman" w:eastAsia="Times New Roman" w:hAnsi="Times New Roman" w:cs="Times New Roman"/>
          <w:color w:val="000000"/>
        </w:rPr>
        <w:t>90%</w:t>
      </w:r>
      <w:r>
        <w:rPr>
          <w:rFonts w:ascii="宋体" w:eastAsia="宋体" w:hAnsi="宋体" w:cs="宋体"/>
          <w:color w:val="000000"/>
        </w:rPr>
        <w:t>付款，</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）方案一：到甲商店购买，需要支付</w:t>
      </w:r>
      <w:r>
        <w:rPr>
          <w:rFonts w:ascii="Times New Roman" w:eastAsia="Times New Roman" w:hAnsi="Times New Roman" w:cs="Times New Roman"/>
          <w:color w:val="000000"/>
        </w:rPr>
        <w:t>______</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方案二：到乙商店购买，需要支付</w:t>
      </w:r>
      <w:r>
        <w:rPr>
          <w:rFonts w:ascii="Times New Roman" w:eastAsia="Times New Roman" w:hAnsi="Times New Roman" w:cs="Times New Roman"/>
          <w:color w:val="000000"/>
        </w:rPr>
        <w:t>______</w:t>
      </w:r>
      <w:r>
        <w:rPr>
          <w:rFonts w:ascii="宋体" w:eastAsia="宋体" w:hAnsi="宋体" w:cs="宋体"/>
          <w:color w:val="000000"/>
        </w:rPr>
        <w:t>元（用含</w:t>
      </w:r>
      <w:r>
        <w:pict>
          <v:shape id="_x0000_i711408" type="#_x0000_t75" alt="学科网(www.zxxk.com)--教育资源门户，提供试卷、教案、课件、论文、素材以及各类教学资源下载，还有大量而丰富的教学相关资讯！" style="width:9pt;height:9.75pt" o:oleicon="f" o:ole="">
            <v:imagedata r:id="rId1602" o:title="eqId81dea63b8ce3e51adf66cf7b9982a248"/>
          </v:shape>
        </w:pict>
      </w:r>
      <w:r>
        <w:rPr>
          <w:rFonts w:ascii="宋体" w:eastAsia="宋体" w:hAnsi="宋体" w:cs="宋体"/>
          <w:color w:val="000000"/>
        </w:rPr>
        <w:t>的代数式表示）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11409" type="#_x0000_t75" alt="学科网(www.zxxk.com)--教育资源门户，提供试卷、教案、课件、论文、素材以及各类教学资源下载，还有大量而丰富的教学相关资讯！" style="width:39pt;height:14.25pt" o:oleicon="f" o:ole="">
            <v:imagedata r:id="rId1603" o:title="eqIdc2acfbf5f2f0f3ecd9b7d80d77dada4a"/>
          </v:shape>
        </w:pict>
      </w:r>
      <w:r>
        <w:rPr>
          <w:rFonts w:ascii="宋体" w:eastAsia="宋体" w:hAnsi="宋体" w:cs="宋体"/>
          <w:color w:val="000000"/>
        </w:rPr>
        <w:t>，请通过计算说明学校采用以上两个方案中的哪个方案较为优惠．</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11410" type="#_x0000_t75" alt="学科网(www.zxxk.com)--教育资源门户，提供试卷、教案、课件、论文、素材以及各类教学资源下载，还有大量而丰富的教学相关资讯！" style="width:39pt;height:14.25pt" o:oleicon="f" o:ole="">
            <v:imagedata r:id="rId1604" o:title="eqIdc2acfbf5f2f0f3ecd9b7d80d77dada4a"/>
          </v:shape>
        </w:pict>
      </w:r>
      <w:r>
        <w:rPr>
          <w:rFonts w:ascii="宋体" w:eastAsia="宋体" w:hAnsi="宋体" w:cs="宋体"/>
          <w:color w:val="000000"/>
        </w:rPr>
        <w:t>，你还能有更省钱的购买方案吗？如果可以，请直接写出购买方案并写出比（</w:t>
      </w:r>
      <w:r>
        <w:rPr>
          <w:rFonts w:ascii="Times New Roman" w:eastAsia="Times New Roman" w:hAnsi="Times New Roman" w:cs="Times New Roman"/>
          <w:color w:val="000000"/>
        </w:rPr>
        <w:t>2</w:t>
      </w:r>
      <w:r>
        <w:rPr>
          <w:rFonts w:ascii="宋体" w:eastAsia="宋体" w:hAnsi="宋体" w:cs="宋体"/>
          <w:color w:val="000000"/>
        </w:rPr>
        <w:t>）问省多少钱？</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1411" type="#_x0000_t75" alt="学科网(www.zxxk.com)--教育资源门户，提供试卷、教案、课件、论文、素材以及各类教学资源下载，还有大量而丰富的教学相关资讯！" style="width:66pt;height:20.25pt" o:oleicon="f" o:ole="">
            <v:imagedata r:id="rId1605" o:title="eqId3348f541bcf5250b7719b57d4b7d38bf"/>
          </v:shape>
        </w:pict>
      </w:r>
      <w:r>
        <w:rPr>
          <w:rFonts w:ascii="宋体" w:eastAsia="宋体" w:hAnsi="宋体" w:cs="宋体"/>
          <w:color w:val="000000"/>
        </w:rPr>
        <w:t>，</w:t>
      </w:r>
      <w:r>
        <w:pict>
          <v:shape id="_x0000_i711412" type="#_x0000_t75" alt="学科网(www.zxxk.com)--教育资源门户，提供试卷、教案、课件、论文、素材以及各类教学资源下载，还有大量而丰富的教学相关资讯！" style="width:63.75pt;height:20.25pt" o:oleicon="f" o:ole="">
            <v:imagedata r:id="rId1606" o:title="eqIde0372d01a1757d54aa4c13fb0642dc67"/>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）甲商店购买合算；（</w:t>
      </w:r>
      <w:r>
        <w:rPr>
          <w:rFonts w:ascii="Times New Roman" w:eastAsia="Times New Roman" w:hAnsi="Times New Roman" w:cs="Times New Roman"/>
          <w:color w:val="000000"/>
        </w:rPr>
        <w:t>3</w:t>
      </w:r>
      <w:r>
        <w:rPr>
          <w:rFonts w:ascii="宋体" w:eastAsia="宋体" w:hAnsi="宋体" w:cs="宋体"/>
          <w:color w:val="000000"/>
        </w:rPr>
        <w:t>）先在甲商店购买</w:t>
      </w:r>
      <w:r>
        <w:rPr>
          <w:rFonts w:ascii="Times New Roman" w:eastAsia="Times New Roman" w:hAnsi="Times New Roman" w:cs="Times New Roman"/>
          <w:color w:val="000000"/>
        </w:rPr>
        <w:t>30</w:t>
      </w:r>
      <w:r>
        <w:rPr>
          <w:rFonts w:ascii="宋体" w:eastAsia="宋体" w:hAnsi="宋体" w:cs="宋体"/>
          <w:color w:val="000000"/>
        </w:rPr>
        <w:t>支球拍，差</w:t>
      </w:r>
      <w:r>
        <w:rPr>
          <w:rFonts w:ascii="Times New Roman" w:eastAsia="Times New Roman" w:hAnsi="Times New Roman" w:cs="Times New Roman"/>
          <w:color w:val="000000"/>
        </w:rPr>
        <w:t>70</w:t>
      </w:r>
      <w:r>
        <w:rPr>
          <w:rFonts w:ascii="宋体" w:eastAsia="宋体" w:hAnsi="宋体" w:cs="宋体"/>
          <w:color w:val="000000"/>
        </w:rPr>
        <w:t>筒球在乙商店购买，比（2）省</w:t>
      </w:r>
      <w:r>
        <w:rPr>
          <w:rFonts w:ascii="Times New Roman" w:eastAsia="Times New Roman" w:hAnsi="Times New Roman" w:cs="Times New Roman"/>
          <w:color w:val="000000"/>
        </w:rPr>
        <w:t>140</w:t>
      </w:r>
      <w:r>
        <w:rPr>
          <w:rFonts w:ascii="宋体" w:eastAsia="宋体" w:hAnsi="宋体" w:cs="宋体"/>
          <w:color w:val="000000"/>
        </w:rPr>
        <w:t>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）按照对应的方案的计算方法分别列出代数式即可；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w:t>
      </w:r>
      <w:r>
        <w:pict>
          <v:shape id="_x0000_i711413" type="#_x0000_t75" alt="学科网(www.zxxk.com)--教育资源门户，提供试卷、教案、课件、论文、素材以及各类教学资源下载，还有大量而丰富的教学相关资讯！" style="width:39pt;height:14.25pt" o:oleicon="f" o:ole="">
            <v:imagedata r:id="rId1607" o:title="eqIdc2acfbf5f2f0f3ecd9b7d80d77dada4a"/>
          </v:shape>
        </w:pict>
      </w:r>
      <w:r>
        <w:rPr>
          <w:rFonts w:ascii="宋体" w:eastAsia="宋体" w:hAnsi="宋体" w:cs="宋体"/>
          <w:color w:val="000000"/>
        </w:rPr>
        <w:t>代入求得的代数式求得数值，进一步比较得出答案即可；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）综合这两种方案的优惠方式，可得出先在甲商店购买</w:t>
      </w:r>
      <w:r>
        <w:rPr>
          <w:rFonts w:ascii="Times New Roman" w:eastAsia="Times New Roman" w:hAnsi="Times New Roman" w:cs="Times New Roman"/>
          <w:color w:val="000000"/>
        </w:rPr>
        <w:t>30</w:t>
      </w:r>
      <w:r>
        <w:rPr>
          <w:rFonts w:ascii="宋体" w:eastAsia="宋体" w:hAnsi="宋体" w:cs="宋体"/>
          <w:color w:val="000000"/>
        </w:rPr>
        <w:t>支球拍，送</w:t>
      </w:r>
      <w:r>
        <w:rPr>
          <w:rFonts w:ascii="Times New Roman" w:eastAsia="Times New Roman" w:hAnsi="Times New Roman" w:cs="Times New Roman"/>
          <w:color w:val="000000"/>
        </w:rPr>
        <w:t>30</w:t>
      </w:r>
      <w:r>
        <w:rPr>
          <w:rFonts w:ascii="宋体" w:eastAsia="宋体" w:hAnsi="宋体" w:cs="宋体"/>
          <w:color w:val="000000"/>
        </w:rPr>
        <w:t>筒球，另外</w:t>
      </w:r>
      <w:r>
        <w:rPr>
          <w:rFonts w:ascii="Times New Roman" w:eastAsia="Times New Roman" w:hAnsi="Times New Roman" w:cs="Times New Roman"/>
          <w:color w:val="000000"/>
        </w:rPr>
        <w:t>70</w:t>
      </w:r>
      <w:r>
        <w:rPr>
          <w:rFonts w:ascii="宋体" w:eastAsia="宋体" w:hAnsi="宋体" w:cs="宋体"/>
          <w:color w:val="000000"/>
        </w:rPr>
        <w:t>筒球在乙商店购买，此时更省钱，求解即可．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）甲商店购买需付款</w:t>
      </w:r>
      <w:r>
        <w:pict>
          <v:shape id="_x0000_i711414" type="#_x0000_t75" alt="学科网(www.zxxk.com)--教育资源门户，提供试卷、教案、课件、论文、素材以及各类教学资源下载，还有大量而丰富的教学相关资讯！" style="width:276pt;height:15.75pt" o:oleicon="f" o:ole="">
            <v:imagedata r:id="rId1608" o:title="eqId0317bc7748cb73428c659de80b6ef8d3"/>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乙商店购买需付款</w:t>
      </w:r>
      <w:r>
        <w:pict>
          <v:shape id="_x0000_i711415" type="#_x0000_t75" alt="学科网(www.zxxk.com)--教育资源门户，提供试卷、教案、课件、论文、素材以及各类教学资源下载，还有大量而丰富的教学相关资讯！" style="width:213.75pt;height:15.75pt" o:oleicon="f" o:ole="">
            <v:imagedata r:id="rId1609" o:title="eqId5db54c49b29d7c578c28d79d92310dc9"/>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故答案为：</w:t>
      </w:r>
      <w:r>
        <w:pict>
          <v:shape id="_x0000_i711416" type="#_x0000_t75" alt="学科网(www.zxxk.com)--教育资源门户，提供试卷、教案、课件、论文、素材以及各类教学资源下载，还有大量而丰富的教学相关资讯！" style="width:60pt;height:14.25pt" o:oleicon="f" o:ole="">
            <v:imagedata r:id="rId1610" o:title="eqId9e73cc0caadc59b27653feb113c91d6d"/>
          </v:shape>
        </w:pict>
      </w:r>
      <w:r>
        <w:rPr>
          <w:rFonts w:ascii="宋体" w:eastAsia="宋体" w:hAnsi="宋体" w:cs="宋体"/>
          <w:color w:val="000000"/>
        </w:rPr>
        <w:t>，</w:t>
      </w:r>
      <w:r>
        <w:pict>
          <v:shape id="_x0000_i711417" type="#_x0000_t75" alt="学科网(www.zxxk.com)--教育资源门户，提供试卷、教案、课件、论文、素材以及各类教学资源下载，还有大量而丰富的教学相关资讯！" style="width:57.75pt;height:14.25pt" o:oleicon="f" o:ole="">
            <v:imagedata r:id="rId1611" o:title="eqId556508603c819f0e610ce94c966f6f4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pict>
          <v:shape id="_x0000_i711418" type="#_x0000_t75" alt="学科网(www.zxxk.com)--教育资源门户，提供试卷、教案、课件、论文、素材以及各类教学资源下载，还有大量而丰富的教学相关资讯！" style="width:39pt;height:14.25pt" o:oleicon="f" o:ole="">
            <v:imagedata r:id="rId1612" o:title="eqIdc2acfbf5f2f0f3ecd9b7d80d77dada4a"/>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甲商店需</w:t>
      </w:r>
      <w:r>
        <w:pict>
          <v:shape id="_x0000_i711419" type="#_x0000_t75" alt="学科网(www.zxxk.com)--教育资源门户，提供试卷、教案、课件、论文、素材以及各类教学资源下载，还有大量而丰富的教学相关资讯！" style="width:111.75pt;height:14.25pt" o:oleicon="f" o:ole="">
            <v:imagedata r:id="rId1613" o:title="eqId56be6735db2a56c73144586614b5121b"/>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乙商店需</w:t>
      </w:r>
      <w:r>
        <w:pict>
          <v:shape id="_x0000_i711420" type="#_x0000_t75" alt="学科网(www.zxxk.com)--教育资源门户，提供试卷、教案、课件、论文、素材以及各类教学资源下载，还有大量而丰富的教学相关资讯！" style="width:111pt;height:14.25pt" o:oleicon="f" o:ole="">
            <v:imagedata r:id="rId1614" o:title="eqIdba320d21abbf50618a96186261e6f9e4"/>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w:t>
      </w:r>
      <w:r>
        <w:pict>
          <v:shape id="_x0000_i711421" type="#_x0000_t75" alt="学科网(www.zxxk.com)--教育资源门户，提供试卷、教案、课件、论文、素材以及各类教学资源下载，还有大量而丰富的教学相关资讯！" style="width:63.75pt;height:14.25pt" o:oleicon="f" o:ole="">
            <v:imagedata r:id="rId1615" o:title="eqId90ee54a99834212d3a6ba629e89c7a1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∴甲商店购买合算；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）先在甲商店购买</w:t>
      </w:r>
      <w:r>
        <w:rPr>
          <w:rFonts w:ascii="Times New Roman" w:eastAsia="Times New Roman" w:hAnsi="Times New Roman" w:cs="Times New Roman"/>
          <w:color w:val="000000"/>
        </w:rPr>
        <w:t>30</w:t>
      </w:r>
      <w:r>
        <w:rPr>
          <w:rFonts w:ascii="宋体" w:eastAsia="宋体" w:hAnsi="宋体" w:cs="宋体"/>
          <w:color w:val="000000"/>
        </w:rPr>
        <w:t>支球拍，送</w:t>
      </w:r>
      <w:r>
        <w:rPr>
          <w:rFonts w:ascii="Times New Roman" w:eastAsia="Times New Roman" w:hAnsi="Times New Roman" w:cs="Times New Roman"/>
          <w:color w:val="000000"/>
        </w:rPr>
        <w:t>30</w:t>
      </w:r>
      <w:r>
        <w:rPr>
          <w:rFonts w:ascii="宋体" w:eastAsia="宋体" w:hAnsi="宋体" w:cs="宋体"/>
          <w:color w:val="000000"/>
        </w:rPr>
        <w:t>筒球需：</w:t>
      </w:r>
      <w:r>
        <w:pict>
          <v:shape id="_x0000_i711422" type="#_x0000_t75" alt="学科网(www.zxxk.com)--教育资源门户，提供试卷、教案、课件、论文、素材以及各类教学资源下载，还有大量而丰富的教学相关资讯！" style="width:78pt;height:13.8pt" o:oleicon="f" o:ole="">
            <v:imagedata r:id="rId1616" o:title="eqId253473bab4847e5dcec8062e647bc1bb"/>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差</w:t>
      </w:r>
      <w:r>
        <w:rPr>
          <w:rFonts w:ascii="Times New Roman" w:eastAsia="Times New Roman" w:hAnsi="Times New Roman" w:cs="Times New Roman"/>
          <w:color w:val="000000"/>
        </w:rPr>
        <w:t>70</w:t>
      </w:r>
      <w:r>
        <w:rPr>
          <w:rFonts w:ascii="宋体" w:eastAsia="宋体" w:hAnsi="宋体" w:cs="宋体"/>
          <w:color w:val="000000"/>
        </w:rPr>
        <w:t>筒球在乙商店购买需：</w:t>
      </w:r>
      <w:r>
        <w:pict>
          <v:shape id="_x0000_i711423" type="#_x0000_t75" alt="学科网(www.zxxk.com)--教育资源门户，提供试卷、教案、课件、论文、素材以及各类教学资源下载，还有大量而丰富的教学相关资讯！" style="width:102.75pt;height:14.25pt" o:oleicon="f" o:ole="">
            <v:imagedata r:id="rId1617" o:title="eqIde819421798bc47426cb857ab4f6366d5"/>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共需</w:t>
      </w:r>
      <w:r>
        <w:pict>
          <v:shape id="_x0000_i711424" type="#_x0000_t75" alt="学科网(www.zxxk.com)--教育资源门户，提供试卷、教案、课件、论文、素材以及各类教学资源下载，还有大量而丰富的教学相关资讯！" style="width:102.75pt;height:14.25pt" o:oleicon="f" o:ole="">
            <v:imagedata r:id="rId1618" o:title="eqIdc52fa5c07a830f10b21a2a04239e9b1c"/>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w:t>
      </w:r>
      <w:r>
        <w:pict>
          <v:shape id="_x0000_i711425" type="#_x0000_t75" alt="学科网(www.zxxk.com)--教育资源门户，提供试卷、教案、课件、论文、素材以及各类教学资源下载，还有大量而丰富的教学相关资讯！" style="width:63.75pt;height:14.25pt" o:oleicon="f" o:ole="">
            <v:imagedata r:id="rId1619" o:title="eqIdbf0e95c39dc8de57848fdf931c1c4609"/>
          </v:shape>
        </w:pict>
      </w:r>
      <w:r>
        <w:rPr>
          <w:rFonts w:ascii="宋体" w:eastAsia="宋体" w:hAnsi="宋体" w:cs="宋体"/>
          <w:color w:val="000000"/>
        </w:rPr>
        <w:t>，且</w:t>
      </w:r>
      <w:r>
        <w:pict>
          <v:shape id="_x0000_i711426" type="#_x0000_t75" alt="学科网(www.zxxk.com)--教育资源门户，提供试卷、教案、课件、论文、素材以及各类教学资源下载，还有大量而丰富的教学相关资讯！" style="width:96.75pt;height:14.25pt" o:oleicon="f" o:ole="">
            <v:imagedata r:id="rId1620" o:title="eqIdd50f6a619430b3fff12db337c33cd2fd"/>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∴比（2）省钱，省</w:t>
      </w:r>
      <w:r>
        <w:rPr>
          <w:rFonts w:ascii="Times New Roman" w:eastAsia="Times New Roman" w:hAnsi="Times New Roman" w:cs="Times New Roman"/>
          <w:color w:val="000000"/>
        </w:rPr>
        <w:t>140</w:t>
      </w:r>
      <w:r>
        <w:rPr>
          <w:rFonts w:ascii="宋体" w:eastAsia="宋体" w:hAnsi="宋体" w:cs="宋体"/>
          <w:color w:val="000000"/>
        </w:rPr>
        <w:t>元钱．</w:t>
      </w:r>
    </w:p>
    <w:p>
      <w:pPr>
        <w:spacing w:line="360" w:lineRule="auto"/>
        <w:jc w:val="left"/>
        <w:textAlignment w:val="center"/>
        <w:rPr>
          <w:color w:val="000000"/>
        </w:rPr>
      </w:pPr>
      <w:r>
        <w:rPr>
          <w:rFonts w:ascii="宋体" w:eastAsia="宋体" w:hAnsi="宋体" w:cs="宋体"/>
          <w:color w:val="000000"/>
        </w:rPr>
        <w:t>故答案为：先在甲商店购买</w:t>
      </w:r>
      <w:r>
        <w:rPr>
          <w:rFonts w:ascii="Times New Roman" w:eastAsia="Times New Roman" w:hAnsi="Times New Roman" w:cs="Times New Roman"/>
          <w:color w:val="000000"/>
        </w:rPr>
        <w:t>30</w:t>
      </w:r>
      <w:r>
        <w:rPr>
          <w:rFonts w:ascii="宋体" w:eastAsia="宋体" w:hAnsi="宋体" w:cs="宋体"/>
          <w:color w:val="000000"/>
        </w:rPr>
        <w:t>支球拍，差</w:t>
      </w:r>
      <w:r>
        <w:rPr>
          <w:rFonts w:ascii="Times New Roman" w:eastAsia="Times New Roman" w:hAnsi="Times New Roman" w:cs="Times New Roman"/>
          <w:color w:val="000000"/>
        </w:rPr>
        <w:t>70</w:t>
      </w:r>
      <w:r>
        <w:rPr>
          <w:rFonts w:ascii="宋体" w:eastAsia="宋体" w:hAnsi="宋体" w:cs="宋体"/>
          <w:color w:val="000000"/>
        </w:rPr>
        <w:t>筒球在乙商店购买，比方案一省</w:t>
      </w:r>
      <w:r>
        <w:rPr>
          <w:rFonts w:ascii="Times New Roman" w:eastAsia="Times New Roman" w:hAnsi="Times New Roman" w:cs="Times New Roman"/>
          <w:color w:val="000000"/>
        </w:rPr>
        <w:t>140</w:t>
      </w:r>
      <w:r>
        <w:rPr>
          <w:rFonts w:ascii="宋体" w:eastAsia="宋体" w:hAnsi="宋体" w:cs="宋体"/>
          <w:color w:val="000000"/>
        </w:rPr>
        <w:t>元．</w:t>
      </w:r>
    </w:p>
    <w:p>
      <w:pPr>
        <w:spacing w:line="360" w:lineRule="auto"/>
        <w:jc w:val="left"/>
        <w:textAlignment w:val="center"/>
        <w:rPr>
          <w:color w:val="000000"/>
        </w:rPr>
      </w:pPr>
      <w:r>
        <w:rPr>
          <w:color w:val="000000"/>
        </w:rPr>
        <w:t>【点睛】</w:t>
      </w:r>
      <w:r>
        <w:rPr>
          <w:rFonts w:ascii="宋体" w:eastAsia="宋体" w:hAnsi="宋体" w:cs="宋体"/>
          <w:color w:val="000000"/>
        </w:rPr>
        <w:t>本题考查列代数式及代数式求值，正确理解题意是解题的关键</w:t>
      </w:r>
      <w:r>
        <w:rPr>
          <w:rFonts w:ascii="Times New Roman" w:eastAsia="Times New Roman" w:hAnsi="Times New Roman" w:cs="Times New Roman"/>
          <w:color w:val="000000"/>
        </w:rPr>
        <w:t>.</w:t>
      </w:r>
    </w:p>
    <w:p>
      <w:pPr>
        <w:spacing w:line="360" w:lineRule="auto"/>
        <w:jc w:val="both"/>
        <w:textAlignment w:val="center"/>
        <w:rPr>
          <w:color w:val="000000"/>
        </w:rPr>
      </w:pPr>
      <w:r>
        <w:rPr>
          <w:color w:val="000000"/>
        </w:rPr>
        <w:t xml:space="preserve">28. </w:t>
      </w:r>
      <w:r>
        <w:rPr>
          <w:rFonts w:ascii="宋体" w:eastAsia="宋体" w:hAnsi="宋体" w:cs="宋体"/>
          <w:color w:val="000000"/>
        </w:rPr>
        <w:t>对于数轴上的两点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两点到原点</w:t>
      </w:r>
      <w:r>
        <w:rPr>
          <w:rFonts w:ascii="Times New Roman" w:eastAsia="Times New Roman" w:hAnsi="Times New Roman" w:cs="Times New Roman"/>
          <w:i/>
          <w:color w:val="000000"/>
        </w:rPr>
        <w:t>O</w:t>
      </w:r>
      <w:r>
        <w:rPr>
          <w:rFonts w:ascii="宋体" w:eastAsia="宋体" w:hAnsi="宋体" w:cs="宋体"/>
          <w:color w:val="000000"/>
        </w:rPr>
        <w:t>的距离之差的绝对值称为</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两点的绝对距离，记为</w:t>
      </w:r>
      <w:r>
        <w:pict>
          <v:shape id="_x0000_i711427" type="#_x0000_t75" alt="学科网(www.zxxk.com)--教育资源门户，提供试卷、教案、课件、论文、素材以及各类教学资源下载，还有大量而丰富的教学相关资讯！" style="width:36.75pt;height:20.25pt" o:oleicon="f" o:ole="">
            <v:imagedata r:id="rId1621" o:title="eqIdcdee3ac4e6dcb4132ea1ddade2fe17ac"/>
          </v:shape>
        </w:pi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5238750" cy="760241"/>
            <wp:docPr id="32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 name=""/>
                    <pic:cNvPicPr>
                      <a:picLocks noChangeAspect="1"/>
                    </pic:cNvPicPr>
                  </pic:nvPicPr>
                  <pic:blipFill>
                    <a:blip r:embed="rId1622"/>
                    <a:stretch>
                      <a:fillRect/>
                    </a:stretch>
                  </pic:blipFill>
                  <pic:spPr>
                    <a:xfrm>
                      <a:off x="0" y="0"/>
                      <a:ext cx="5238750" cy="760241"/>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例如：</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两点表示的数如图</w:t>
      </w:r>
      <w:r>
        <w:rPr>
          <w:rFonts w:ascii="Times New Roman" w:eastAsia="Times New Roman" w:hAnsi="Times New Roman" w:cs="Times New Roman"/>
          <w:color w:val="000000"/>
        </w:rPr>
        <w:t>1</w:t>
      </w:r>
      <w:r>
        <w:rPr>
          <w:rFonts w:ascii="宋体" w:eastAsia="宋体" w:hAnsi="宋体" w:cs="宋体"/>
          <w:color w:val="000000"/>
        </w:rPr>
        <w:t>所示，则</w:t>
      </w:r>
      <w:r>
        <w:pict>
          <v:shape id="_x0000_i711428" type="#_x0000_t75" alt="学科网(www.zxxk.com)--教育资源门户，提供试卷、教案、课件、论文、素材以及各类教学资源下载，还有大量而丰富的教学相关资讯！" style="width:152.25pt;height:20.25pt" o:oleicon="f" o:ole="">
            <v:imagedata r:id="rId1623" o:title="eqId700a7fc07032cefccad8e9b6722bbaf0"/>
          </v:shape>
        </w:pi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两点表示的数如图</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两点的绝对距离；</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i/>
          <w:color w:val="000000"/>
        </w:rPr>
        <w:t>C</w:t>
      </w:r>
      <w:r>
        <w:rPr>
          <w:rFonts w:ascii="宋体" w:eastAsia="宋体" w:hAnsi="宋体" w:cs="宋体"/>
          <w:color w:val="000000"/>
        </w:rPr>
        <w:t>为数轴上一点（不与点</w:t>
      </w:r>
      <w:r>
        <w:rPr>
          <w:rFonts w:ascii="Times New Roman" w:eastAsia="Times New Roman" w:hAnsi="Times New Roman" w:cs="Times New Roman"/>
          <w:i/>
          <w:color w:val="000000"/>
        </w:rPr>
        <w:t>O</w:t>
      </w:r>
      <w:r>
        <w:rPr>
          <w:rFonts w:ascii="宋体" w:eastAsia="宋体" w:hAnsi="宋体" w:cs="宋体"/>
          <w:color w:val="000000"/>
        </w:rPr>
        <w:t>重合），且</w:t>
      </w:r>
      <w:r>
        <w:pict>
          <v:shape id="_x0000_i711429" type="#_x0000_t75" alt="学科网(www.zxxk.com)--教育资源门户，提供试卷、教案、课件、论文、素材以及各类教学资源下载，还有大量而丰富的教学相关资讯！" style="width:88.5pt;height:20.25pt" o:oleicon="f" o:ole="">
            <v:imagedata r:id="rId1624" o:title="eqId7ce682cb8fb1280a040bef51e2f10b93"/>
          </v:shape>
        </w:pict>
      </w:r>
      <w:r>
        <w:rPr>
          <w:rFonts w:ascii="宋体" w:eastAsia="宋体" w:hAnsi="宋体" w:cs="宋体"/>
          <w:color w:val="000000"/>
        </w:rPr>
        <w:t>，求点</w:t>
      </w:r>
      <w:r>
        <w:rPr>
          <w:rFonts w:ascii="Times New Roman" w:eastAsia="Times New Roman" w:hAnsi="Times New Roman" w:cs="Times New Roman"/>
          <w:i/>
          <w:color w:val="000000"/>
        </w:rPr>
        <w:t>C</w:t>
      </w:r>
      <w:r>
        <w:rPr>
          <w:rFonts w:ascii="宋体" w:eastAsia="宋体" w:hAnsi="宋体" w:cs="宋体"/>
          <w:color w:val="000000"/>
        </w:rPr>
        <w:t>表示的数．</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w:t>
      </w:r>
      <w:r>
        <w:rPr>
          <w:rFonts w:ascii="宋体" w:eastAsia="宋体" w:hAnsi="宋体" w:cs="宋体"/>
          <w:color w:val="000000"/>
          <w:position w:val="0"/>
        </w:rPr>
        <w:drawing>
          <wp:inline>
            <wp:extent cx="133350" cy="177800"/>
            <wp:docPr id="32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 name=""/>
                    <pic:cNvPicPr>
                      <a:picLocks noChangeAspect="1"/>
                    </pic:cNvPicPr>
                  </pic:nvPicPr>
                  <pic:blipFill>
                    <a:blip r:embed="rId162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绝对距离为</w:t>
      </w:r>
      <w:r>
        <w:rPr>
          <w:rFonts w:ascii="Times New Roman" w:eastAsia="Times New Roman" w:hAnsi="Times New Roman" w:cs="Times New Roman"/>
          <w:color w:val="000000"/>
        </w:rPr>
        <w:t>2</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点C表示的数为2</w:t>
      </w:r>
      <w:r>
        <w:rPr>
          <w:rFonts w:ascii="宋体" w:eastAsia="宋体" w:hAnsi="宋体" w:cs="宋体"/>
          <w:color w:val="000000"/>
        </w:rPr>
        <w:t>或</w:t>
      </w:r>
      <w:r>
        <w:pict>
          <v:shape id="_x0000_i711430" type="#_x0000_t75" alt="学科网(www.zxxk.com)--教育资源门户，提供试卷、教案、课件、论文、素材以及各类教学资源下载，还有大量而丰富的教学相关资讯！" style="width:15.75pt;height:12.75pt" o:oleicon="f" o:ole="">
            <v:imagedata r:id="rId1626" o:title="eqIdb74eb8a7738402df52d4a97262b85ca0"/>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）利用绝对距离的定义解题即可．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）运用</w:t>
      </w:r>
      <w:r>
        <w:pict>
          <v:shape id="_x0000_i711431" type="#_x0000_t75" alt="学科网(www.zxxk.com)--教育资源门户，提供试卷、教案、课件、论文、素材以及各类教学资源下载，还有大量而丰富的教学相关资讯！" style="width:88.5pt;height:20.25pt" o:oleicon="f" o:ole="">
            <v:imagedata r:id="rId1627" o:title="eqId7ce682cb8fb1280a040bef51e2f10b93"/>
          </v:shape>
        </w:pict>
      </w:r>
      <w:r>
        <w:rPr>
          <w:rFonts w:ascii="宋体" w:eastAsia="宋体" w:hAnsi="宋体" w:cs="宋体"/>
          <w:color w:val="000000"/>
        </w:rPr>
        <w:t>及绝对距离的定义解题即可．</w:t>
      </w:r>
    </w:p>
    <w:p>
      <w:pPr>
        <w:spacing w:line="360" w:lineRule="auto"/>
        <w:jc w:val="both"/>
        <w:textAlignment w:val="center"/>
        <w:rPr>
          <w:color w:val="000000"/>
        </w:rPr>
      </w:pPr>
      <w:r>
        <w:rPr>
          <w:color w:val="000000"/>
        </w:rPr>
        <w:t>【小问1详解】</w:t>
      </w:r>
    </w:p>
    <w:p>
      <w:pPr>
        <w:spacing w:line="360" w:lineRule="auto"/>
        <w:ind w:left="15"/>
        <w:jc w:val="both"/>
        <w:textAlignment w:val="center"/>
        <w:rPr>
          <w:color w:val="000000"/>
        </w:rPr>
      </w:pPr>
      <w:r>
        <w:rPr>
          <w:rFonts w:ascii="宋体" w:eastAsia="宋体" w:hAnsi="宋体" w:cs="宋体"/>
          <w:color w:val="000000"/>
        </w:rPr>
        <w:t>解：</w:t>
      </w:r>
      <w:r>
        <w:pict>
          <v:shape id="_x0000_i711432" type="#_x0000_t75" alt="学科网(www.zxxk.com)--教育资源门户，提供试卷、教案、课件、论文、素材以及各类教学资源下载，还有大量而丰富的教学相关资讯！" style="width:149pt;height:19.95pt" o:oleicon="f" o:ole="">
            <v:imagedata r:id="rId1628" o:title="eqId03269467269dc423c45edb6cc28bbbea"/>
          </v:shape>
        </w:pict>
      </w:r>
    </w:p>
    <w:p>
      <w:pPr>
        <w:spacing w:line="360" w:lineRule="auto"/>
        <w:ind w:left="15"/>
        <w:jc w:val="both"/>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1433" type="#_x0000_t75" alt="学科网(www.zxxk.com)--教育资源门户，提供试卷、教案、课件、论文、素材以及各类教学资源下载，还有大量而丰富的教学相关资讯！" style="width:53.25pt;height:20.25pt" o:oleicon="f" o:ole="">
            <v:imagedata r:id="rId1629" o:title="eqId7431518cfc967ccbee8cac2b6ee77b2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434" type="#_x0000_t75" alt="学科网(www.zxxk.com)--教育资源门户，提供试卷、教案、课件、论文、素材以及各类教学资源下载，还有大量而丰富的教学相关资讯！" style="width:52.5pt;height:20.25pt" o:oleicon="f" o:ole="">
            <v:imagedata r:id="rId1630" o:title="eqId65bb797391c68498be1eb61f367f6dd2"/>
          </v:shape>
        </w:pict>
      </w:r>
      <w:r>
        <w:rPr>
          <w:rFonts w:ascii="宋体" w:eastAsia="宋体" w:hAnsi="宋体" w:cs="宋体"/>
          <w:color w:val="000000"/>
        </w:rPr>
        <w:t>，</w:t>
      </w:r>
      <w:r>
        <w:pict>
          <v:shape id="_x0000_i711435" type="#_x0000_t75" alt="学科网(www.zxxk.com)--教育资源门户，提供试卷、教案、课件、论文、素材以及各类教学资源下载，还有大量而丰富的教学相关资讯！" style="width:159pt;height:19.8pt" o:oleicon="f" o:ole="">
            <v:imagedata r:id="rId1631" o:title="eqId278146ab68e90e8de4d1bc9fc5a0ff7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436" type="#_x0000_t75" alt="学科网(www.zxxk.com)--教育资源门户，提供试卷、教案、课件、论文、素材以及各类教学资源下载，还有大量而丰富的教学相关资讯！" style="width:38.2pt;height:14.2pt" o:oleicon="f" o:ole="">
            <v:imagedata r:id="rId1632" o:title="eqId0679f4bc3808e158883a2390e6e0d4c2"/>
          </v:shape>
        </w:pict>
      </w:r>
      <w:r>
        <w:rPr>
          <w:rFonts w:ascii="宋体" w:eastAsia="宋体" w:hAnsi="宋体" w:cs="宋体"/>
          <w:color w:val="000000"/>
        </w:rPr>
        <w:t>或</w:t>
      </w:r>
      <w:r>
        <w:pict>
          <v:shape id="_x0000_i711437" type="#_x0000_t75" alt="学科网(www.zxxk.com)--教育资源门户，提供试卷、教案、课件、论文、素材以及各类教学资源下载，还有大量而丰富的教学相关资讯！" style="width:38.4pt;height:14.4pt" o:oleicon="f" o:ole="">
            <v:imagedata r:id="rId1633" o:title="eqId2c0a9bf1acb51ab59993b19f8e6a29e9"/>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1438" type="#_x0000_t75" alt="学科网(www.zxxk.com)--教育资源门户，提供试卷、教案、课件、论文、素材以及各类教学资源下载，还有大量而丰富的教学相关资讯！" style="width:11.9pt;height:14.4pt" o:oleicon="f" o:ole="">
            <v:imagedata r:id="rId1634" o:title="eqIdc5db41a1f31d6baee7c69990811edb9f"/>
          </v:shape>
        </w:pict>
      </w:r>
      <w:r>
        <w:rPr>
          <w:rFonts w:ascii="宋体" w:eastAsia="宋体" w:hAnsi="宋体" w:cs="宋体"/>
          <w:color w:val="000000"/>
        </w:rPr>
        <w:t>在原点上（舍），或者在</w:t>
      </w:r>
      <w:r>
        <w:rPr>
          <w:rFonts w:ascii="Times New Roman" w:eastAsia="Times New Roman" w:hAnsi="Times New Roman" w:cs="Times New Roman"/>
          <w:color w:val="000000"/>
        </w:rPr>
        <w:t>2</w:t>
      </w:r>
      <w:r>
        <w:rPr>
          <w:rFonts w:ascii="宋体" w:eastAsia="宋体" w:hAnsi="宋体" w:cs="宋体"/>
          <w:color w:val="000000"/>
        </w:rPr>
        <w:t>或</w:t>
      </w:r>
      <w:r>
        <w:pict>
          <v:shape id="_x0000_i711439" type="#_x0000_t75" alt="学科网(www.zxxk.com)--教育资源门户，提供试卷、教案、课件、论文、素材以及各类教学资源下载，还有大量而丰富的教学相关资讯！" style="width:15.75pt;height:12.75pt" o:oleicon="f" o:ole="">
            <v:imagedata r:id="rId1635" o:title="eqIdb74eb8a7738402df52d4a97262b85ca0"/>
          </v:shape>
        </w:pict>
      </w:r>
      <w:r>
        <w:rPr>
          <w:rFonts w:ascii="宋体" w:eastAsia="宋体" w:hAnsi="宋体" w:cs="宋体"/>
          <w:color w:val="000000"/>
        </w:rPr>
        <w:t>上．</w:t>
      </w:r>
    </w:p>
    <w:p>
      <w:pPr>
        <w:spacing w:line="360" w:lineRule="auto"/>
        <w:jc w:val="both"/>
        <w:textAlignment w:val="center"/>
        <w:rPr>
          <w:color w:val="000000"/>
        </w:rPr>
      </w:pPr>
      <w:r>
        <w:pict>
          <v:shape id="_x0000_i711440" type="#_x0000_t75" alt="学科网(www.zxxk.com)--教育资源门户，提供试卷、教案、课件、论文、素材以及各类教学资源下载，还有大量而丰富的教学相关资讯！" style="width:21.75pt;height:14.25pt" o:oleicon="f" o:ole="">
            <v:imagedata r:id="rId1636" o:title="eqId9f6882aa27a80a60826f89f2f3649e7e"/>
          </v:shape>
        </w:pict>
      </w:r>
      <w:r>
        <w:rPr>
          <w:color w:val="000000"/>
        </w:rPr>
        <w:t>表示的数为2或</w:t>
      </w:r>
      <w:r>
        <w:pict>
          <v:shape id="_x0000_i711441" type="#_x0000_t75" alt="学科网(www.zxxk.com)--教育资源门户，提供试卷、教案、课件、论文、素材以及各类教学资源下载，还有大量而丰富的教学相关资讯！" style="width:15.75pt;height:12.75pt" o:oleicon="f" o:ole="">
            <v:imagedata r:id="rId1637" o:title="eqIdb74eb8a7738402df52d4a97262b85ca0"/>
          </v:shape>
        </w:pict>
      </w:r>
      <w:r>
        <w:rPr>
          <w:color w:val="000000"/>
        </w:rPr>
        <w:br/>
      </w:r>
    </w:p>
    <w:p>
      <w:pPr>
        <w:spacing w:line="360" w:lineRule="auto"/>
        <w:jc w:val="left"/>
        <w:textAlignment w:val="center"/>
        <w:rPr>
          <w:color w:val="000000"/>
        </w:rPr>
      </w:pPr>
      <w:r>
        <w:rPr>
          <w:color w:val="000000"/>
        </w:rPr>
        <w:t>【点睛】</w:t>
      </w:r>
      <w:r>
        <w:rPr>
          <w:rFonts w:ascii="宋体" w:eastAsia="宋体" w:hAnsi="宋体" w:cs="宋体"/>
          <w:color w:val="000000"/>
        </w:rPr>
        <w:t>本题主要考查数轴上用绝对值表示距离，能够熟练运用条件给的定义利用绝对值表示距离是解题关键．</w:t>
      </w:r>
    </w:p>
    <w:p>
      <w:pPr>
        <w:pStyle w:val="Heading2"/>
      </w:pPr>
      <w:r>
        <w:t>石景山区京源学校</w:t>
      </w:r>
    </w:p>
    <w:p>
      <w:pPr>
        <w:spacing w:line="360" w:lineRule="auto"/>
        <w:jc w:val="left"/>
        <w:textAlignment w:val="center"/>
        <w:rPr>
          <w:color w:val="000000"/>
        </w:rPr>
      </w:pPr>
      <w:r>
        <w:rPr>
          <w:color w:val="000000"/>
        </w:rPr>
        <w:t xml:space="preserve">20. </w:t>
      </w:r>
      <w:r>
        <w:rPr>
          <w:rFonts w:ascii="Times New Roman" w:eastAsia="Times New Roman" w:hAnsi="Times New Roman" w:cs="Times New Roman"/>
          <w:color w:val="000000"/>
        </w:rPr>
        <w:t>1</w:t>
      </w:r>
      <w:r>
        <w:rPr>
          <w:rFonts w:ascii="宋体" w:eastAsia="宋体" w:hAnsi="宋体" w:cs="宋体"/>
          <w:color w:val="000000"/>
        </w:rPr>
        <w:t>厘米为</w:t>
      </w:r>
      <w:r>
        <w:rPr>
          <w:rFonts w:ascii="Times New Roman" w:eastAsia="Times New Roman" w:hAnsi="Times New Roman" w:cs="Times New Roman"/>
          <w:color w:val="000000"/>
        </w:rPr>
        <w:t>1</w:t>
      </w:r>
      <w:r>
        <w:rPr>
          <w:rFonts w:ascii="宋体" w:eastAsia="宋体" w:hAnsi="宋体" w:cs="宋体"/>
          <w:color w:val="000000"/>
        </w:rPr>
        <w:t>个单位长度用直尺画数轴时，数轴上互为相反数的点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刚好对着直尺上的刻度</w:t>
      </w:r>
      <w:r>
        <w:rPr>
          <w:rFonts w:ascii="Times New Roman" w:eastAsia="Times New Roman" w:hAnsi="Times New Roman" w:cs="Times New Roman"/>
          <w:color w:val="000000"/>
        </w:rPr>
        <w:t>2</w:t>
      </w:r>
      <w:r>
        <w:rPr>
          <w:rFonts w:ascii="宋体" w:eastAsia="宋体" w:hAnsi="宋体" w:cs="宋体"/>
          <w:color w:val="000000"/>
        </w:rPr>
        <w:t>和刻度</w:t>
      </w:r>
      <w:r>
        <w:rPr>
          <w:rFonts w:ascii="Times New Roman" w:eastAsia="Times New Roman" w:hAnsi="Times New Roman" w:cs="Times New Roman"/>
          <w:color w:val="000000"/>
        </w:rPr>
        <w:t>8</w:t>
      </w:r>
    </w:p>
    <w:p>
      <w:pPr>
        <w:spacing w:line="360" w:lineRule="auto"/>
        <w:jc w:val="left"/>
        <w:textAlignment w:val="center"/>
        <w:rPr>
          <w:color w:val="000000"/>
        </w:rPr>
      </w:pPr>
      <w:r>
        <w:rPr>
          <w:color w:val="000000"/>
        </w:rPr>
        <w:drawing>
          <wp:inline>
            <wp:extent cx="2876550" cy="485775"/>
            <wp:docPr id="32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 name=""/>
                    <pic:cNvPicPr>
                      <a:picLocks noChangeAspect="1"/>
                    </pic:cNvPicPr>
                  </pic:nvPicPr>
                  <pic:blipFill>
                    <a:blip r:embed="rId1638"/>
                    <a:stretch>
                      <a:fillRect/>
                    </a:stretch>
                  </pic:blipFill>
                  <pic:spPr>
                    <a:xfrm>
                      <a:off x="0" y="0"/>
                      <a:ext cx="2876550" cy="4857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写出点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表示的数；</w:t>
      </w:r>
    </w:p>
    <w:p>
      <w:pPr>
        <w:spacing w:line="360" w:lineRule="auto"/>
        <w:jc w:val="left"/>
        <w:textAlignment w:val="center"/>
        <w:rPr>
          <w:color w:val="000000"/>
        </w:rPr>
      </w:pPr>
      <w:r>
        <w:rPr>
          <w:color w:val="000000"/>
        </w:rPr>
        <w:t>（2）</w:t>
      </w:r>
      <w:r>
        <w:rPr>
          <w:rFonts w:ascii="宋体" w:eastAsia="宋体" w:hAnsi="宋体" w:cs="宋体"/>
          <w:color w:val="000000"/>
        </w:rPr>
        <w:t>写出与点</w:t>
      </w:r>
      <w:r>
        <w:rPr>
          <w:rFonts w:ascii="Times New Roman" w:eastAsia="Times New Roman" w:hAnsi="Times New Roman" w:cs="Times New Roman"/>
          <w:i/>
          <w:color w:val="000000"/>
        </w:rPr>
        <w:t>B</w:t>
      </w:r>
      <w:r>
        <w:rPr>
          <w:rFonts w:ascii="宋体" w:eastAsia="宋体" w:hAnsi="宋体" w:cs="宋体"/>
          <w:color w:val="000000"/>
        </w:rPr>
        <w:t>距离为</w:t>
      </w:r>
      <w:r>
        <w:rPr>
          <w:rFonts w:ascii="Times New Roman" w:eastAsia="Times New Roman" w:hAnsi="Times New Roman" w:cs="Times New Roman"/>
          <w:color w:val="000000"/>
        </w:rPr>
        <w:t>9.5</w:t>
      </w:r>
      <w:r>
        <w:rPr>
          <w:rFonts w:ascii="宋体" w:eastAsia="宋体" w:hAnsi="宋体" w:cs="宋体"/>
          <w:color w:val="000000"/>
        </w:rPr>
        <w:t>厘米的直尺左端点</w:t>
      </w:r>
      <w:r>
        <w:rPr>
          <w:rFonts w:ascii="Times New Roman" w:eastAsia="Times New Roman" w:hAnsi="Times New Roman" w:cs="Times New Roman"/>
          <w:i/>
          <w:color w:val="000000"/>
        </w:rPr>
        <w:t>C</w:t>
      </w:r>
      <w:r>
        <w:rPr>
          <w:rFonts w:ascii="宋体" w:eastAsia="宋体" w:hAnsi="宋体" w:cs="宋体"/>
          <w:color w:val="000000"/>
        </w:rPr>
        <w:t>表示的数；</w:t>
      </w:r>
    </w:p>
    <w:p>
      <w:pPr>
        <w:spacing w:line="360" w:lineRule="auto"/>
        <w:jc w:val="left"/>
        <w:textAlignment w:val="center"/>
        <w:rPr>
          <w:color w:val="000000"/>
        </w:rPr>
      </w:pPr>
      <w:r>
        <w:rPr>
          <w:color w:val="000000"/>
        </w:rPr>
        <w:t>（3）</w:t>
      </w:r>
      <w:r>
        <w:rPr>
          <w:rFonts w:ascii="宋体" w:eastAsia="宋体" w:hAnsi="宋体" w:cs="宋体"/>
          <w:color w:val="000000"/>
        </w:rPr>
        <w:t>在数轴上有一点</w:t>
      </w:r>
      <w:r>
        <w:rPr>
          <w:rFonts w:ascii="Times New Roman" w:eastAsia="Times New Roman" w:hAnsi="Times New Roman" w:cs="Times New Roman"/>
          <w:i/>
          <w:color w:val="000000"/>
        </w:rPr>
        <w:t>D</w:t>
      </w:r>
      <w:r>
        <w:rPr>
          <w:rFonts w:ascii="宋体" w:eastAsia="宋体" w:hAnsi="宋体" w:cs="宋体"/>
          <w:color w:val="000000"/>
        </w:rPr>
        <w:t>，其到</w:t>
      </w:r>
      <w:r>
        <w:rPr>
          <w:rFonts w:ascii="Times New Roman" w:eastAsia="Times New Roman" w:hAnsi="Times New Roman" w:cs="Times New Roman"/>
          <w:i/>
          <w:color w:val="000000"/>
        </w:rPr>
        <w:t>A</w:t>
      </w:r>
      <w:r>
        <w:rPr>
          <w:rFonts w:ascii="宋体" w:eastAsia="宋体" w:hAnsi="宋体" w:cs="宋体"/>
          <w:color w:val="000000"/>
        </w:rPr>
        <w:t>的距离为</w:t>
      </w:r>
      <w:r>
        <w:rPr>
          <w:rFonts w:ascii="Times New Roman" w:eastAsia="Times New Roman" w:hAnsi="Times New Roman" w:cs="Times New Roman"/>
          <w:color w:val="000000"/>
        </w:rPr>
        <w:t>2</w:t>
      </w:r>
      <w:r>
        <w:rPr>
          <w:rFonts w:ascii="宋体" w:eastAsia="宋体" w:hAnsi="宋体" w:cs="宋体"/>
          <w:color w:val="000000"/>
        </w:rPr>
        <w:t>，到</w:t>
      </w:r>
      <w:r>
        <w:rPr>
          <w:rFonts w:ascii="Times New Roman" w:eastAsia="Times New Roman" w:hAnsi="Times New Roman" w:cs="Times New Roman"/>
          <w:i/>
          <w:color w:val="000000"/>
        </w:rPr>
        <w:t>B</w:t>
      </w:r>
      <w:r>
        <w:rPr>
          <w:rFonts w:ascii="宋体" w:eastAsia="宋体" w:hAnsi="宋体" w:cs="宋体"/>
          <w:color w:val="000000"/>
        </w:rPr>
        <w:t>的距离为</w:t>
      </w:r>
      <w:r>
        <w:rPr>
          <w:rFonts w:ascii="Times New Roman" w:eastAsia="Times New Roman" w:hAnsi="Times New Roman" w:cs="Times New Roman"/>
          <w:color w:val="000000"/>
        </w:rPr>
        <w:t>4</w:t>
      </w:r>
      <w:r>
        <w:rPr>
          <w:rFonts w:ascii="宋体" w:eastAsia="宋体" w:hAnsi="宋体" w:cs="宋体"/>
          <w:color w:val="000000"/>
        </w:rPr>
        <w:t>，求点</w:t>
      </w:r>
      <w:r>
        <w:rPr>
          <w:rFonts w:ascii="Times New Roman" w:eastAsia="Times New Roman" w:hAnsi="Times New Roman" w:cs="Times New Roman"/>
          <w:i/>
          <w:color w:val="000000"/>
        </w:rPr>
        <w:t>D</w:t>
      </w:r>
      <w:r>
        <w:rPr>
          <w:rFonts w:ascii="宋体" w:eastAsia="宋体" w:hAnsi="宋体" w:cs="宋体"/>
          <w:color w:val="000000"/>
        </w:rPr>
        <w:t>关于原点点对称的点表示的数．</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3</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-6.5</w:t>
      </w:r>
      <w:r>
        <w:rPr>
          <w:color w:val="000000"/>
        </w:rPr>
        <w:t xml:space="preserve">    </w:t>
      </w:r>
      <w:r>
        <w:rPr>
          <w:color w:val="000000"/>
        </w:rPr>
        <w:t>（3）</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i/>
          <w:color w:val="000000"/>
        </w:rPr>
        <w:t>AB</w:t>
      </w:r>
      <w:r>
        <w:rPr>
          <w:rFonts w:ascii="Times New Roman" w:eastAsia="Times New Roman" w:hAnsi="Times New Roman" w:cs="Times New Roman"/>
          <w:color w:val="000000"/>
        </w:rPr>
        <w:t>=8-2=6</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互为相反数，即可得到结果；（</w:t>
      </w:r>
      <w:r>
        <w:rPr>
          <w:rFonts w:ascii="Times New Roman" w:eastAsia="Times New Roman" w:hAnsi="Times New Roman" w:cs="Times New Roman"/>
          <w:color w:val="000000"/>
        </w:rPr>
        <w:t>2</w:t>
      </w:r>
      <w:r>
        <w:rPr>
          <w:rFonts w:ascii="宋体" w:eastAsia="宋体" w:hAnsi="宋体" w:cs="宋体"/>
          <w:color w:val="000000"/>
        </w:rPr>
        <w:t>）利用</w:t>
      </w:r>
      <w:r>
        <w:rPr>
          <w:rFonts w:ascii="Times New Roman" w:eastAsia="Times New Roman" w:hAnsi="Times New Roman" w:cs="Times New Roman"/>
          <w:i/>
          <w:color w:val="000000"/>
        </w:rPr>
        <w:t>B</w:t>
      </w:r>
      <w:r>
        <w:rPr>
          <w:rFonts w:ascii="宋体" w:eastAsia="宋体" w:hAnsi="宋体" w:cs="宋体"/>
          <w:color w:val="000000"/>
        </w:rPr>
        <w:t>点表示的数减去</w:t>
      </w:r>
      <w:r>
        <w:rPr>
          <w:rFonts w:ascii="Times New Roman" w:eastAsia="Times New Roman" w:hAnsi="Times New Roman" w:cs="Times New Roman"/>
          <w:color w:val="000000"/>
        </w:rPr>
        <w:t>9.5</w:t>
      </w:r>
      <w:r>
        <w:rPr>
          <w:rFonts w:ascii="宋体" w:eastAsia="宋体" w:hAnsi="宋体" w:cs="宋体"/>
          <w:color w:val="000000"/>
        </w:rPr>
        <w:t>即可得到答案；（</w:t>
      </w:r>
      <w:r>
        <w:rPr>
          <w:rFonts w:ascii="Times New Roman" w:eastAsia="Times New Roman" w:hAnsi="Times New Roman" w:cs="Times New Roman"/>
          <w:color w:val="000000"/>
        </w:rPr>
        <w:t>3</w:t>
      </w:r>
      <w:r>
        <w:rPr>
          <w:rFonts w:ascii="宋体" w:eastAsia="宋体" w:hAnsi="宋体" w:cs="宋体"/>
          <w:color w:val="000000"/>
        </w:rPr>
        <w:t>）利用到点</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的距离求出</w:t>
      </w:r>
      <w:r>
        <w:rPr>
          <w:rFonts w:ascii="Times New Roman" w:eastAsia="Times New Roman" w:hAnsi="Times New Roman" w:cs="Times New Roman"/>
          <w:i/>
          <w:color w:val="000000"/>
        </w:rPr>
        <w:t>D</w:t>
      </w:r>
      <w:r>
        <w:rPr>
          <w:rFonts w:ascii="宋体" w:eastAsia="宋体" w:hAnsi="宋体" w:cs="宋体"/>
          <w:color w:val="000000"/>
        </w:rPr>
        <w:t>的数值，再关于原点对称即可得到答案．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对应刻度</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对应刻度</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1442" type="#_x0000_t75" alt="学科网(www.zxxk.com)--教育资源门户，提供试卷、教案、课件、论文、素材以及各类教学资源下载，还有大量而丰富的教学相关资讯！" style="width:71.1pt;height:14.15pt" o:oleicon="f" o:ole="">
            <v:imagedata r:id="rId1639" o:title="eqId0b6d58582f73d60560994bc3fbf70835"/>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在数轴上互为相反数，</w:t>
      </w:r>
      <w:r>
        <w:rPr>
          <w:rFonts w:ascii="Times New Roman" w:eastAsia="Times New Roman" w:hAnsi="Times New Roman" w:cs="Times New Roman"/>
          <w:i/>
          <w:color w:val="000000"/>
        </w:rPr>
        <w:t>A</w:t>
      </w:r>
      <w:r>
        <w:rPr>
          <w:rFonts w:ascii="宋体" w:eastAsia="宋体" w:hAnsi="宋体" w:cs="宋体"/>
          <w:color w:val="000000"/>
        </w:rPr>
        <w:t>在左，</w:t>
      </w:r>
      <w:r>
        <w:rPr>
          <w:rFonts w:ascii="Times New Roman" w:eastAsia="Times New Roman" w:hAnsi="Times New Roman" w:cs="Times New Roman"/>
          <w:i/>
          <w:color w:val="000000"/>
        </w:rPr>
        <w:t>B</w:t>
      </w:r>
      <w:r>
        <w:rPr>
          <w:rFonts w:ascii="宋体" w:eastAsia="宋体" w:hAnsi="宋体" w:cs="宋体"/>
          <w:color w:val="000000"/>
        </w:rPr>
        <w:t>在右，</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左侧，并与点</w:t>
      </w:r>
      <w:r>
        <w:rPr>
          <w:rFonts w:ascii="Times New Roman" w:eastAsia="Times New Roman" w:hAnsi="Times New Roman" w:cs="Times New Roman"/>
          <w:i/>
          <w:color w:val="000000"/>
        </w:rPr>
        <w:t>B</w:t>
      </w:r>
      <w:r>
        <w:rPr>
          <w:rFonts w:ascii="宋体" w:eastAsia="宋体" w:hAnsi="宋体" w:cs="宋体"/>
          <w:color w:val="000000"/>
        </w:rPr>
        <w:t>距离为</w:t>
      </w:r>
      <w:r>
        <w:rPr>
          <w:rFonts w:ascii="Times New Roman" w:eastAsia="Times New Roman" w:hAnsi="Times New Roman" w:cs="Times New Roman"/>
          <w:color w:val="000000"/>
        </w:rPr>
        <w:t>9.5</w:t>
      </w:r>
      <w:r>
        <w:rPr>
          <w:rFonts w:ascii="宋体" w:eastAsia="宋体" w:hAnsi="宋体" w:cs="宋体"/>
          <w:color w:val="000000"/>
        </w:rPr>
        <w:t>厘米，</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表示的数为</w:t>
      </w:r>
      <w:r>
        <w:pict>
          <v:shape id="_x0000_i711443" type="#_x0000_t75" alt="学科网(www.zxxk.com)--教育资源门户，提供试卷、教案、课件、论文、素材以及各类教学资源下载，还有大量而丰富的教学相关资讯！" style="width:67pt;height:14pt" o:oleicon="f" o:ole="">
            <v:imagedata r:id="rId1640" o:title="eqId097203b1a5f1ef5851f25367d6f38381"/>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因为点</w:t>
      </w:r>
      <w:r>
        <w:rPr>
          <w:rFonts w:ascii="Times New Roman" w:eastAsia="Times New Roman" w:hAnsi="Times New Roman" w:cs="Times New Roman"/>
          <w:i/>
          <w:color w:val="000000"/>
        </w:rPr>
        <w:t>D</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的距离为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因为点</w:t>
      </w:r>
      <w:r>
        <w:rPr>
          <w:rFonts w:ascii="Times New Roman" w:eastAsia="Times New Roman" w:hAnsi="Times New Roman" w:cs="Times New Roman"/>
          <w:i/>
          <w:color w:val="000000"/>
        </w:rPr>
        <w:t>D</w:t>
      </w:r>
      <w:r>
        <w:rPr>
          <w:rFonts w:ascii="宋体" w:eastAsia="宋体" w:hAnsi="宋体" w:cs="宋体"/>
          <w:color w:val="000000"/>
        </w:rPr>
        <w:t>到</w:t>
      </w:r>
      <w:r>
        <w:rPr>
          <w:rFonts w:ascii="Times New Roman" w:eastAsia="Times New Roman" w:hAnsi="Times New Roman" w:cs="Times New Roman"/>
          <w:i/>
          <w:color w:val="000000"/>
        </w:rPr>
        <w:t>B</w:t>
      </w:r>
      <w:r>
        <w:rPr>
          <w:rFonts w:ascii="宋体" w:eastAsia="宋体" w:hAnsi="宋体" w:cs="宋体"/>
          <w:color w:val="000000"/>
        </w:rPr>
        <w:t>的距离为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D</w:t>
      </w:r>
      <w:r>
        <w:rPr>
          <w:rFonts w:ascii="宋体" w:eastAsia="宋体" w:hAnsi="宋体" w:cs="宋体"/>
          <w:color w:val="000000"/>
        </w:rPr>
        <w:t>关于原点对称的点表示的数为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此题考查了利用数轴表示数，数轴上两点之间距离，数轴上点移动的规律，熟记数轴上点移动的规律是解题的关键．</w:t>
      </w:r>
    </w:p>
    <w:p>
      <w:pPr>
        <w:spacing w:line="360" w:lineRule="auto"/>
        <w:jc w:val="left"/>
        <w:textAlignment w:val="center"/>
        <w:rPr>
          <w:color w:val="000000"/>
        </w:rPr>
      </w:pPr>
      <w:r>
        <w:rPr>
          <w:color w:val="000000"/>
        </w:rPr>
        <w:t xml:space="preserve">21. </w:t>
      </w:r>
      <w:r>
        <w:rPr>
          <w:rFonts w:ascii="宋体" w:eastAsia="宋体" w:hAnsi="宋体" w:cs="宋体"/>
          <w:color w:val="000000"/>
        </w:rPr>
        <w:t>已知多项式</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，且</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7</w:t>
      </w:r>
      <w:r>
        <w:rPr>
          <w:rFonts w:ascii="Times New Roman" w:eastAsia="Times New Roman" w:hAnsi="Times New Roman" w:cs="Times New Roman"/>
          <w:i/>
          <w:color w:val="000000"/>
        </w:rPr>
        <w:t>ab</w:t>
      </w:r>
      <w:r>
        <w:rPr>
          <w:rFonts w:ascii="Times New Roman" w:eastAsia="Times New Roman" w:hAnsi="Times New Roman" w:cs="Times New Roman"/>
          <w:color w:val="000000"/>
        </w:rPr>
        <w:t>+6</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b</w:t>
      </w:r>
      <w:r>
        <w:rPr>
          <w:rFonts w:ascii="Times New Roman" w:eastAsia="Times New Roman" w:hAnsi="Times New Roman" w:cs="Times New Roman"/>
          <w:color w:val="000000"/>
        </w:rPr>
        <w:t>+18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阅读材料：我们总可以通过添加括号的形式，求出多项式</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．如：</w:t>
      </w:r>
    </w:p>
    <w:p>
      <w:pPr>
        <w:spacing w:line="360" w:lineRule="auto"/>
        <w:jc w:val="left"/>
        <w:textAlignment w:val="center"/>
        <w:rPr>
          <w:color w:val="000000"/>
        </w:rPr>
      </w:pPr>
      <w:r>
        <w:rPr>
          <w:rFonts w:ascii="Times New Roman" w:eastAsia="Times New Roman" w:hAnsi="Times New Roman" w:cs="Times New Roman"/>
          <w:color w:val="000000"/>
        </w:rPr>
        <w:t>5</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7</w:t>
      </w:r>
      <w:r>
        <w:rPr>
          <w:rFonts w:ascii="Times New Roman" w:eastAsia="Times New Roman" w:hAnsi="Times New Roman" w:cs="Times New Roman"/>
          <w:i/>
          <w:color w:val="000000"/>
        </w:rPr>
        <w:t>ab</w:t>
      </w:r>
      <w:r>
        <w:rPr>
          <w:rFonts w:ascii="Times New Roman" w:eastAsia="Times New Roman" w:hAnsi="Times New Roman" w:cs="Times New Roman"/>
          <w:color w:val="000000"/>
        </w:rPr>
        <w:t>+6</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b</w:t>
      </w:r>
      <w:r>
        <w:rPr>
          <w:rFonts w:ascii="Times New Roman" w:eastAsia="Times New Roman" w:hAnsi="Times New Roman" w:cs="Times New Roman"/>
          <w:color w:val="000000"/>
        </w:rPr>
        <w:t>+18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15</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b</w:t>
      </w:r>
      <w:r>
        <w:rPr>
          <w:rFonts w:ascii="Times New Roman" w:eastAsia="Times New Roman" w:hAnsi="Times New Roman" w:cs="Times New Roman"/>
          <w:color w:val="000000"/>
        </w:rPr>
        <w:t>+25</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+5</w:t>
      </w:r>
    </w:p>
    <w:p>
      <w:pPr>
        <w:spacing w:line="360" w:lineRule="auto"/>
        <w:jc w:val="left"/>
        <w:textAlignment w:val="center"/>
        <w:rPr>
          <w:color w:val="000000"/>
        </w:rPr>
      </w:pPr>
      <w:r>
        <w:rPr>
          <w:color w:val="000000"/>
        </w:rPr>
        <w:t>（1）</w:t>
      </w:r>
      <w:r>
        <w:rPr>
          <w:rFonts w:ascii="宋体" w:eastAsia="宋体" w:hAnsi="宋体" w:cs="宋体"/>
          <w:color w:val="000000"/>
        </w:rPr>
        <w:t>应用材料：请用类似于阅读材料的方法，求多项式</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小红取</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互为倒数的一对数值代入多项式</w:t>
      </w:r>
      <w:r>
        <w:rPr>
          <w:rFonts w:ascii="Times New Roman" w:eastAsia="Times New Roman" w:hAnsi="Times New Roman" w:cs="Times New Roman"/>
          <w:i/>
          <w:color w:val="000000"/>
        </w:rPr>
        <w:t>A</w:t>
      </w:r>
      <w:r>
        <w:rPr>
          <w:rFonts w:ascii="宋体" w:eastAsia="宋体" w:hAnsi="宋体" w:cs="宋体"/>
          <w:color w:val="000000"/>
        </w:rPr>
        <w:t>中，恰好得到</w:t>
      </w:r>
      <w:r>
        <w:rPr>
          <w:rFonts w:ascii="Times New Roman" w:eastAsia="Times New Roman" w:hAnsi="Times New Roman" w:cs="Times New Roman"/>
          <w:i/>
          <w:color w:val="000000"/>
        </w:rPr>
        <w:t>A</w:t>
      </w:r>
      <w:r>
        <w:rPr>
          <w:rFonts w:ascii="宋体" w:eastAsia="宋体" w:hAnsi="宋体" w:cs="宋体"/>
          <w:color w:val="000000"/>
        </w:rPr>
        <w:t>的值为</w:t>
      </w:r>
      <w:r>
        <w:rPr>
          <w:rFonts w:ascii="Times New Roman" w:eastAsia="Times New Roman" w:hAnsi="Times New Roman" w:cs="Times New Roman"/>
          <w:color w:val="000000"/>
        </w:rPr>
        <w:t>0</w:t>
      </w:r>
      <w:r>
        <w:rPr>
          <w:rFonts w:ascii="宋体" w:eastAsia="宋体" w:hAnsi="宋体" w:cs="宋体"/>
          <w:color w:val="000000"/>
        </w:rPr>
        <w:t>，求多项式</w:t>
      </w:r>
      <w:r>
        <w:rPr>
          <w:rFonts w:ascii="Times New Roman" w:eastAsia="Times New Roman" w:hAnsi="Times New Roman" w:cs="Times New Roman"/>
          <w:i/>
          <w:color w:val="000000"/>
        </w:rPr>
        <w:t>B</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聪明的小刚发现，只要字母</w:t>
      </w:r>
      <w:r>
        <w:rPr>
          <w:rFonts w:ascii="Times New Roman" w:eastAsia="Times New Roman" w:hAnsi="Times New Roman" w:cs="Times New Roman"/>
          <w:i/>
          <w:color w:val="000000"/>
        </w:rPr>
        <w:t>b</w:t>
      </w:r>
      <w:r>
        <w:rPr>
          <w:rFonts w:ascii="宋体" w:eastAsia="宋体" w:hAnsi="宋体" w:cs="宋体"/>
          <w:color w:val="000000"/>
        </w:rPr>
        <w:t>取一个固定的数，无论字母</w:t>
      </w:r>
      <w:r>
        <w:rPr>
          <w:rFonts w:ascii="Times New Roman" w:eastAsia="Times New Roman" w:hAnsi="Times New Roman" w:cs="Times New Roman"/>
          <w:i/>
          <w:color w:val="000000"/>
        </w:rPr>
        <w:t>a</w:t>
      </w:r>
      <w:r>
        <w:rPr>
          <w:rFonts w:ascii="宋体" w:eastAsia="宋体" w:hAnsi="宋体" w:cs="宋体"/>
          <w:color w:val="000000"/>
        </w:rPr>
        <w:t>取何数，</w:t>
      </w:r>
      <w:r>
        <w:rPr>
          <w:rFonts w:ascii="Times New Roman" w:eastAsia="Times New Roman" w:hAnsi="Times New Roman" w:cs="Times New Roman"/>
          <w:i/>
          <w:color w:val="000000"/>
        </w:rPr>
        <w:t>B</w:t>
      </w:r>
      <w:r>
        <w:rPr>
          <w:rFonts w:ascii="宋体" w:eastAsia="宋体" w:hAnsi="宋体" w:cs="宋体"/>
          <w:color w:val="000000"/>
        </w:rPr>
        <w:t>的值总比</w:t>
      </w:r>
      <w:r>
        <w:rPr>
          <w:rFonts w:ascii="Times New Roman" w:eastAsia="Times New Roman" w:hAnsi="Times New Roman" w:cs="Times New Roman"/>
          <w:i/>
          <w:color w:val="000000"/>
        </w:rPr>
        <w:t>A</w:t>
      </w:r>
      <w:r>
        <w:rPr>
          <w:rFonts w:ascii="宋体" w:eastAsia="宋体" w:hAnsi="宋体" w:cs="宋体"/>
          <w:color w:val="000000"/>
        </w:rPr>
        <w:t>的值大</w:t>
      </w:r>
      <w:r>
        <w:rPr>
          <w:rFonts w:ascii="Times New Roman" w:eastAsia="Times New Roman" w:hAnsi="Times New Roman" w:cs="Times New Roman"/>
          <w:color w:val="000000"/>
        </w:rPr>
        <w:t>7</w:t>
      </w:r>
      <w:r>
        <w:rPr>
          <w:rFonts w:ascii="宋体" w:eastAsia="宋体" w:hAnsi="宋体" w:cs="宋体"/>
          <w:color w:val="000000"/>
        </w:rPr>
        <w:t>，那么小刚所取的</w:t>
      </w:r>
      <w:r>
        <w:rPr>
          <w:rFonts w:ascii="Times New Roman" w:eastAsia="Times New Roman" w:hAnsi="Times New Roman" w:cs="Times New Roman"/>
          <w:i/>
          <w:color w:val="000000"/>
        </w:rPr>
        <w:t>b</w:t>
      </w:r>
      <w:r>
        <w:rPr>
          <w:rFonts w:ascii="宋体" w:eastAsia="宋体" w:hAnsi="宋体" w:cs="宋体"/>
          <w:color w:val="000000"/>
        </w:rPr>
        <w:t>的值是多少呢？</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8</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7</w:t>
      </w:r>
      <w:r>
        <w:rPr>
          <w:color w:val="000000"/>
        </w:rPr>
        <w:t xml:space="preserve">    </w:t>
      </w:r>
      <w:r>
        <w:rPr>
          <w:color w:val="000000"/>
        </w:rPr>
        <w:t>（3）</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 xml:space="preserve">1 </w:t>
      </w:r>
      <w:r>
        <w:rPr>
          <w:rFonts w:ascii="宋体" w:eastAsia="宋体" w:hAnsi="宋体" w:cs="宋体"/>
          <w:color w:val="000000"/>
        </w:rPr>
        <w:t>）计算</w:t>
      </w:r>
      <w:r>
        <w:rPr>
          <w:rFonts w:ascii="Times New Roman" w:eastAsia="Times New Roman" w:hAnsi="Times New Roman" w:cs="Times New Roman"/>
          <w:color w:val="000000"/>
        </w:rPr>
        <w:t>5</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）后可得多项式</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 xml:space="preserve">2 </w:t>
      </w:r>
      <w:r>
        <w:rPr>
          <w:rFonts w:ascii="宋体" w:eastAsia="宋体" w:hAnsi="宋体" w:cs="宋体"/>
          <w:color w:val="000000"/>
        </w:rPr>
        <w:t>）由</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知</w:t>
      </w:r>
      <w:r>
        <w:rPr>
          <w:rFonts w:ascii="Times New Roman" w:eastAsia="Times New Roman" w:hAnsi="Times New Roman" w:cs="Times New Roman"/>
          <w:color w:val="000000"/>
        </w:rPr>
        <w:t>2+3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，据此求得</w:t>
      </w:r>
      <w:r>
        <w:rPr>
          <w:rFonts w:ascii="Times New Roman" w:eastAsia="Times New Roman" w:hAnsi="Times New Roman" w:cs="Times New Roman"/>
          <w:i/>
          <w:color w:val="000000"/>
        </w:rPr>
        <w:t>a</w:t>
      </w:r>
      <w:r>
        <w:rPr>
          <w:rFonts w:ascii="宋体" w:eastAsia="宋体" w:hAnsi="宋体" w:cs="宋体"/>
          <w:color w:val="000000"/>
        </w:rPr>
        <w:t>的值，继而得出</w:t>
      </w:r>
      <w:r>
        <w:rPr>
          <w:rFonts w:ascii="Times New Roman" w:eastAsia="Times New Roman" w:hAnsi="Times New Roman" w:cs="Times New Roman"/>
          <w:i/>
          <w:color w:val="000000"/>
        </w:rPr>
        <w:t>b</w:t>
      </w:r>
      <w:r>
        <w:rPr>
          <w:rFonts w:ascii="宋体" w:eastAsia="宋体" w:hAnsi="宋体" w:cs="宋体"/>
          <w:color w:val="000000"/>
        </w:rPr>
        <w:t>的值，再代入计算即可；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 xml:space="preserve"> 3</w:t>
      </w:r>
      <w:r>
        <w:rPr>
          <w:rFonts w:ascii="宋体" w:eastAsia="宋体" w:hAnsi="宋体" w:cs="宋体"/>
          <w:color w:val="000000"/>
        </w:rPr>
        <w:t>）先计算得出</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+13</w:t>
      </w:r>
      <w:r>
        <w:rPr>
          <w:rFonts w:ascii="宋体" w:eastAsia="宋体" w:hAnsi="宋体" w:cs="宋体"/>
          <w:color w:val="000000"/>
        </w:rPr>
        <w:t>，根据</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且与字母</w:t>
      </w:r>
      <w:r>
        <w:rPr>
          <w:rFonts w:ascii="Times New Roman" w:eastAsia="Times New Roman" w:hAnsi="Times New Roman" w:cs="Times New Roman"/>
          <w:i/>
          <w:color w:val="000000"/>
        </w:rPr>
        <w:t>a</w:t>
      </w:r>
      <w:r>
        <w:rPr>
          <w:rFonts w:ascii="宋体" w:eastAsia="宋体" w:hAnsi="宋体" w:cs="宋体"/>
          <w:color w:val="000000"/>
        </w:rPr>
        <w:t>无关知</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，据此可得答案．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eastAsia="Times New Roman" w:hAnsi="Times New Roman" w:cs="Times New Roman"/>
          <w:color w:val="000000"/>
        </w:rPr>
        <w:t>5</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7</w:t>
      </w:r>
      <w:r>
        <w:rPr>
          <w:rFonts w:ascii="Times New Roman" w:eastAsia="Times New Roman" w:hAnsi="Times New Roman" w:cs="Times New Roman"/>
          <w:i/>
          <w:color w:val="000000"/>
        </w:rPr>
        <w:t>ab</w:t>
      </w:r>
      <w:r>
        <w:rPr>
          <w:rFonts w:ascii="Times New Roman" w:eastAsia="Times New Roman" w:hAnsi="Times New Roman" w:cs="Times New Roman"/>
          <w:color w:val="000000"/>
        </w:rPr>
        <w:t>+6</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b</w:t>
      </w:r>
      <w:r>
        <w:rPr>
          <w:rFonts w:ascii="Times New Roman" w:eastAsia="Times New Roman" w:hAnsi="Times New Roman" w:cs="Times New Roman"/>
          <w:color w:val="000000"/>
        </w:rPr>
        <w:t>+18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14</w:t>
      </w:r>
      <w:r>
        <w:rPr>
          <w:rFonts w:ascii="Times New Roman" w:eastAsia="Times New Roman" w:hAnsi="Times New Roman" w:cs="Times New Roman"/>
          <w:i/>
          <w:color w:val="000000"/>
        </w:rPr>
        <w:t>ab</w:t>
      </w:r>
      <w:r>
        <w:rPr>
          <w:rFonts w:ascii="Times New Roman" w:eastAsia="Times New Roman" w:hAnsi="Times New Roman" w:cs="Times New Roman"/>
          <w:color w:val="000000"/>
        </w:rPr>
        <w:t>+12</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ab</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18</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ab</w:t>
      </w:r>
      <w:r>
        <w:rPr>
          <w:rFonts w:ascii="Times New Roman" w:eastAsia="Times New Roman" w:hAnsi="Times New Roman" w:cs="Times New Roman"/>
          <w:color w:val="000000"/>
        </w:rPr>
        <w:t>+15</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根据题意知</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pict>
          <v:shape id="_x0000_i711444" type="#_x0000_t75" alt="学科网(www.zxxk.com)--教育资源门户，提供试卷、教案、课件、论文、素材以及各类教学资源下载，还有大量而丰富的教学相关资讯！" style="width:10.5pt;height:21pt" o:oleicon="f" o:ole="">
            <v:imagedata r:id="rId1641" o:title="eqIdf89eef3148f2d4d09379767b4af6913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+5</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3×1</w:t>
      </w:r>
      <w:r>
        <w:rPr>
          <w:rFonts w:ascii="宋体" w:eastAsia="宋体" w:hAnsi="宋体" w:cs="宋体"/>
          <w:color w:val="000000"/>
        </w:rPr>
        <w:t>﹣</w:t>
      </w:r>
      <w:r>
        <w:rPr>
          <w:rFonts w:ascii="Times New Roman" w:eastAsia="Times New Roman" w:hAnsi="Times New Roman" w:cs="Times New Roman"/>
          <w:color w:val="000000"/>
        </w:rPr>
        <w:t>2×</w:t>
      </w:r>
      <w:r>
        <w:pict>
          <v:shape id="_x0000_i711445" type="#_x0000_t75" alt="学科网(www.zxxk.com)--教育资源门户，提供试卷、教案、课件、论文、素材以及各类教学资源下载，还有大量而丰富的教学相关资讯！" style="width:10.5pt;height:21pt" o:oleicon="f" o:ole="">
            <v:imagedata r:id="rId1642" o:title="eqIdf89eef3148f2d4d09379767b4af69132"/>
          </v:shape>
        </w:pict>
      </w:r>
      <w:r>
        <w:rPr>
          <w:rFonts w:ascii="Times New Roman" w:eastAsia="Times New Roman" w:hAnsi="Times New Roman" w:cs="Times New Roman"/>
          <w:color w:val="000000"/>
        </w:rPr>
        <w:t>+5</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1+5</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rPr>
        <w:t>+8</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+13</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+13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由题意知，</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且与字母</w:t>
      </w:r>
      <w:r>
        <w:rPr>
          <w:rFonts w:ascii="Times New Roman" w:eastAsia="Times New Roman" w:hAnsi="Times New Roman" w:cs="Times New Roman"/>
          <w:i/>
          <w:color w:val="000000"/>
        </w:rPr>
        <w:t>a</w:t>
      </w:r>
      <w:r>
        <w:rPr>
          <w:rFonts w:ascii="宋体" w:eastAsia="宋体" w:hAnsi="宋体" w:cs="宋体"/>
          <w:color w:val="000000"/>
        </w:rPr>
        <w:t>无关，</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，即</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本题主要考查整式的加减，几个整式相加减，通常用括号把每一个整式括起来，再用加减号连接；然后去括号、合并同类项．</w:t>
      </w:r>
    </w:p>
    <w:p>
      <w:pPr>
        <w:pStyle w:val="Heading2"/>
      </w:pPr>
      <w:r>
        <w:t>第一六一中学</w:t>
      </w:r>
    </w:p>
    <w:p>
      <w:pPr>
        <w:spacing w:line="360" w:lineRule="auto"/>
        <w:jc w:val="left"/>
        <w:textAlignment w:val="center"/>
        <w:rPr>
          <w:color w:val="000000"/>
        </w:rPr>
      </w:pPr>
      <w:r>
        <w:rPr>
          <w:color w:val="000000"/>
        </w:rPr>
        <w:t xml:space="preserve">27. </w:t>
      </w:r>
      <w:r>
        <w:rPr>
          <w:rFonts w:ascii="宋体" w:eastAsia="宋体" w:hAnsi="宋体" w:cs="宋体"/>
          <w:color w:val="000000"/>
        </w:rPr>
        <w:t>定义一种新运算</w:t>
      </w:r>
      <w:r>
        <w:pict>
          <v:shape id="_x0000_i711446" type="#_x0000_t75" alt="学科网(www.zxxk.com)--教育资源门户，提供试卷、教案、课件、论文、素材以及各类教学资源下载，还有大量而丰富的教学相关资讯！" style="width:12.35pt;height:12.35pt" o:oleicon="f" o:ole="">
            <v:imagedata r:id="rId1643" o:title="eqIdebf060b0e6337536ccf7be08525dd235"/>
          </v:shape>
        </w:pict>
      </w:r>
      <w:r>
        <w:rPr>
          <w:rFonts w:ascii="宋体" w:eastAsia="宋体" w:hAnsi="宋体" w:cs="宋体"/>
          <w:color w:val="000000"/>
        </w:rPr>
        <w:t>：对于任意有理数</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，有</w:t>
      </w:r>
      <w:r>
        <w:pict>
          <v:shape id="_x0000_i711447" type="#_x0000_t75" alt="学科网(www.zxxk.com)--教育资源门户，提供试卷、教案、课件、论文、素材以及各类教学资源下载，还有大量而丰富的教学相关资讯！" style="width:98pt;height:15.95pt" o:oleicon="f" o:ole="">
            <v:imagedata r:id="rId1644" o:title="eqIdb52090f7de63493cdd6d2e2e545eb7d9"/>
          </v:shape>
        </w:pic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为常数且</w:t>
      </w:r>
      <w:r>
        <w:pict>
          <v:shape id="_x0000_i711448" type="#_x0000_t75" alt="学科网(www.zxxk.com)--教育资源门户，提供试卷、教案、课件、论文、素材以及各类教学资源下载，还有大量而丰富的教学相关资讯！" style="width:36.7pt;height:13.85pt" o:oleicon="f" o:ole="">
            <v:imagedata r:id="rId1645" o:title="eqId343dc2efff2e4a23640d96272d51c550"/>
          </v:shape>
        </w:pict>
      </w:r>
      <w:r>
        <w:rPr>
          <w:rFonts w:ascii="宋体" w:eastAsia="宋体" w:hAnsi="宋体" w:cs="宋体"/>
          <w:color w:val="000000"/>
        </w:rPr>
        <w:t>），如：</w:t>
      </w:r>
      <w:r>
        <w:pict>
          <v:shape id="_x0000_i711449" type="#_x0000_t75" alt="学科网(www.zxxk.com)--教育资源门户，提供试卷、教案、课件、论文、素材以及各类教学资源下载，还有大量而丰富的教学相关资讯！" style="width:171.85pt;height:14.1pt" o:oleicon="f" o:ole="">
            <v:imagedata r:id="rId1646" o:title="eqIdc6b8e67b54c85b4595f6a40b5ff9dee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pict>
          <v:shape id="_x0000_i711450" type="#_x0000_t75" alt="学科网(www.zxxk.com)--教育资源门户，提供试卷、教案、课件、论文、素材以及各类教学资源下载，还有大量而丰富的教学相关资讯！" style="width:30.05pt;height:31.2pt" o:oleicon="f" o:ole="">
            <v:imagedata r:id="rId1647" o:title="eqIdb3c3bd96e9e42df3c12ff6ac3accdd27"/>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（用含有</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②若</w:t>
      </w:r>
      <w:r>
        <w:pict>
          <v:shape id="_x0000_i711451" type="#_x0000_t75" alt="学科网(www.zxxk.com)--教育资源门户，提供试卷、教案、课件、论文、素材以及各类教学资源下载，还有大量而丰富的教学相关资讯！" style="width:47.15pt;height:31.2pt" o:oleicon="f" o:ole="">
            <v:imagedata r:id="rId1648" o:title="eqId2f15c5c7d7374cd902f14ea11b1321bf"/>
          </v:shape>
        </w:pict>
      </w:r>
      <w:r>
        <w:rPr>
          <w:rFonts w:ascii="宋体" w:eastAsia="宋体" w:hAnsi="宋体" w:cs="宋体"/>
          <w:color w:val="000000"/>
        </w:rPr>
        <w:t>，求</w:t>
      </w:r>
      <w:r>
        <w:rPr>
          <w:rFonts w:ascii="Times New Roman" w:eastAsia="Times New Roman" w:hAnsi="Times New Roman" w:cs="Times New Roman"/>
          <w:color w:val="000000"/>
        </w:rPr>
        <w:t>1</w:t>
      </w:r>
      <w:r>
        <w:pict>
          <v:shape id="_x0000_i711452" type="#_x0000_t75" alt="学科网(www.zxxk.com)--教育资源门户，提供试卷、教案、课件、论文、素材以及各类教学资源下载，还有大量而丰富的教学相关资讯！" style="width:12.35pt;height:12.35pt" o:oleicon="f" o:ole="">
            <v:imagedata r:id="rId1649" o:title="eqIdebf060b0e6337536ccf7be08525dd235"/>
          </v:shape>
        </w:pict>
      </w:r>
      <w:r>
        <w:rPr>
          <w:rFonts w:ascii="Times New Roman" w:eastAsia="Times New Roman" w:hAnsi="Times New Roman" w:cs="Times New Roman"/>
          <w:color w:val="000000"/>
        </w:rPr>
        <w:t>4</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）请你写出一组</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的值，使得对于任意有理数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pict>
          <v:shape id="_x0000_i711453" type="#_x0000_t75" alt="学科网(www.zxxk.com)--教育资源门户，提供试卷、教案、课件、论文、素材以及各类教学资源下载，还有大量而丰富的教学相关资讯！" style="width:62pt;height:15.95pt" o:oleicon="f" o:ole="">
            <v:imagedata r:id="rId1650" o:title="eqId0fef13cd4df9745a37dd5715285c0fc9"/>
          </v:shape>
        </w:pict>
      </w:r>
      <w:r>
        <w:rPr>
          <w:rFonts w:ascii="宋体" w:eastAsia="宋体" w:hAnsi="宋体" w:cs="宋体"/>
          <w:color w:val="000000"/>
        </w:rPr>
        <w:t>均成立．</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pict>
          <v:shape id="_x0000_i711454" type="#_x0000_t75" alt="学科网(www.zxxk.com)--教育资源门户，提供试卷、教案、课件、论文、素材以及各类教学资源下载，还有大量而丰富的教学相关资讯！" style="width:59pt;height:31pt" o:oleicon="f" o:ole="">
            <v:imagedata r:id="rId1651" o:title="eqIda760da7ed428aa7d30f02d606ee3d30d"/>
          </v:shape>
        </w:pict>
      </w:r>
      <w:r>
        <w:rPr>
          <w:rFonts w:ascii="宋体" w:eastAsia="宋体" w:hAnsi="宋体" w:cs="宋体"/>
          <w:color w:val="000000"/>
        </w:rPr>
        <w:t>；②</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）①直接根据新定义写出结果即可；</w:t>
      </w:r>
    </w:p>
    <w:p>
      <w:pPr>
        <w:spacing w:line="360" w:lineRule="auto"/>
        <w:jc w:val="left"/>
        <w:textAlignment w:val="center"/>
        <w:rPr>
          <w:color w:val="000000"/>
        </w:rPr>
      </w:pPr>
      <w:r>
        <w:rPr>
          <w:rFonts w:ascii="宋体" w:eastAsia="宋体" w:hAnsi="宋体" w:cs="宋体"/>
          <w:color w:val="000000"/>
        </w:rPr>
        <w:t>②先根据</w:t>
      </w:r>
      <w:r>
        <w:pict>
          <v:shape id="_x0000_i711455" type="#_x0000_t75" alt="学科网(www.zxxk.com)--教育资源门户，提供试卷、教案、课件、论文、素材以及各类教学资源下载，还有大量而丰富的教学相关资讯！" style="width:47.15pt;height:31.2pt" o:oleicon="f" o:ole="">
            <v:imagedata r:id="rId1652" o:title="eqId2f15c5c7d7374cd902f14ea11b1321bf"/>
          </v:shape>
        </w:pict>
      </w:r>
      <w:r>
        <w:rPr>
          <w:rFonts w:ascii="宋体" w:eastAsia="宋体" w:hAnsi="宋体" w:cs="宋体"/>
          <w:color w:val="000000"/>
        </w:rPr>
        <w:t>求出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的关系，然后再求</w:t>
      </w:r>
      <w:r>
        <w:rPr>
          <w:rFonts w:ascii="Times New Roman" w:eastAsia="Times New Roman" w:hAnsi="Times New Roman" w:cs="Times New Roman"/>
          <w:color w:val="000000"/>
        </w:rPr>
        <w:t>1</w:t>
      </w:r>
      <w:r>
        <w:pict>
          <v:shape id="_x0000_i711456" type="#_x0000_t75" alt="学科网(www.zxxk.com)--教育资源门户，提供试卷、教案、课件、论文、素材以及各类教学资源下载，还有大量而丰富的教学相关资讯！" style="width:12.35pt;height:12.35pt" o:oleicon="f" o:ole="">
            <v:imagedata r:id="rId1653" o:title="eqIdebf060b0e6337536ccf7be08525dd235"/>
          </v:shape>
        </w:pict>
      </w:r>
      <w:r>
        <w:rPr>
          <w:rFonts w:ascii="Times New Roman" w:eastAsia="Times New Roman" w:hAnsi="Times New Roman" w:cs="Times New Roman"/>
          <w:color w:val="000000"/>
        </w:rPr>
        <w:t>4</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pict>
          <v:shape id="_x0000_i711457" type="#_x0000_t75" alt="学科网(www.zxxk.com)--教育资源门户，提供试卷、教案、课件、论文、素材以及各类教学资源下载，还有大量而丰富的教学相关资讯！" style="width:62pt;height:15.95pt" o:oleicon="f" o:ole="">
            <v:imagedata r:id="rId1654" o:title="eqId0fef13cd4df9745a37dd5715285c0fc9"/>
          </v:shape>
        </w:pict>
      </w:r>
      <w:r>
        <w:rPr>
          <w:rFonts w:ascii="宋体" w:eastAsia="宋体" w:hAnsi="宋体" w:cs="宋体"/>
          <w:color w:val="000000"/>
        </w:rPr>
        <w:t>得出含</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的等式，然后根据结果对于任意有理数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都成立可求出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w:t>
      </w:r>
      <w:r>
        <w:pict>
          <v:shape id="_x0000_i711458" type="#_x0000_t75" alt="学科网(www.zxxk.com)--教育资源门户，提供试卷、教案、课件、论文、素材以及各类教学资源下载，还有大量而丰富的教学相关资讯！" style="width:98pt;height:15.95pt" o:oleicon="f" o:ole="">
            <v:imagedata r:id="rId1655" o:title="eqIdb52090f7de63493cdd6d2e2e545eb7d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459" type="#_x0000_t75" alt="学科网(www.zxxk.com)--教育资源门户，提供试卷、教案、课件、论文、素材以及各类教学资源下载，还有大量而丰富的教学相关资讯！" style="width:30.05pt;height:31.2pt" o:oleicon="f" o:ole="">
            <v:imagedata r:id="rId1656" o:title="eqIdb3c3bd96e9e42df3c12ff6ac3accdd27"/>
          </v:shape>
        </w:pict>
      </w:r>
      <w:r>
        <w:rPr>
          <w:rFonts w:ascii="Times New Roman" w:eastAsia="Times New Roman" w:hAnsi="Times New Roman" w:cs="Times New Roman"/>
          <w:color w:val="000000"/>
        </w:rPr>
        <w:t>=</w:t>
      </w:r>
      <w:r>
        <w:pict>
          <v:shape id="_x0000_i711460" type="#_x0000_t75" alt="学科网(www.zxxk.com)--教育资源门户，提供试卷、教案、课件、论文、素材以及各类教学资源下载，还有大量而丰富的教学相关资讯！" style="width:59pt;height:31pt" o:oleicon="f" o:ole="">
            <v:imagedata r:id="rId1657" o:title="eqIda760da7ed428aa7d30f02d606ee3d30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1461" type="#_x0000_t75" alt="学科网(www.zxxk.com)--教育资源门户，提供试卷、教案、课件、论文、素材以及各类教学资源下载，还有大量而丰富的教学相关资讯！" style="width:59pt;height:31pt" o:oleicon="f" o:ole="">
            <v:imagedata r:id="rId1658" o:title="eqIda760da7ed428aa7d30f02d606ee3d30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11462" type="#_x0000_t75" alt="学科网(www.zxxk.com)--教育资源门户，提供试卷、教案、课件、论文、素材以及各类教学资源下载，还有大量而丰富的教学相关资讯！" style="width:47.15pt;height:31.2pt" o:oleicon="f" o:ole="">
            <v:imagedata r:id="rId1659" o:title="eqId2f15c5c7d7374cd902f14ea11b1321b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463" type="#_x0000_t75" alt="学科网(www.zxxk.com)--教育资源门户，提供试卷、教案、课件、论文、素材以及各类教学资源下载，还有大量而丰富的教学相关资讯！" style="width:59pt;height:31pt" o:oleicon="f" o:ole="">
            <v:imagedata r:id="rId1660" o:title="eqIda760da7ed428aa7d30f02d606ee3d30d"/>
          </v:shape>
        </w:pic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464" type="#_x0000_t75" alt="学科网(www.zxxk.com)--教育资源门户，提供试卷、教案、课件、论文、素材以及各类教学资源下载，还有大量而丰富的教学相关资讯！" style="width:65pt;height:14pt" o:oleicon="f" o:ole="">
            <v:imagedata r:id="rId1661" o:title="eqId42e8924e3d417e6a6a2dcfd452c59f9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465" type="#_x0000_t75" alt="学科网(www.zxxk.com)--教育资源门户，提供试卷、教案、课件、论文、素材以及各类教学资源下载，还有大量而丰富的教学相关资讯！" style="width:49pt;height:14pt" o:oleicon="f" o:ole="">
            <v:imagedata r:id="rId1662" o:title="eqId3d99f28727e3d69a99a3a9ae42f833d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pict>
          <v:shape id="_x0000_i711466" type="#_x0000_t75" alt="学科网(www.zxxk.com)--教育资源门户，提供试卷、教案、课件、论文、素材以及各类教学资源下载，还有大量而丰富的教学相关资讯！" style="width:12.35pt;height:12.35pt" o:oleicon="f" o:ole="">
            <v:imagedata r:id="rId1663" o:title="eqIdebf060b0e6337536ccf7be08525dd235"/>
          </v:shape>
        </w:pic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n</w:t>
      </w:r>
      <w:r>
        <w:rPr>
          <w:rFonts w:ascii="Times New Roman" w:eastAsia="Times New Roman" w:hAnsi="Times New Roman" w:cs="Times New Roman"/>
          <w:color w:val="000000"/>
        </w:rPr>
        <w:t>+4=4+4=8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rPr>
        <w:t>-</w:t>
      </w:r>
      <w:r>
        <w:rPr>
          <w:rFonts w:ascii="Times New Roman" w:eastAsia="Times New Roman" w:hAnsi="Times New Roman" w:cs="Times New Roman"/>
          <w:i/>
          <w:color w:val="000000"/>
        </w:rPr>
        <w:t>ny</w:t>
      </w:r>
      <w:r>
        <w:rPr>
          <w:rFonts w:ascii="Times New Roman" w:eastAsia="Times New Roman" w:hAnsi="Times New Roman" w:cs="Times New Roman"/>
          <w:color w:val="000000"/>
        </w:rPr>
        <w:t>+</w:t>
      </w:r>
      <w:r>
        <w:rPr>
          <w:rFonts w:ascii="Times New Roman" w:eastAsia="Times New Roman" w:hAnsi="Times New Roman" w:cs="Times New Roman"/>
          <w:i/>
          <w:color w:val="000000"/>
        </w:rPr>
        <w:t>xy</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my</w:t>
      </w:r>
      <w:r>
        <w:rPr>
          <w:rFonts w:ascii="Times New Roman" w:eastAsia="Times New Roman" w:hAnsi="Times New Roman" w:cs="Times New Roman"/>
          <w:color w:val="000000"/>
        </w:rPr>
        <w:t>-</w:t>
      </w:r>
      <w:r>
        <w:rPr>
          <w:rFonts w:ascii="Times New Roman" w:eastAsia="Times New Roman" w:hAnsi="Times New Roman" w:cs="Times New Roman"/>
          <w:i/>
          <w:color w:val="000000"/>
        </w:rPr>
        <w:t>nx</w:t>
      </w:r>
      <w:r>
        <w:rPr>
          <w:rFonts w:ascii="Times New Roman" w:eastAsia="Times New Roman" w:hAnsi="Times New Roman" w:cs="Times New Roman"/>
          <w:color w:val="000000"/>
        </w:rPr>
        <w:t>+</w:t>
      </w:r>
      <w:r>
        <w:rPr>
          <w:rFonts w:ascii="Times New Roman" w:eastAsia="Times New Roman" w:hAnsi="Times New Roman" w:cs="Times New Roman"/>
          <w:i/>
          <w:color w:val="000000"/>
        </w:rPr>
        <w:t>xy</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467" type="#_x0000_t75" alt="学科网(www.zxxk.com)--教育资源门户，提供试卷、教案、课件、论文、素材以及各类教学资源下载，还有大量而丰富的教学相关资讯！" style="width:62pt;height:15.95pt" o:oleicon="f" o:ole="">
            <v:imagedata r:id="rId1664" o:title="eqId0fef13cd4df9745a37dd5715285c0f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rPr>
        <w:t>-</w:t>
      </w:r>
      <w:r>
        <w:rPr>
          <w:rFonts w:ascii="Times New Roman" w:eastAsia="Times New Roman" w:hAnsi="Times New Roman" w:cs="Times New Roman"/>
          <w:i/>
          <w:color w:val="000000"/>
        </w:rPr>
        <w:t>ny</w:t>
      </w:r>
      <w:r>
        <w:rPr>
          <w:rFonts w:ascii="Times New Roman" w:eastAsia="Times New Roman" w:hAnsi="Times New Roman" w:cs="Times New Roman"/>
          <w:color w:val="000000"/>
        </w:rPr>
        <w:t>+</w:t>
      </w:r>
      <w:r>
        <w:rPr>
          <w:rFonts w:ascii="Times New Roman" w:eastAsia="Times New Roman" w:hAnsi="Times New Roman" w:cs="Times New Roman"/>
          <w:i/>
          <w:color w:val="000000"/>
        </w:rPr>
        <w:t>xy</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my</w:t>
      </w:r>
      <w:r>
        <w:rPr>
          <w:rFonts w:ascii="Times New Roman" w:eastAsia="Times New Roman" w:hAnsi="Times New Roman" w:cs="Times New Roman"/>
          <w:color w:val="000000"/>
        </w:rPr>
        <w:t>-</w:t>
      </w:r>
      <w:r>
        <w:rPr>
          <w:rFonts w:ascii="Times New Roman" w:eastAsia="Times New Roman" w:hAnsi="Times New Roman" w:cs="Times New Roman"/>
          <w:i/>
          <w:color w:val="000000"/>
        </w:rPr>
        <w:t>nx</w:t>
      </w:r>
      <w:r>
        <w:rPr>
          <w:rFonts w:ascii="Times New Roman" w:eastAsia="Times New Roman" w:hAnsi="Times New Roman" w:cs="Times New Roman"/>
          <w:color w:val="000000"/>
        </w:rPr>
        <w:t>+</w:t>
      </w:r>
      <w:r>
        <w:rPr>
          <w:rFonts w:ascii="Times New Roman" w:eastAsia="Times New Roman" w:hAnsi="Times New Roman" w:cs="Times New Roman"/>
          <w:i/>
          <w:color w:val="000000"/>
        </w:rPr>
        <w:t>xy</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rPr>
        <w:t>-</w:t>
      </w:r>
      <w:r>
        <w:rPr>
          <w:rFonts w:ascii="Times New Roman" w:eastAsia="Times New Roman" w:hAnsi="Times New Roman" w:cs="Times New Roman"/>
          <w:i/>
          <w:color w:val="000000"/>
        </w:rPr>
        <w:t>ny</w:t>
      </w:r>
      <w:r>
        <w:rPr>
          <w:rFonts w:ascii="Times New Roman" w:eastAsia="Times New Roman" w:hAnsi="Times New Roman" w:cs="Times New Roman"/>
          <w:color w:val="000000"/>
        </w:rPr>
        <w:t xml:space="preserve"> – </w:t>
      </w:r>
      <w:r>
        <w:rPr>
          <w:rFonts w:ascii="Times New Roman" w:eastAsia="Times New Roman" w:hAnsi="Times New Roman" w:cs="Times New Roman"/>
          <w:i/>
          <w:color w:val="000000"/>
        </w:rPr>
        <w:t>my</w:t>
      </w:r>
      <w:r>
        <w:rPr>
          <w:rFonts w:ascii="Times New Roman" w:eastAsia="Times New Roman" w:hAnsi="Times New Roman" w:cs="Times New Roman"/>
          <w:color w:val="000000"/>
        </w:rPr>
        <w:t>+</w:t>
      </w:r>
      <w:r>
        <w:rPr>
          <w:rFonts w:ascii="Times New Roman" w:eastAsia="Times New Roman" w:hAnsi="Times New Roman" w:cs="Times New Roman"/>
          <w:i/>
          <w:color w:val="000000"/>
        </w:rPr>
        <w:t>nx</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时，对于任意有理数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pict>
          <v:shape id="_x0000_i711468" type="#_x0000_t75" alt="学科网(www.zxxk.com)--教育资源门户，提供试卷、教案、课件、论文、素材以及各类教学资源下载，还有大量而丰富的教学相关资讯！" style="width:62pt;height:15.95pt" o:oleicon="f" o:ole="">
            <v:imagedata r:id="rId1665" o:title="eqId0fef13cd4df9745a37dd5715285c0fc9"/>
          </v:shape>
        </w:pict>
      </w:r>
      <w:r>
        <w:rPr>
          <w:rFonts w:ascii="宋体" w:eastAsia="宋体" w:hAnsi="宋体" w:cs="宋体"/>
          <w:color w:val="000000"/>
        </w:rPr>
        <w:t>均成立，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的值可以是</w:t>
      </w:r>
      <w:r>
        <w:rPr>
          <w:rFonts w:ascii="Times New Roman" w:eastAsia="Times New Roman" w:hAnsi="Times New Roman" w:cs="Times New Roman"/>
          <w:i/>
          <w:color w:val="000000"/>
        </w:rPr>
        <w:t>m</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（答案不唯一）．</w:t>
      </w:r>
    </w:p>
    <w:p>
      <w:pPr>
        <w:spacing w:line="360" w:lineRule="auto"/>
        <w:jc w:val="left"/>
        <w:textAlignment w:val="center"/>
        <w:rPr>
          <w:color w:val="000000"/>
        </w:rPr>
      </w:pPr>
      <w:r>
        <w:rPr>
          <w:color w:val="000000"/>
        </w:rPr>
        <w:t>【点睛】</w:t>
      </w:r>
      <w:r>
        <w:rPr>
          <w:rFonts w:ascii="宋体" w:eastAsia="宋体" w:hAnsi="宋体" w:cs="宋体"/>
          <w:color w:val="000000"/>
        </w:rPr>
        <w:t>本题考查了新定义，整体代入法求代数式的值，以及整式的加减无关型等知识，明确新定义的运算方式是解答本题的关键．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对于数轴上的点</w:t>
      </w:r>
      <w:r>
        <w:pict>
          <v:shape id="_x0000_i711469" type="#_x0000_t75" alt="学科网(www.zxxk.com)--教育资源门户，提供试卷、教案、课件、论文、素材以及各类教学资源下载，还有大量而丰富的教学相关资讯！" style="width:14.25pt;height:10.5pt" o:oleicon="f" o:ole="">
            <v:imagedata r:id="rId1666" o:title="eqIdac047e91852b91af639feec23a9598b2"/>
          </v:shape>
        </w:pict>
      </w:r>
      <w:r>
        <w:rPr>
          <w:rFonts w:ascii="宋体" w:eastAsia="宋体" w:hAnsi="宋体" w:cs="宋体"/>
          <w:color w:val="000000"/>
        </w:rPr>
        <w:t>，线段</w:t>
      </w:r>
      <w:r>
        <w:pict>
          <v:shape id="_x0000_i711470" type="#_x0000_t75" alt="学科网(www.zxxk.com)--教育资源门户，提供试卷、教案、课件、论文、素材以及各类教学资源下载，还有大量而丰富的教学相关资讯！" style="width:20.05pt;height:12.6pt" o:oleicon="f" o:ole="">
            <v:imagedata r:id="rId1667" o:title="eqIdf52a58fbaf4fea03567e88a9f0f6e37e"/>
          </v:shape>
        </w:pict>
      </w:r>
      <w:r>
        <w:rPr>
          <w:rFonts w:ascii="宋体" w:eastAsia="宋体" w:hAnsi="宋体" w:cs="宋体"/>
          <w:color w:val="000000"/>
        </w:rPr>
        <w:t>，给出如下定义：</w:t>
      </w:r>
      <w:r>
        <w:pict>
          <v:shape id="_x0000_i711471" type="#_x0000_t75" alt="学科网(www.zxxk.com)--教育资源门户，提供试卷、教案、课件、论文、素材以及各类教学资源下载，还有大量而丰富的教学相关资讯！" style="width:11.25pt;height:12pt" o:oleicon="f" o:ole="">
            <v:imagedata r:id="rId1668" o:title="eqIddad2a36927223bd70f426ba06aea4b45"/>
          </v:shape>
        </w:pict>
      </w:r>
      <w:r>
        <w:rPr>
          <w:rFonts w:ascii="宋体" w:eastAsia="宋体" w:hAnsi="宋体" w:cs="宋体"/>
          <w:color w:val="000000"/>
        </w:rPr>
        <w:t>为线段</w:t>
      </w:r>
      <w:r>
        <w:pict>
          <v:shape id="_x0000_i711472" type="#_x0000_t75" alt="学科网(www.zxxk.com)--教育资源门户，提供试卷、教案、课件、论文、素材以及各类教学资源下载，还有大量而丰富的教学相关资讯！" style="width:20.05pt;height:12.6pt" o:oleicon="f" o:ole="">
            <v:imagedata r:id="rId1667" o:title="eqIdf52a58fbaf4fea03567e88a9f0f6e37e"/>
          </v:shape>
        </w:pict>
      </w:r>
      <w:r>
        <w:rPr>
          <w:rFonts w:ascii="宋体" w:eastAsia="宋体" w:hAnsi="宋体" w:cs="宋体"/>
          <w:color w:val="000000"/>
        </w:rPr>
        <w:t>上任意一点，如果</w:t>
      </w:r>
      <w:r>
        <w:pict>
          <v:shape id="_x0000_i711473" type="#_x0000_t75" alt="学科网(www.zxxk.com)--教育资源门户，提供试卷、教案、课件、论文、素材以及各类教学资源下载，还有大量而丰富的教学相关资讯！" style="width:14.25pt;height:10.5pt" o:oleicon="f" o:ole="">
            <v:imagedata r:id="rId1666" o:title="eqIdac047e91852b91af639feec23a9598b2"/>
          </v:shape>
        </w:pict>
      </w:r>
      <w:r>
        <w:rPr>
          <w:rFonts w:ascii="宋体" w:eastAsia="宋体" w:hAnsi="宋体" w:cs="宋体"/>
          <w:color w:val="000000"/>
        </w:rPr>
        <w:t>，</w:t>
      </w:r>
      <w:r>
        <w:pict>
          <v:shape id="_x0000_i711474" type="#_x0000_t75" alt="学科网(www.zxxk.com)--教育资源门户，提供试卷、教案、课件、论文、素材以及各类教学资源下载，还有大量而丰富的教学相关资讯！" style="width:11.25pt;height:12pt" o:oleicon="f" o:ole="">
            <v:imagedata r:id="rId1668" o:title="eqIddad2a36927223bd70f426ba06aea4b45"/>
          </v:shape>
        </w:pict>
      </w:r>
      <w:r>
        <w:rPr>
          <w:rFonts w:ascii="宋体" w:eastAsia="宋体" w:hAnsi="宋体" w:cs="宋体"/>
          <w:color w:val="000000"/>
        </w:rPr>
        <w:t>两点间的距离有最小值，那么称这个最小值为点</w:t>
      </w:r>
      <w:r>
        <w:pict>
          <v:shape id="_x0000_i711475" type="#_x0000_t75" alt="学科网(www.zxxk.com)--教育资源门户，提供试卷、教案、课件、论文、素材以及各类教学资源下载，还有大量而丰富的教学相关资讯！" style="width:14.25pt;height:10.5pt" o:oleicon="f" o:ole="">
            <v:imagedata r:id="rId1666" o:title="eqIdac047e91852b91af639feec23a9598b2"/>
          </v:shape>
        </w:pict>
      </w:r>
      <w:r>
        <w:rPr>
          <w:rFonts w:ascii="宋体" w:eastAsia="宋体" w:hAnsi="宋体" w:cs="宋体"/>
          <w:color w:val="000000"/>
        </w:rPr>
        <w:t>，线段</w:t>
      </w:r>
      <w:r>
        <w:pict>
          <v:shape id="_x0000_i711476" type="#_x0000_t75" alt="学科网(www.zxxk.com)--教育资源门户，提供试卷、教案、课件、论文、素材以及各类教学资源下载，还有大量而丰富的教学相关资讯！" style="width:20.05pt;height:12.6pt" o:oleicon="f" o:ole="">
            <v:imagedata r:id="rId1667"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近距</w:t>
      </w:r>
      <w:r>
        <w:rPr>
          <w:rFonts w:ascii="Times New Roman" w:eastAsia="Times New Roman" w:hAnsi="Times New Roman" w:cs="Times New Roman"/>
          <w:color w:val="000000"/>
        </w:rPr>
        <w:t>”</w:t>
      </w:r>
      <w:r>
        <w:rPr>
          <w:rFonts w:ascii="宋体" w:eastAsia="宋体" w:hAnsi="宋体" w:cs="宋体"/>
          <w:color w:val="000000"/>
        </w:rPr>
        <w:t>，记作</w:t>
      </w:r>
      <w:r>
        <w:pict>
          <v:shape id="_x0000_i711477" type="#_x0000_t75" alt="学科网(www.zxxk.com)--教育资源门户，提供试卷、教案、课件、论文、素材以及各类教学资源下载，还有大量而丰富的教学相关资讯！" style="width:90pt;height:18pt" o:oleicon="f" o:ole="">
            <v:imagedata r:id="rId1669" o:title="eqId112b55129bc8bc85c751ecfae0ad93b2"/>
          </v:shape>
        </w:pict>
      </w:r>
      <w:r>
        <w:rPr>
          <w:rFonts w:ascii="宋体" w:eastAsia="宋体" w:hAnsi="宋体" w:cs="宋体"/>
          <w:color w:val="000000"/>
        </w:rPr>
        <w:t>；如果</w:t>
      </w:r>
      <w:r>
        <w:pict>
          <v:shape id="_x0000_i711478" type="#_x0000_t75" alt="学科网(www.zxxk.com)--教育资源门户，提供试卷、教案、课件、论文、素材以及各类教学资源下载，还有大量而丰富的教学相关资讯！" style="width:14.25pt;height:10.5pt" o:oleicon="f" o:ole="">
            <v:imagedata r:id="rId1666" o:title="eqIdac047e91852b91af639feec23a9598b2"/>
          </v:shape>
        </w:pict>
      </w:r>
      <w:r>
        <w:rPr>
          <w:rFonts w:ascii="宋体" w:eastAsia="宋体" w:hAnsi="宋体" w:cs="宋体"/>
          <w:color w:val="000000"/>
        </w:rPr>
        <w:t>，</w:t>
      </w:r>
      <w:r>
        <w:pict>
          <v:shape id="_x0000_i711479" type="#_x0000_t75" alt="学科网(www.zxxk.com)--教育资源门户，提供试卷、教案、课件、论文、素材以及各类教学资源下载，还有大量而丰富的教学相关资讯！" style="width:11.25pt;height:12pt" o:oleicon="f" o:ole="">
            <v:imagedata r:id="rId1668" o:title="eqIddad2a36927223bd70f426ba06aea4b45"/>
          </v:shape>
        </w:pict>
      </w:r>
      <w:r>
        <w:rPr>
          <w:rFonts w:ascii="宋体" w:eastAsia="宋体" w:hAnsi="宋体" w:cs="宋体"/>
          <w:color w:val="000000"/>
        </w:rPr>
        <w:t>两点间的距离有最大值，那么称这个最大值为点</w:t>
      </w:r>
      <w:r>
        <w:pict>
          <v:shape id="_x0000_i711480" type="#_x0000_t75" alt="学科网(www.zxxk.com)--教育资源门户，提供试卷、教案、课件、论文、素材以及各类教学资源下载，还有大量而丰富的教学相关资讯！" style="width:14.25pt;height:10.5pt" o:oleicon="f" o:ole="">
            <v:imagedata r:id="rId1666" o:title="eqIdac047e91852b91af639feec23a9598b2"/>
          </v:shape>
        </w:pict>
      </w:r>
      <w:r>
        <w:rPr>
          <w:rFonts w:ascii="宋体" w:eastAsia="宋体" w:hAnsi="宋体" w:cs="宋体"/>
          <w:color w:val="000000"/>
        </w:rPr>
        <w:t>，线段</w:t>
      </w:r>
      <w:r>
        <w:pict>
          <v:shape id="_x0000_i711481" type="#_x0000_t75" alt="学科网(www.zxxk.com)--教育资源门户，提供试卷、教案、课件、论文、素材以及各类教学资源下载，还有大量而丰富的教学相关资讯！" style="width:20.05pt;height:12.6pt" o:oleicon="f" o:ole="">
            <v:imagedata r:id="rId1667"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远距</w:t>
      </w:r>
      <w:r>
        <w:rPr>
          <w:rFonts w:ascii="Times New Roman" w:eastAsia="Times New Roman" w:hAnsi="Times New Roman" w:cs="Times New Roman"/>
          <w:color w:val="000000"/>
        </w:rPr>
        <w:t>”</w:t>
      </w:r>
      <w:r>
        <w:rPr>
          <w:rFonts w:ascii="宋体" w:eastAsia="宋体" w:hAnsi="宋体" w:cs="宋体"/>
          <w:color w:val="000000"/>
        </w:rPr>
        <w:t>，记作</w:t>
      </w:r>
      <w:r>
        <w:pict>
          <v:shape id="_x0000_i711482" type="#_x0000_t75" alt="学科网(www.zxxk.com)--教育资源门户，提供试卷、教案、课件、论文、素材以及各类教学资源下载，还有大量而丰富的教学相关资讯！" style="width:92.25pt;height:18pt" o:oleicon="f" o:ole="">
            <v:imagedata r:id="rId1670" o:title="eqIdd4c112bc8b30b25b25a660542fec69bc"/>
          </v:shape>
        </w:pict>
      </w:r>
      <w:r>
        <w:rPr>
          <w:rFonts w:ascii="宋体" w:eastAsia="宋体" w:hAnsi="宋体" w:cs="宋体"/>
          <w:color w:val="000000"/>
        </w:rPr>
        <w:t>．特别的，若点</w:t>
      </w:r>
      <w:r>
        <w:pict>
          <v:shape id="_x0000_i711483" type="#_x0000_t75" alt="学科网(www.zxxk.com)--教育资源门户，提供试卷、教案、课件、论文、素材以及各类教学资源下载，还有大量而丰富的教学相关资讯！" style="width:14.25pt;height:10.5pt" o:oleicon="f" o:ole="">
            <v:imagedata r:id="rId1666" o:title="eqIdac047e91852b91af639feec23a9598b2"/>
          </v:shape>
        </w:pict>
      </w:r>
      <w:r>
        <w:rPr>
          <w:rFonts w:ascii="宋体" w:eastAsia="宋体" w:hAnsi="宋体" w:cs="宋体"/>
          <w:color w:val="000000"/>
        </w:rPr>
        <w:t>与点</w:t>
      </w:r>
      <w:r>
        <w:pict>
          <v:shape id="_x0000_i711484" type="#_x0000_t75" alt="学科网(www.zxxk.com)--教育资源门户，提供试卷、教案、课件、论文、素材以及各类教学资源下载，还有大量而丰富的教学相关资讯！" style="width:11.25pt;height:12pt" o:oleicon="f" o:ole="">
            <v:imagedata r:id="rId1668" o:title="eqIddad2a36927223bd70f426ba06aea4b45"/>
          </v:shape>
        </w:pict>
      </w:r>
      <w:r>
        <w:rPr>
          <w:rFonts w:ascii="宋体" w:eastAsia="宋体" w:hAnsi="宋体" w:cs="宋体"/>
          <w:color w:val="000000"/>
        </w:rPr>
        <w:t>重合，则</w:t>
      </w:r>
      <w:r>
        <w:pict>
          <v:shape id="_x0000_i711485" type="#_x0000_t75" alt="学科网(www.zxxk.com)--教育资源门户，提供试卷、教案、课件、论文、素材以及各类教学资源下载，还有大量而丰富的教学相关资讯！" style="width:14.25pt;height:10.5pt" o:oleicon="f" o:ole="">
            <v:imagedata r:id="rId1666" o:title="eqIdac047e91852b91af639feec23a9598b2"/>
          </v:shape>
        </w:pict>
      </w:r>
      <w:r>
        <w:rPr>
          <w:rFonts w:ascii="宋体" w:eastAsia="宋体" w:hAnsi="宋体" w:cs="宋体"/>
          <w:color w:val="000000"/>
        </w:rPr>
        <w:t>，</w:t>
      </w:r>
      <w:r>
        <w:pict>
          <v:shape id="_x0000_i711486" type="#_x0000_t75" alt="学科网(www.zxxk.com)--教育资源门户，提供试卷、教案、课件、论文、素材以及各类教学资源下载，还有大量而丰富的教学相关资讯！" style="width:11.25pt;height:12pt" o:oleicon="f" o:ole="">
            <v:imagedata r:id="rId1668" o:title="eqIddad2a36927223bd70f426ba06aea4b45"/>
          </v:shape>
        </w:pict>
      </w:r>
      <w:r>
        <w:rPr>
          <w:rFonts w:ascii="宋体" w:eastAsia="宋体" w:hAnsi="宋体" w:cs="宋体"/>
          <w:color w:val="000000"/>
        </w:rPr>
        <w:t>两点间距离为</w:t>
      </w:r>
      <w:r>
        <w:pict>
          <v:shape id="_x0000_i711487" type="#_x0000_t75" alt="学科网(www.zxxk.com)--教育资源门户，提供试卷、教案、课件、论文、素材以及各类教学资源下载，还有大量而丰富的教学相关资讯！" style="width:9pt;height:12.75pt" o:oleicon="f" o:ole="">
            <v:imagedata r:id="rId1671" o:title="eqIdc95b6be4554f03bf496092f1acdfbb89"/>
          </v:shape>
        </w:pict>
      </w:r>
      <w:r>
        <w:rPr>
          <w:rFonts w:ascii="宋体" w:eastAsia="宋体" w:hAnsi="宋体" w:cs="宋体"/>
          <w:color w:val="000000"/>
        </w:rPr>
        <w:t>．已知点</w:t>
      </w:r>
      <w:r>
        <w:pict>
          <v:shape id="_x0000_i711488" type="#_x0000_t75" alt="学科网(www.zxxk.com)--教育资源门户，提供试卷、教案、课件、论文、素材以及各类教学资源下载，还有大量而丰富的教学相关资讯！" style="width:12pt;height:12pt" o:oleicon="f" o:ole="">
            <v:imagedata r:id="rId1672" o:title="eqId5963abe8f421bd99a2aaa94831a951e9"/>
          </v:shape>
        </w:pict>
      </w:r>
      <w:r>
        <w:rPr>
          <w:rFonts w:ascii="宋体" w:eastAsia="宋体" w:hAnsi="宋体" w:cs="宋体"/>
          <w:color w:val="000000"/>
        </w:rPr>
        <w:t>表示的数为</w:t>
      </w:r>
      <w:r>
        <w:pict>
          <v:shape id="_x0000_i711489" type="#_x0000_t75" alt="学科网(www.zxxk.com)--教育资源门户，提供试卷、教案、课件、论文、素材以及各类教学资源下载，还有大量而丰富的教学相关资讯！" style="width:15.75pt;height:12.75pt" o:oleicon="f" o:ole="">
            <v:imagedata r:id="rId1673" o:title="eqId274a9dc37509f01c2606fb3086a46f4f"/>
          </v:shape>
        </w:pict>
      </w:r>
      <w:r>
        <w:rPr>
          <w:rFonts w:ascii="宋体" w:eastAsia="宋体" w:hAnsi="宋体" w:cs="宋体"/>
          <w:color w:val="000000"/>
        </w:rPr>
        <w:t>，点</w:t>
      </w:r>
      <w:r>
        <w:pict>
          <v:shape id="_x0000_i711490" type="#_x0000_t75" alt="学科网(www.zxxk.com)--教育资源门户，提供试卷、教案、课件、论文、素材以及各类教学资源下载，还有大量而丰富的教学相关资讯！" style="width:9.75pt;height:10.5pt" o:oleicon="f" o:ole="">
            <v:imagedata r:id="rId1674" o:title="eqId7f9e8449aad35c5d840a3395ea86df6d"/>
          </v:shape>
        </w:pict>
      </w:r>
      <w:r>
        <w:rPr>
          <w:rFonts w:ascii="宋体" w:eastAsia="宋体" w:hAnsi="宋体" w:cs="宋体"/>
          <w:color w:val="000000"/>
        </w:rPr>
        <w:t>表示的数为</w:t>
      </w:r>
      <w:r>
        <w:pict>
          <v:shape id="_x0000_i711491" type="#_x0000_t75" alt="学科网(www.zxxk.com)--教育资源门户，提供试卷、教案、课件、论文、素材以及各类教学资源下载，还有大量而丰富的教学相关资讯！" style="width:9.35pt;height:14.05pt" o:oleicon="f" o:ole="">
            <v:imagedata r:id="rId1675" o:title="eqId5ca7d1107389675d32b56ec097464c14"/>
          </v:shape>
        </w:pict>
      </w:r>
      <w:r>
        <w:rPr>
          <w:rFonts w:ascii="宋体" w:eastAsia="宋体" w:hAnsi="宋体" w:cs="宋体"/>
          <w:color w:val="000000"/>
        </w:rPr>
        <w:t>．例如图，若点</w:t>
      </w:r>
      <w:r>
        <w:pict>
          <v:shape id="_x0000_i711492" type="#_x0000_t75" alt="学科网(www.zxxk.com)--教育资源门户，提供试卷、教案、课件、论文、素材以及各类教学资源下载，还有大量而丰富的教学相关资讯！" style="width:11.9pt;height:14.4pt" o:oleicon="f" o:ole="">
            <v:imagedata r:id="rId1676" o:title="eqIdc5db41a1f31d6baee7c69990811edb9f"/>
          </v:shape>
        </w:pict>
      </w:r>
      <w:r>
        <w:rPr>
          <w:rFonts w:ascii="宋体" w:eastAsia="宋体" w:hAnsi="宋体" w:cs="宋体"/>
          <w:color w:val="000000"/>
        </w:rPr>
        <w:t>表示的数为</w:t>
      </w:r>
      <w:r>
        <w:pict>
          <v:shape id="_x0000_i711493" type="#_x0000_t75" alt="学科网(www.zxxk.com)--教育资源门户，提供试卷、教案、课件、论文、素材以及各类教学资源下载，还有大量而丰富的教学相关资讯！" style="width:9.25pt;height:14.2pt" o:oleicon="f" o:ole="">
            <v:imagedata r:id="rId1677" o:title="eqIdd91e07104b699c4012be2d26160976a2"/>
          </v:shape>
        </w:pict>
      </w:r>
      <w:r>
        <w:rPr>
          <w:rFonts w:ascii="宋体" w:eastAsia="宋体" w:hAnsi="宋体" w:cs="宋体"/>
          <w:color w:val="000000"/>
        </w:rPr>
        <w:t>，则</w:t>
      </w:r>
      <w:r>
        <w:pict>
          <v:shape id="_x0000_i711494" type="#_x0000_t75" alt="学科网(www.zxxk.com)--教育资源门户，提供试卷、教案、课件、论文、素材以及各类教学资源下载，还有大量而丰富的教学相关资讯！" style="width:105pt;height:18pt" o:oleicon="f" o:ole="">
            <v:imagedata r:id="rId1678" o:title="eqId12632611c0de1f299141d332e8956122"/>
          </v:shape>
        </w:pict>
      </w:r>
      <w:r>
        <w:rPr>
          <w:rFonts w:ascii="宋体" w:eastAsia="宋体" w:hAnsi="宋体" w:cs="宋体"/>
          <w:color w:val="000000"/>
        </w:rPr>
        <w:t>，</w:t>
      </w:r>
      <w:r>
        <w:pict>
          <v:shape id="_x0000_i711495" type="#_x0000_t75" alt="学科网(www.zxxk.com)--教育资源门户，提供试卷、教案、课件、论文、素材以及各类教学资源下载，还有大量而丰富的教学相关资讯！" style="width:105.75pt;height:18pt" o:oleicon="f" o:ole="">
            <v:imagedata r:id="rId1679" o:title="eqIdbb69e19fa98e2edd189bd79e71bb32e3"/>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552700" cy="371475"/>
            <wp:docPr id="32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 name=""/>
                    <pic:cNvPicPr>
                      <a:picLocks noChangeAspect="1"/>
                    </pic:cNvPicPr>
                  </pic:nvPicPr>
                  <pic:blipFill>
                    <a:blip r:embed="rId1680"/>
                    <a:stretch>
                      <a:fillRect/>
                    </a:stretch>
                  </pic:blipFill>
                  <pic:spPr>
                    <a:xfrm>
                      <a:off x="0" y="0"/>
                      <a:ext cx="2552700" cy="3714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若点</w:t>
      </w:r>
      <w:r>
        <w:pict>
          <v:shape id="_x0000_i711496" type="#_x0000_t75" alt="学科网(www.zxxk.com)--教育资源门户，提供试卷、教案、课件、论文、素材以及各类教学资源下载，还有大量而丰富的教学相关资讯！" style="width:11.25pt;height:11.25pt" o:oleicon="f" o:ole="">
            <v:imagedata r:id="rId1681" o:title="eqId8455657dde27aabe6adb7b188e031c11"/>
          </v:shape>
        </w:pict>
      </w:r>
      <w:r>
        <w:rPr>
          <w:rFonts w:ascii="宋体" w:eastAsia="宋体" w:hAnsi="宋体" w:cs="宋体"/>
          <w:color w:val="000000"/>
        </w:rPr>
        <w:t>表示的数为</w:t>
      </w:r>
      <w:r>
        <w:pict>
          <v:shape id="_x0000_i711497" type="#_x0000_t75" alt="学科网(www.zxxk.com)--教育资源门户，提供试卷、教案、课件、论文、素材以及各类教学资源下载，还有大量而丰富的教学相关资讯！" style="width:16.05pt;height:13.9pt" o:oleicon="f" o:ole="">
            <v:imagedata r:id="rId1682" o:title="eqId81fb134b2b48acc99213fff6ccfee65f"/>
          </v:shape>
        </w:pict>
      </w:r>
      <w:r>
        <w:rPr>
          <w:rFonts w:ascii="宋体" w:eastAsia="宋体" w:hAnsi="宋体" w:cs="宋体"/>
          <w:color w:val="000000"/>
        </w:rPr>
        <w:t>，则</w:t>
      </w:r>
      <w:r>
        <w:pict>
          <v:shape id="_x0000_i711498" type="#_x0000_t75" alt="学科网(www.zxxk.com)--教育资源门户，提供试卷、教案、课件、论文、素材以及各类教学资源下载，还有大量而丰富的教学相关资讯！" style="width:17pt;height:16pt" o:oleicon="f" o:ole="">
            <v:imagedata r:id="rId1683" o:title="eqId73ed976c437962c169bc65b522e28bc2"/>
          </v:shape>
        </w:pict>
      </w:r>
      <w:r>
        <w:rPr>
          <w:rFonts w:ascii="宋体" w:eastAsia="宋体" w:hAnsi="宋体" w:cs="宋体"/>
          <w:color w:val="000000"/>
        </w:rPr>
        <w:t>点</w:t>
      </w:r>
      <w:r>
        <w:pict>
          <v:shape id="_x0000_i711499" type="#_x0000_t75" alt="学科网(www.zxxk.com)--教育资源门户，提供试卷、教案、课件、论文、素材以及各类教学资源下载，还有大量而丰富的教学相关资讯！" style="width:20pt;height:15pt" o:oleicon="f" o:ole="">
            <v:imagedata r:id="rId1684" o:title="eqId1585ff5e13596633a22571e8f9ac7667"/>
          </v:shape>
        </w:pict>
      </w:r>
      <w:r>
        <w:rPr>
          <w:rFonts w:ascii="宋体" w:eastAsia="宋体" w:hAnsi="宋体" w:cs="宋体"/>
          <w:color w:val="000000"/>
        </w:rPr>
        <w:t>线段</w:t>
      </w:r>
      <w:r>
        <w:pict>
          <v:shape id="_x0000_i711500" type="#_x0000_t75" alt="学科网(www.zxxk.com)--教育资源门户，提供试卷、教案、课件、论文、素材以及各类教学资源下载，还有大量而丰富的教学相关资讯！" style="width:21pt;height:15pt" o:oleicon="f" o:ole="">
            <v:imagedata r:id="rId1685" o:title="eqIde77d26b5ee0f70514e868ad6d5ca7983"/>
          </v:shape>
        </w:pict>
      </w:r>
      <w:r>
        <w:rPr>
          <w:rFonts w:ascii="Times New Roman" w:eastAsia="Times New Roman" w:hAnsi="Times New Roman" w:cs="Times New Roman"/>
          <w:color w:val="000000"/>
        </w:rPr>
        <w:t>=_____</w:t>
      </w:r>
      <w:r>
        <w:rPr>
          <w:rFonts w:ascii="宋体" w:eastAsia="宋体" w:hAnsi="宋体" w:cs="宋体"/>
          <w:color w:val="000000"/>
        </w:rPr>
        <w:t>，</w:t>
      </w:r>
      <w:r>
        <w:pict>
          <v:shape id="_x0000_i711501" type="#_x0000_t75" alt="学科网(www.zxxk.com)--教育资源门户，提供试卷、教案、课件、论文、素材以及各类教学资源下载，还有大量而丰富的教学相关资讯！" style="width:18pt;height:16pt" o:oleicon="f" o:ole="">
            <v:imagedata r:id="rId1686" o:title="eqId1af63feaece2725b804e0547b59f4df0"/>
          </v:shape>
        </w:pict>
      </w:r>
      <w:r>
        <w:rPr>
          <w:rFonts w:ascii="宋体" w:eastAsia="宋体" w:hAnsi="宋体" w:cs="宋体"/>
          <w:color w:val="000000"/>
        </w:rPr>
        <w:t>点</w:t>
      </w:r>
      <w:r>
        <w:pict>
          <v:shape id="_x0000_i711502" type="#_x0000_t75" alt="学科网(www.zxxk.com)--教育资源门户，提供试卷、教案、课件、论文、素材以及各类教学资源下载，还有大量而丰富的教学相关资讯！" style="width:20pt;height:15pt" o:oleicon="f" o:ole="">
            <v:imagedata r:id="rId1684" o:title="eqId1585ff5e13596633a22571e8f9ac7667"/>
          </v:shape>
        </w:pict>
      </w:r>
      <w:r>
        <w:rPr>
          <w:rFonts w:ascii="宋体" w:eastAsia="宋体" w:hAnsi="宋体" w:cs="宋体"/>
          <w:color w:val="000000"/>
        </w:rPr>
        <w:t>线段</w:t>
      </w:r>
      <w:r>
        <w:pict>
          <v:shape id="_x0000_i711503" type="#_x0000_t75" alt="学科网(www.zxxk.com)--教育资源门户，提供试卷、教案、课件、论文、素材以及各类教学资源下载，还有大量而丰富的教学相关资讯！" style="width:21pt;height:15pt" o:oleicon="f" o:ole="">
            <v:imagedata r:id="rId1685" o:title="eqIde77d26b5ee0f70514e868ad6d5ca7983"/>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pict>
          <v:shape id="_x0000_i711504" type="#_x0000_t75" alt="学科网(www.zxxk.com)--教育资源门户，提供试卷、教案、课件、论文、素材以及各类教学资源下载，还有大量而丰富的教学相关资讯！" style="width:12pt;height:13pt" o:oleicon="f" o:ole="">
            <v:imagedata r:id="rId1687" o:title="eqId2a30f3a8b673cc28bd90c50cf1a35281"/>
          </v:shape>
        </w:pict>
      </w:r>
      <w:r>
        <w:rPr>
          <w:rFonts w:ascii="宋体" w:eastAsia="宋体" w:hAnsi="宋体" w:cs="宋体"/>
          <w:color w:val="000000"/>
        </w:rPr>
        <w:t>表示数为</w:t>
      </w:r>
      <w:r>
        <w:pict>
          <v:shape id="_x0000_i711505" type="#_x0000_t75" alt="学科网(www.zxxk.com)--教育资源门户，提供试卷、教案、课件、论文、素材以及各类教学资源下载，还有大量而丰富的教学相关资讯！" style="width:9pt;height:9.75pt" o:oleicon="f" o:ole="">
            <v:imagedata r:id="rId1688" o:title="eqId81dea63b8ce3e51adf66cf7b9982a248"/>
          </v:shape>
        </w:pict>
      </w:r>
      <w:r>
        <w:rPr>
          <w:rFonts w:ascii="宋体" w:eastAsia="宋体" w:hAnsi="宋体" w:cs="宋体"/>
          <w:color w:val="000000"/>
        </w:rPr>
        <w:t>，点</w:t>
      </w:r>
      <w:r>
        <w:pict>
          <v:shape id="_x0000_i711506" type="#_x0000_t75" alt="学科网(www.zxxk.com)--教育资源门户，提供试卷、教案、课件、论文、素材以及各类教学资源下载，还有大量而丰富的教学相关资讯！" style="width:12.75pt;height:12.75pt" o:oleicon="f" o:ole="">
            <v:imagedata r:id="rId1689" o:title="eqIda0ed1ec316bc54c37c4286c208f55667"/>
          </v:shape>
        </w:pict>
      </w:r>
      <w:r>
        <w:rPr>
          <w:rFonts w:ascii="宋体" w:eastAsia="宋体" w:hAnsi="宋体" w:cs="宋体"/>
          <w:color w:val="000000"/>
        </w:rPr>
        <w:t>表示数为</w:t>
      </w:r>
      <w:r>
        <w:pict>
          <v:shape id="_x0000_i711507" type="#_x0000_t75" alt="学科网(www.zxxk.com)--教育资源门户，提供试卷、教案、课件、论文、素材以及各类教学资源下载，还有大量而丰富的教学相关资讯！" style="width:24pt;height:14.25pt" o:oleicon="f" o:ole="">
            <v:imagedata r:id="rId1690" o:title="eqId73b5a9de8a72dda70e3eefeb0a408ffd"/>
          </v:shape>
        </w:pict>
      </w:r>
      <w:r>
        <w:rPr>
          <w:rFonts w:ascii="宋体" w:eastAsia="宋体" w:hAnsi="宋体" w:cs="宋体"/>
          <w:color w:val="000000"/>
        </w:rPr>
        <w:t>．</w:t>
      </w:r>
      <w:r>
        <w:pict>
          <v:shape id="_x0000_i711508" type="#_x0000_t75" alt="学科网(www.zxxk.com)--教育资源门户，提供试卷、教案、课件、论文、素材以及各类教学资源下载，还有大量而丰富的教学相关资讯！" style="width:87.75pt;height:18pt" o:oleicon="f" o:ole="">
            <v:imagedata r:id="rId1691" o:title="eqIdc60b1be885d7a2a5bc24c84c8fe8802d"/>
          </v:shape>
        </w:pict>
      </w:r>
      <w:r>
        <w:rPr>
          <w:rFonts w:ascii="宋体" w:eastAsia="宋体" w:hAnsi="宋体" w:cs="宋体"/>
          <w:color w:val="000000"/>
        </w:rPr>
        <w:t>是</w:t>
      </w:r>
      <w:r>
        <w:pict>
          <v:shape id="_x0000_i711509" type="#_x0000_t75" alt="学科网(www.zxxk.com)--教育资源门户，提供试卷、教案、课件、论文、素材以及各类教学资源下载，还有大量而丰富的教学相关资讯！" style="width:86.25pt;height:18pt" o:oleicon="f" o:ole="">
            <v:imagedata r:id="rId1692" o:title="eqId898d3de2c6f57a36dc289014033f8d36"/>
          </v:shape>
        </w:pict>
      </w:r>
      <w:r>
        <w:rPr>
          <w:rFonts w:ascii="宋体" w:eastAsia="宋体" w:hAnsi="宋体" w:cs="宋体"/>
          <w:color w:val="000000"/>
        </w:rPr>
        <w:t>的</w:t>
      </w:r>
      <w:r>
        <w:pict>
          <v:shape id="_x0000_i711510" type="#_x0000_t75" alt="学科网(www.zxxk.com)--教育资源门户，提供试卷、教案、课件、论文、素材以及各类教学资源下载，还有大量而丰富的教学相关资讯！" style="width:9.35pt;height:14.05pt" o:oleicon="f" o:ole="">
            <v:imagedata r:id="rId1693" o:title="eqId5ca7d1107389675d32b56ec097464c14"/>
          </v:shape>
        </w:pict>
      </w:r>
      <w:r>
        <w:rPr>
          <w:rFonts w:ascii="宋体" w:eastAsia="宋体" w:hAnsi="宋体" w:cs="宋体"/>
          <w:color w:val="000000"/>
        </w:rPr>
        <w:t>倍．求</w:t>
      </w:r>
      <w:r>
        <w:pict>
          <v:shape id="_x0000_i711511" type="#_x0000_t75" alt="学科网(www.zxxk.com)--教育资源门户，提供试卷、教案、课件、论文、素材以及各类教学资源下载，还有大量而丰富的教学相关资讯！" style="width:9pt;height:9.75pt" o:oleicon="f" o:ole="">
            <v:imagedata r:id="rId1688" o:title="eqId81dea63b8ce3e51adf66cf7b9982a248"/>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r>
        <w:rPr>
          <w:color w:val="000000"/>
        </w:rPr>
        <w:t xml:space="preserve">    </w:t>
      </w:r>
      <w:r>
        <w:rPr>
          <w:color w:val="000000"/>
        </w:rPr>
        <w:t>（2）</w:t>
      </w:r>
      <w:r>
        <w:pict>
          <v:shape id="_x0000_i711512" type="#_x0000_t75" alt="学科网(www.zxxk.com)--教育资源门户，提供试卷、教案、课件、论文、素材以及各类教学资源下载，还有大量而丰富的教学相关资讯！" style="width:24.75pt;height:12.75pt" o:oleicon="f" o:ole="">
            <v:imagedata r:id="rId1694" o:title="eqIdf23d29646155e27b172ecdf263e2d702"/>
          </v:shape>
        </w:pict>
      </w:r>
      <w:r>
        <w:rPr>
          <w:rFonts w:ascii="宋体" w:eastAsia="宋体" w:hAnsi="宋体" w:cs="宋体"/>
          <w:color w:val="000000"/>
        </w:rPr>
        <w:t>或</w:t>
      </w:r>
      <w:r>
        <w:pict>
          <v:shape id="_x0000_i711513" type="#_x0000_t75" alt="学科网(www.zxxk.com)--教育资源门户，提供试卷、教案、课件、论文、素材以及各类教学资源下载，还有大量而丰富的教学相关资讯！" style="width:28.5pt;height:14.25pt" o:oleicon="f" o:ole="">
            <v:imagedata r:id="rId1695" o:title="eqId39cc033406da2cdd342308972c6701f1"/>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）根据已知定义，进行计算即可解答；</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）分两种情况，点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的左侧，点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的右侧．</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1514" type="#_x0000_t75" alt="学科网(www.zxxk.com)--教育资源门户，提供试卷、教案、课件、论文、素材以及各类教学资源下载，还有大量而丰富的教学相关资讯！" style="width:9.75pt;height:8.25pt" o:oleicon="f" o:ole="">
            <v:imagedata r:id="rId1696" o:title="eqId16f3d198e76391779fa3badc848c8ac8"/>
          </v:shape>
        </w:pict>
      </w:r>
      <w:r>
        <w:rPr>
          <w:rFonts w:ascii="宋体" w:eastAsia="宋体" w:hAnsi="宋体" w:cs="宋体"/>
          <w:color w:val="000000"/>
        </w:rPr>
        <w:t>点</w:t>
      </w:r>
      <w:r>
        <w:pict>
          <v:shape id="_x0000_i711515" type="#_x0000_t75" alt="学科网(www.zxxk.com)--教育资源门户，提供试卷、教案、课件、论文、素材以及各类教学资源下载，还有大量而丰富的教学相关资讯！" style="width:11.25pt;height:11.25pt" o:oleicon="f" o:ole="">
            <v:imagedata r:id="rId1697" o:title="eqId8455657dde27aabe6adb7b188e031c11"/>
          </v:shape>
        </w:pict>
      </w:r>
      <w:r>
        <w:rPr>
          <w:rFonts w:ascii="宋体" w:eastAsia="宋体" w:hAnsi="宋体" w:cs="宋体"/>
          <w:color w:val="000000"/>
        </w:rPr>
        <w:t>表示的数为</w:t>
      </w:r>
      <w:r>
        <w:pict>
          <v:shape id="_x0000_i711516" type="#_x0000_t75" alt="学科网(www.zxxk.com)--教育资源门户，提供试卷、教案、课件、论文、素材以及各类教学资源下载，还有大量而丰富的教学相关资讯！" style="width:16.05pt;height:13.9pt" o:oleicon="f" o:ole="">
            <v:imagedata r:id="rId1698" o:title="eqId81fb134b2b48acc99213fff6ccfee65f"/>
          </v:shape>
        </w:pict>
      </w:r>
      <w:r>
        <w:rPr>
          <w:rFonts w:ascii="宋体" w:eastAsia="宋体" w:hAnsi="宋体" w:cs="宋体"/>
          <w:color w:val="000000"/>
        </w:rPr>
        <w:t>，</w:t>
      </w:r>
    </w:p>
    <w:p>
      <w:pPr>
        <w:spacing w:line="360" w:lineRule="auto"/>
        <w:jc w:val="left"/>
        <w:textAlignment w:val="center"/>
        <w:rPr>
          <w:color w:val="000000"/>
        </w:rPr>
      </w:pPr>
      <w:r>
        <w:pict>
          <v:shape id="_x0000_i711517" type="#_x0000_t75" alt="学科网(www.zxxk.com)--教育资源门户，提供试卷、教案、课件、论文、素材以及各类教学资源下载，还有大量而丰富的教学相关资讯！" style="width:9.75pt;height:9pt" o:oleicon="f" o:ole="">
            <v:imagedata r:id="rId1699" o:title="eqId2de0d10ef8b748d4531250c37c5d3f9e"/>
          </v:shape>
        </w:pict>
      </w:r>
      <w:r>
        <w:pict>
          <v:shape id="_x0000_i711518" type="#_x0000_t75" alt="学科网(www.zxxk.com)--教育资源门户，提供试卷、教案、课件、论文、素材以及各类教学资源下载，还有大量而丰富的教学相关资讯！" style="width:17pt;height:16pt" o:oleicon="f" o:ole="">
            <v:imagedata r:id="rId1700" o:title="eqId73ed976c437962c169bc65b522e28bc2"/>
          </v:shape>
        </w:pict>
      </w:r>
      <w:r>
        <w:rPr>
          <w:rFonts w:ascii="宋体" w:eastAsia="宋体" w:hAnsi="宋体" w:cs="宋体"/>
          <w:color w:val="000000"/>
        </w:rPr>
        <w:t>点</w:t>
      </w:r>
      <w:r>
        <w:pict>
          <v:shape id="_x0000_i711519" type="#_x0000_t75" alt="学科网(www.zxxk.com)--教育资源门户，提供试卷、教案、课件、论文、素材以及各类教学资源下载，还有大量而丰富的教学相关资讯！" style="width:20pt;height:15pt" o:oleicon="f" o:ole="">
            <v:imagedata r:id="rId1701" o:title="eqId1585ff5e13596633a22571e8f9ac7667"/>
          </v:shape>
        </w:pict>
      </w:r>
      <w:r>
        <w:rPr>
          <w:rFonts w:ascii="宋体" w:eastAsia="宋体" w:hAnsi="宋体" w:cs="宋体"/>
          <w:color w:val="000000"/>
        </w:rPr>
        <w:t>线段</w:t>
      </w:r>
      <w:r>
        <w:pict>
          <v:shape id="_x0000_i711520" type="#_x0000_t75" alt="学科网(www.zxxk.com)--教育资源门户，提供试卷、教案、课件、论文、素材以及各类教学资源下载，还有大量而丰富的教学相关资讯！" style="width:21pt;height:15pt" o:oleicon="f" o:ole="">
            <v:imagedata r:id="rId1702" o:title="eqIde77d26b5ee0f70514e868ad6d5ca7983"/>
          </v:shape>
        </w:pict>
      </w:r>
      <w:r>
        <w:pict>
          <v:shape id="_x0000_i711521" type="#_x0000_t75" alt="学科网(www.zxxk.com)--教育资源门户，提供试卷、教案、课件、论文、素材以及各类教学资源下载，还有大量而丰富的教学相关资讯！" style="width:141pt;height:16pt" o:oleicon="f" o:ole="">
            <v:imagedata r:id="rId1703" o:title="eqIdedde591d5a0fc957b5f48808243a9ba9"/>
          </v:shape>
        </w:pict>
      </w:r>
    </w:p>
    <w:p>
      <w:pPr>
        <w:spacing w:line="360" w:lineRule="auto"/>
        <w:jc w:val="left"/>
        <w:textAlignment w:val="center"/>
        <w:rPr>
          <w:color w:val="000000"/>
        </w:rPr>
      </w:pPr>
      <w:r>
        <w:pict>
          <v:shape id="_x0000_i711522" type="#_x0000_t75" alt="学科网(www.zxxk.com)--教育资源门户，提供试卷、教案、课件、论文、素材以及各类教学资源下载，还有大量而丰富的教学相关资讯！" style="width:9.75pt;height:9pt" o:oleicon="f" o:ole="">
            <v:imagedata r:id="rId1704" o:title="eqId2de0d10ef8b748d4531250c37c5d3f9e"/>
          </v:shape>
        </w:pict>
      </w:r>
      <w:r>
        <w:pict>
          <v:shape id="_x0000_i711523" type="#_x0000_t75" alt="学科网(www.zxxk.com)--教育资源门户，提供试卷、教案、课件、论文、素材以及各类教学资源下载，还有大量而丰富的教学相关资讯！" style="width:18pt;height:16pt" o:oleicon="f" o:ole="">
            <v:imagedata r:id="rId1705" o:title="eqId1af63feaece2725b804e0547b59f4df0"/>
          </v:shape>
        </w:pict>
      </w:r>
      <w:r>
        <w:rPr>
          <w:rFonts w:ascii="宋体" w:eastAsia="宋体" w:hAnsi="宋体" w:cs="宋体"/>
          <w:color w:val="000000"/>
        </w:rPr>
        <w:t>点</w:t>
      </w:r>
      <w:r>
        <w:pict>
          <v:shape id="_x0000_i711524" type="#_x0000_t75" alt="学科网(www.zxxk.com)--教育资源门户，提供试卷、教案、课件、论文、素材以及各类教学资源下载，还有大量而丰富的教学相关资讯！" style="width:20pt;height:15pt" o:oleicon="f" o:ole="">
            <v:imagedata r:id="rId1706" o:title="eqId1585ff5e13596633a22571e8f9ac7667"/>
          </v:shape>
        </w:pict>
      </w:r>
      <w:r>
        <w:rPr>
          <w:rFonts w:ascii="宋体" w:eastAsia="宋体" w:hAnsi="宋体" w:cs="宋体"/>
          <w:color w:val="000000"/>
        </w:rPr>
        <w:t>线段</w:t>
      </w:r>
      <w:r>
        <w:pict>
          <v:shape id="_x0000_i711525" type="#_x0000_t75" alt="学科网(www.zxxk.com)--教育资源门户，提供试卷、教案、课件、论文、素材以及各类教学资源下载，还有大量而丰富的教学相关资讯！" style="width:21pt;height:15pt" o:oleicon="f" o:ole="">
            <v:imagedata r:id="rId1707" o:title="eqIde77d26b5ee0f70514e868ad6d5ca7983"/>
          </v:shape>
        </w:pict>
      </w:r>
      <w:r>
        <w:pict>
          <v:shape id="_x0000_i711526" type="#_x0000_t75" alt="学科网(www.zxxk.com)--教育资源门户，提供试卷、教案、课件、论文、素材以及各类教学资源下载，还有大量而丰富的教学相关资讯！" style="width:129pt;height:16pt" o:oleicon="f" o:ole="">
            <v:imagedata r:id="rId1708" o:title="eqId5346745e9570a4465959b2c377334fc0"/>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position w:val="0"/>
        </w:rPr>
        <w:drawing>
          <wp:inline>
            <wp:extent cx="95250" cy="171450"/>
            <wp:docPr id="32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 name=""/>
                    <pic:cNvPicPr>
                      <a:picLocks noChangeAspect="1"/>
                    </pic:cNvPicPr>
                  </pic:nvPicPr>
                  <pic:blipFill>
                    <a:blip r:embed="rId1709"/>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分两种情况：</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的左侧，</w:t>
      </w:r>
    </w:p>
    <w:p>
      <w:pPr>
        <w:spacing w:line="360" w:lineRule="auto"/>
        <w:jc w:val="left"/>
        <w:textAlignment w:val="center"/>
        <w:rPr>
          <w:color w:val="000000"/>
        </w:rPr>
      </w:pPr>
      <w:r>
        <w:pict>
          <v:shape id="_x0000_i711527" type="#_x0000_t75" alt="学科网(www.zxxk.com)--教育资源门户，提供试卷、教案、课件、论文、素材以及各类教学资源下载，还有大量而丰富的教学相关资讯！" style="width:18pt;height:16pt" o:oleicon="f" o:ole="">
            <v:imagedata r:id="rId1710" o:title="eqId1af63feaece2725b804e0547b59f4df0"/>
          </v:shape>
        </w:pict>
      </w:r>
      <w:r>
        <w:rPr>
          <w:rFonts w:ascii="宋体" w:eastAsia="宋体" w:hAnsi="宋体" w:cs="宋体"/>
          <w:color w:val="000000"/>
        </w:rPr>
        <w:t>点</w:t>
      </w:r>
      <w:r>
        <w:pict>
          <v:shape id="_x0000_i711528" type="#_x0000_t75" alt="学科网(www.zxxk.com)--教育资源门户，提供试卷、教案、课件、论文、素材以及各类教学资源下载，还有大量而丰富的教学相关资讯！" style="width:19pt;height:15pt" o:oleicon="f" o:ole="">
            <v:imagedata r:id="rId1711" o:title="eqId7ba7e1848d0a5062b2a411cea933af92"/>
          </v:shape>
        </w:pict>
      </w:r>
      <w:r>
        <w:rPr>
          <w:rFonts w:ascii="宋体" w:eastAsia="宋体" w:hAnsi="宋体" w:cs="宋体"/>
          <w:color w:val="000000"/>
        </w:rPr>
        <w:t>线段</w:t>
      </w:r>
      <w:r>
        <w:pict>
          <v:shape id="_x0000_i711529" type="#_x0000_t75" alt="学科网(www.zxxk.com)--教育资源门户，提供试卷、教案、课件、论文、素材以及各类教学资源下载，还有大量而丰富的教学相关资讯！" style="width:21pt;height:15pt" o:oleicon="f" o:ole="">
            <v:imagedata r:id="rId1712" o:title="eqIde77d26b5ee0f70514e868ad6d5ca7983"/>
          </v:shape>
        </w:pict>
      </w:r>
      <w:r>
        <w:rPr>
          <w:rFonts w:ascii="Times New Roman" w:eastAsia="Times New Roman" w:hAnsi="Times New Roman" w:cs="Times New Roman"/>
          <w:color w:val="000000"/>
        </w:rPr>
        <w:t>=</w:t>
      </w:r>
      <w:r>
        <w:rPr>
          <w:rFonts w:ascii="Times New Roman" w:eastAsia="Times New Roman" w:hAnsi="Times New Roman" w:cs="Times New Roman"/>
          <w:i/>
          <w:color w:val="000000"/>
        </w:rPr>
        <w:t>BF</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p>
    <w:p>
      <w:pPr>
        <w:spacing w:line="360" w:lineRule="auto"/>
        <w:jc w:val="left"/>
        <w:textAlignment w:val="center"/>
        <w:rPr>
          <w:color w:val="000000"/>
        </w:rPr>
      </w:pPr>
      <w:r>
        <w:pict>
          <v:shape id="_x0000_i711530" type="#_x0000_t75" alt="学科网(www.zxxk.com)--教育资源门户，提供试卷、教案、课件、论文、素材以及各类教学资源下载，还有大量而丰富的教学相关资讯！" style="width:17pt;height:16pt" o:oleicon="f" o:ole="">
            <v:imagedata r:id="rId1713" o:title="eqId73ed976c437962c169bc65b522e28bc2"/>
          </v:shape>
        </w:pict>
      </w:r>
      <w:r>
        <w:rPr>
          <w:rFonts w:ascii="宋体" w:eastAsia="宋体" w:hAnsi="宋体" w:cs="宋体"/>
          <w:color w:val="000000"/>
        </w:rPr>
        <w:t>点</w:t>
      </w:r>
      <w:r>
        <w:pict>
          <v:shape id="_x0000_i711531" type="#_x0000_t75" alt="学科网(www.zxxk.com)--教育资源门户，提供试卷、教案、课件、论文、素材以及各类教学资源下载，还有大量而丰富的教学相关资讯！" style="width:19pt;height:15pt" o:oleicon="f" o:ole="">
            <v:imagedata r:id="rId1714" o:title="eqIdb2cdda9d04a1eec7a71d2be6df5aa759"/>
          </v:shape>
        </w:pict>
      </w:r>
      <w:r>
        <w:rPr>
          <w:rFonts w:ascii="宋体" w:eastAsia="宋体" w:hAnsi="宋体" w:cs="宋体"/>
          <w:color w:val="000000"/>
        </w:rPr>
        <w:t>线段</w:t>
      </w:r>
      <w:r>
        <w:pict>
          <v:shape id="_x0000_i711532" type="#_x0000_t75" alt="学科网(www.zxxk.com)--教育资源门户，提供试卷、教案、课件、论文、素材以及各类教学资源下载，还有大量而丰富的教学相关资讯！" style="width:21pt;height:15pt" o:oleicon="f" o:ole="">
            <v:imagedata r:id="rId1715" o:title="eqIde77d26b5ee0f70514e868ad6d5ca7983"/>
          </v:shape>
        </w:pict>
      </w:r>
      <w:r>
        <w:rPr>
          <w:rFonts w:ascii="Times New Roman" w:eastAsia="Times New Roman" w:hAnsi="Times New Roman" w:cs="Times New Roman"/>
          <w:color w:val="000000"/>
        </w:rPr>
        <w:t>=</w:t>
      </w:r>
      <w:r>
        <w:rPr>
          <w:rFonts w:ascii="Times New Roman" w:eastAsia="Times New Roman" w:hAnsi="Times New Roman" w:cs="Times New Roman"/>
          <w:i/>
          <w:color w:val="000000"/>
        </w:rPr>
        <w:t>AE</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p>
    <w:p>
      <w:pPr>
        <w:spacing w:line="360" w:lineRule="auto"/>
        <w:jc w:val="left"/>
        <w:textAlignment w:val="center"/>
        <w:rPr>
          <w:color w:val="000000"/>
        </w:rPr>
      </w:pPr>
      <w:r>
        <w:pict>
          <v:shape id="_x0000_i711533" type="#_x0000_t75" alt="学科网(www.zxxk.com)--教育资源门户，提供试卷、教案、课件、论文、素材以及各类教学资源下载，还有大量而丰富的教学相关资讯！" style="width:27pt;height:16pt" o:oleicon="f" o:ole="">
            <v:imagedata r:id="rId1716" o:title="eqId466d3bfae719ee32a081ca2a8dd3540c"/>
          </v:shape>
        </w:pict>
      </w:r>
      <w:r>
        <w:rPr>
          <w:rFonts w:ascii="宋体" w:eastAsia="宋体" w:hAnsi="宋体" w:cs="宋体"/>
          <w:color w:val="000000"/>
        </w:rPr>
        <w:t>点</w:t>
      </w:r>
      <w:r>
        <w:pict>
          <v:shape id="_x0000_i711534" type="#_x0000_t75" alt="学科网(www.zxxk.com)--教育资源门户，提供试卷、教案、课件、论文、素材以及各类教学资源下载，还有大量而丰富的教学相关资讯！" style="width:19pt;height:15pt" o:oleicon="f" o:ole="">
            <v:imagedata r:id="rId1717" o:title="eqId7ba7e1848d0a5062b2a411cea933af92"/>
          </v:shape>
        </w:pict>
      </w:r>
      <w:r>
        <w:rPr>
          <w:rFonts w:ascii="宋体" w:eastAsia="宋体" w:hAnsi="宋体" w:cs="宋体"/>
          <w:color w:val="000000"/>
        </w:rPr>
        <w:t>线段</w:t>
      </w:r>
      <w:r>
        <w:pict>
          <v:shape id="_x0000_i711535" type="#_x0000_t75" alt="学科网(www.zxxk.com)--教育资源门户，提供试卷、教案、课件、论文、素材以及各类教学资源下载，还有大量而丰富的教学相关资讯！" style="width:21pt;height:15pt" o:oleicon="f" o:ole="">
            <v:imagedata r:id="rId1718" o:title="eqIde77d26b5ee0f70514e868ad6d5ca7983"/>
          </v:shape>
        </w:pict>
      </w:r>
      <w:r>
        <w:rPr>
          <w:rFonts w:ascii="宋体" w:eastAsia="宋体" w:hAnsi="宋体" w:cs="宋体"/>
          <w:color w:val="000000"/>
        </w:rPr>
        <w:t>是</w:t>
      </w:r>
      <w:r>
        <w:pict>
          <v:shape id="_x0000_i711536" type="#_x0000_t75" alt="学科网(www.zxxk.com)--教育资源门户，提供试卷、教案、课件、论文、素材以及各类教学资源下载，还有大量而丰富的教学相关资讯！" style="width:17pt;height:16pt" o:oleicon="f" o:ole="">
            <v:imagedata r:id="rId1719" o:title="eqId73ed976c437962c169bc65b522e28bc2"/>
          </v:shape>
        </w:pict>
      </w:r>
      <w:r>
        <w:rPr>
          <w:rFonts w:ascii="宋体" w:eastAsia="宋体" w:hAnsi="宋体" w:cs="宋体"/>
          <w:color w:val="000000"/>
        </w:rPr>
        <w:t>点</w:t>
      </w:r>
      <w:r>
        <w:pict>
          <v:shape id="_x0000_i711537" type="#_x0000_t75" alt="学科网(www.zxxk.com)--教育资源门户，提供试卷、教案、课件、论文、素材以及各类教学资源下载，还有大量而丰富的教学相关资讯！" style="width:19pt;height:15pt" o:oleicon="f" o:ole="">
            <v:imagedata r:id="rId1720" o:title="eqIdb2cdda9d04a1eec7a71d2be6df5aa759"/>
          </v:shape>
        </w:pict>
      </w:r>
      <w:r>
        <w:rPr>
          <w:rFonts w:ascii="宋体" w:eastAsia="宋体" w:hAnsi="宋体" w:cs="宋体"/>
          <w:color w:val="000000"/>
        </w:rPr>
        <w:t>线段</w:t>
      </w:r>
      <w:r>
        <w:pict>
          <v:shape id="_x0000_i711538" type="#_x0000_t75" alt="学科网(www.zxxk.com)--教育资源门户，提供试卷、教案、课件、论文、素材以及各类教学资源下载，还有大量而丰富的教学相关资讯！" style="width:21pt;height:15pt" o:oleicon="f" o:ole="">
            <v:imagedata r:id="rId1718" o:title="eqIde77d26b5ee0f70514e868ad6d5ca7983"/>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w:t>
      </w:r>
    </w:p>
    <w:p>
      <w:pPr>
        <w:spacing w:line="360" w:lineRule="auto"/>
        <w:jc w:val="left"/>
        <w:textAlignment w:val="center"/>
        <w:rPr>
          <w:color w:val="000000"/>
        </w:rPr>
      </w:pPr>
      <w:r>
        <w:pict>
          <v:shape id="_x0000_i711539" type="#_x0000_t75" alt="学科网(www.zxxk.com)--教育资源门户，提供试卷、教案、课件、论文、素材以及各类教学资源下载，还有大量而丰富的教学相关资讯！" style="width:91pt;height:16pt" o:oleicon="f" o:ole="">
            <v:imagedata r:id="rId1721" o:title="eqIda2954c2125a72c190ab2fd01154c1c73"/>
          </v:shape>
        </w:pict>
      </w:r>
    </w:p>
    <w:p>
      <w:pPr>
        <w:spacing w:line="360" w:lineRule="auto"/>
        <w:jc w:val="left"/>
        <w:textAlignment w:val="center"/>
        <w:rPr>
          <w:color w:val="000000"/>
        </w:rPr>
      </w:pPr>
      <w:r>
        <w:pict>
          <v:shape id="_x0000_i711540" type="#_x0000_t75" alt="学科网(www.zxxk.com)--教育资源门户，提供试卷、教案、课件、论文、素材以及各类教学资源下载，还有大量而丰富的教学相关资讯！" style="width:39.2pt;height:12.9pt" o:oleicon="f" o:ole="">
            <v:imagedata r:id="rId1722" o:title="eqIdccf674f71c36d3e2b0ad296c1398b8e3"/>
          </v:shape>
        </w:pic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的右侧</w:t>
      </w:r>
    </w:p>
    <w:p>
      <w:pPr>
        <w:spacing w:line="360" w:lineRule="auto"/>
        <w:jc w:val="left"/>
        <w:textAlignment w:val="center"/>
        <w:rPr>
          <w:color w:val="000000"/>
        </w:rPr>
      </w:pPr>
      <w:r>
        <w:pict>
          <v:shape id="_x0000_i711541" type="#_x0000_t75" alt="学科网(www.zxxk.com)--教育资源门户，提供试卷、教案、课件、论文、素材以及各类教学资源下载，还有大量而丰富的教学相关资讯！" style="width:18pt;height:16pt" o:oleicon="f" o:ole="">
            <v:imagedata r:id="rId1723" o:title="eqId1af63feaece2725b804e0547b59f4df0"/>
          </v:shape>
        </w:pict>
      </w:r>
      <w:r>
        <w:rPr>
          <w:rFonts w:ascii="宋体" w:eastAsia="宋体" w:hAnsi="宋体" w:cs="宋体"/>
          <w:color w:val="000000"/>
        </w:rPr>
        <w:t>点</w:t>
      </w:r>
      <w:r>
        <w:pict>
          <v:shape id="_x0000_i711542" type="#_x0000_t75" alt="学科网(www.zxxk.com)--教育资源门户，提供试卷、教案、课件、论文、素材以及各类教学资源下载，还有大量而丰富的教学相关资讯！" style="width:19pt;height:15pt" o:oleicon="f" o:ole="">
            <v:imagedata r:id="rId1724" o:title="eqId7ba7e1848d0a5062b2a411cea933af92"/>
          </v:shape>
        </w:pict>
      </w:r>
      <w:r>
        <w:rPr>
          <w:rFonts w:ascii="宋体" w:eastAsia="宋体" w:hAnsi="宋体" w:cs="宋体"/>
          <w:color w:val="000000"/>
        </w:rPr>
        <w:t>线段</w:t>
      </w:r>
      <w:r>
        <w:pict>
          <v:shape id="_x0000_i711543" type="#_x0000_t75" alt="学科网(www.zxxk.com)--教育资源门户，提供试卷、教案、课件、论文、素材以及各类教学资源下载，还有大量而丰富的教学相关资讯！" style="width:21pt;height:15pt" o:oleicon="f" o:ole="">
            <v:imagedata r:id="rId1725" o:title="eqIde77d26b5ee0f70514e868ad6d5ca7983"/>
          </v:shape>
        </w:pict>
      </w:r>
      <w:r>
        <w:rPr>
          <w:rFonts w:ascii="Times New Roman" w:eastAsia="Times New Roman" w:hAnsi="Times New Roman" w:cs="Times New Roman"/>
          <w:color w:val="000000"/>
        </w:rPr>
        <w:t>=</w:t>
      </w:r>
      <w:r>
        <w:rPr>
          <w:rFonts w:ascii="Times New Roman" w:eastAsia="Times New Roman" w:hAnsi="Times New Roman" w:cs="Times New Roman"/>
          <w:i/>
          <w:color w:val="000000"/>
        </w:rPr>
        <w:t>AF</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p>
    <w:p>
      <w:pPr>
        <w:spacing w:line="360" w:lineRule="auto"/>
        <w:jc w:val="left"/>
        <w:textAlignment w:val="center"/>
        <w:rPr>
          <w:color w:val="000000"/>
        </w:rPr>
      </w:pPr>
      <w:r>
        <w:pict>
          <v:shape id="_x0000_i711544" type="#_x0000_t75" alt="学科网(www.zxxk.com)--教育资源门户，提供试卷、教案、课件、论文、素材以及各类教学资源下载，还有大量而丰富的教学相关资讯！" style="width:17pt;height:16pt" o:oleicon="f" o:ole="">
            <v:imagedata r:id="rId1726" o:title="eqId73ed976c437962c169bc65b522e28bc2"/>
          </v:shape>
        </w:pict>
      </w:r>
      <w:r>
        <w:rPr>
          <w:rFonts w:ascii="宋体" w:eastAsia="宋体" w:hAnsi="宋体" w:cs="宋体"/>
          <w:color w:val="000000"/>
        </w:rPr>
        <w:t>点</w:t>
      </w:r>
      <w:r>
        <w:pict>
          <v:shape id="_x0000_i711545" type="#_x0000_t75" alt="学科网(www.zxxk.com)--教育资源门户，提供试卷、教案、课件、论文、素材以及各类教学资源下载，还有大量而丰富的教学相关资讯！" style="width:19pt;height:15pt" o:oleicon="f" o:ole="">
            <v:imagedata r:id="rId1727" o:title="eqIdb2cdda9d04a1eec7a71d2be6df5aa759"/>
          </v:shape>
        </w:pict>
      </w:r>
      <w:r>
        <w:rPr>
          <w:rFonts w:ascii="宋体" w:eastAsia="宋体" w:hAnsi="宋体" w:cs="宋体"/>
          <w:color w:val="000000"/>
        </w:rPr>
        <w:t>线段</w:t>
      </w:r>
      <w:r>
        <w:pict>
          <v:shape id="_x0000_i711546" type="#_x0000_t75" alt="学科网(www.zxxk.com)--教育资源门户，提供试卷、教案、课件、论文、素材以及各类教学资源下载，还有大量而丰富的教学相关资讯！" style="width:21pt;height:15pt" o:oleicon="f" o:ole="">
            <v:imagedata r:id="rId1728" o:title="eqIde77d26b5ee0f70514e868ad6d5ca7983"/>
          </v:shape>
        </w:pict>
      </w:r>
      <w:r>
        <w:rPr>
          <w:rFonts w:ascii="Times New Roman" w:eastAsia="Times New Roman" w:hAnsi="Times New Roman" w:cs="Times New Roman"/>
          <w:color w:val="000000"/>
        </w:rPr>
        <w:t>=</w:t>
      </w:r>
      <w:r>
        <w:rPr>
          <w:rFonts w:ascii="Times New Roman" w:eastAsia="Times New Roman" w:hAnsi="Times New Roman" w:cs="Times New Roman"/>
          <w:i/>
          <w:color w:val="000000"/>
        </w:rPr>
        <w:t>EB</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p>
    <w:p>
      <w:pPr>
        <w:spacing w:line="360" w:lineRule="auto"/>
        <w:jc w:val="left"/>
        <w:textAlignment w:val="center"/>
        <w:rPr>
          <w:color w:val="000000"/>
        </w:rPr>
      </w:pPr>
      <w:r>
        <w:pict>
          <v:shape id="_x0000_i711547" type="#_x0000_t75" alt="学科网(www.zxxk.com)--教育资源门户，提供试卷、教案、课件、论文、素材以及各类教学资源下载，还有大量而丰富的教学相关资讯！" style="width:27pt;height:16pt" o:oleicon="f" o:ole="">
            <v:imagedata r:id="rId1729" o:title="eqId466d3bfae719ee32a081ca2a8dd3540c"/>
          </v:shape>
        </w:pict>
      </w:r>
      <w:r>
        <w:rPr>
          <w:rFonts w:ascii="宋体" w:eastAsia="宋体" w:hAnsi="宋体" w:cs="宋体"/>
          <w:color w:val="000000"/>
        </w:rPr>
        <w:t>点</w:t>
      </w:r>
      <w:r>
        <w:pict>
          <v:shape id="_x0000_i711548" type="#_x0000_t75" alt="学科网(www.zxxk.com)--教育资源门户，提供试卷、教案、课件、论文、素材以及各类教学资源下载，还有大量而丰富的教学相关资讯！" style="width:19pt;height:15pt" o:oleicon="f" o:ole="">
            <v:imagedata r:id="rId1730" o:title="eqId7ba7e1848d0a5062b2a411cea933af92"/>
          </v:shape>
        </w:pict>
      </w:r>
      <w:r>
        <w:rPr>
          <w:rFonts w:ascii="宋体" w:eastAsia="宋体" w:hAnsi="宋体" w:cs="宋体"/>
          <w:color w:val="000000"/>
        </w:rPr>
        <w:t>线段</w:t>
      </w:r>
      <w:r>
        <w:pict>
          <v:shape id="_x0000_i711549" type="#_x0000_t75" alt="学科网(www.zxxk.com)--教育资源门户，提供试卷、教案、课件、论文、素材以及各类教学资源下载，还有大量而丰富的教学相关资讯！" style="width:21pt;height:15pt" o:oleicon="f" o:ole="">
            <v:imagedata r:id="rId1731" o:title="eqIde77d26b5ee0f70514e868ad6d5ca7983"/>
          </v:shape>
        </w:pict>
      </w:r>
      <w:r>
        <w:rPr>
          <w:rFonts w:ascii="宋体" w:eastAsia="宋体" w:hAnsi="宋体" w:cs="宋体"/>
          <w:color w:val="000000"/>
        </w:rPr>
        <w:t>是</w:t>
      </w:r>
      <w:r>
        <w:pict>
          <v:shape id="_x0000_i711550" type="#_x0000_t75" alt="学科网(www.zxxk.com)--教育资源门户，提供试卷、教案、课件、论文、素材以及各类教学资源下载，还有大量而丰富的教学相关资讯！" style="width:17pt;height:16pt" o:oleicon="f" o:ole="">
            <v:imagedata r:id="rId1732" o:title="eqId73ed976c437962c169bc65b522e28bc2"/>
          </v:shape>
        </w:pict>
      </w:r>
      <w:r>
        <w:rPr>
          <w:rFonts w:ascii="宋体" w:eastAsia="宋体" w:hAnsi="宋体" w:cs="宋体"/>
          <w:color w:val="000000"/>
        </w:rPr>
        <w:t>点</w:t>
      </w:r>
      <w:r>
        <w:pict>
          <v:shape id="_x0000_i711551" type="#_x0000_t75" alt="学科网(www.zxxk.com)--教育资源门户，提供试卷、教案、课件、论文、素材以及各类教学资源下载，还有大量而丰富的教学相关资讯！" style="width:19pt;height:15pt" o:oleicon="f" o:ole="">
            <v:imagedata r:id="rId1733" o:title="eqIdb2cdda9d04a1eec7a71d2be6df5aa759"/>
          </v:shape>
        </w:pict>
      </w:r>
      <w:r>
        <w:rPr>
          <w:rFonts w:ascii="宋体" w:eastAsia="宋体" w:hAnsi="宋体" w:cs="宋体"/>
          <w:color w:val="000000"/>
        </w:rPr>
        <w:t>线段</w:t>
      </w:r>
      <w:r>
        <w:pict>
          <v:shape id="_x0000_i711552" type="#_x0000_t75" alt="学科网(www.zxxk.com)--教育资源门户，提供试卷、教案、课件、论文、素材以及各类教学资源下载，还有大量而丰富的教学相关资讯！" style="width:21pt;height:15pt" o:oleicon="f" o:ole="">
            <v:imagedata r:id="rId1731" o:title="eqIde77d26b5ee0f70514e868ad6d5ca7983"/>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w:t>
      </w:r>
    </w:p>
    <w:p>
      <w:pPr>
        <w:spacing w:line="360" w:lineRule="auto"/>
        <w:jc w:val="left"/>
        <w:textAlignment w:val="center"/>
        <w:rPr>
          <w:color w:val="000000"/>
        </w:rPr>
      </w:pPr>
      <w:r>
        <w:pict>
          <v:shape id="_x0000_i711553" type="#_x0000_t75" alt="学科网(www.zxxk.com)--教育资源门户，提供试卷、教案、课件、论文、素材以及各类教学资源下载，还有大量而丰富的教学相关资讯！" style="width:83pt;height:16pt" o:oleicon="f" o:ole="">
            <v:imagedata r:id="rId1734" o:title="eqId798f554578ce27aad81bd150dc9c3495"/>
          </v:shape>
        </w:pict>
      </w:r>
    </w:p>
    <w:p>
      <w:pPr>
        <w:spacing w:line="360" w:lineRule="auto"/>
        <w:jc w:val="left"/>
        <w:textAlignment w:val="center"/>
        <w:rPr>
          <w:color w:val="000000"/>
        </w:rPr>
      </w:pPr>
      <w:r>
        <w:rPr>
          <w:rFonts w:ascii="宋体" w:eastAsia="宋体" w:hAnsi="宋体" w:cs="宋体"/>
          <w:color w:val="000000"/>
        </w:rPr>
        <w:t>综上所述，</w:t>
      </w:r>
      <w:r>
        <w:pict>
          <v:shape id="_x0000_i711554" type="#_x0000_t75" alt="学科网(www.zxxk.com)--教育资源门户，提供试卷、教案、课件、论文、素材以及各类教学资源下载，还有大量而丰富的教学相关资讯！" style="width:24.75pt;height:12.75pt" o:oleicon="f" o:ole="">
            <v:imagedata r:id="rId1735" o:title="eqIdf23d29646155e27b172ecdf263e2d702"/>
          </v:shape>
        </w:pict>
      </w:r>
      <w:r>
        <w:rPr>
          <w:rFonts w:ascii="宋体" w:eastAsia="宋体" w:hAnsi="宋体" w:cs="宋体"/>
          <w:color w:val="000000"/>
        </w:rPr>
        <w:t>或</w:t>
      </w:r>
      <w:r>
        <w:pict>
          <v:shape id="_x0000_i711555" type="#_x0000_t75" alt="学科网(www.zxxk.com)--教育资源门户，提供试卷、教案、课件、论文、素材以及各类教学资源下载，还有大量而丰富的教学相关资讯！" style="width:28.5pt;height:14.25pt" o:oleicon="f" o:ole="">
            <v:imagedata r:id="rId1736" o:title="eqId39cc033406da2cdd342308972c6701f1"/>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668"/>
          <w:footerReference w:type="even" r:id="rId669"/>
          <w:headerReference w:type="first" r:id="rId670"/>
          <w:footerReference w:type="first" r:id="rId67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本题考查数轴，难度一般，掌握相关知识是解题关键．</w:t>
      </w:r>
    </w:p>
    <w:p>
      <w:pPr>
        <w:pStyle w:val="Heading2"/>
      </w:pPr>
      <w:r>
        <w:t>第三十五中学</w:t>
      </w:r>
    </w:p>
    <w:p>
      <w:pPr>
        <w:spacing w:line="360" w:lineRule="auto"/>
        <w:jc w:val="left"/>
        <w:textAlignment w:val="center"/>
        <w:rPr>
          <w:color w:val="000000"/>
        </w:rPr>
      </w:pPr>
      <w:r>
        <w:rPr>
          <w:color w:val="000000"/>
        </w:rPr>
        <w:t xml:space="preserve">26. </w:t>
      </w:r>
      <w:r>
        <w:rPr>
          <w:rFonts w:ascii="等线" w:eastAsia="等线" w:hAnsi="等线" w:cs="等线"/>
          <w:color w:val="000000"/>
        </w:rPr>
        <w:t>已知小明的年龄是</w:t>
      </w:r>
      <w:r>
        <w:rPr>
          <w:rFonts w:ascii="Times New Roman" w:eastAsia="Times New Roman" w:hAnsi="Times New Roman" w:cs="Times New Roman"/>
          <w:i/>
          <w:color w:val="000000"/>
        </w:rPr>
        <w:t>m</w:t>
      </w:r>
      <w:r>
        <w:rPr>
          <w:rFonts w:ascii="等线" w:eastAsia="等线" w:hAnsi="等线" w:cs="等线"/>
          <w:color w:val="000000"/>
        </w:rPr>
        <w:t>岁，小红的年龄比小明的年龄的</w:t>
      </w:r>
      <w:r>
        <w:rPr>
          <w:rFonts w:ascii="Times New Roman" w:eastAsia="Times New Roman" w:hAnsi="Times New Roman" w:cs="Times New Roman"/>
          <w:color w:val="000000"/>
        </w:rPr>
        <w:t>2</w:t>
      </w:r>
      <w:r>
        <w:rPr>
          <w:rFonts w:ascii="等线" w:eastAsia="等线" w:hAnsi="等线" w:cs="等线"/>
          <w:color w:val="000000"/>
        </w:rPr>
        <w:t>倍少</w:t>
      </w:r>
      <w:r>
        <w:rPr>
          <w:rFonts w:ascii="Times New Roman" w:eastAsia="Times New Roman" w:hAnsi="Times New Roman" w:cs="Times New Roman"/>
          <w:color w:val="000000"/>
        </w:rPr>
        <w:t>4</w:t>
      </w:r>
      <w:r>
        <w:rPr>
          <w:rFonts w:ascii="等线" w:eastAsia="等线" w:hAnsi="等线" w:cs="等线"/>
          <w:color w:val="000000"/>
        </w:rPr>
        <w:t>岁，小华的年龄比小红的年龄的</w:t>
      </w:r>
      <w:r>
        <w:pict>
          <v:shape id="_x0000_i711556" type="#_x0000_t75" alt="学科网(www.zxxk.com)--教育资源门户，提供试卷、教案、课件、论文、素材以及各类教学资源下载，还有大量而丰富的教学相关资讯！" style="width:12pt;height:30.75pt" o:oleicon="f" o:ole="">
            <v:imagedata r:id="rId1737" o:title="eqId8eff998d034284391ca064755fa6bf1b"/>
          </v:shape>
        </w:pict>
      </w:r>
      <w:r>
        <w:rPr>
          <w:rFonts w:ascii="等线" w:eastAsia="等线" w:hAnsi="等线" w:cs="等线"/>
          <w:color w:val="000000"/>
        </w:rPr>
        <w:t>还多</w:t>
      </w:r>
      <w:r>
        <w:rPr>
          <w:rFonts w:ascii="Times New Roman" w:eastAsia="Times New Roman" w:hAnsi="Times New Roman" w:cs="Times New Roman"/>
          <w:color w:val="000000"/>
        </w:rPr>
        <w:t>1</w:t>
      </w:r>
      <w:r>
        <w:rPr>
          <w:rFonts w:ascii="等线" w:eastAsia="等线" w:hAnsi="等线" w:cs="等线"/>
          <w:color w:val="000000"/>
        </w:rPr>
        <w:t>岁，求这三名同学的年龄的和</w:t>
      </w:r>
    </w:p>
    <w:p>
      <w:pPr>
        <w:spacing w:line="360" w:lineRule="auto"/>
        <w:textAlignment w:val="center"/>
        <w:rPr>
          <w:color w:val="000000"/>
        </w:rPr>
      </w:pPr>
      <w:r>
        <w:rPr>
          <w:color w:val="2E75B6"/>
        </w:rPr>
        <w:t>【答案】</w:t>
      </w:r>
      <w:r>
        <w:rPr>
          <w:color w:val="000000"/>
        </w:rPr>
        <w:t>这三名同学的年龄的和是（4m-5）岁．</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rFonts w:ascii="宋体" w:eastAsia="宋体" w:hAnsi="宋体" w:cs="宋体"/>
          <w:color w:val="000000"/>
        </w:rPr>
        <w:t>解：因为小红的年龄比小明的年龄的</w:t>
      </w:r>
      <w:r>
        <w:rPr>
          <w:rFonts w:ascii="Times New Roman" w:eastAsia="Times New Roman" w:hAnsi="Times New Roman" w:cs="Times New Roman"/>
          <w:color w:val="000000"/>
        </w:rPr>
        <w:t>2</w:t>
      </w:r>
      <w:r>
        <w:rPr>
          <w:rFonts w:ascii="宋体" w:eastAsia="宋体" w:hAnsi="宋体" w:cs="宋体"/>
          <w:color w:val="000000"/>
        </w:rPr>
        <w:t>倍少</w:t>
      </w:r>
      <w:r>
        <w:rPr>
          <w:rFonts w:ascii="Times New Roman" w:eastAsia="Times New Roman" w:hAnsi="Times New Roman" w:cs="Times New Roman"/>
          <w:color w:val="000000"/>
        </w:rPr>
        <w:t>4</w:t>
      </w:r>
      <w:r>
        <w:rPr>
          <w:rFonts w:ascii="宋体" w:eastAsia="宋体" w:hAnsi="宋体" w:cs="宋体"/>
          <w:color w:val="000000"/>
        </w:rPr>
        <w:t>岁</w:t>
      </w:r>
      <w:r>
        <w:rPr>
          <w:rFonts w:ascii="Times New Roman" w:eastAsia="Times New Roman" w:hAnsi="Times New Roman" w:cs="Times New Roman"/>
          <w:color w:val="000000"/>
        </w:rPr>
        <w:t>,</w:t>
      </w:r>
      <w:r>
        <w:rPr>
          <w:rFonts w:ascii="宋体" w:eastAsia="宋体" w:hAnsi="宋体" w:cs="宋体"/>
          <w:color w:val="000000"/>
        </w:rPr>
        <w:t>所以小红的年龄为</w:t>
      </w:r>
      <w:r>
        <w:rPr>
          <w:rFonts w:ascii="Times New Roman" w:eastAsia="Times New Roman" w:hAnsi="Times New Roman" w:cs="Times New Roman"/>
          <w:color w:val="000000"/>
        </w:rPr>
        <w:t>2m-4</w:t>
      </w:r>
      <w:r>
        <w:rPr>
          <w:rFonts w:ascii="宋体" w:eastAsia="宋体" w:hAnsi="宋体" w:cs="宋体"/>
          <w:color w:val="000000"/>
        </w:rPr>
        <w:t>岁</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又因为小华的年龄比小红的年龄的</w:t>
      </w:r>
      <w:r>
        <w:rPr>
          <w:color w:val="000000"/>
        </w:rPr>
        <w:drawing>
          <wp:inline>
            <wp:extent cx="57150" cy="228600"/>
            <wp:docPr id="32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 name=""/>
                    <pic:cNvPicPr>
                      <a:picLocks noChangeAspect="1"/>
                    </pic:cNvPicPr>
                  </pic:nvPicPr>
                  <pic:blipFill>
                    <a:blip r:embed="rId1738"/>
                    <a:stretch>
                      <a:fillRect/>
                    </a:stretch>
                  </pic:blipFill>
                  <pic:spPr>
                    <a:xfrm>
                      <a:off x="0" y="0"/>
                      <a:ext cx="57150" cy="228600"/>
                    </a:xfrm>
                    <a:prstGeom prst="rect">
                      <a:avLst/>
                    </a:prstGeom>
                  </pic:spPr>
                </pic:pic>
              </a:graphicData>
            </a:graphic>
          </wp:inline>
        </w:drawing>
      </w:r>
      <w:r>
        <w:rPr>
          <w:rFonts w:ascii="宋体" w:eastAsia="宋体" w:hAnsi="宋体" w:cs="宋体"/>
          <w:color w:val="000000"/>
        </w:rPr>
        <w:t>还多</w:t>
      </w:r>
      <w:r>
        <w:rPr>
          <w:rFonts w:ascii="Times New Roman" w:eastAsia="Times New Roman" w:hAnsi="Times New Roman" w:cs="Times New Roman"/>
          <w:color w:val="000000"/>
        </w:rPr>
        <w:t>1</w:t>
      </w:r>
      <w:r>
        <w:rPr>
          <w:rFonts w:ascii="宋体" w:eastAsia="宋体" w:hAnsi="宋体" w:cs="宋体"/>
          <w:color w:val="000000"/>
        </w:rPr>
        <w:t>岁，所以小华的年龄为</w:t>
      </w:r>
      <w:r>
        <w:pict>
          <v:shape id="_x0000_i711557" type="#_x0000_t75" alt="学科网(www.zxxk.com)--教育资源门户，提供试卷、教案、课件、论文、素材以及各类教学资源下载，还有大量而丰富的教学相关资讯！" style="width:66.75pt;height:30.75pt" o:oleicon="f" o:ole="">
            <v:imagedata r:id="rId1739" o:title="eqId62a448891fab4388e61c34318bc26a79"/>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则这三名同学的年龄的和为</w:t>
      </w:r>
    </w:p>
    <w:p>
      <w:pPr>
        <w:spacing w:line="360" w:lineRule="auto"/>
        <w:jc w:val="left"/>
        <w:textAlignment w:val="center"/>
        <w:rPr>
          <w:color w:val="000000"/>
        </w:rPr>
      </w:pPr>
      <w:r>
        <w:pict>
          <v:shape id="_x0000_i711558" type="#_x0000_t75" alt="学科网(www.zxxk.com)--教育资源门户，提供试卷、教案、课件、论文、素材以及各类教学资源下载，还有大量而丰富的教学相关资讯！" style="width:312.64pt;height:33.75pt" o:oleicon="f" o:ole="">
            <v:imagedata r:id="rId1740" o:title="eqId3f394f1c4c72719798a9ff86647429ab"/>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答：这三名同学的年龄的和是</w:t>
      </w:r>
      <w:r>
        <w:pict>
          <v:shape id="_x0000_i711559" type="#_x0000_t75" alt="学科网(www.zxxk.com)--教育资源门户，提供试卷、教案、课件、论文、素材以及各类教学资源下载，还有大量而丰富的教学相关资讯！" style="width:42.75pt;height:15.75pt" o:oleicon="f" o:ole="">
            <v:imagedata r:id="rId1741" o:title="eqIda8cfc98da05f589ba8fbda1304b9802e"/>
          </v:shape>
        </w:pict>
      </w:r>
      <w:r>
        <w:rPr>
          <w:rFonts w:ascii="Times New Roman" w:eastAsia="Times New Roman" w:hAnsi="Times New Roman" w:cs="Times New Roman"/>
          <w:color w:val="000000"/>
        </w:rPr>
        <w:t xml:space="preserve"> </w:t>
      </w:r>
      <w:r>
        <w:rPr>
          <w:rFonts w:ascii="宋体" w:eastAsia="宋体" w:hAnsi="宋体" w:cs="宋体"/>
          <w:color w:val="000000"/>
        </w:rPr>
        <w:t>岁．</w:t>
      </w:r>
    </w:p>
    <w:p>
      <w:pPr>
        <w:spacing w:line="360" w:lineRule="auto"/>
        <w:jc w:val="left"/>
        <w:textAlignment w:val="center"/>
        <w:rPr>
          <w:color w:val="000000"/>
        </w:rPr>
      </w:pPr>
      <w:r>
        <w:rPr>
          <w:color w:val="000000"/>
        </w:rPr>
        <w:t xml:space="preserve">27. </w:t>
      </w:r>
      <w:r>
        <w:rPr>
          <w:rFonts w:ascii="宋体" w:eastAsia="宋体" w:hAnsi="宋体" w:cs="宋体"/>
          <w:color w:val="000000"/>
        </w:rPr>
        <w:t>我们规定：使得</w:t>
      </w:r>
      <w:r>
        <w:pict>
          <v:shape id="_x0000_i711560" type="#_x0000_t75" alt="学科网(www.zxxk.com)--教育资源门户，提供试卷、教案、课件、论文、素材以及各类教学资源下载，还有大量而丰富的教学相关资讯！" style="width:51pt;height:14.25pt" o:oleicon="f" o:ole="">
            <v:imagedata r:id="rId1743" o:title="eqIdc97a0871c8e973ea26c6cb7ed738dae5"/>
          </v:shape>
        </w:pict>
      </w:r>
      <w:r>
        <w:rPr>
          <w:rFonts w:ascii="宋体" w:eastAsia="宋体" w:hAnsi="宋体" w:cs="宋体"/>
          <w:color w:val="000000"/>
        </w:rPr>
        <w:t>成立</w:t>
      </w:r>
      <w:r>
        <w:rPr>
          <w:rFonts w:ascii="宋体" w:eastAsia="宋体" w:hAnsi="宋体" w:cs="宋体"/>
          <w:color w:val="000000"/>
          <w:position w:val="0"/>
        </w:rPr>
        <w:drawing>
          <wp:inline>
            <wp:extent cx="133350" cy="177800"/>
            <wp:docPr id="32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 name=""/>
                    <pic:cNvPicPr>
                      <a:picLocks noChangeAspect="1"/>
                    </pic:cNvPicPr>
                  </pic:nvPicPr>
                  <pic:blipFill>
                    <a:blip r:embed="rId174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一对数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为“积差等数对”，记为</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．例如，因为</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1.5×0.6</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，所以数对</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都是“积差等数对”．</w:t>
      </w:r>
    </w:p>
    <w:p>
      <w:pPr>
        <w:spacing w:line="360" w:lineRule="auto"/>
        <w:jc w:val="left"/>
        <w:textAlignment w:val="center"/>
        <w:rPr>
          <w:color w:val="000000"/>
        </w:rPr>
      </w:pPr>
      <w:r>
        <w:rPr>
          <w:color w:val="000000"/>
        </w:rPr>
        <w:t>（1）</w:t>
      </w:r>
      <w:r>
        <w:rPr>
          <w:rFonts w:ascii="宋体" w:eastAsia="宋体" w:hAnsi="宋体" w:cs="宋体"/>
          <w:color w:val="000000"/>
        </w:rPr>
        <w:t>下列数对中，是“积差等数对”的是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 xml:space="preserve"> (2</w:t>
      </w:r>
      <w:r>
        <w:rPr>
          <w:rFonts w:ascii="宋体" w:eastAsia="宋体" w:hAnsi="宋体" w:cs="宋体"/>
          <w:color w:val="000000"/>
        </w:rPr>
        <w:t>，</w:t>
      </w:r>
      <w:r>
        <w:pict>
          <v:shape id="_x0000_i711561" type="#_x0000_t75" alt="学科网(www.zxxk.com)--教育资源门户，提供试卷、教案、课件、论文、素材以及各类教学资源下载，还有大量而丰富的教学相关资讯！" style="width:11.25pt;height:27.75pt" o:oleicon="f" o:ole="">
            <v:imagedata r:id="rId1744" o:title="eqIdbf31876698721a199c7c53c6b320aa86"/>
          </v:shape>
        </w:pict>
      </w:r>
      <w:r>
        <w:rPr>
          <w:rFonts w:ascii="Times New Roman" w:eastAsia="Times New Roman" w:hAnsi="Times New Roman" w:cs="Times New Roman"/>
          <w:color w:val="000000"/>
        </w:rPr>
        <w:t>)</w:t>
      </w:r>
      <w:r>
        <w:rPr>
          <w:rFonts w:ascii="宋体" w:eastAsia="宋体" w:hAnsi="宋体" w:cs="宋体"/>
          <w:color w:val="000000"/>
        </w:rPr>
        <w:t>；②</w:t>
      </w:r>
      <w:r>
        <w:rPr>
          <w:rFonts w:ascii="Times New Roman" w:eastAsia="Times New Roman" w:hAnsi="Times New Roman" w:cs="Times New Roman"/>
          <w:color w:val="000000"/>
        </w:rPr>
        <w:t xml:space="preserve"> (1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；③</w:t>
      </w:r>
      <w:r>
        <w:rPr>
          <w:rFonts w:ascii="Times New Roman" w:eastAsia="Times New Roman" w:hAnsi="Times New Roman" w:cs="Times New Roman"/>
          <w:color w:val="000000"/>
        </w:rPr>
        <w:t>(</w:t>
      </w:r>
      <w:r>
        <w:rPr>
          <w:rFonts w:ascii="宋体" w:eastAsia="宋体" w:hAnsi="宋体" w:cs="宋体"/>
          <w:color w:val="000000"/>
        </w:rPr>
        <w:t>－</w:t>
      </w:r>
      <w:r>
        <w:pict>
          <v:shape id="_x0000_i711562" type="#_x0000_t75" alt="学科网(www.zxxk.com)--教育资源门户，提供试卷、教案、课件、论文、素材以及各类教学资源下载，还有大量而丰富的教学相关资讯！" style="width:10.5pt;height:21pt" o:oleicon="f" o:ole="">
            <v:imagedata r:id="rId1745"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是“积差等数对”，求</w:t>
      </w:r>
      <w:r>
        <w:rPr>
          <w:rFonts w:ascii="Times New Roman" w:eastAsia="Times New Roman" w:hAnsi="Times New Roman" w:cs="Times New Roman"/>
          <w:i/>
          <w:color w:val="000000"/>
        </w:rPr>
        <w:t>k</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是“积差等数对”，求代数式</w:t>
      </w:r>
      <w:r>
        <w:pict>
          <v:shape id="_x0000_i711563" type="#_x0000_t75" alt="学科网(www.zxxk.com)--教育资源门户，提供试卷、教案、课件、论文、素材以及各类教学资源下载，还有大量而丰富的教学相关资讯！" style="width:211.55pt;height:18.2pt" o:oleicon="f" o:ole="">
            <v:imagedata r:id="rId1746" o:title="eqId1ef0d8fd5da62663b684829e9ff50054"/>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①③</w:t>
      </w:r>
      <w:r>
        <w:rPr>
          <w:color w:val="000000"/>
        </w:rPr>
        <w:t xml:space="preserve">    </w:t>
      </w:r>
      <w:r>
        <w:rPr>
          <w:color w:val="000000"/>
        </w:rPr>
        <w:t>（2）</w:t>
      </w:r>
      <w:r>
        <w:rPr>
          <w:rFonts w:ascii="Times New Roman" w:eastAsia="Times New Roman" w:hAnsi="Times New Roman" w:cs="Times New Roman"/>
          <w:i/>
          <w:color w:val="000000"/>
        </w:rPr>
        <w:t>k</w:t>
      </w:r>
      <w:r>
        <w:rPr>
          <w:rFonts w:ascii="宋体" w:eastAsia="宋体" w:hAnsi="宋体" w:cs="宋体"/>
          <w:color w:val="000000"/>
        </w:rPr>
        <w:t>＝－</w:t>
      </w:r>
      <w:r>
        <w:pict>
          <v:shape id="_x0000_i711564" type="#_x0000_t75" alt="学科网(www.zxxk.com)--教育资源门户，提供试卷、教案、课件、论文、素材以及各类教学资源下载，还有大量而丰富的教学相关资讯！" style="width:11.75pt;height:30.45pt" o:oleicon="f" o:ole="">
            <v:imagedata r:id="rId1747" o:title="eqId8b2a698891d42c70b597f0da4f215f09"/>
          </v:shape>
        </w:pic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）找出数对</w:t>
      </w:r>
      <w:r>
        <w:pict>
          <v:shape id="_x0000_i711565" type="#_x0000_t75" alt="学科网(www.zxxk.com)--教育资源门户，提供试卷、教案、课件、论文、素材以及各类教学资源下载，还有大量而丰富的教学相关资讯！" style="width:29.25pt;height:20.25pt" o:oleicon="f" o:ole="">
            <v:imagedata r:id="rId1748" o:title="eqId5296b39d62215c77a923ed5674b10b01"/>
          </v:shape>
        </w:pict>
      </w:r>
      <w:r>
        <w:rPr>
          <w:rFonts w:ascii="宋体" w:eastAsia="宋体" w:hAnsi="宋体" w:cs="宋体"/>
          <w:color w:val="000000"/>
        </w:rPr>
        <w:t>中满足</w:t>
      </w:r>
      <w:r>
        <w:pict>
          <v:shape id="_x0000_i711566" type="#_x0000_t75" alt="学科网(www.zxxk.com)--教育资源门户，提供试卷、教案、课件、论文、素材以及各类教学资源下载，还有大量而丰富的教学相关资讯！" style="width:51pt;height:14.25pt" o:oleicon="f" o:ole="">
            <v:imagedata r:id="rId1749" o:title="eqIde8204c03e7b118a2fcdfed79b8fb66d2"/>
          </v:shape>
        </w:pict>
      </w:r>
      <w:r>
        <w:rPr>
          <w:rFonts w:ascii="宋体" w:eastAsia="宋体" w:hAnsi="宋体" w:cs="宋体"/>
          <w:color w:val="000000"/>
        </w:rPr>
        <w:t>的即可．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满足</w:t>
      </w:r>
      <w:r>
        <w:pict>
          <v:shape id="_x0000_i711567" type="#_x0000_t75" alt="学科网(www.zxxk.com)--教育资源门户，提供试卷、教案、课件、论文、素材以及各类教学资源下载，还有大量而丰富的教学相关资讯！" style="width:90.75pt;height:20.25pt" o:oleicon="f" o:ole="">
            <v:imagedata r:id="rId1750" o:title="eqId030e6c272f86ae43afbc7eb854cb598d"/>
          </v:shape>
        </w:pict>
      </w:r>
      <w:r>
        <w:rPr>
          <w:rFonts w:ascii="宋体" w:eastAsia="宋体" w:hAnsi="宋体" w:cs="宋体"/>
          <w:color w:val="000000"/>
        </w:rPr>
        <w:t>，计算求解即可．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11568" type="#_x0000_t75" alt="学科网(www.zxxk.com)--教育资源门户，提供试卷、教案、课件、论文、素材以及各类教学资源下载，还有大量而丰富的教学相关资讯！" style="width:29.25pt;height:11.25pt" o:oleicon="f" o:ole="">
            <v:imagedata r:id="rId1751" o:title="eqId7b01debdfd99c6e43b2c9f063d0132b4"/>
          </v:shape>
        </w:pict>
      </w:r>
      <w:r>
        <w:rPr>
          <w:rFonts w:ascii="宋体" w:eastAsia="宋体" w:hAnsi="宋体" w:cs="宋体"/>
          <w:color w:val="000000"/>
        </w:rPr>
        <w:t>满足</w:t>
      </w:r>
      <w:r>
        <w:pict>
          <v:shape id="_x0000_i711569" type="#_x0000_t75" alt="学科网(www.zxxk.com)--教育资源门户，提供试卷、教案、课件、论文、素材以及各类教学资源下载，还有大量而丰富的教学相关资讯！" style="width:56.25pt;height:11.25pt" o:oleicon="f" o:ole="">
            <v:imagedata r:id="rId1752" o:title="eqId346398a8e9ed2a9e2b9f5e7364d074fd"/>
          </v:shape>
        </w:pict>
      </w:r>
      <w:r>
        <w:rPr>
          <w:rFonts w:ascii="宋体" w:eastAsia="宋体" w:hAnsi="宋体" w:cs="宋体"/>
          <w:color w:val="000000"/>
        </w:rPr>
        <w:t>，所求代数式可化简为</w:t>
      </w:r>
      <w:r>
        <w:pict>
          <v:shape id="_x0000_i711570" type="#_x0000_t75" alt="学科网(www.zxxk.com)--教育资源门户，提供试卷、教案、课件、论文、素材以及各类教学资源下载，还有大量而丰富的教学相关资讯！" style="width:93pt;height:20.25pt" o:oleicon="f" o:ole="">
            <v:imagedata r:id="rId1753" o:title="eqId8bad1558521a3cb939f05a19ad55636c"/>
          </v:shape>
        </w:pict>
      </w:r>
      <w:r>
        <w:rPr>
          <w:rFonts w:ascii="宋体" w:eastAsia="宋体" w:hAnsi="宋体" w:cs="宋体"/>
          <w:color w:val="000000"/>
        </w:rPr>
        <w:t>的形式，将</w:t>
      </w:r>
      <w:r>
        <w:pict>
          <v:shape id="_x0000_i711571" type="#_x0000_t75" alt="学科网(www.zxxk.com)--教育资源门户，提供试卷、教案、课件、论文、素材以及各类教学资源下载，还有大量而丰富的教学相关资讯！" style="width:56.25pt;height:11.25pt" o:oleicon="f" o:ole="">
            <v:imagedata r:id="rId1752" o:title="eqId346398a8e9ed2a9e2b9f5e7364d074fd"/>
          </v:shape>
        </w:pict>
      </w:r>
      <w:r>
        <w:rPr>
          <w:rFonts w:ascii="宋体" w:eastAsia="宋体" w:hAnsi="宋体" w:cs="宋体"/>
          <w:color w:val="000000"/>
        </w:rPr>
        <w:t>代入求解即可．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解：①中</w:t>
      </w:r>
      <w:r>
        <w:pict>
          <v:shape id="_x0000_i711572" type="#_x0000_t75" alt="学科网(www.zxxk.com)--教育资源门户，提供试卷、教案、课件、论文、素材以及各类教学资源下载，还有大量而丰富的教学相关资讯！" style="width:84pt;height:30.75pt" o:oleicon="f" o:ole="">
            <v:imagedata r:id="rId1754" o:title="eqId33f44993ce2eb731a9e1ea824a6a5893"/>
          </v:shape>
        </w:pict>
      </w:r>
      <w:r>
        <w:rPr>
          <w:rFonts w:ascii="宋体" w:eastAsia="宋体" w:hAnsi="宋体" w:cs="宋体"/>
          <w:color w:val="000000"/>
        </w:rPr>
        <w:t>，满足积差等数对；</w:t>
      </w:r>
    </w:p>
    <w:p>
      <w:pPr>
        <w:spacing w:line="360" w:lineRule="auto"/>
        <w:jc w:val="left"/>
        <w:textAlignment w:val="center"/>
        <w:rPr>
          <w:color w:val="000000"/>
        </w:rPr>
      </w:pPr>
      <w:r>
        <w:rPr>
          <w:color w:val="000000"/>
        </w:rPr>
        <w:t>②中</w:t>
      </w:r>
      <w:r>
        <w:pict>
          <v:shape id="_x0000_i711573" type="#_x0000_t75" alt="学科网(www.zxxk.com)--教育资源门户，提供试卷、教案、课件、论文、素材以及各类教学资源下载，还有大量而丰富的教学相关资讯！" style="width:107.25pt;height:14.25pt" o:oleicon="f" o:ole="">
            <v:imagedata r:id="rId1755" o:title="eqIdc4e34ceb7fe2ecf6917e9716d44b1434"/>
          </v:shape>
        </w:pict>
      </w:r>
      <w:r>
        <w:rPr>
          <w:rFonts w:ascii="宋体" w:eastAsia="宋体" w:hAnsi="宋体" w:cs="宋体"/>
          <w:color w:val="000000"/>
        </w:rPr>
        <w:t>，不满足积差等数对；</w:t>
      </w:r>
    </w:p>
    <w:p>
      <w:pPr>
        <w:spacing w:line="360" w:lineRule="auto"/>
        <w:jc w:val="left"/>
        <w:textAlignment w:val="center"/>
        <w:rPr>
          <w:color w:val="000000"/>
        </w:rPr>
      </w:pPr>
      <w:r>
        <w:rPr>
          <w:color w:val="000000"/>
        </w:rPr>
        <w:t>③中</w:t>
      </w:r>
      <w:r>
        <w:pict>
          <v:shape id="_x0000_i711574" type="#_x0000_t75" alt="学科网(www.zxxk.com)--教育资源门户，提供试卷、教案、课件、论文、素材以及各类教学资源下载，还有大量而丰富的教学相关资讯！" style="width:141pt;height:33.75pt" o:oleicon="f" o:ole="">
            <v:imagedata r:id="rId1756" o:title="eqIdc43f52b981f2f7cc12416ed619e19349"/>
          </v:shape>
        </w:pict>
      </w:r>
      <w:r>
        <w:rPr>
          <w:color w:val="000000"/>
        </w:rPr>
        <w:t>，满足积差等数对；</w:t>
      </w:r>
    </w:p>
    <w:p>
      <w:pPr>
        <w:spacing w:line="360" w:lineRule="auto"/>
        <w:jc w:val="left"/>
        <w:textAlignment w:val="center"/>
        <w:rPr>
          <w:color w:val="000000"/>
        </w:rPr>
      </w:pPr>
      <w:r>
        <w:rPr>
          <w:rFonts w:ascii="宋体" w:eastAsia="宋体" w:hAnsi="宋体" w:cs="宋体"/>
          <w:color w:val="000000"/>
        </w:rPr>
        <w:t>故答案为：①③．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积差等数对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k</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k</w:t>
      </w:r>
      <w:r>
        <w:rPr>
          <w:rFonts w:ascii="宋体" w:eastAsia="宋体" w:hAnsi="宋体" w:cs="宋体"/>
          <w:color w:val="000000"/>
        </w:rPr>
        <w:t>＝－</w:t>
      </w:r>
      <w:r>
        <w:pict>
          <v:shape id="_x0000_i711575" type="#_x0000_t75" alt="学科网(www.zxxk.com)--教育资源门户，提供试卷、教案、课件、论文、素材以及各类教学资源下载，还有大量而丰富的教学相关资讯！" style="width:11.75pt;height:30.45pt" o:oleicon="f" o:ole="">
            <v:imagedata r:id="rId1757" o:title="eqId8b2a698891d42c70b597f0da4f215f09"/>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积差等数对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576" type="#_x0000_t75" alt="学科网(www.zxxk.com)--教育资源门户，提供试卷、教案、课件、论文、素材以及各类教学资源下载，还有大量而丰富的教学相关资讯！" style="width:54.95pt;height:11.15pt" o:oleicon="f" o:ole="">
            <v:imagedata r:id="rId1758" o:title="eqIde6ca2d34cae97af52cc7302d38f0cc3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577" type="#_x0000_t75" alt="学科网(www.zxxk.com)--教育资源门户，提供试卷、教案、课件、论文、素材以及各类教学资源下载，还有大量而丰富的教学相关资讯！" style="width:211.55pt;height:18.2pt" o:oleicon="f" o:ole="">
            <v:imagedata r:id="rId1759" o:title="eqId1ef0d8fd5da62663b684829e9ff50054"/>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11578" type="#_x0000_t75" alt="学科网(www.zxxk.com)--教育资源门户，提供试卷、教案、课件、论文、素材以及各类教学资源下载，还有大量而丰富的教学相关资讯！" style="width:192.25pt;height:18.2pt" o:oleicon="f" o:ole="">
            <v:imagedata r:id="rId1760" o:title="eqId125052da77e42948a564248171ffacfb"/>
          </v:shape>
        </w:pict>
      </w:r>
    </w:p>
    <w:p>
      <w:pPr>
        <w:spacing w:line="360" w:lineRule="auto"/>
        <w:jc w:val="left"/>
        <w:textAlignment w:val="center"/>
        <w:rPr>
          <w:color w:val="000000"/>
        </w:rPr>
      </w:pPr>
      <w:r>
        <w:rPr>
          <w:rFonts w:ascii="宋体" w:eastAsia="宋体" w:hAnsi="宋体" w:cs="宋体"/>
          <w:color w:val="000000"/>
        </w:rPr>
        <w:t>＝</w:t>
      </w:r>
      <w:r>
        <w:pict>
          <v:shape id="_x0000_i711579" type="#_x0000_t75" alt="学科网(www.zxxk.com)--教育资源门户，提供试卷、教案、课件、论文、素材以及各类教学资源下载，还有大量而丰富的教学相关资讯！" style="width:94.25pt;height:15.95pt" o:oleicon="f" o:ole="">
            <v:imagedata r:id="rId1761" o:title="eqId4c734e86b4dfa21460a043173d432147"/>
          </v:shape>
        </w:pict>
      </w:r>
    </w:p>
    <w:p>
      <w:pPr>
        <w:spacing w:line="360" w:lineRule="auto"/>
        <w:jc w:val="left"/>
        <w:textAlignment w:val="center"/>
        <w:rPr>
          <w:color w:val="000000"/>
        </w:rPr>
      </w:pPr>
      <w:r>
        <w:rPr>
          <w:rFonts w:ascii="宋体" w:eastAsia="宋体" w:hAnsi="宋体" w:cs="宋体"/>
          <w:color w:val="000000"/>
        </w:rPr>
        <w:t>＝</w:t>
      </w:r>
      <w:r>
        <w:pict>
          <v:shape id="_x0000_i711580" type="#_x0000_t75" alt="学科网(www.zxxk.com)--教育资源门户，提供试卷、教案、课件、论文、素材以及各类教学资源下载，还有大量而丰富的教学相关资讯！" style="width:91.3pt;height:14.1pt" o:oleicon="f" o:ole="">
            <v:imagedata r:id="rId1762" o:title="eqId14430054575c1121e9111368a6bf1591"/>
          </v:shape>
        </w:pict>
      </w:r>
    </w:p>
    <w:p>
      <w:pPr>
        <w:spacing w:line="360" w:lineRule="auto"/>
        <w:jc w:val="left"/>
        <w:textAlignment w:val="center"/>
        <w:rPr>
          <w:color w:val="000000"/>
        </w:rPr>
      </w:pPr>
      <w:r>
        <w:rPr>
          <w:rFonts w:ascii="宋体" w:eastAsia="宋体" w:hAnsi="宋体" w:cs="宋体"/>
          <w:color w:val="000000"/>
        </w:rPr>
        <w:t>＝</w:t>
      </w:r>
      <w:r>
        <w:pict>
          <v:shape id="_x0000_i711581" type="#_x0000_t75" alt="学科网(www.zxxk.com)--教育资源门户，提供试卷、教案、课件、论文、素材以及各类教学资源下载，还有大量而丰富的教学相关资讯！" style="width:93pt;height:20.25pt" o:oleicon="f" o:ole="">
            <v:imagedata r:id="rId1763" o:title="eqId8bad1558521a3cb939f05a19ad55636c"/>
          </v:shape>
        </w:pict>
      </w:r>
    </w:p>
    <w:p>
      <w:pPr>
        <w:spacing w:line="360" w:lineRule="auto"/>
        <w:jc w:val="left"/>
        <w:textAlignment w:val="center"/>
        <w:rPr>
          <w:color w:val="000000"/>
        </w:rPr>
      </w:pPr>
      <w:r>
        <w:rPr>
          <w:rFonts w:ascii="宋体" w:eastAsia="宋体" w:hAnsi="宋体" w:cs="宋体"/>
          <w:color w:val="000000"/>
        </w:rPr>
        <w:t>＝</w:t>
      </w:r>
      <w:r>
        <w:pict>
          <v:shape id="_x0000_i711582" type="#_x0000_t75" alt="学科网(www.zxxk.com)--教育资源门户，提供试卷、教案、课件、论文、素材以及各类教学资源下载，还有大量而丰富的教学相关资讯！" style="width:73.1pt;height:14.1pt" o:oleicon="f" o:ole="">
            <v:imagedata r:id="rId1764" o:title="eqId5fbe62a8286f8e5c70bb8472798e469a"/>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sectPr w:rsidSect="00C321EB">
          <w:headerReference w:type="even" r:id="rId481"/>
          <w:footerReference w:type="even" r:id="rId482"/>
          <w:headerReference w:type="first" r:id="rId483"/>
          <w:footerReference w:type="first" r:id="rId484"/>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本题考查了新定义下的代数式求值．解题的关键在于正确理解所给新定义的含义．</w:t>
      </w:r>
    </w:p>
    <w:p>
      <w:pPr>
        <w:pStyle w:val="Heading2"/>
      </w:pPr>
      <w:r>
        <w:t>第二中学</w:t>
      </w:r>
    </w:p>
    <w:p>
      <w:pPr>
        <w:spacing w:line="360" w:lineRule="auto"/>
        <w:jc w:val="both"/>
        <w:textAlignment w:val="center"/>
        <w:rPr>
          <w:color w:val="000000"/>
        </w:rPr>
      </w:pPr>
      <w:r>
        <w:rPr>
          <w:color w:val="000000"/>
        </w:rPr>
        <w:t xml:space="preserve">27. </w:t>
      </w:r>
      <w:r>
        <w:rPr>
          <w:rFonts w:ascii="宋体" w:eastAsia="宋体" w:hAnsi="宋体" w:cs="宋体"/>
          <w:color w:val="000000"/>
        </w:rPr>
        <w:t>己知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在数轴上的位置如图所示：</w:t>
      </w:r>
    </w:p>
    <w:p>
      <w:pPr>
        <w:spacing w:line="360" w:lineRule="auto"/>
        <w:jc w:val="both"/>
        <w:textAlignment w:val="center"/>
        <w:rPr>
          <w:color w:val="000000"/>
        </w:rPr>
      </w:pPr>
      <w:r>
        <w:rPr>
          <w:color w:val="000000"/>
        </w:rPr>
        <w:drawing>
          <wp:inline>
            <wp:extent cx="1847850" cy="485775"/>
            <wp:docPr id="32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 name=""/>
                    <pic:cNvPicPr>
                      <a:picLocks noChangeAspect="1"/>
                    </pic:cNvPicPr>
                  </pic:nvPicPr>
                  <pic:blipFill>
                    <a:blip r:embed="rId1765"/>
                    <a:stretch>
                      <a:fillRect/>
                    </a:stretch>
                  </pic:blipFill>
                  <pic:spPr>
                    <a:xfrm>
                      <a:off x="0" y="0"/>
                      <a:ext cx="1847850" cy="4857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用“</w:t>
      </w:r>
      <w:r>
        <w:rPr>
          <w:rFonts w:ascii="Times New Roman" w:eastAsia="Times New Roman" w:hAnsi="Times New Roman" w:cs="Times New Roman"/>
          <w:color w:val="000000"/>
        </w:rPr>
        <w:t>&gt;</w:t>
      </w:r>
      <w:r>
        <w:rPr>
          <w:rFonts w:ascii="宋体" w:eastAsia="宋体" w:hAnsi="宋体" w:cs="宋体"/>
          <w:color w:val="000000"/>
        </w:rPr>
        <w:t>”、“</w:t>
      </w:r>
      <w:r>
        <w:rPr>
          <w:rFonts w:ascii="Times New Roman" w:eastAsia="Times New Roman" w:hAnsi="Times New Roman" w:cs="Times New Roman"/>
          <w:color w:val="000000"/>
        </w:rPr>
        <w:t>&lt;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”填空：</w:t>
      </w:r>
      <w:r>
        <w:pict>
          <v:shape id="_x0000_i711583" type="#_x0000_t75" alt="学科网(www.zxxk.com)--教育资源门户，提供试卷、教案、课件、论文、素材以及各类教学资源下载，还有大量而丰富的教学相关资讯！" style="width:43.8pt;height:16.2pt" o:oleicon="f" o:ole="">
            <v:imagedata r:id="rId1766" o:title="eqIddc757f9df268393287737e9d9c433f2b"/>
          </v:shape>
        </w:pict>
      </w:r>
      <w:r>
        <w:rPr>
          <w:rFonts w:ascii="宋体" w:eastAsia="宋体" w:hAnsi="宋体" w:cs="宋体"/>
          <w:color w:val="000000"/>
        </w:rPr>
        <w:t>，</w:t>
      </w:r>
      <w:r>
        <w:pict>
          <v:shape id="_x0000_i711584" type="#_x0000_t75" alt="学科网(www.zxxk.com)--教育资源门户，提供试卷、教案、课件、论文、素材以及各类教学资源下载，还有大量而丰富的教学相关资讯！" style="width:61.2pt;height:16.2pt" o:oleicon="f" o:ole="">
            <v:imagedata r:id="rId1767" o:title="eqIdd621e3ab92d0f70cbb240579af7ccac8"/>
          </v:shape>
        </w:pict>
      </w:r>
      <w:r>
        <w:rPr>
          <w:rFonts w:ascii="宋体" w:eastAsia="宋体" w:hAnsi="宋体" w:cs="宋体"/>
          <w:color w:val="000000"/>
        </w:rPr>
        <w:t>，</w:t>
      </w:r>
      <w:r>
        <w:pict>
          <v:shape id="_x0000_i711585" type="#_x0000_t75" alt="学科网(www.zxxk.com)--教育资源门户，提供试卷、教案、课件、论文、素材以及各类教学资源下载，还有大量而丰富的教学相关资讯！" style="width:60pt;height:16.2pt" o:oleicon="f" o:ole="">
            <v:imagedata r:id="rId1768" o:title="eqId2749f8a6f287496ec6278a3582f5c1f1"/>
          </v:shape>
        </w:pi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化简：</w:t>
      </w:r>
      <w:r>
        <w:pict>
          <v:shape id="_x0000_i711586" type="#_x0000_t75" alt="学科网(www.zxxk.com)--教育资源门户，提供试卷、教案、课件、论文、素材以及各类教学资源下载，还有大量而丰富的教学相关资讯！" style="width:108.6pt;height:16.2pt" o:oleicon="f" o:ole="">
            <v:imagedata r:id="rId1769" o:title="eqId492206174515740af634f5bf914e09fd"/>
          </v:shape>
        </w:pi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w:t>
      </w:r>
      <w:r>
        <w:pict>
          <v:shape id="_x0000_i711587" type="#_x0000_t75" alt="学科网(www.zxxk.com)--教育资源门户，提供试卷、教案、课件、论文、素材以及各类教学资源下载，还有大量而丰富的教学相关资讯！" style="width:67.2pt;height:15pt" o:oleicon="f" o:ole="">
            <v:imagedata r:id="rId1770" o:title="eqIdbf185992fcb04838c8f3e1cbcf938757"/>
          </v:shape>
        </w:pic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为数轴上任意一点所对应的数，则代数式</w:t>
      </w:r>
      <w:r>
        <w:pict>
          <v:shape id="_x0000_i711588" type="#_x0000_t75" alt="学科网(www.zxxk.com)--教育资源门户，提供试卷、教案、课件、论文、素材以及各类教学资源下载，还有大量而丰富的教学相关资讯！" style="width:70.5pt;height:15pt" o:oleicon="f" o:ole="">
            <v:imagedata r:id="rId1771" o:title="eqId6e49e477a997edb0ca93a517c035283f"/>
          </v:shape>
        </w:pict>
      </w:r>
      <w:r>
        <w:rPr>
          <w:rFonts w:ascii="宋体" w:eastAsia="宋体" w:hAnsi="宋体" w:cs="宋体"/>
          <w:color w:val="000000"/>
        </w:rPr>
        <w:t>的最小值是</w:t>
      </w:r>
      <w:r>
        <w:rPr>
          <w:rFonts w:ascii="Times New Roman" w:eastAsia="Times New Roman" w:hAnsi="Times New Roman" w:cs="Times New Roman"/>
          <w:color w:val="000000"/>
        </w:rPr>
        <w:t>______</w:t>
      </w:r>
      <w:r>
        <w:rPr>
          <w:rFonts w:ascii="宋体" w:eastAsia="宋体" w:hAnsi="宋体" w:cs="宋体"/>
          <w:color w:val="000000"/>
        </w:rPr>
        <w:t>；此时</w:t>
      </w:r>
      <w:r>
        <w:rPr>
          <w:rFonts w:ascii="Times New Roman" w:eastAsia="Times New Roman" w:hAnsi="Times New Roman" w:cs="Times New Roman"/>
          <w:i/>
          <w:color w:val="000000"/>
        </w:rPr>
        <w:t>x</w:t>
      </w:r>
      <w:r>
        <w:rPr>
          <w:rFonts w:ascii="宋体" w:eastAsia="宋体" w:hAnsi="宋体" w:cs="宋体"/>
          <w:color w:val="000000"/>
        </w:rPr>
        <w:t>的取值范围是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pict>
          <v:shape id="_x0000_i711589" type="#_x0000_t75" alt="学科网(www.zxxk.com)--教育资源门户，提供试卷、教案、课件、论文、素材以及各类教学资源下载，还有大量而丰富的教学相关资讯！" style="width:39pt;height:11.25pt" o:oleicon="f" o:ole="">
            <v:imagedata r:id="rId1772" o:title="eqIdef97583e124fab4f56f724f5ea165def"/>
          </v:shape>
        </w:pict>
      </w:r>
      <w:r>
        <w:rPr>
          <w:color w:val="000000"/>
        </w:rPr>
        <w:t xml:space="preserve">    </w:t>
      </w:r>
    </w:p>
    <w:p>
      <w:pPr>
        <w:spacing w:line="360" w:lineRule="auto"/>
        <w:textAlignment w:val="center"/>
        <w:rPr>
          <w:color w:val="000000"/>
        </w:rPr>
      </w:pPr>
      <w:r>
        <w:rPr>
          <w:color w:val="000000"/>
        </w:rPr>
        <w:t>（2）</w:t>
      </w:r>
      <w:r>
        <w:pict>
          <v:shape id="_x0000_i711590" type="#_x0000_t75" alt="学科网(www.zxxk.com)--教育资源门户，提供试卷、教案、课件、论文、素材以及各类教学资源下载，还有大量而丰富的教学相关资讯！" style="width:15.05pt;height:14.25pt" o:oleicon="f" o:ole="">
            <v:imagedata r:id="rId1773" o:title="eqId8cbcee1bbe519d9570df2429654d54b8"/>
          </v:shape>
        </w:pic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3</w:t>
      </w:r>
      <w:r>
        <w:rPr>
          <w:rFonts w:ascii="宋体" w:eastAsia="宋体" w:hAnsi="宋体" w:cs="宋体"/>
          <w:color w:val="000000"/>
        </w:rPr>
        <w:t>，</w:t>
      </w:r>
      <w:r>
        <w:pict>
          <v:shape id="_x0000_i711591" type="#_x0000_t75" alt="学科网(www.zxxk.com)--教育资源门户，提供试卷、教案、课件、论文、素材以及各类教学资源下载，还有大量而丰富的教学相关资讯！" style="width:54.6pt;height:14.4pt" o:oleicon="f" o:ole="">
            <v:imagedata r:id="rId1774" o:title="eqIdd544d676ba61b4315817833fdf5c01eb"/>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）由数轴可以确定</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的大小关系及绝对值关系，则由加减法法则可确定</w:t>
      </w:r>
      <w:r>
        <w:pict>
          <v:shape id="_x0000_i711592" type="#_x0000_t75" alt="学科网(www.zxxk.com)--教育资源门户，提供试卷、教案、课件、论文、素材以及各类教学资源下载，还有大量而丰富的教学相关资讯！" style="width:27pt;height:14.25pt" o:oleicon="f" o:ole="">
            <v:imagedata r:id="rId1775" o:title="eqId20d6fc9b90f370fbb27552876b650f8f"/>
          </v:shape>
        </w:pict>
      </w:r>
      <w:r>
        <w:rPr>
          <w:rFonts w:ascii="宋体" w:eastAsia="宋体" w:hAnsi="宋体" w:cs="宋体"/>
          <w:color w:val="000000"/>
        </w:rPr>
        <w:t>，</w:t>
      </w:r>
      <w:r>
        <w:pict>
          <v:shape id="_x0000_i711593" type="#_x0000_t75" alt="学科网(www.zxxk.com)--教育资源门户，提供试卷、教案、课件、论文、素材以及各类教学资源下载，还有大量而丰富的教学相关资讯！" style="width:25.5pt;height:14.25pt" o:oleicon="f" o:ole="">
            <v:imagedata r:id="rId1776" o:title="eqId13502d46b8563c54c09b29b20b3006a4"/>
          </v:shape>
        </w:pict>
      </w:r>
      <w:r>
        <w:rPr>
          <w:rFonts w:ascii="宋体" w:eastAsia="宋体" w:hAnsi="宋体" w:cs="宋体"/>
          <w:color w:val="000000"/>
        </w:rPr>
        <w:t>的符号；</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）及绝对值的意义即可化简；</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）分表示数</w:t>
      </w:r>
      <w:r>
        <w:rPr>
          <w:rFonts w:ascii="Times New Roman" w:eastAsia="Times New Roman" w:hAnsi="Times New Roman" w:cs="Times New Roman"/>
          <w:i/>
          <w:color w:val="000000"/>
        </w:rPr>
        <w:t>x</w:t>
      </w:r>
      <w:r>
        <w:rPr>
          <w:rFonts w:ascii="宋体" w:eastAsia="宋体" w:hAnsi="宋体" w:cs="宋体"/>
          <w:color w:val="000000"/>
        </w:rPr>
        <w:t>的点在表示数</w:t>
      </w:r>
      <w:r>
        <w:rPr>
          <w:rFonts w:ascii="Times New Roman" w:eastAsia="Times New Roman" w:hAnsi="Times New Roman" w:cs="Times New Roman"/>
          <w:i/>
          <w:color w:val="000000"/>
        </w:rPr>
        <w:t>a</w:t>
      </w:r>
      <w:r>
        <w:rPr>
          <w:rFonts w:ascii="宋体" w:eastAsia="宋体" w:hAnsi="宋体" w:cs="宋体"/>
          <w:color w:val="000000"/>
        </w:rPr>
        <w:t>与数</w:t>
      </w:r>
      <w:r>
        <w:rPr>
          <w:rFonts w:ascii="Times New Roman" w:eastAsia="Times New Roman" w:hAnsi="Times New Roman" w:cs="Times New Roman"/>
          <w:i/>
          <w:color w:val="000000"/>
        </w:rPr>
        <w:t>b</w:t>
      </w:r>
      <w:r>
        <w:rPr>
          <w:rFonts w:ascii="宋体" w:eastAsia="宋体" w:hAnsi="宋体" w:cs="宋体"/>
          <w:color w:val="000000"/>
        </w:rPr>
        <w:t>的两点间线段上及线段的两侧考虑，即可求解．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解：由数轴知：</w:t>
      </w:r>
      <w:r>
        <w:pict>
          <v:shape id="_x0000_i711594" type="#_x0000_t75" alt="学科网(www.zxxk.com)--教育资源门户，提供试卷、教案、课件、论文、素材以及各类教学资源下载，还有大量而丰富的教学相关资讯！" style="width:45pt;height:14.25pt" o:oleicon="f" o:ole="">
            <v:imagedata r:id="rId1777" o:title="eqId697ea4f2cd1a6f4c0bfa64b32908f7fa"/>
          </v:shape>
        </w:pict>
      </w:r>
      <w:r>
        <w:rPr>
          <w:rFonts w:ascii="宋体" w:eastAsia="宋体" w:hAnsi="宋体" w:cs="宋体"/>
          <w:color w:val="000000"/>
        </w:rPr>
        <w:t>，且</w:t>
      </w:r>
      <w:r>
        <w:pict>
          <v:shape id="_x0000_i711595" type="#_x0000_t75" alt="学科网(www.zxxk.com)--教育资源门户，提供试卷、教案、课件、论文、素材以及各类教学资源下载，还有大量而丰富的教学相关资讯！" style="width:32.25pt;height:20.25pt" o:oleicon="f" o:ole="">
            <v:imagedata r:id="rId1778" o:title="eqId4f45bb587003d13eeafdd38519016879"/>
          </v:shape>
        </w:pict>
      </w:r>
      <w:r>
        <w:rPr>
          <w:rFonts w:ascii="宋体" w:eastAsia="宋体" w:hAnsi="宋体" w:cs="宋体"/>
          <w:color w:val="000000"/>
        </w:rPr>
        <w:t>，则由加法及减法法则知：</w:t>
      </w:r>
      <w:r>
        <w:pict>
          <v:shape id="_x0000_i711596" type="#_x0000_t75" alt="学科网(www.zxxk.com)--教育资源门户，提供试卷、教案、课件、论文、素材以及各类教学资源下载，还有大量而丰富的教学相关资讯！" style="width:44.25pt;height:14.25pt" o:oleicon="f" o:ole="">
            <v:imagedata r:id="rId1779" o:title="eqIdbd039882414ced3cd59d7a4d5ec76f35"/>
          </v:shape>
        </w:pict>
      </w:r>
      <w:r>
        <w:rPr>
          <w:rFonts w:ascii="宋体" w:eastAsia="宋体" w:hAnsi="宋体" w:cs="宋体"/>
          <w:color w:val="000000"/>
        </w:rPr>
        <w:t>，</w:t>
      </w:r>
      <w:r>
        <w:pict>
          <v:shape id="_x0000_i711597" type="#_x0000_t75" alt="学科网(www.zxxk.com)--教育资源门户，提供试卷、教案、课件、论文、素材以及各类教学资源下载，还有大量而丰富的教学相关资讯！" style="width:93.75pt;height:15.75pt" o:oleicon="f" o:ole="">
            <v:imagedata r:id="rId1780" o:title="eqIda61b7daab546b86dac21a660b49f8d1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1598" type="#_x0000_t75" alt="学科网(www.zxxk.com)--教育资源门户，提供试卷、教案、课件、论文、素材以及各类教学资源下载，还有大量而丰富的教学相关资讯！" style="width:39pt;height:11.25pt" o:oleicon="f" o:ole="">
            <v:imagedata r:id="rId1781" o:title="eqIdef97583e124fab4f56f724f5ea165def"/>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1599" type="#_x0000_t75" alt="学科网(www.zxxk.com)--教育资源门户，提供试卷、教案、课件、论文、素材以及各类教学资源下载，还有大量而丰富的教学相关资讯！" style="width:108.6pt;height:16.2pt" o:oleicon="f" o:ole="">
            <v:imagedata r:id="rId1782" o:title="eqId492206174515740af634f5bf914e09fd"/>
          </v:shape>
        </w:pict>
      </w:r>
    </w:p>
    <w:p>
      <w:pPr>
        <w:spacing w:line="360" w:lineRule="auto"/>
        <w:jc w:val="left"/>
        <w:textAlignment w:val="center"/>
        <w:rPr>
          <w:color w:val="000000"/>
        </w:rPr>
      </w:pPr>
      <w:r>
        <w:rPr>
          <w:rFonts w:ascii="Times New Roman" w:eastAsia="Times New Roman" w:hAnsi="Times New Roman" w:cs="Times New Roman"/>
          <w:color w:val="000000"/>
        </w:rPr>
        <w:t xml:space="preserve">   </w:t>
      </w:r>
      <w:r>
        <w:pict>
          <v:shape id="_x0000_i711600" type="#_x0000_t75" alt="学科网(www.zxxk.com)--教育资源门户，提供试卷、教案、课件、论文、素材以及各类教学资源下载，还有大量而丰富的教学相关资讯！" style="width:123.75pt;height:20.25pt" o:oleicon="f" o:ole="">
            <v:imagedata r:id="rId1783" o:title="eqId276262a57d22ca22c49d1f0071c3c4b1"/>
          </v:shape>
        </w:pict>
      </w:r>
    </w:p>
    <w:p>
      <w:pPr>
        <w:spacing w:line="360" w:lineRule="auto"/>
        <w:jc w:val="left"/>
        <w:textAlignment w:val="center"/>
        <w:rPr>
          <w:color w:val="000000"/>
        </w:rPr>
      </w:pPr>
      <w:r>
        <w:rPr>
          <w:rFonts w:ascii="Times New Roman" w:eastAsia="Times New Roman" w:hAnsi="Times New Roman" w:cs="Times New Roman"/>
          <w:color w:val="000000"/>
        </w:rPr>
        <w:t xml:space="preserve">   </w:t>
      </w:r>
      <w:r>
        <w:pict>
          <v:shape id="_x0000_i711601" type="#_x0000_t75" alt="学科网(www.zxxk.com)--教育资源门户，提供试卷、教案、课件、论文、素材以及各类教学资源下载，还有大量而丰富的教学相关资讯！" style="width:87.75pt;height:14.25pt" o:oleicon="f" o:ole="">
            <v:imagedata r:id="rId1784" o:title="eqId2c0e30ac4f9f46838224086b7a986c35"/>
          </v:shape>
        </w:pict>
      </w:r>
    </w:p>
    <w:p>
      <w:pPr>
        <w:spacing w:line="360" w:lineRule="auto"/>
        <w:jc w:val="left"/>
        <w:textAlignment w:val="center"/>
        <w:rPr>
          <w:color w:val="000000"/>
        </w:rPr>
      </w:pPr>
      <w:r>
        <w:rPr>
          <w:rFonts w:ascii="Times New Roman" w:eastAsia="Times New Roman" w:hAnsi="Times New Roman" w:cs="Times New Roman"/>
          <w:color w:val="000000"/>
        </w:rPr>
        <w:t xml:space="preserve">   </w:t>
      </w:r>
      <w:r>
        <w:pict>
          <v:shape id="_x0000_i711602" type="#_x0000_t75" alt="学科网(www.zxxk.com)--教育资源门户，提供试卷、教案、课件、论文、素材以及各类教学资源下载，还有大量而丰富的教学相关资讯！" style="width:24pt;height:14.4pt" o:oleicon="f" o:ole="">
            <v:imagedata r:id="rId1785" o:title="eqIdeafa2f93ca9028bc15ae1714ae1f4731"/>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解：①表示数</w:t>
      </w:r>
      <w:r>
        <w:rPr>
          <w:rFonts w:ascii="Times New Roman" w:eastAsia="Times New Roman" w:hAnsi="Times New Roman" w:cs="Times New Roman"/>
          <w:i/>
          <w:color w:val="000000"/>
        </w:rPr>
        <w:t>x</w:t>
      </w:r>
      <w:r>
        <w:rPr>
          <w:rFonts w:ascii="宋体" w:eastAsia="宋体" w:hAnsi="宋体" w:cs="宋体"/>
          <w:color w:val="000000"/>
        </w:rPr>
        <w:t>的点在表示数</w:t>
      </w:r>
      <w:r>
        <w:rPr>
          <w:rFonts w:ascii="Times New Roman" w:eastAsia="Times New Roman" w:hAnsi="Times New Roman" w:cs="Times New Roman"/>
          <w:i/>
          <w:color w:val="000000"/>
        </w:rPr>
        <w:t>a</w:t>
      </w:r>
      <w:r>
        <w:rPr>
          <w:rFonts w:ascii="宋体" w:eastAsia="宋体" w:hAnsi="宋体" w:cs="宋体"/>
          <w:color w:val="000000"/>
        </w:rPr>
        <w:t>与数</w:t>
      </w:r>
      <w:r>
        <w:rPr>
          <w:rFonts w:ascii="Times New Roman" w:eastAsia="Times New Roman" w:hAnsi="Times New Roman" w:cs="Times New Roman"/>
          <w:i/>
          <w:color w:val="000000"/>
        </w:rPr>
        <w:t>b</w:t>
      </w:r>
      <w:r>
        <w:rPr>
          <w:rFonts w:ascii="宋体" w:eastAsia="宋体" w:hAnsi="宋体" w:cs="宋体"/>
          <w:color w:val="000000"/>
        </w:rPr>
        <w:t>的两点间线段上时（包括线段的两端），由此点到线段两端的距离之和为</w:t>
      </w:r>
      <w:r>
        <w:rPr>
          <w:rFonts w:ascii="Times New Roman" w:eastAsia="Times New Roman" w:hAnsi="Times New Roman" w:cs="Times New Roman"/>
          <w:color w:val="000000"/>
        </w:rPr>
        <w:t>3</w:t>
      </w:r>
      <w:r>
        <w:rPr>
          <w:rFonts w:ascii="宋体" w:eastAsia="宋体" w:hAnsi="宋体" w:cs="宋体"/>
          <w:color w:val="000000"/>
        </w:rPr>
        <w:t>，即</w:t>
      </w:r>
      <w:r>
        <w:pict>
          <v:shape id="_x0000_i711603" type="#_x0000_t75" alt="学科网(www.zxxk.com)--教育资源门户，提供试卷、教案、课件、论文、素材以及各类教学资源下载，还有大量而丰富的教学相关资讯！" style="width:83.25pt;height:15pt" o:oleicon="f" o:ole="">
            <v:imagedata r:id="rId1786" o:title="eqId7cc308d53b59d9111254a07e87fd4a6d"/>
          </v:shape>
        </w:pic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247900" cy="1000125"/>
            <wp:docPr id="32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 name=""/>
                    <pic:cNvPicPr>
                      <a:picLocks noChangeAspect="1"/>
                    </pic:cNvPicPr>
                  </pic:nvPicPr>
                  <pic:blipFill>
                    <a:blip r:embed="rId1787"/>
                    <a:stretch>
                      <a:fillRect/>
                    </a:stretch>
                  </pic:blipFill>
                  <pic:spPr>
                    <a:xfrm>
                      <a:off x="0" y="0"/>
                      <a:ext cx="2247900" cy="10001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②表示数</w:t>
      </w:r>
      <w:r>
        <w:rPr>
          <w:rFonts w:ascii="Times New Roman" w:eastAsia="Times New Roman" w:hAnsi="Times New Roman" w:cs="Times New Roman"/>
          <w:i/>
          <w:color w:val="000000"/>
        </w:rPr>
        <w:t>x</w:t>
      </w:r>
      <w:r>
        <w:rPr>
          <w:rFonts w:ascii="宋体" w:eastAsia="宋体" w:hAnsi="宋体" w:cs="宋体"/>
          <w:color w:val="000000"/>
        </w:rPr>
        <w:t>的点在表示数</w:t>
      </w:r>
      <w:r>
        <w:rPr>
          <w:rFonts w:ascii="Times New Roman" w:eastAsia="Times New Roman" w:hAnsi="Times New Roman" w:cs="Times New Roman"/>
          <w:i/>
          <w:color w:val="000000"/>
        </w:rPr>
        <w:t>a</w:t>
      </w:r>
      <w:r>
        <w:rPr>
          <w:rFonts w:ascii="宋体" w:eastAsia="宋体" w:hAnsi="宋体" w:cs="宋体"/>
          <w:color w:val="000000"/>
        </w:rPr>
        <w:t>与数</w:t>
      </w:r>
      <w:r>
        <w:rPr>
          <w:rFonts w:ascii="Times New Roman" w:eastAsia="Times New Roman" w:hAnsi="Times New Roman" w:cs="Times New Roman"/>
          <w:i/>
          <w:color w:val="000000"/>
        </w:rPr>
        <w:t>b</w:t>
      </w:r>
      <w:r>
        <w:rPr>
          <w:rFonts w:ascii="宋体" w:eastAsia="宋体" w:hAnsi="宋体" w:cs="宋体"/>
          <w:color w:val="000000"/>
        </w:rPr>
        <w:t>的两点间线段的两侧时，由此点到线段一端的距离必大于</w:t>
      </w:r>
      <w:r>
        <w:rPr>
          <w:rFonts w:ascii="Times New Roman" w:eastAsia="Times New Roman" w:hAnsi="Times New Roman" w:cs="Times New Roman"/>
          <w:color w:val="000000"/>
        </w:rPr>
        <w:t>3</w:t>
      </w:r>
      <w:r>
        <w:rPr>
          <w:rFonts w:ascii="宋体" w:eastAsia="宋体" w:hAnsi="宋体" w:cs="宋体"/>
          <w:color w:val="000000"/>
        </w:rPr>
        <w:t>，从而有</w:t>
      </w:r>
      <w:r>
        <w:pict>
          <v:shape id="_x0000_i711604" type="#_x0000_t75" alt="学科网(www.zxxk.com)--教育资源门户，提供试卷、教案、课件、论文、素材以及各类教学资源下载，还有大量而丰富的教学相关资讯！" style="width:83.25pt;height:15pt" o:oleicon="f" o:ole="">
            <v:imagedata r:id="rId1788" o:title="eqId1c741ffca9e2f11058f6d472079f8e9a"/>
          </v:shape>
        </w:pict>
      </w:r>
      <w:r>
        <w:rPr>
          <w:rFonts w:ascii="宋体" w:eastAsia="宋体" w:hAnsi="宋体" w:cs="宋体"/>
          <w:color w:val="000000"/>
        </w:rPr>
        <w:t>，如下图左右两图所示；</w:t>
      </w:r>
    </w:p>
    <w:p>
      <w:pPr>
        <w:spacing w:line="360" w:lineRule="auto"/>
        <w:jc w:val="left"/>
        <w:textAlignment w:val="center"/>
        <w:rPr>
          <w:color w:val="000000"/>
        </w:rPr>
      </w:pPr>
      <w:r>
        <w:rPr>
          <w:color w:val="000000"/>
        </w:rPr>
        <w:drawing>
          <wp:inline>
            <wp:extent cx="5172075" cy="1019175"/>
            <wp:docPr id="32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 name=""/>
                    <pic:cNvPicPr>
                      <a:picLocks noChangeAspect="1"/>
                    </pic:cNvPicPr>
                  </pic:nvPicPr>
                  <pic:blipFill>
                    <a:blip r:embed="rId1789"/>
                    <a:stretch>
                      <a:fillRect/>
                    </a:stretch>
                  </pic:blipFill>
                  <pic:spPr>
                    <a:xfrm>
                      <a:off x="0" y="0"/>
                      <a:ext cx="5172075" cy="10191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综上，当表示数</w:t>
      </w:r>
      <w:r>
        <w:rPr>
          <w:rFonts w:ascii="Times New Roman" w:eastAsia="Times New Roman" w:hAnsi="Times New Roman" w:cs="Times New Roman"/>
          <w:i/>
          <w:color w:val="000000"/>
        </w:rPr>
        <w:t>x</w:t>
      </w:r>
      <w:r>
        <w:rPr>
          <w:rFonts w:ascii="宋体" w:eastAsia="宋体" w:hAnsi="宋体" w:cs="宋体"/>
          <w:color w:val="000000"/>
        </w:rPr>
        <w:t>的点在表示数</w:t>
      </w:r>
      <w:r>
        <w:rPr>
          <w:rFonts w:ascii="Times New Roman" w:eastAsia="Times New Roman" w:hAnsi="Times New Roman" w:cs="Times New Roman"/>
          <w:i/>
          <w:color w:val="000000"/>
        </w:rPr>
        <w:t>a</w:t>
      </w:r>
      <w:r>
        <w:rPr>
          <w:rFonts w:ascii="宋体" w:eastAsia="宋体" w:hAnsi="宋体" w:cs="宋体"/>
          <w:color w:val="000000"/>
        </w:rPr>
        <w:t>与数</w:t>
      </w:r>
      <w:r>
        <w:rPr>
          <w:rFonts w:ascii="Times New Roman" w:eastAsia="Times New Roman" w:hAnsi="Times New Roman" w:cs="Times New Roman"/>
          <w:i/>
          <w:color w:val="000000"/>
        </w:rPr>
        <w:t>b</w:t>
      </w:r>
      <w:r>
        <w:rPr>
          <w:rFonts w:ascii="宋体" w:eastAsia="宋体" w:hAnsi="宋体" w:cs="宋体"/>
          <w:color w:val="000000"/>
        </w:rPr>
        <w:t>的两点间线段上时，</w:t>
      </w:r>
      <w:r>
        <w:pict>
          <v:shape id="_x0000_i711605" type="#_x0000_t75" alt="学科网(www.zxxk.com)--教育资源门户，提供试卷、教案、课件、论文、素材以及各类教学资源下载，还有大量而丰富的教学相关资讯！" style="width:70.5pt;height:15pt" o:oleicon="f" o:ole="">
            <v:imagedata r:id="rId1790" o:title="eqId6e49e477a997edb0ca93a517c035283f"/>
          </v:shape>
        </w:pict>
      </w:r>
      <w:r>
        <w:rPr>
          <w:rFonts w:ascii="宋体" w:eastAsia="宋体" w:hAnsi="宋体" w:cs="宋体"/>
          <w:color w:val="000000"/>
        </w:rPr>
        <w:t>的最小值是</w:t>
      </w:r>
      <w:r>
        <w:rPr>
          <w:rFonts w:ascii="Times New Roman" w:eastAsia="Times New Roman" w:hAnsi="Times New Roman" w:cs="Times New Roman"/>
          <w:color w:val="000000"/>
        </w:rPr>
        <w:t>3</w:t>
      </w:r>
      <w:r>
        <w:rPr>
          <w:rFonts w:ascii="宋体" w:eastAsia="宋体" w:hAnsi="宋体" w:cs="宋体"/>
          <w:color w:val="000000"/>
        </w:rPr>
        <w:t>，此时</w:t>
      </w:r>
      <w:r>
        <w:pict>
          <v:shape id="_x0000_i711606" type="#_x0000_t75" alt="学科网(www.zxxk.com)--教育资源门户，提供试卷、教案、课件、论文、素材以及各类教学资源下载，还有大量而丰富的教学相关资讯！" style="width:54.6pt;height:14.4pt" o:oleicon="f" o:ole="">
            <v:imagedata r:id="rId1791" o:title="eqIdd544d676ba61b4315817833fdf5c01e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r>
        <w:pict>
          <v:shape id="_x0000_i711607" type="#_x0000_t75" alt="学科网(www.zxxk.com)--教育资源门户，提供试卷、教案、课件、论文、素材以及各类教学资源下载，还有大量而丰富的教学相关资讯！" style="width:54.6pt;height:14.4pt" o:oleicon="f" o:ole="">
            <v:imagedata r:id="rId1792" o:title="eqIdd544d676ba61b4315817833fdf5c01eb"/>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本题考查了数轴上两点间的距离，有理数大小的比较，有理数的加减法则，绝对值的化简等知识，注意数形结合及分类讨论．</w:t>
      </w:r>
    </w:p>
    <w:p>
      <w:pPr>
        <w:spacing w:line="360" w:lineRule="auto"/>
        <w:jc w:val="both"/>
        <w:textAlignment w:val="center"/>
        <w:rPr>
          <w:color w:val="000000"/>
        </w:rPr>
      </w:pPr>
      <w:r>
        <w:rPr>
          <w:color w:val="000000"/>
        </w:rPr>
        <w:t xml:space="preserve">28. </w:t>
      </w:r>
      <w:r>
        <w:rPr>
          <w:rFonts w:ascii="宋体" w:eastAsia="宋体" w:hAnsi="宋体" w:cs="宋体"/>
          <w:color w:val="000000"/>
        </w:rPr>
        <w:t>我们规定：对于数轴上不同的三个点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，当点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左侧时，若点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的距离恰好为点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N</w:t>
      </w:r>
      <w:r>
        <w:rPr>
          <w:rFonts w:ascii="宋体" w:eastAsia="宋体" w:hAnsi="宋体" w:cs="宋体"/>
          <w:color w:val="000000"/>
        </w:rPr>
        <w:t>的距离的</w:t>
      </w:r>
      <w:r>
        <w:rPr>
          <w:rFonts w:ascii="Times New Roman" w:eastAsia="Times New Roman" w:hAnsi="Times New Roman" w:cs="Times New Roman"/>
          <w:i/>
          <w:color w:val="000000"/>
        </w:rPr>
        <w:t>k</w:t>
      </w:r>
      <w:r>
        <w:rPr>
          <w:rFonts w:ascii="宋体" w:eastAsia="宋体" w:hAnsi="宋体" w:cs="宋体"/>
          <w:color w:val="000000"/>
        </w:rPr>
        <w:t>倍，且</w:t>
      </w:r>
      <w:r>
        <w:rPr>
          <w:rFonts w:ascii="Times New Roman" w:eastAsia="Times New Roman" w:hAnsi="Times New Roman" w:cs="Times New Roman"/>
          <w:i/>
          <w:color w:val="000000"/>
        </w:rPr>
        <w:t>k</w:t>
      </w:r>
      <w:r>
        <w:rPr>
          <w:rFonts w:ascii="宋体" w:eastAsia="宋体" w:hAnsi="宋体" w:cs="宋体"/>
          <w:color w:val="000000"/>
        </w:rPr>
        <w:t>为正整数，（即</w:t>
      </w:r>
      <w:r>
        <w:pict>
          <v:shape id="_x0000_i711608" type="#_x0000_t75" alt="学科网(www.zxxk.com)--教育资源门户，提供试卷、教案、课件、论文、素材以及各类教学资源下载，还有大量而丰富的教学相关资讯！" style="width:57.8pt;height:13.1pt" o:oleicon="f" o:ole="">
            <v:imagedata r:id="rId1793" o:title="eqId6bf295b3a70996eb918ae1a823e1747c"/>
          </v:shape>
        </w:pict>
      </w:r>
      <w:r>
        <w:rPr>
          <w:rFonts w:ascii="宋体" w:eastAsia="宋体" w:hAnsi="宋体" w:cs="宋体"/>
          <w:color w:val="000000"/>
        </w:rPr>
        <w:t>），则称点</w:t>
      </w:r>
      <w:r>
        <w:rPr>
          <w:rFonts w:ascii="Times New Roman" w:eastAsia="Times New Roman" w:hAnsi="Times New Roman" w:cs="Times New Roman"/>
          <w:i/>
          <w:color w:val="000000"/>
        </w:rPr>
        <w:t>P</w:t>
      </w:r>
      <w:r>
        <w:rPr>
          <w:rFonts w:ascii="宋体" w:eastAsia="宋体" w:hAnsi="宋体" w:cs="宋体"/>
          <w:color w:val="000000"/>
        </w:rPr>
        <w:t>是“</w:t>
      </w:r>
      <w:r>
        <w:pict>
          <v:shape id="_x0000_i711609" type="#_x0000_t75" alt="学科网(www.zxxk.com)--教育资源门户，提供试卷、教案、课件、论文、素材以及各类教学资源下载，还有大量而丰富的教学相关资讯！" style="width:43.2pt;height:16.2pt" o:oleicon="f" o:ole="">
            <v:imagedata r:id="rId1794" o:title="eqId18a330cebecce74b596bc03a34b70a4e"/>
          </v:shape>
        </w:pict>
      </w:r>
      <w:r>
        <w:rPr>
          <w:rFonts w:ascii="宋体" w:eastAsia="宋体" w:hAnsi="宋体" w:cs="宋体"/>
          <w:color w:val="000000"/>
        </w:rPr>
        <w:t>整</w:t>
      </w:r>
      <w:r>
        <w:rPr>
          <w:rFonts w:ascii="Times New Roman" w:eastAsia="Times New Roman" w:hAnsi="Times New Roman" w:cs="Times New Roman"/>
          <w:i/>
          <w:color w:val="000000"/>
        </w:rPr>
        <w:t>k</w:t>
      </w:r>
      <w:r>
        <w:rPr>
          <w:rFonts w:ascii="宋体" w:eastAsia="宋体" w:hAnsi="宋体" w:cs="宋体"/>
          <w:color w:val="000000"/>
        </w:rPr>
        <w:t>关联点”</w:t>
      </w:r>
    </w:p>
    <w:p>
      <w:pPr>
        <w:spacing w:line="360" w:lineRule="auto"/>
        <w:jc w:val="both"/>
        <w:textAlignment w:val="center"/>
        <w:rPr>
          <w:color w:val="000000"/>
        </w:rPr>
      </w:pPr>
      <w:r>
        <w:rPr>
          <w:rFonts w:ascii="宋体" w:eastAsia="宋体" w:hAnsi="宋体" w:cs="宋体"/>
          <w:color w:val="000000"/>
        </w:rPr>
        <w:t>如图，已知在数轴上，原点为</w:t>
      </w:r>
      <w:r>
        <w:rPr>
          <w:rFonts w:ascii="Times New Roman" w:eastAsia="Times New Roman" w:hAnsi="Times New Roman" w:cs="Times New Roman"/>
          <w:i/>
          <w:color w:val="000000"/>
        </w:rPr>
        <w:t>O</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表示的数分别为</w:t>
      </w:r>
      <w:r>
        <w:pict>
          <v:shape id="_x0000_i711610" type="#_x0000_t75" alt="学科网(www.zxxk.com)--教育资源门户，提供试卷、教案、课件、论文、素材以及各类教学资源下载，还有大量而丰富的教学相关资讯！" style="width:79.8pt;height:18pt" o:oleicon="f" o:ole="">
            <v:imagedata r:id="rId1795" o:title="eqId4e696673eff88a942bab59af0d923d9f"/>
          </v:shape>
        </w:pi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3409950" cy="352425"/>
            <wp:docPr id="32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 name=""/>
                    <pic:cNvPicPr>
                      <a:picLocks noChangeAspect="1"/>
                    </pic:cNvPicPr>
                  </pic:nvPicPr>
                  <pic:blipFill>
                    <a:blip r:embed="rId1796"/>
                    <a:stretch>
                      <a:fillRect/>
                    </a:stretch>
                  </pic:blipFill>
                  <pic:spPr>
                    <a:xfrm>
                      <a:off x="0" y="0"/>
                      <a:ext cx="3409950" cy="3524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原点</w:t>
      </w:r>
      <w:r>
        <w:rPr>
          <w:rFonts w:ascii="Times New Roman" w:eastAsia="Times New Roman" w:hAnsi="Times New Roman" w:cs="Times New Roman"/>
          <w:i/>
          <w:color w:val="000000"/>
        </w:rPr>
        <w:t>O</w:t>
      </w:r>
      <w:r>
        <w:rPr>
          <w:rFonts w:ascii="Times New Roman" w:eastAsia="Times New Roman" w:hAnsi="Times New Roman" w:cs="Times New Roman"/>
          <w:color w:val="000000"/>
        </w:rPr>
        <w:t>________</w:t>
      </w:r>
      <w:r>
        <w:rPr>
          <w:rFonts w:ascii="宋体" w:eastAsia="宋体" w:hAnsi="宋体" w:cs="宋体"/>
          <w:color w:val="000000"/>
        </w:rPr>
        <w:t>（填“是”或“不是”）“</w:t>
      </w:r>
      <w:r>
        <w:pict>
          <v:shape id="_x0000_i711611" type="#_x0000_t75" alt="学科网(www.zxxk.com)--教育资源门户，提供试卷、教案、课件、论文、素材以及各类教学资源下载，还有大量而丰富的教学相关资讯！" style="width:36.6pt;height:16.2pt" o:oleicon="f" o:ole="">
            <v:imagedata r:id="rId1797" o:title="eqIdd5fb4645286a18c21780852644003353"/>
          </v:shape>
        </w:pict>
      </w:r>
      <w:r>
        <w:rPr>
          <w:rFonts w:ascii="宋体" w:eastAsia="宋体" w:hAnsi="宋体" w:cs="宋体"/>
          <w:color w:val="000000"/>
        </w:rPr>
        <w:t>整</w:t>
      </w:r>
      <w:r>
        <w:rPr>
          <w:rFonts w:ascii="Times New Roman" w:eastAsia="Times New Roman" w:hAnsi="Times New Roman" w:cs="Times New Roman"/>
          <w:i/>
          <w:color w:val="000000"/>
        </w:rPr>
        <w:t>k</w:t>
      </w:r>
      <w:r>
        <w:rPr>
          <w:rFonts w:ascii="宋体" w:eastAsia="宋体" w:hAnsi="宋体" w:cs="宋体"/>
          <w:color w:val="000000"/>
        </w:rPr>
        <w:t>关联点”；</w:t>
      </w:r>
    </w:p>
    <w:p>
      <w:pPr>
        <w:spacing w:line="360" w:lineRule="auto"/>
        <w:jc w:val="left"/>
        <w:textAlignment w:val="center"/>
        <w:rPr>
          <w:color w:val="000000"/>
        </w:rPr>
      </w:pPr>
      <w:r>
        <w:rPr>
          <w:color w:val="000000"/>
        </w:rPr>
        <w:t>（2）</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是“</w:t>
      </w:r>
      <w:r>
        <w:pict>
          <v:shape id="_x0000_i711612" type="#_x0000_t75" alt="学科网(www.zxxk.com)--教育资源门户，提供试卷、教案、课件、论文、素材以及各类教学资源下载，还有大量而丰富的教学相关资讯！" style="width:36.6pt;height:16.2pt" o:oleicon="f" o:ole="">
            <v:imagedata r:id="rId1798" o:title="eqIdd5fb4645286a18c21780852644003353"/>
          </v:shape>
        </w:pict>
      </w:r>
      <w:r>
        <w:rPr>
          <w:rFonts w:ascii="宋体" w:eastAsia="宋体" w:hAnsi="宋体" w:cs="宋体"/>
          <w:color w:val="000000"/>
        </w:rPr>
        <w:t>整</w:t>
      </w:r>
      <w:r>
        <w:rPr>
          <w:rFonts w:ascii="Times New Roman" w:eastAsia="Times New Roman" w:hAnsi="Times New Roman" w:cs="Times New Roman"/>
          <w:color w:val="000000"/>
        </w:rPr>
        <w:t>2</w:t>
      </w:r>
      <w:r>
        <w:rPr>
          <w:rFonts w:ascii="宋体" w:eastAsia="宋体" w:hAnsi="宋体" w:cs="宋体"/>
          <w:color w:val="000000"/>
        </w:rPr>
        <w:t>关联点”，则点</w:t>
      </w:r>
      <w:r>
        <w:rPr>
          <w:rFonts w:ascii="Times New Roman" w:eastAsia="Times New Roman" w:hAnsi="Times New Roman" w:cs="Times New Roman"/>
          <w:i/>
          <w:color w:val="000000"/>
        </w:rPr>
        <w:t>C</w:t>
      </w:r>
      <w:r>
        <w:rPr>
          <w:rFonts w:ascii="宋体" w:eastAsia="宋体" w:hAnsi="宋体" w:cs="宋体"/>
          <w:color w:val="000000"/>
        </w:rPr>
        <w:t>所表示的数</w:t>
      </w:r>
      <w:r>
        <w:pict>
          <v:shape id="_x0000_i711613" type="#_x0000_t75" alt="学科网(www.zxxk.com)--教育资源门户，提供试卷、教案、课件、论文、素材以及各类教学资源下载，还有大量而丰富的教学相关资讯！" style="width:24.75pt;height:18pt" o:oleicon="f" o:ole="">
            <v:imagedata r:id="rId1799" o:title="eqIdbbf4da940755963c562e3619758002c4"/>
          </v:shape>
        </w:pic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沿数轴向左运动，每秒运动</w:t>
      </w:r>
      <w:r>
        <w:rPr>
          <w:rFonts w:ascii="Times New Roman" w:eastAsia="Times New Roman" w:hAnsi="Times New Roman" w:cs="Times New Roman"/>
          <w:color w:val="000000"/>
        </w:rPr>
        <w:t>2</w:t>
      </w:r>
      <w:r>
        <w:rPr>
          <w:rFonts w:ascii="宋体" w:eastAsia="宋体" w:hAnsi="宋体" w:cs="宋体"/>
          <w:color w:val="000000"/>
        </w:rPr>
        <w:t>个单位长度，同时点</w:t>
      </w:r>
      <w:r>
        <w:rPr>
          <w:rFonts w:ascii="Times New Roman" w:eastAsia="Times New Roman" w:hAnsi="Times New Roman" w:cs="Times New Roman"/>
          <w:i/>
          <w:color w:val="000000"/>
        </w:rPr>
        <w:t>B</w:t>
      </w:r>
      <w:r>
        <w:rPr>
          <w:rFonts w:ascii="宋体" w:eastAsia="宋体" w:hAnsi="宋体" w:cs="宋体"/>
          <w:color w:val="000000"/>
        </w:rPr>
        <w:t>沿数轴向右运动，每秒运动</w:t>
      </w:r>
      <w:r>
        <w:rPr>
          <w:rFonts w:ascii="Times New Roman" w:eastAsia="Times New Roman" w:hAnsi="Times New Roman" w:cs="Times New Roman"/>
          <w:color w:val="000000"/>
        </w:rPr>
        <w:t>1</w:t>
      </w:r>
      <w:r>
        <w:rPr>
          <w:rFonts w:ascii="宋体" w:eastAsia="宋体" w:hAnsi="宋体" w:cs="宋体"/>
          <w:color w:val="000000"/>
        </w:rPr>
        <w:t>个单位长度，则运动时间为</w:t>
      </w:r>
      <w:r>
        <w:rPr>
          <w:rFonts w:ascii="Times New Roman" w:eastAsia="Times New Roman" w:hAnsi="Times New Roman" w:cs="Times New Roman"/>
          <w:color w:val="000000"/>
        </w:rPr>
        <w:t>________</w:t>
      </w:r>
      <w:r>
        <w:rPr>
          <w:rFonts w:ascii="宋体" w:eastAsia="宋体" w:hAnsi="宋体" w:cs="宋体"/>
          <w:color w:val="000000"/>
        </w:rPr>
        <w:t>秒时，原点</w:t>
      </w:r>
      <w:r>
        <w:rPr>
          <w:rFonts w:ascii="Times New Roman" w:eastAsia="Times New Roman" w:hAnsi="Times New Roman" w:cs="Times New Roman"/>
          <w:i/>
          <w:color w:val="000000"/>
        </w:rPr>
        <w:t>O</w:t>
      </w:r>
      <w:r>
        <w:rPr>
          <w:rFonts w:ascii="宋体" w:eastAsia="宋体" w:hAnsi="宋体" w:cs="宋体"/>
          <w:color w:val="000000"/>
        </w:rPr>
        <w:t>恰好是“</w:t>
      </w:r>
      <w:r>
        <w:pict>
          <v:shape id="_x0000_i711614" type="#_x0000_t75" alt="学科网(www.zxxk.com)--教育资源门户，提供试卷、教案、课件、论文、素材以及各类教学资源下载，还有大量而丰富的教学相关资讯！" style="width:36.6pt;height:16.2pt" o:oleicon="f" o:ole="">
            <v:imagedata r:id="rId1800" o:title="eqIdd5fb4645286a18c21780852644003353"/>
          </v:shape>
        </w:pict>
      </w:r>
      <w:r>
        <w:rPr>
          <w:rFonts w:ascii="宋体" w:eastAsia="宋体" w:hAnsi="宋体" w:cs="宋体"/>
          <w:color w:val="000000"/>
        </w:rPr>
        <w:t>整</w:t>
      </w:r>
      <w:r>
        <w:rPr>
          <w:rFonts w:ascii="Times New Roman" w:eastAsia="Times New Roman" w:hAnsi="Times New Roman" w:cs="Times New Roman"/>
          <w:i/>
          <w:color w:val="000000"/>
        </w:rPr>
        <w:t>k</w:t>
      </w:r>
      <w:r>
        <w:rPr>
          <w:rFonts w:ascii="宋体" w:eastAsia="宋体" w:hAnsi="宋体" w:cs="宋体"/>
          <w:color w:val="000000"/>
        </w:rPr>
        <w:t>关联点”，此时</w:t>
      </w:r>
      <w:r>
        <w:rPr>
          <w:rFonts w:ascii="Times New Roman" w:eastAsia="Times New Roman" w:hAnsi="Times New Roman" w:cs="Times New Roman"/>
          <w:i/>
          <w:color w:val="000000"/>
        </w:rPr>
        <w:t>k</w:t>
      </w:r>
      <w:r>
        <w:rPr>
          <w:rFonts w:ascii="宋体" w:eastAsia="宋体" w:hAnsi="宋体" w:cs="宋体"/>
          <w:color w:val="000000"/>
        </w:rPr>
        <w:t>的值为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（4）</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之间运动，且不与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两点重合，作“</w:t>
      </w:r>
      <w:r>
        <w:pict>
          <v:shape id="_x0000_i711615" type="#_x0000_t75" alt="学科网(www.zxxk.com)--教育资源门户，提供试卷、教案、课件、论文、素材以及各类教学资源下载，还有大量而丰富的教学相关资讯！" style="width:37.8pt;height:16.2pt" o:oleicon="f" o:ole="">
            <v:imagedata r:id="rId1801" o:title="eqId74c78c13b3c91faf1f1c50aed541f0fa"/>
          </v:shape>
        </w:pict>
      </w:r>
      <w:r>
        <w:rPr>
          <w:rFonts w:ascii="宋体" w:eastAsia="宋体" w:hAnsi="宋体" w:cs="宋体"/>
          <w:color w:val="000000"/>
        </w:rPr>
        <w:t>整</w:t>
      </w:r>
      <w:r>
        <w:rPr>
          <w:rFonts w:ascii="Times New Roman" w:eastAsia="Times New Roman" w:hAnsi="Times New Roman" w:cs="Times New Roman"/>
          <w:color w:val="000000"/>
        </w:rPr>
        <w:t>2</w:t>
      </w:r>
      <w:r>
        <w:rPr>
          <w:rFonts w:ascii="宋体" w:eastAsia="宋体" w:hAnsi="宋体" w:cs="宋体"/>
          <w:color w:val="000000"/>
        </w:rPr>
        <w:t>关联点”，记为</w:t>
      </w:r>
      <w:r>
        <w:pict>
          <v:shape id="_x0000_i711616" type="#_x0000_t75" alt="学科网(www.zxxk.com)--教育资源门户，提供试卷、教案、课件、论文、素材以及各类教学资源下载，还有大量而丰富的教学相关资讯！" style="width:12.75pt;height:12pt" o:oleicon="f" o:ole="">
            <v:imagedata r:id="rId1802" o:title="eqIde7c314398e26ffc7164b82946eeb4273"/>
          </v:shape>
        </w:pict>
      </w:r>
      <w:r>
        <w:rPr>
          <w:rFonts w:ascii="宋体" w:eastAsia="宋体" w:hAnsi="宋体" w:cs="宋体"/>
          <w:color w:val="000000"/>
        </w:rPr>
        <w:t>，作“</w:t>
      </w:r>
      <w:r>
        <w:pict>
          <v:shape id="_x0000_i711617" type="#_x0000_t75" alt="学科网(www.zxxk.com)--教育资源门户，提供试卷、教案、课件、论文、素材以及各类教学资源下载，还有大量而丰富的教学相关资讯！" style="width:36.6pt;height:16.2pt" o:oleicon="f" o:ole="">
            <v:imagedata r:id="rId1803" o:title="eqIdbdd5510a154577508e231f7c7559816c"/>
          </v:shape>
        </w:pict>
      </w:r>
      <w:r>
        <w:rPr>
          <w:rFonts w:ascii="宋体" w:eastAsia="宋体" w:hAnsi="宋体" w:cs="宋体"/>
          <w:color w:val="000000"/>
        </w:rPr>
        <w:t>整</w:t>
      </w:r>
      <w:r>
        <w:rPr>
          <w:rFonts w:ascii="Times New Roman" w:eastAsia="Times New Roman" w:hAnsi="Times New Roman" w:cs="Times New Roman"/>
          <w:color w:val="000000"/>
        </w:rPr>
        <w:t>3</w:t>
      </w:r>
      <w:r>
        <w:rPr>
          <w:rFonts w:ascii="宋体" w:eastAsia="宋体" w:hAnsi="宋体" w:cs="宋体"/>
          <w:color w:val="000000"/>
        </w:rPr>
        <w:t>关联点”，记为</w:t>
      </w:r>
      <w:r>
        <w:pict>
          <v:shape id="_x0000_i711618" type="#_x0000_t75" alt="学科网(www.zxxk.com)--教育资源门户，提供试卷、教案、课件、论文、素材以及各类教学资源下载，还有大量而丰富的教学相关资讯！" style="width:13.95pt;height:13pt" o:oleicon="f" o:ole="">
            <v:imagedata r:id="rId1804" o:title="eqId3953cec61ac602ce5eb59b7912352179"/>
          </v:shape>
        </w:pict>
      </w:r>
      <w:r>
        <w:rPr>
          <w:rFonts w:ascii="宋体" w:eastAsia="宋体" w:hAnsi="宋体" w:cs="宋体"/>
          <w:color w:val="000000"/>
        </w:rPr>
        <w:t>，且满足</w:t>
      </w:r>
      <w:r>
        <w:pict>
          <v:shape id="_x0000_i711619" type="#_x0000_t75" alt="学科网(www.zxxk.com)--教育资源门户，提供试卷、教案、课件、论文、素材以及各类教学资源下载，还有大量而丰富的教学相关资讯！" style="width:12.75pt;height:12pt" o:oleicon="f" o:ole="">
            <v:imagedata r:id="rId1802" o:title="eqIde7c314398e26ffc7164b82946eeb4273"/>
          </v:shape>
        </w:pict>
      </w:r>
      <w:r>
        <w:rPr>
          <w:rFonts w:ascii="宋体" w:eastAsia="宋体" w:hAnsi="宋体" w:cs="宋体"/>
          <w:color w:val="000000"/>
        </w:rPr>
        <w:t>，</w:t>
      </w:r>
      <w:r>
        <w:pict>
          <v:shape id="_x0000_i711620" type="#_x0000_t75" alt="学科网(www.zxxk.com)--教育资源门户，提供试卷、教案、课件、论文、素材以及各类教学资源下载，还有大量而丰富的教学相关资讯！" style="width:13.95pt;height:13pt" o:oleicon="f" o:ole="">
            <v:imagedata r:id="rId1804" o:title="eqId3953cec61ac602ce5eb59b7912352179"/>
          </v:shape>
        </w:pict>
      </w:r>
      <w:r>
        <w:rPr>
          <w:rFonts w:ascii="宋体" w:eastAsia="宋体" w:hAnsi="宋体" w:cs="宋体"/>
          <w:color w:val="000000"/>
        </w:rPr>
        <w:t>分别在线段</w:t>
      </w:r>
      <w:r>
        <w:rPr>
          <w:rFonts w:ascii="Times New Roman" w:eastAsia="Times New Roman" w:hAnsi="Times New Roman" w:cs="Times New Roman"/>
          <w:i/>
          <w:color w:val="000000"/>
        </w:rPr>
        <w:t>AQ</w:t>
      </w:r>
      <w:r>
        <w:rPr>
          <w:rFonts w:ascii="宋体" w:eastAsia="宋体" w:hAnsi="宋体" w:cs="宋体"/>
          <w:color w:val="000000"/>
        </w:rPr>
        <w:t>和</w:t>
      </w:r>
      <w:r>
        <w:rPr>
          <w:rFonts w:ascii="Times New Roman" w:eastAsia="Times New Roman" w:hAnsi="Times New Roman" w:cs="Times New Roman"/>
          <w:i/>
          <w:color w:val="000000"/>
        </w:rPr>
        <w:t>BQ</w:t>
      </w:r>
      <w:r>
        <w:rPr>
          <w:rFonts w:ascii="宋体" w:eastAsia="宋体" w:hAnsi="宋体" w:cs="宋体"/>
          <w:color w:val="000000"/>
        </w:rPr>
        <w:t>上．当点</w:t>
      </w:r>
      <w:r>
        <w:rPr>
          <w:rFonts w:ascii="Times New Roman" w:eastAsia="Times New Roman" w:hAnsi="Times New Roman" w:cs="Times New Roman"/>
          <w:i/>
          <w:color w:val="000000"/>
        </w:rPr>
        <w:t>Q</w:t>
      </w:r>
      <w:r>
        <w:rPr>
          <w:rFonts w:ascii="宋体" w:eastAsia="宋体" w:hAnsi="宋体" w:cs="宋体"/>
          <w:color w:val="000000"/>
        </w:rPr>
        <w:t>运动时，若存在整数</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，使得式子</w:t>
      </w:r>
      <w:r>
        <w:pict>
          <v:shape id="_x0000_i711621" type="#_x0000_t75" alt="学科网(www.zxxk.com)--教育资源门户，提供试卷、教案、课件、论文、素材以及各类教学资源下载，还有大量而丰富的教学相关资讯！" style="width:66pt;height:15.75pt" o:oleicon="f" o:ole="">
            <v:imagedata r:id="rId1805" o:title="eqId7b47306be15bb642f60c25d1c7fa31fc"/>
          </v:shape>
        </w:pict>
      </w:r>
      <w:r>
        <w:rPr>
          <w:rFonts w:ascii="宋体" w:eastAsia="宋体" w:hAnsi="宋体" w:cs="宋体"/>
          <w:color w:val="000000"/>
        </w:rPr>
        <w:t>为定值，求出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满足的数量关系．</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不是</w:t>
      </w:r>
      <w:r>
        <w:rPr>
          <w:color w:val="000000"/>
        </w:rPr>
        <w:t xml:space="preserve">    </w:t>
      </w:r>
      <w:r>
        <w:rPr>
          <w:color w:val="000000"/>
        </w:rPr>
        <w:t>（2）</w:t>
      </w:r>
      <w:r>
        <w:rPr>
          <w:rFonts w:ascii="Times New Roman" w:eastAsia="Times New Roman" w:hAnsi="Times New Roman" w:cs="Times New Roman"/>
          <w:color w:val="000000"/>
        </w:rPr>
        <w:t>2</w:t>
      </w:r>
      <w:r>
        <w:rPr>
          <w:rFonts w:ascii="宋体" w:eastAsia="宋体" w:hAnsi="宋体" w:cs="宋体"/>
          <w:color w:val="000000"/>
        </w:rPr>
        <w:t>或</w:t>
      </w:r>
      <w:r>
        <w:pict>
          <v:shape id="_x0000_i711622" type="#_x0000_t75" alt="学科网(www.zxxk.com)--教育资源门户，提供试卷、教案、课件、论文、素材以及各类教学资源下载，还有大量而丰富的教学相关资讯！" style="width:14.25pt;height:14.25pt" o:oleicon="f" o:ole="">
            <v:imagedata r:id="rId1806" o:title="eqIdd07ae0b4264da6a8812454ffd2f20d94"/>
          </v:shape>
        </w:pic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color w:val="000000"/>
        </w:rPr>
        <w:t xml:space="preserve">    </w:t>
      </w:r>
      <w:r>
        <w:rPr>
          <w:color w:val="000000"/>
        </w:rPr>
        <w:t>（4）</w:t>
      </w:r>
      <w:r>
        <w:pict>
          <v:shape id="_x0000_i711623" type="#_x0000_t75" alt="学科网(www.zxxk.com)--教育资源门户，提供试卷、教案、课件、论文、素材以及各类教学资源下载，还有大量而丰富的教学相关资讯！" style="width:35.5pt;height:27.5pt" o:oleicon="f" o:ole="">
            <v:imagedata r:id="rId1807" o:title="eqIda666e03d35cf30211004e6dd7f981a4c"/>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）根据题中的定义及已知即可判断；</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）分点</w:t>
      </w:r>
      <w:r>
        <w:rPr>
          <w:rFonts w:ascii="Times New Roman" w:eastAsia="Times New Roman" w:hAnsi="Times New Roman" w:cs="Times New Roman"/>
          <w:i/>
          <w:color w:val="000000"/>
        </w:rPr>
        <w:t>C</w:t>
      </w:r>
      <w:r>
        <w:rPr>
          <w:rFonts w:ascii="宋体" w:eastAsia="宋体" w:hAnsi="宋体" w:cs="宋体"/>
          <w:color w:val="000000"/>
        </w:rPr>
        <w:t>在线段</w:t>
      </w:r>
      <w:r>
        <w:pict>
          <v:shape id="_x0000_i711624" type="#_x0000_t75" alt="学科网(www.zxxk.com)--教育资源门户，提供试卷、教案、课件、论文、素材以及各类教学资源下载，还有大量而丰富的教学相关资讯！" style="width:20.05pt;height:12.6pt" o:oleicon="f" o:ole="">
            <v:imagedata r:id="rId1808" o:title="eqIdf52a58fbaf4fea03567e88a9f0f6e37e"/>
          </v:shape>
        </w:pict>
      </w:r>
      <w:r>
        <w:rPr>
          <w:rFonts w:ascii="宋体" w:eastAsia="宋体" w:hAnsi="宋体" w:cs="宋体"/>
          <w:color w:val="000000"/>
        </w:rPr>
        <w:t>上及线段</w:t>
      </w:r>
      <w:r>
        <w:pict>
          <v:shape id="_x0000_i711625" type="#_x0000_t75" alt="学科网(www.zxxk.com)--教育资源门户，提供试卷、教案、课件、论文、素材以及各类教学资源下载，还有大量而丰富的教学相关资讯！" style="width:20.05pt;height:12.6pt" o:oleicon="f" o:ole="">
            <v:imagedata r:id="rId1808" o:title="eqIdf52a58fbaf4fea03567e88a9f0f6e37e"/>
          </v:shape>
        </w:pict>
      </w:r>
      <w:r>
        <w:rPr>
          <w:rFonts w:ascii="宋体" w:eastAsia="宋体" w:hAnsi="宋体" w:cs="宋体"/>
          <w:color w:val="000000"/>
        </w:rPr>
        <w:t>的延长线上两种情况考虑，再结合“</w:t>
      </w:r>
      <w:r>
        <w:pict>
          <v:shape id="_x0000_i711626" type="#_x0000_t75" alt="学科网(www.zxxk.com)--教育资源门户，提供试卷、教案、课件、论文、素材以及各类教学资源下载，还有大量而丰富的教学相关资讯！" style="width:36.6pt;height:16.2pt" o:oleicon="f" o:ole="">
            <v:imagedata r:id="rId1809" o:title="eqIdd5fb4645286a18c21780852644003353"/>
          </v:shape>
        </w:pict>
      </w:r>
      <w:r>
        <w:rPr>
          <w:rFonts w:ascii="宋体" w:eastAsia="宋体" w:hAnsi="宋体" w:cs="宋体"/>
          <w:color w:val="000000"/>
        </w:rPr>
        <w:t>整</w:t>
      </w:r>
      <w:r>
        <w:rPr>
          <w:rFonts w:ascii="Times New Roman" w:eastAsia="Times New Roman" w:hAnsi="Times New Roman" w:cs="Times New Roman"/>
          <w:color w:val="000000"/>
        </w:rPr>
        <w:t>2</w:t>
      </w:r>
      <w:r>
        <w:rPr>
          <w:rFonts w:ascii="宋体" w:eastAsia="宋体" w:hAnsi="宋体" w:cs="宋体"/>
          <w:color w:val="000000"/>
        </w:rPr>
        <w:t>关联点”即可完成求解；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）设运动时间为</w:t>
      </w:r>
      <w:r>
        <w:rPr>
          <w:rFonts w:ascii="Times New Roman" w:eastAsia="Times New Roman" w:hAnsi="Times New Roman" w:cs="Times New Roman"/>
          <w:i/>
          <w:color w:val="000000"/>
        </w:rPr>
        <w:t>t</w:t>
      </w:r>
      <w:r>
        <w:rPr>
          <w:rFonts w:ascii="宋体" w:eastAsia="宋体" w:hAnsi="宋体" w:cs="宋体"/>
          <w:color w:val="000000"/>
        </w:rPr>
        <w:t>秒，则</w:t>
      </w:r>
      <w:r>
        <w:pict>
          <v:shape id="_x0000_i711627" type="#_x0000_t75" alt="学科网(www.zxxk.com)--教育资源门户，提供试卷、教案、课件、论文、素材以及各类教学资源下载，还有大量而丰富的教学相关资讯！" style="width:18.85pt;height:14pt" o:oleicon="f" o:ole="">
            <v:imagedata r:id="rId1810" o:title="eqIdef4113c492885ba7c47fe42ac792578f"/>
          </v:shape>
        </w:pict>
      </w:r>
      <w:r>
        <w:rPr>
          <w:rFonts w:ascii="宋体" w:eastAsia="宋体" w:hAnsi="宋体" w:cs="宋体"/>
          <w:color w:val="000000"/>
        </w:rPr>
        <w:t>、</w:t>
      </w:r>
      <w:r>
        <w:pict>
          <v:shape id="_x0000_i711628" type="#_x0000_t75" alt="学科网(www.zxxk.com)--教育资源门户，提供试卷、教案、课件、论文、素材以及各类教学资源下载，还有大量而丰富的教学相关资讯！" style="width:17.25pt;height:12.75pt" o:oleicon="f" o:ole="">
            <v:imagedata r:id="rId1811" o:title="eqIdb90e0f35eda1a729fed485f83da5ea9d"/>
          </v:shape>
        </w:pict>
      </w:r>
      <w:r>
        <w:rPr>
          <w:rFonts w:ascii="宋体" w:eastAsia="宋体" w:hAnsi="宋体" w:cs="宋体"/>
          <w:color w:val="000000"/>
        </w:rPr>
        <w:t>可用含</w:t>
      </w:r>
      <w:r>
        <w:rPr>
          <w:rFonts w:ascii="Times New Roman" w:eastAsia="Times New Roman" w:hAnsi="Times New Roman" w:cs="Times New Roman"/>
          <w:i/>
          <w:color w:val="000000"/>
        </w:rPr>
        <w:t>t</w:t>
      </w:r>
      <w:r>
        <w:rPr>
          <w:rFonts w:ascii="宋体" w:eastAsia="宋体" w:hAnsi="宋体" w:cs="宋体"/>
          <w:color w:val="000000"/>
        </w:rPr>
        <w:t>的代数式表示，再由原点</w:t>
      </w:r>
      <w:r>
        <w:rPr>
          <w:rFonts w:ascii="Times New Roman" w:eastAsia="Times New Roman" w:hAnsi="Times New Roman" w:cs="Times New Roman"/>
          <w:i/>
          <w:color w:val="000000"/>
        </w:rPr>
        <w:t>O</w:t>
      </w:r>
      <w:r>
        <w:rPr>
          <w:rFonts w:ascii="宋体" w:eastAsia="宋体" w:hAnsi="宋体" w:cs="宋体"/>
          <w:color w:val="000000"/>
        </w:rPr>
        <w:t>恰好是“</w:t>
      </w:r>
      <w:r>
        <w:pict>
          <v:shape id="_x0000_i711629" type="#_x0000_t75" alt="学科网(www.zxxk.com)--教育资源门户，提供试卷、教案、课件、论文、素材以及各类教学资源下载，还有大量而丰富的教学相关资讯！" style="width:36.6pt;height:16.2pt" o:oleicon="f" o:ole="">
            <v:imagedata r:id="rId1812" o:title="eqIdd5fb4645286a18c21780852644003353"/>
          </v:shape>
        </w:pict>
      </w:r>
      <w:r>
        <w:rPr>
          <w:rFonts w:ascii="宋体" w:eastAsia="宋体" w:hAnsi="宋体" w:cs="宋体"/>
          <w:color w:val="000000"/>
        </w:rPr>
        <w:t>整</w:t>
      </w:r>
      <w:r>
        <w:rPr>
          <w:rFonts w:ascii="Times New Roman" w:eastAsia="Times New Roman" w:hAnsi="Times New Roman" w:cs="Times New Roman"/>
          <w:i/>
          <w:color w:val="000000"/>
        </w:rPr>
        <w:t>k</w:t>
      </w:r>
      <w:r>
        <w:rPr>
          <w:rFonts w:ascii="宋体" w:eastAsia="宋体" w:hAnsi="宋体" w:cs="宋体"/>
          <w:color w:val="000000"/>
        </w:rPr>
        <w:t>关联点”，可得关于</w:t>
      </w:r>
      <w:r>
        <w:rPr>
          <w:rFonts w:ascii="Times New Roman" w:eastAsia="Times New Roman" w:hAnsi="Times New Roman" w:cs="Times New Roman"/>
          <w:i/>
          <w:color w:val="000000"/>
        </w:rPr>
        <w:t>k</w:t>
      </w:r>
      <w:r>
        <w:rPr>
          <w:rFonts w:ascii="宋体" w:eastAsia="宋体" w:hAnsi="宋体" w:cs="宋体"/>
          <w:color w:val="000000"/>
        </w:rPr>
        <w:t>与</w:t>
      </w:r>
      <w:r>
        <w:rPr>
          <w:rFonts w:ascii="Times New Roman" w:eastAsia="Times New Roman" w:hAnsi="Times New Roman" w:cs="Times New Roman"/>
          <w:i/>
          <w:color w:val="000000"/>
        </w:rPr>
        <w:t>t</w:t>
      </w:r>
      <w:r>
        <w:rPr>
          <w:rFonts w:ascii="宋体" w:eastAsia="宋体" w:hAnsi="宋体" w:cs="宋体"/>
          <w:color w:val="000000"/>
        </w:rPr>
        <w:t>的关系式，由</w:t>
      </w:r>
      <w:r>
        <w:rPr>
          <w:rFonts w:ascii="Times New Roman" w:eastAsia="Times New Roman" w:hAnsi="Times New Roman" w:cs="Times New Roman"/>
          <w:i/>
          <w:color w:val="000000"/>
        </w:rPr>
        <w:t>k</w:t>
      </w:r>
      <w:r>
        <w:rPr>
          <w:rFonts w:ascii="宋体" w:eastAsia="宋体" w:hAnsi="宋体" w:cs="宋体"/>
          <w:color w:val="000000"/>
        </w:rPr>
        <w:t>是正整数可求得</w:t>
      </w:r>
      <w:r>
        <w:rPr>
          <w:rFonts w:ascii="Times New Roman" w:eastAsia="Times New Roman" w:hAnsi="Times New Roman" w:cs="Times New Roman"/>
          <w:i/>
          <w:color w:val="000000"/>
        </w:rPr>
        <w:t>t</w:t>
      </w:r>
      <w:r>
        <w:rPr>
          <w:rFonts w:ascii="宋体" w:eastAsia="宋体" w:hAnsi="宋体" w:cs="宋体"/>
          <w:color w:val="000000"/>
        </w:rPr>
        <w:t>与</w:t>
      </w:r>
      <w:r>
        <w:rPr>
          <w:rFonts w:ascii="Times New Roman" w:eastAsia="Times New Roman" w:hAnsi="Times New Roman" w:cs="Times New Roman"/>
          <w:i/>
          <w:color w:val="000000"/>
        </w:rPr>
        <w:t>k</w:t>
      </w:r>
      <w:r>
        <w:rPr>
          <w:rFonts w:ascii="宋体" w:eastAsia="宋体" w:hAnsi="宋体" w:cs="宋体"/>
          <w:color w:val="000000"/>
        </w:rPr>
        <w:t>的值；</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）设点</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i/>
          <w:color w:val="000000"/>
        </w:rPr>
        <w:t>q</w:t>
      </w:r>
      <w:r>
        <w:rPr>
          <w:rFonts w:ascii="宋体" w:eastAsia="宋体" w:hAnsi="宋体" w:cs="宋体"/>
          <w:color w:val="000000"/>
        </w:rPr>
        <w:t>，由题意可分别求得</w:t>
      </w:r>
      <w:r>
        <w:pict>
          <v:shape id="_x0000_i711630" type="#_x0000_t75" alt="学科网(www.zxxk.com)--教育资源门户，提供试卷、教案、课件、论文、素材以及各类教学资源下载，还有大量而丰富的教学相关资讯！" style="width:21.05pt;height:16.3pt" o:oleicon="f" o:ole="">
            <v:imagedata r:id="rId1813" o:title="eqIdf1fe250176d0e10d113b0c4b7b943a83"/>
          </v:shape>
        </w:pict>
      </w:r>
      <w:r>
        <w:rPr>
          <w:rFonts w:ascii="宋体" w:eastAsia="宋体" w:hAnsi="宋体" w:cs="宋体"/>
          <w:color w:val="000000"/>
        </w:rPr>
        <w:t>及</w:t>
      </w:r>
      <w:r>
        <w:pict>
          <v:shape id="_x0000_i711631" type="#_x0000_t75" alt="学科网(www.zxxk.com)--教育资源门户，提供试卷、教案、课件、论文、素材以及各类教学资源下载，还有大量而丰富的教学相关资讯！" style="width:18.35pt;height:17.65pt" o:oleicon="f" o:ole="">
            <v:imagedata r:id="rId1814" o:title="eqIdb828671b853672b55f6a3bb29f3c4113"/>
          </v:shape>
        </w:pict>
      </w:r>
      <w:r>
        <w:rPr>
          <w:rFonts w:ascii="宋体" w:eastAsia="宋体" w:hAnsi="宋体" w:cs="宋体"/>
          <w:color w:val="000000"/>
        </w:rPr>
        <w:t>，再根据</w:t>
      </w:r>
      <w:r>
        <w:pict>
          <v:shape id="_x0000_i711632" type="#_x0000_t75" alt="学科网(www.zxxk.com)--教育资源门户，提供试卷、教案、课件、论文、素材以及各类教学资源下载，还有大量而丰富的教学相关资讯！" style="width:66pt;height:15.75pt" o:oleicon="f" o:ole="">
            <v:imagedata r:id="rId1815" o:title="eqId7b47306be15bb642f60c25d1c7fa31fc"/>
          </v:shape>
        </w:pict>
      </w:r>
      <w:r>
        <w:rPr>
          <w:rFonts w:ascii="宋体" w:eastAsia="宋体" w:hAnsi="宋体" w:cs="宋体"/>
          <w:color w:val="000000"/>
        </w:rPr>
        <w:t>为定值，可求得</w:t>
      </w:r>
      <w:r>
        <w:rPr>
          <w:rFonts w:ascii="Times New Roman" w:eastAsia="Times New Roman" w:hAnsi="Times New Roman" w:cs="Times New Roman"/>
          <w:i/>
          <w:color w:val="000000"/>
        </w:rPr>
        <w:t>m</w:t>
      </w:r>
      <w:r>
        <w:rPr>
          <w:rFonts w:ascii="宋体" w:eastAsia="宋体" w:hAnsi="宋体" w:cs="宋体"/>
          <w:color w:val="000000"/>
        </w:rPr>
        <w:t>与</w:t>
      </w:r>
      <w:r>
        <w:rPr>
          <w:rFonts w:ascii="Times New Roman" w:eastAsia="Times New Roman" w:hAnsi="Times New Roman" w:cs="Times New Roman"/>
          <w:i/>
          <w:color w:val="000000"/>
        </w:rPr>
        <w:t>n</w:t>
      </w:r>
      <w:r>
        <w:rPr>
          <w:rFonts w:ascii="宋体" w:eastAsia="宋体" w:hAnsi="宋体" w:cs="宋体"/>
          <w:color w:val="000000"/>
        </w:rPr>
        <w:t>的关系．</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1633" type="#_x0000_t75" alt="学科网(www.zxxk.com)--教育资源门户，提供试卷、教案、课件、论文、素材以及各类教学资源下载，还有大量而丰富的教学相关资讯！" style="width:89.25pt;height:18pt" o:oleicon="f" o:ole="">
            <v:imagedata r:id="rId1816" o:title="eqIde7f4e4d76eeca1717ae3b30f86813cc7"/>
          </v:shape>
        </w:pict>
      </w:r>
      <w:r>
        <w:rPr>
          <w:rFonts w:ascii="宋体" w:eastAsia="宋体" w:hAnsi="宋体" w:cs="宋体"/>
          <w:color w:val="000000"/>
        </w:rPr>
        <w:t>，</w:t>
      </w:r>
    </w:p>
    <w:p>
      <w:pPr>
        <w:spacing w:line="360" w:lineRule="auto"/>
        <w:jc w:val="left"/>
        <w:textAlignment w:val="center"/>
        <w:rPr>
          <w:color w:val="000000"/>
        </w:rPr>
      </w:pPr>
      <w:r>
        <w:pict>
          <v:shape id="_x0000_i711634" type="#_x0000_t75" alt="学科网(www.zxxk.com)--教育资源门户，提供试卷、教案、课件、论文、素材以及各类教学资源下载，还有大量而丰富的教学相关资讯！" style="width:47.25pt;height:14.25pt" o:oleicon="f" o:ole="">
            <v:imagedata r:id="rId1817" o:title="eqIdcbcbe5b3b3246f015a513229acbfda2e"/>
          </v:shape>
        </w:pict>
      </w:r>
      <w:r>
        <w:rPr>
          <w:rFonts w:ascii="宋体" w:eastAsia="宋体" w:hAnsi="宋体" w:cs="宋体"/>
          <w:color w:val="000000"/>
        </w:rPr>
        <w:t>，</w:t>
      </w:r>
      <w:r>
        <w:pict>
          <v:shape id="_x0000_i711635" type="#_x0000_t75" alt="学科网(www.zxxk.com)--教育资源门户，提供试卷、教案、课件、论文、素材以及各类教学资源下载，还有大量而丰富的教学相关资讯！" style="width:38.2pt;height:14.4pt" o:oleicon="f" o:ole="">
            <v:imagedata r:id="rId1818" o:title="eqId9466d03bc916a9169eaf39863d59fceb"/>
          </v:shape>
        </w:pict>
      </w:r>
      <w:r>
        <w:rPr>
          <w:rFonts w:ascii="宋体" w:eastAsia="宋体" w:hAnsi="宋体" w:cs="宋体"/>
          <w:color w:val="000000"/>
        </w:rPr>
        <w:t>，</w:t>
      </w:r>
    </w:p>
    <w:p>
      <w:pPr>
        <w:spacing w:line="360" w:lineRule="auto"/>
        <w:jc w:val="left"/>
        <w:textAlignment w:val="center"/>
        <w:rPr>
          <w:color w:val="000000"/>
        </w:rPr>
      </w:pPr>
      <w:r>
        <w:pict>
          <v:shape id="_x0000_i711636" type="#_x0000_t75" alt="学科网(www.zxxk.com)--教育资源门户，提供试卷、教案、课件、论文、素材以及各类教学资源下载，还有大量而丰富的教学相关资讯！" style="width:65.85pt;height:30.8pt" o:oleicon="f" o:ole="">
            <v:imagedata r:id="rId1819" o:title="eqId3f2d738e566582c001427050060b457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由于</w:t>
      </w:r>
      <w:r>
        <w:pict>
          <v:shape id="_x0000_i711637" type="#_x0000_t75" alt="学科网(www.zxxk.com)--教育资源门户，提供试卷、教案、课件、论文、素材以及各类教学资源下载，还有大量而丰富的教学相关资讯！" style="width:10.5pt;height:21pt" o:oleicon="f" o:ole="">
            <v:imagedata r:id="rId1820" o:title="eqIdf89eef3148f2d4d09379767b4af69132"/>
          </v:shape>
        </w:pict>
      </w:r>
      <w:r>
        <w:rPr>
          <w:rFonts w:ascii="宋体" w:eastAsia="宋体" w:hAnsi="宋体" w:cs="宋体"/>
          <w:color w:val="000000"/>
        </w:rPr>
        <w:t>非整数，则原点</w:t>
      </w:r>
      <w:r>
        <w:rPr>
          <w:rFonts w:ascii="Times New Roman" w:eastAsia="Times New Roman" w:hAnsi="Times New Roman" w:cs="Times New Roman"/>
          <w:i/>
          <w:color w:val="000000"/>
        </w:rPr>
        <w:t>O</w:t>
      </w:r>
      <w:r>
        <w:rPr>
          <w:rFonts w:ascii="宋体" w:eastAsia="宋体" w:hAnsi="宋体" w:cs="宋体"/>
          <w:color w:val="000000"/>
        </w:rPr>
        <w:t>不是“</w:t>
      </w:r>
      <w:r>
        <w:pict>
          <v:shape id="_x0000_i711638" type="#_x0000_t75" alt="学科网(www.zxxk.com)--教育资源门户，提供试卷、教案、课件、论文、素材以及各类教学资源下载，还有大量而丰富的教学相关资讯！" style="width:36.6pt;height:16.2pt" o:oleicon="f" o:ole="">
            <v:imagedata r:id="rId1821" o:title="eqIdd5fb4645286a18c21780852644003353"/>
          </v:shape>
        </w:pict>
      </w:r>
      <w:r>
        <w:rPr>
          <w:rFonts w:ascii="宋体" w:eastAsia="宋体" w:hAnsi="宋体" w:cs="宋体"/>
          <w:color w:val="000000"/>
        </w:rPr>
        <w:t>整</w:t>
      </w:r>
      <w:r>
        <w:rPr>
          <w:rFonts w:ascii="Times New Roman" w:eastAsia="Times New Roman" w:hAnsi="Times New Roman" w:cs="Times New Roman"/>
          <w:i/>
          <w:color w:val="000000"/>
        </w:rPr>
        <w:t>k</w:t>
      </w:r>
      <w:r>
        <w:rPr>
          <w:rFonts w:ascii="宋体" w:eastAsia="宋体" w:hAnsi="宋体" w:cs="宋体"/>
          <w:color w:val="000000"/>
        </w:rPr>
        <w:t>关联点”，</w:t>
      </w:r>
    </w:p>
    <w:p>
      <w:pPr>
        <w:spacing w:line="360" w:lineRule="auto"/>
        <w:jc w:val="left"/>
        <w:textAlignment w:val="center"/>
        <w:rPr>
          <w:color w:val="000000"/>
        </w:rPr>
      </w:pPr>
      <w:r>
        <w:rPr>
          <w:rFonts w:ascii="宋体" w:eastAsia="宋体" w:hAnsi="宋体" w:cs="宋体"/>
          <w:color w:val="000000"/>
        </w:rPr>
        <w:t>故答案为：不是；</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解：由于点</w:t>
      </w:r>
      <w:r>
        <w:rPr>
          <w:rFonts w:ascii="Times New Roman" w:eastAsia="Times New Roman" w:hAnsi="Times New Roman" w:cs="Times New Roman"/>
          <w:i/>
          <w:color w:val="000000"/>
        </w:rPr>
        <w:t>C</w:t>
      </w:r>
      <w:r>
        <w:rPr>
          <w:rFonts w:ascii="宋体" w:eastAsia="宋体" w:hAnsi="宋体" w:cs="宋体"/>
          <w:color w:val="000000"/>
        </w:rPr>
        <w:t>是“</w:t>
      </w:r>
      <w:r>
        <w:pict>
          <v:shape id="_x0000_i711639" type="#_x0000_t75" alt="学科网(www.zxxk.com)--教育资源门户，提供试卷、教案、课件、论文、素材以及各类教学资源下载，还有大量而丰富的教学相关资讯！" style="width:36.6pt;height:16.2pt" o:oleicon="f" o:ole="">
            <v:imagedata r:id="rId1822" o:title="eqIdd5fb4645286a18c21780852644003353"/>
          </v:shape>
        </w:pict>
      </w:r>
      <w:r>
        <w:rPr>
          <w:rFonts w:ascii="宋体" w:eastAsia="宋体" w:hAnsi="宋体" w:cs="宋体"/>
          <w:color w:val="000000"/>
        </w:rPr>
        <w:t>整</w:t>
      </w:r>
      <w:r>
        <w:rPr>
          <w:rFonts w:ascii="Times New Roman" w:eastAsia="Times New Roman" w:hAnsi="Times New Roman" w:cs="Times New Roman"/>
          <w:color w:val="000000"/>
        </w:rPr>
        <w:t>2</w:t>
      </w:r>
      <w:r>
        <w:rPr>
          <w:rFonts w:ascii="宋体" w:eastAsia="宋体" w:hAnsi="宋体" w:cs="宋体"/>
          <w:color w:val="000000"/>
        </w:rPr>
        <w:t>关联点”，则有</w:t>
      </w:r>
      <w:r>
        <w:pict>
          <v:shape id="_x0000_i711640" type="#_x0000_t75" alt="学科网(www.zxxk.com)--教育资源门户，提供试卷、教案、课件、论文、素材以及各类教学资源下载，还有大量而丰富的教学相关资讯！" style="width:52.2pt;height:13.8pt" o:oleicon="f" o:ole="">
            <v:imagedata r:id="rId1823" o:title="eqId61a4222c3ae8561c8a7daa7a5ab5c6a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C</w:t>
      </w:r>
      <w:r>
        <w:rPr>
          <w:rFonts w:ascii="宋体" w:eastAsia="宋体" w:hAnsi="宋体" w:cs="宋体"/>
          <w:color w:val="000000"/>
        </w:rPr>
        <w:t>在在线段</w:t>
      </w:r>
      <w:r>
        <w:pict>
          <v:shape id="_x0000_i711641" type="#_x0000_t75" alt="学科网(www.zxxk.com)--教育资源门户，提供试卷、教案、课件、论文、素材以及各类教学资源下载，还有大量而丰富的教学相关资讯！" style="width:20.05pt;height:12.6pt" o:oleicon="f" o:ole="">
            <v:imagedata r:id="rId1824" o:title="eqIdf52a58fbaf4fea03567e88a9f0f6e37e"/>
          </v:shape>
        </w:pict>
      </w:r>
      <w:r>
        <w:rPr>
          <w:rFonts w:ascii="宋体" w:eastAsia="宋体" w:hAnsi="宋体" w:cs="宋体"/>
          <w:color w:val="000000"/>
        </w:rPr>
        <w:t>上时，则有：</w:t>
      </w:r>
      <w:r>
        <w:pict>
          <v:shape id="_x0000_i711642" type="#_x0000_t75" alt="学科网(www.zxxk.com)--教育资源门户，提供试卷、教案、课件、论文、素材以及各类教学资源下载，还有大量而丰富的教学相关资讯！" style="width:102pt;height:18pt" o:oleicon="f" o:ole="">
            <v:imagedata r:id="rId1825" o:title="eqId8f6a03ebdccff5b509a44d5e0152ff53"/>
          </v:shape>
        </w:pict>
      </w:r>
      <w:r>
        <w:rPr>
          <w:rFonts w:ascii="宋体" w:eastAsia="宋体" w:hAnsi="宋体" w:cs="宋体"/>
          <w:color w:val="000000"/>
        </w:rPr>
        <w:t>，解得：</w:t>
      </w:r>
      <w:r>
        <w:pict>
          <v:shape id="_x0000_i711643" type="#_x0000_t75" alt="学科网(www.zxxk.com)--教育资源门户，提供试卷、教案、课件、论文、素材以及各类教学资源下载，还有大量而丰富的教学相关资讯！" style="width:33.85pt;height:18.25pt" o:oleicon="f" o:ole="">
            <v:imagedata r:id="rId1826" o:title="eqId10364f7522aae4504adfbbe8264fd93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C</w:t>
      </w:r>
      <w:r>
        <w:rPr>
          <w:rFonts w:ascii="宋体" w:eastAsia="宋体" w:hAnsi="宋体" w:cs="宋体"/>
          <w:color w:val="000000"/>
        </w:rPr>
        <w:t>在线段</w:t>
      </w:r>
      <w:r>
        <w:pict>
          <v:shape id="_x0000_i711644" type="#_x0000_t75" alt="学科网(www.zxxk.com)--教育资源门户，提供试卷、教案、课件、论文、素材以及各类教学资源下载，还有大量而丰富的教学相关资讯！" style="width:20.05pt;height:12.6pt" o:oleicon="f" o:ole="">
            <v:imagedata r:id="rId1827" o:title="eqIdf52a58fbaf4fea03567e88a9f0f6e37e"/>
          </v:shape>
        </w:pict>
      </w:r>
      <w:r>
        <w:rPr>
          <w:rFonts w:ascii="宋体" w:eastAsia="宋体" w:hAnsi="宋体" w:cs="宋体"/>
          <w:color w:val="000000"/>
        </w:rPr>
        <w:t>的延长线上时，则有：</w:t>
      </w:r>
      <w:r>
        <w:pict>
          <v:shape id="_x0000_i711645" type="#_x0000_t75" alt="学科网(www.zxxk.com)--教育资源门户，提供试卷、教案、课件、论文、素材以及各类教学资源下载，还有大量而丰富的教学相关资讯！" style="width:102pt;height:18pt" o:oleicon="f" o:ole="">
            <v:imagedata r:id="rId1828" o:title="eqIdd32a6bcffec90f9379678075de010677"/>
          </v:shape>
        </w:pict>
      </w:r>
      <w:r>
        <w:rPr>
          <w:rFonts w:ascii="宋体" w:eastAsia="宋体" w:hAnsi="宋体" w:cs="宋体"/>
          <w:color w:val="000000"/>
        </w:rPr>
        <w:t>，解得：</w:t>
      </w:r>
      <w:r>
        <w:pict>
          <v:shape id="_x0000_i711646" type="#_x0000_t75" alt="学科网(www.zxxk.com)--教育资源门户，提供试卷、教案、课件、论文、素材以及各类教学资源下载，还有大量而丰富的教学相关资讯！" style="width:39pt;height:18pt" o:oleicon="f" o:ole="">
            <v:imagedata r:id="rId1829" o:title="eqId33da4e3237002fd37c00f0f03f72970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综上，点</w:t>
      </w:r>
      <w:r>
        <w:rPr>
          <w:rFonts w:ascii="Times New Roman" w:eastAsia="Times New Roman" w:hAnsi="Times New Roman" w:cs="Times New Roman"/>
          <w:i/>
          <w:color w:val="000000"/>
        </w:rPr>
        <w:t>C</w:t>
      </w:r>
      <w:r>
        <w:rPr>
          <w:rFonts w:ascii="宋体" w:eastAsia="宋体" w:hAnsi="宋体" w:cs="宋体"/>
          <w:color w:val="000000"/>
        </w:rPr>
        <w:t>所表示的数</w:t>
      </w:r>
      <w:r>
        <w:pict>
          <v:shape id="_x0000_i711647" type="#_x0000_t75" alt="学科网(www.zxxk.com)--教育资源门户，提供试卷、教案、课件、论文、素材以及各类教学资源下载，还有大量而丰富的教学相关资讯！" style="width:33.85pt;height:18.25pt" o:oleicon="f" o:ole="">
            <v:imagedata r:id="rId1830" o:title="eqId10364f7522aae4504adfbbe8264fd937"/>
          </v:shape>
        </w:pict>
      </w:r>
      <w:r>
        <w:rPr>
          <w:rFonts w:ascii="宋体" w:eastAsia="宋体" w:hAnsi="宋体" w:cs="宋体"/>
          <w:color w:val="000000"/>
        </w:rPr>
        <w:t>或</w:t>
      </w:r>
      <w:r>
        <w:pict>
          <v:shape id="_x0000_i711648" type="#_x0000_t75" alt="学科网(www.zxxk.com)--教育资源门户，提供试卷、教案、课件、论文、素材以及各类教学资源下载，还有大量而丰富的教学相关资讯！" style="width:14.25pt;height:14.25pt" o:oleicon="f" o:ole="">
            <v:imagedata r:id="rId1831" o:title="eqIdd07ae0b4264da6a8812454ffd2f20d9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327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 name=""/>
                    <pic:cNvPicPr>
                      <a:picLocks noChangeAspect="1"/>
                    </pic:cNvPicPr>
                  </pic:nvPicPr>
                  <pic:blipFill>
                    <a:blip r:embed="rId1832"/>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或</w:t>
      </w:r>
      <w:r>
        <w:pict>
          <v:shape id="_x0000_i711649" type="#_x0000_t75" alt="学科网(www.zxxk.com)--教育资源门户，提供试卷、教案、课件、论文、素材以及各类教学资源下载，还有大量而丰富的教学相关资讯！" style="width:14.25pt;height:14.25pt" o:oleicon="f" o:ole="">
            <v:imagedata r:id="rId1833" o:title="eqIdd07ae0b4264da6a8812454ffd2f20d94"/>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解：设运动时间为</w:t>
      </w:r>
      <w:r>
        <w:rPr>
          <w:rFonts w:ascii="Times New Roman" w:eastAsia="Times New Roman" w:hAnsi="Times New Roman" w:cs="Times New Roman"/>
          <w:i/>
          <w:color w:val="000000"/>
        </w:rPr>
        <w:t>t</w:t>
      </w:r>
      <w:r>
        <w:rPr>
          <w:rFonts w:ascii="宋体" w:eastAsia="宋体" w:hAnsi="宋体" w:cs="宋体"/>
          <w:color w:val="000000"/>
        </w:rPr>
        <w:t>秒，则</w:t>
      </w:r>
      <w:r>
        <w:pict>
          <v:shape id="_x0000_i711650" type="#_x0000_t75" alt="学科网(www.zxxk.com)--教育资源门户，提供试卷、教案、课件、论文、素材以及各类教学资源下载，还有大量而丰富的教学相关资讯！" style="width:60pt;height:18pt" o:oleicon="f" o:ole="">
            <v:imagedata r:id="rId1834" o:title="eqIde6ffc437383236f5bafebcda9a4f68ad"/>
          </v:shape>
        </w:pict>
      </w:r>
      <w:r>
        <w:rPr>
          <w:rFonts w:ascii="宋体" w:eastAsia="宋体" w:hAnsi="宋体" w:cs="宋体"/>
          <w:color w:val="000000"/>
        </w:rPr>
        <w:t>，</w:t>
      </w:r>
      <w:r>
        <w:pict>
          <v:shape id="_x0000_i711651" type="#_x0000_t75" alt="学科网(www.zxxk.com)--教育资源门户，提供试卷、教案、课件、论文、素材以及各类教学资源下载，还有大量而丰富的教学相关资讯！" style="width:48pt;height:18pt" o:oleicon="f" o:ole="">
            <v:imagedata r:id="rId1835" o:title="eqId900d3f514123b922acfbf385e82448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11652" type="#_x0000_t75" alt="学科网(www.zxxk.com)--教育资源门户，提供试卷、教案、课件、论文、素材以及各类教学资源下载，还有大量而丰富的教学相关资讯！" style="width:57.75pt;height:14.25pt" o:oleicon="f" o:ole="">
            <v:imagedata r:id="rId1836" o:title="eqIdab2daea80fdf78fd41b801b84f7fabd7"/>
          </v:shape>
        </w:pict>
      </w:r>
      <w:r>
        <w:rPr>
          <w:rFonts w:ascii="宋体" w:eastAsia="宋体" w:hAnsi="宋体" w:cs="宋体"/>
          <w:color w:val="000000"/>
        </w:rPr>
        <w:t>，</w:t>
      </w:r>
      <w:r>
        <w:pict>
          <v:shape id="_x0000_i711653" type="#_x0000_t75" alt="学科网(www.zxxk.com)--教育资源门户，提供试卷、教案、课件、论文、素材以及各类教学资源下载，还有大量而丰富的教学相关资讯！" style="width:51.75pt;height:14.25pt" o:oleicon="f" o:ole="">
            <v:imagedata r:id="rId1837" o:title="eqId8210672d058b40a3a7fa593f54752c4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pict>
          <v:shape id="_x0000_i711654" type="#_x0000_t75" alt="学科网(www.zxxk.com)--教育资源门户，提供试卷、教案、课件、论文、素材以及各类教学资源下载，还有大量而丰富的教学相关资讯！" style="width:53.25pt;height:14.25pt" o:oleicon="f" o:ole="">
            <v:imagedata r:id="rId1838" o:title="eqId73b9c049870a505dc34b20e9ff471092"/>
          </v:shape>
        </w:pict>
      </w:r>
      <w:r>
        <w:rPr>
          <w:rFonts w:ascii="宋体" w:eastAsia="宋体" w:hAnsi="宋体" w:cs="宋体"/>
          <w:color w:val="000000"/>
        </w:rPr>
        <w:t>，即</w:t>
      </w:r>
      <w:r>
        <w:pict>
          <v:shape id="_x0000_i711655" type="#_x0000_t75" alt="学科网(www.zxxk.com)--教育资源门户，提供试卷、教案、课件、论文、素材以及各类教学资源下载，还有大量而丰富的教学相关资讯！" style="width:78pt;height:15.75pt" o:oleicon="f" o:ole="">
            <v:imagedata r:id="rId1839" o:title="eqId103d900cbb3dcd8283ff190f1a8f699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由于</w:t>
      </w:r>
      <w:r>
        <w:rPr>
          <w:rFonts w:ascii="Times New Roman" w:eastAsia="Times New Roman" w:hAnsi="Times New Roman" w:cs="Times New Roman"/>
          <w:i/>
          <w:color w:val="000000"/>
        </w:rPr>
        <w:t>k</w:t>
      </w:r>
      <w:r>
        <w:rPr>
          <w:rFonts w:ascii="宋体" w:eastAsia="宋体" w:hAnsi="宋体" w:cs="宋体"/>
          <w:color w:val="000000"/>
        </w:rPr>
        <w:t>是正整数，则</w:t>
      </w:r>
      <w:r>
        <w:pict>
          <v:shape id="_x0000_i711656" type="#_x0000_t75" alt="学科网(www.zxxk.com)--教育资源门户，提供试卷、教案、课件、论文、素材以及各类教学资源下载，还有大量而丰富的教学相关资讯！" style="width:30pt;height:14.25pt" o:oleicon="f" o:ole="">
            <v:imagedata r:id="rId1840" o:title="eqId6d7639f9e940dab8bd38657ed33bdebc"/>
          </v:shape>
        </w:pict>
      </w:r>
      <w:r>
        <w:rPr>
          <w:rFonts w:ascii="宋体" w:eastAsia="宋体" w:hAnsi="宋体" w:cs="宋体"/>
          <w:color w:val="000000"/>
        </w:rPr>
        <w:t>是</w:t>
      </w:r>
      <w:r>
        <w:pict>
          <v:shape id="_x0000_i711657" type="#_x0000_t75" alt="学科网(www.zxxk.com)--教育资源门户，提供试卷、教案、课件、论文、素材以及各类教学资源下载，还有大量而丰富的教学相关资讯！" style="width:24pt;height:14.25pt" o:oleicon="f" o:ole="">
            <v:imagedata r:id="rId1841" o:title="eqIdf586b0db7d295a0ca63b214b0cd123ad"/>
          </v:shape>
        </w:pict>
      </w:r>
      <w:r>
        <w:rPr>
          <w:rFonts w:ascii="宋体" w:eastAsia="宋体" w:hAnsi="宋体" w:cs="宋体"/>
          <w:color w:val="000000"/>
        </w:rPr>
        <w:t>的正整数倍数，</w:t>
      </w:r>
    </w:p>
    <w:p>
      <w:pPr>
        <w:spacing w:line="360" w:lineRule="auto"/>
        <w:jc w:val="left"/>
        <w:textAlignment w:val="center"/>
        <w:rPr>
          <w:color w:val="000000"/>
        </w:rPr>
      </w:pPr>
      <w:r>
        <w:rPr>
          <w:rFonts w:ascii="宋体" w:eastAsia="宋体" w:hAnsi="宋体" w:cs="宋体"/>
          <w:color w:val="000000"/>
        </w:rPr>
        <w:t>当</w:t>
      </w:r>
      <w:r>
        <w:pict>
          <v:shape id="_x0000_i711658" type="#_x0000_t75" alt="学科网(www.zxxk.com)--教育资源门户，提供试卷、教案、课件、论文、素材以及各类教学资源下载，还有大量而丰富的教学相关资讯！" style="width:63pt;height:14.25pt" o:oleicon="f" o:ole="">
            <v:imagedata r:id="rId1842" o:title="eqId726a1760a3f90559cafdc5f40a28ce61"/>
          </v:shape>
        </w:pict>
      </w:r>
      <w:r>
        <w:rPr>
          <w:rFonts w:ascii="宋体" w:eastAsia="宋体" w:hAnsi="宋体" w:cs="宋体"/>
          <w:color w:val="000000"/>
        </w:rPr>
        <w:t>时，则</w:t>
      </w:r>
      <w:r>
        <w:pict>
          <v:shape id="_x0000_i711659" type="#_x0000_t75" alt="学科网(www.zxxk.com)--教育资源门户，提供试卷、教案、课件、论文、素材以及各类教学资源下载，还有大量而丰富的教学相关资讯！" style="width:24.75pt;height:14.25pt" o:oleicon="f" o:ole="">
            <v:imagedata r:id="rId1843" o:title="eqId8cbeede118c407a800b05757b9a1393e"/>
          </v:shape>
        </w:pict>
      </w:r>
      <w:r>
        <w:rPr>
          <w:rFonts w:ascii="宋体" w:eastAsia="宋体" w:hAnsi="宋体" w:cs="宋体"/>
          <w:color w:val="000000"/>
        </w:rPr>
        <w:t>，此时</w:t>
      </w:r>
      <w:r>
        <w:pict>
          <v:shape id="_x0000_i711660" type="#_x0000_t75" alt="学科网(www.zxxk.com)--教育资源门户，提供试卷、教案、课件、论文、素材以及各类教学资源下载，还有大量而丰富的教学相关资讯！" style="width:22.5pt;height:12.75pt" o:oleicon="f" o:ole="">
            <v:imagedata r:id="rId1844" o:title="eqId5095a28bb1b91bf6bed9e2cfbd76bb1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1661" type="#_x0000_t75" alt="学科网(www.zxxk.com)--教育资源门户，提供试卷、教案、课件、论文、素材以及各类教学资源下载，还有大量而丰富的教学相关资讯！" style="width:30pt;height:14.25pt" o:oleicon="f" o:ole="">
            <v:imagedata r:id="rId1845" o:title="eqId6d7639f9e940dab8bd38657ed33bdebc"/>
          </v:shape>
        </w:pict>
      </w:r>
      <w:r>
        <w:rPr>
          <w:rFonts w:ascii="宋体" w:eastAsia="宋体" w:hAnsi="宋体" w:cs="宋体"/>
          <w:color w:val="000000"/>
        </w:rPr>
        <w:t>是</w:t>
      </w:r>
      <w:r>
        <w:pict>
          <v:shape id="_x0000_i711662" type="#_x0000_t75" alt="学科网(www.zxxk.com)--教育资源门户，提供试卷、教案、课件、论文、素材以及各类教学资源下载，还有大量而丰富的教学相关资讯！" style="width:24pt;height:14.25pt" o:oleicon="f" o:ole="">
            <v:imagedata r:id="rId1846" o:title="eqIdf586b0db7d295a0ca63b214b0cd123ad"/>
          </v:shape>
        </w:pict>
      </w:r>
      <w:r>
        <w:rPr>
          <w:rFonts w:ascii="宋体" w:eastAsia="宋体" w:hAnsi="宋体" w:cs="宋体"/>
          <w:color w:val="000000"/>
        </w:rPr>
        <w:t>的正整数倍数不等于</w:t>
      </w:r>
      <w:r>
        <w:rPr>
          <w:rFonts w:ascii="Times New Roman" w:eastAsia="Times New Roman" w:hAnsi="Times New Roman" w:cs="Times New Roman"/>
          <w:color w:val="000000"/>
        </w:rPr>
        <w:t>1</w:t>
      </w:r>
      <w:r>
        <w:rPr>
          <w:rFonts w:ascii="宋体" w:eastAsia="宋体" w:hAnsi="宋体" w:cs="宋体"/>
          <w:color w:val="000000"/>
        </w:rPr>
        <w:t>时，由于</w:t>
      </w:r>
      <w:r>
        <w:pict>
          <v:shape id="_x0000_i711663" type="#_x0000_t75" alt="学科网(www.zxxk.com)--教育资源门户，提供试卷、教案、课件、论文、素材以及各类教学资源下载，还有大量而丰富的教学相关资讯！" style="width:126.75pt;height:15.75pt" o:oleicon="f" o:ole="">
            <v:imagedata r:id="rId1847" o:title="eqIdb118c9c4027071f4d60be55d85e1853f"/>
          </v:shape>
        </w:pict>
      </w:r>
      <w:r>
        <w:rPr>
          <w:rFonts w:ascii="宋体" w:eastAsia="宋体" w:hAnsi="宋体" w:cs="宋体"/>
          <w:color w:val="000000"/>
        </w:rPr>
        <w:t>，其中</w:t>
      </w:r>
      <w:r>
        <w:pict>
          <v:shape id="_x0000_i711664" type="#_x0000_t75" alt="学科网(www.zxxk.com)--教育资源门户，提供试卷、教案、课件、论文、素材以及各类教学资源下载，还有大量而丰富的教学相关资讯！" style="width:29.25pt;height:15.75pt" o:oleicon="f" o:ole="">
            <v:imagedata r:id="rId1848" o:title="eqIdee5d95a2662414bf57b1449ff7a3ea27"/>
          </v:shape>
        </w:pict>
      </w:r>
      <w:r>
        <w:rPr>
          <w:rFonts w:ascii="宋体" w:eastAsia="宋体" w:hAnsi="宋体" w:cs="宋体"/>
          <w:color w:val="000000"/>
        </w:rPr>
        <w:t>，则</w:t>
      </w:r>
      <w:r>
        <w:pict>
          <v:shape id="_x0000_i711665" type="#_x0000_t75" alt="学科网(www.zxxk.com)--教育资源门户，提供试卷、教案、课件、论文、素材以及各类教学资源下载，还有大量而丰富的教学相关资讯！" style="width:7.35pt;height:11.9pt" o:oleicon="f" o:ole="">
            <v:imagedata r:id="rId1849" o:title="eqId36a1b09c653185842513e24ebba60bb3"/>
          </v:shape>
        </w:pict>
      </w:r>
      <w:r>
        <w:rPr>
          <w:rFonts w:ascii="宋体" w:eastAsia="宋体" w:hAnsi="宋体" w:cs="宋体"/>
          <w:color w:val="000000"/>
        </w:rPr>
        <w:t>的值不存在；</w:t>
      </w:r>
    </w:p>
    <w:p>
      <w:pPr>
        <w:spacing w:line="360" w:lineRule="auto"/>
        <w:jc w:val="left"/>
        <w:textAlignment w:val="center"/>
        <w:rPr>
          <w:color w:val="000000"/>
        </w:rPr>
      </w:pPr>
      <w:r>
        <w:rPr>
          <w:rFonts w:ascii="宋体" w:eastAsia="宋体" w:hAnsi="宋体" w:cs="宋体"/>
          <w:color w:val="000000"/>
        </w:rPr>
        <w:t>综上，</w:t>
      </w:r>
      <w:r>
        <w:pict>
          <v:shape id="_x0000_i711666" type="#_x0000_t75" alt="学科网(www.zxxk.com)--教育资源门户，提供试卷、教案、课件、论文、素材以及各类教学资源下载，还有大量而丰富的教学相关资讯！" style="width:24.75pt;height:14.25pt" o:oleicon="f" o:ole="">
            <v:imagedata r:id="rId1850" o:title="eqId8cbeede118c407a800b05757b9a1393e"/>
          </v:shape>
        </w:pict>
      </w:r>
      <w:r>
        <w:rPr>
          <w:rFonts w:ascii="宋体" w:eastAsia="宋体" w:hAnsi="宋体" w:cs="宋体"/>
          <w:color w:val="000000"/>
        </w:rPr>
        <w:t>，</w:t>
      </w:r>
      <w:r>
        <w:pict>
          <v:shape id="_x0000_i711667" type="#_x0000_t75" alt="学科网(www.zxxk.com)--教育资源门户，提供试卷、教案、课件、论文、素材以及各类教学资源下载，还有大量而丰富的教学相关资讯！" style="width:22.5pt;height:12.75pt" o:oleicon="f" o:ole="">
            <v:imagedata r:id="rId1851" o:title="eqId5095a28bb1b91bf6bed9e2cfbd76bb1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【小问4详解】</w:t>
      </w:r>
    </w:p>
    <w:p>
      <w:pPr>
        <w:spacing w:line="360" w:lineRule="auto"/>
        <w:jc w:val="both"/>
        <w:textAlignment w:val="center"/>
        <w:rPr>
          <w:color w:val="000000"/>
        </w:rPr>
      </w:pPr>
      <w:r>
        <w:rPr>
          <w:rFonts w:ascii="宋体" w:eastAsia="宋体" w:hAnsi="宋体" w:cs="宋体"/>
          <w:color w:val="000000"/>
        </w:rPr>
        <w:t>解：设点</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i/>
          <w:color w:val="000000"/>
        </w:rPr>
        <w:t>q</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由于点</w:t>
      </w:r>
      <w:r>
        <w:pict>
          <v:shape id="_x0000_i711668" type="#_x0000_t75" alt="学科网(www.zxxk.com)--教育资源门户，提供试卷、教案、课件、论文、素材以及各类教学资源下载，还有大量而丰富的教学相关资讯！" style="width:12.75pt;height:12pt" o:oleicon="f" o:ole="">
            <v:imagedata r:id="rId1852" o:title="eqIde7c314398e26ffc7164b82946eeb4273"/>
          </v:shape>
        </w:pict>
      </w:r>
      <w:r>
        <w:rPr>
          <w:rFonts w:ascii="宋体" w:eastAsia="宋体" w:hAnsi="宋体" w:cs="宋体"/>
          <w:color w:val="000000"/>
        </w:rPr>
        <w:t>是“</w:t>
      </w:r>
      <w:r>
        <w:pict>
          <v:shape id="_x0000_i711669" type="#_x0000_t75" alt="学科网(www.zxxk.com)--教育资源门户，提供试卷、教案、课件、论文、素材以及各类教学资源下载，还有大量而丰富的教学相关资讯！" style="width:37.8pt;height:16.2pt" o:oleicon="f" o:ole="">
            <v:imagedata r:id="rId1853" o:title="eqId74c78c13b3c91faf1f1c50aed541f0fa"/>
          </v:shape>
        </w:pict>
      </w:r>
      <w:r>
        <w:rPr>
          <w:rFonts w:ascii="宋体" w:eastAsia="宋体" w:hAnsi="宋体" w:cs="宋体"/>
          <w:color w:val="000000"/>
        </w:rPr>
        <w:t>整</w:t>
      </w:r>
      <w:r>
        <w:rPr>
          <w:rFonts w:ascii="Times New Roman" w:eastAsia="Times New Roman" w:hAnsi="Times New Roman" w:cs="Times New Roman"/>
          <w:color w:val="000000"/>
        </w:rPr>
        <w:t>2</w:t>
      </w:r>
      <w:r>
        <w:rPr>
          <w:rFonts w:ascii="宋体" w:eastAsia="宋体" w:hAnsi="宋体" w:cs="宋体"/>
          <w:color w:val="000000"/>
        </w:rPr>
        <w:t>关联点”，点</w:t>
      </w:r>
      <w:r>
        <w:pict>
          <v:shape id="_x0000_i711670" type="#_x0000_t75" alt="学科网(www.zxxk.com)--教育资源门户，提供试卷、教案、课件、论文、素材以及各类教学资源下载，还有大量而丰富的教学相关资讯！" style="width:13.95pt;height:13pt" o:oleicon="f" o:ole="">
            <v:imagedata r:id="rId1854" o:title="eqId3953cec61ac602ce5eb59b7912352179"/>
          </v:shape>
        </w:pict>
      </w:r>
      <w:r>
        <w:rPr>
          <w:rFonts w:ascii="宋体" w:eastAsia="宋体" w:hAnsi="宋体" w:cs="宋体"/>
          <w:color w:val="000000"/>
        </w:rPr>
        <w:t>是“</w:t>
      </w:r>
      <w:r>
        <w:pict>
          <v:shape id="_x0000_i711671" type="#_x0000_t75" alt="学科网(www.zxxk.com)--教育资源门户，提供试卷、教案、课件、论文、素材以及各类教学资源下载，还有大量而丰富的教学相关资讯！" style="width:36.6pt;height:16.2pt" o:oleicon="f" o:ole="">
            <v:imagedata r:id="rId1855" o:title="eqIdbdd5510a154577508e231f7c7559816c"/>
          </v:shape>
        </w:pict>
      </w:r>
      <w:r>
        <w:rPr>
          <w:rFonts w:ascii="宋体" w:eastAsia="宋体" w:hAnsi="宋体" w:cs="宋体"/>
          <w:color w:val="000000"/>
        </w:rPr>
        <w:t>整</w:t>
      </w:r>
      <w:r>
        <w:rPr>
          <w:rFonts w:ascii="Times New Roman" w:eastAsia="Times New Roman" w:hAnsi="Times New Roman" w:cs="Times New Roman"/>
          <w:color w:val="000000"/>
        </w:rPr>
        <w:t>3</w:t>
      </w:r>
      <w:r>
        <w:rPr>
          <w:rFonts w:ascii="宋体" w:eastAsia="宋体" w:hAnsi="宋体" w:cs="宋体"/>
          <w:color w:val="000000"/>
        </w:rPr>
        <w:t>关联点”，</w: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所以</w:t>
      </w:r>
      <w:r>
        <w:pict>
          <v:shape id="_x0000_i711672" type="#_x0000_t75" alt="学科网(www.zxxk.com)--教育资源门户，提供试卷、教案、课件、论文、素材以及各类教学资源下载，还有大量而丰富的教学相关资讯！" style="width:60pt;height:15.75pt" o:oleicon="f" o:ole="">
            <v:imagedata r:id="rId1856" o:title="eqId45a9a8e24e12e205124d146f89b7d116"/>
          </v:shape>
        </w:pict>
      </w:r>
      <w:r>
        <w:rPr>
          <w:rFonts w:ascii="宋体" w:eastAsia="宋体" w:hAnsi="宋体" w:cs="宋体"/>
          <w:color w:val="000000"/>
        </w:rPr>
        <w:t>，</w:t>
      </w:r>
      <w:r>
        <w:pict>
          <v:shape id="_x0000_i711673" type="#_x0000_t75" alt="学科网(www.zxxk.com)--教育资源门户，提供试卷、教案、课件、论文、素材以及各类教学资源下载，还有大量而丰富的教学相关资讯！" style="width:57.75pt;height:15.75pt" o:oleicon="f" o:ole="">
            <v:imagedata r:id="rId1857" o:title="eqId3b3dd9e55b6cba21d3ee86f5be05330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pict>
          <v:shape id="_x0000_i711674" type="#_x0000_t75" alt="学科网(www.zxxk.com)--教育资源门户，提供试卷、教案、课件、论文、素材以及各类教学资源下载，还有大量而丰富的教学相关资讯！" style="width:111.75pt;height:30.75pt" o:oleicon="f" o:ole="">
            <v:imagedata r:id="rId1858" o:title="eqId063522d07ba65e3f80d485ab1ad9b6d2"/>
          </v:shape>
        </w:pict>
      </w:r>
      <w:r>
        <w:rPr>
          <w:rFonts w:ascii="宋体" w:eastAsia="宋体" w:hAnsi="宋体" w:cs="宋体"/>
          <w:color w:val="000000"/>
        </w:rPr>
        <w:t>，</w:t>
      </w:r>
      <w:r>
        <w:pict>
          <v:shape id="_x0000_i711675" type="#_x0000_t75" alt="学科网(www.zxxk.com)--教育资源门户，提供试卷、教案、课件、论文、素材以及各类教学资源下载，还有大量而丰富的教学相关资讯！" style="width:113.25pt;height:30.75pt" o:oleicon="f" o:ole="">
            <v:imagedata r:id="rId1859" o:title="eqIda8f6a16a34e17c354080936622325163"/>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pict>
          <v:shape id="_x0000_i711676" type="#_x0000_t75" alt="学科网(www.zxxk.com)--教育资源门户，提供试卷、教案、课件、论文、素材以及各类教学资源下载，还有大量而丰富的教学相关资讯！" style="width:320.25pt;height:33.75pt" o:oleicon="f" o:ole="">
            <v:imagedata r:id="rId1860" o:title="eqIdb65548081d65bfee14f479043990851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由题意，</w:t>
      </w:r>
      <w:r>
        <w:rPr>
          <w:rFonts w:ascii="Times New Roman" w:eastAsia="Times New Roman" w:hAnsi="Times New Roman" w:cs="Times New Roman"/>
          <w:i/>
          <w:color w:val="000000"/>
        </w:rPr>
        <w:t>m</w:t>
      </w:r>
      <w:r>
        <w:rPr>
          <w:rFonts w:ascii="宋体" w:eastAsia="宋体" w:hAnsi="宋体" w:cs="宋体"/>
          <w:color w:val="000000"/>
        </w:rPr>
        <w:t>与</w:t>
      </w:r>
      <w:r>
        <w:rPr>
          <w:rFonts w:ascii="Times New Roman" w:eastAsia="Times New Roman" w:hAnsi="Times New Roman" w:cs="Times New Roman"/>
          <w:i/>
          <w:color w:val="000000"/>
        </w:rPr>
        <w:t>n</w:t>
      </w:r>
      <w:r>
        <w:rPr>
          <w:rFonts w:ascii="宋体" w:eastAsia="宋体" w:hAnsi="宋体" w:cs="宋体"/>
          <w:color w:val="000000"/>
        </w:rPr>
        <w:t>为整数，且</w:t>
      </w:r>
      <w:r>
        <w:pict>
          <v:shape id="_x0000_i711677" type="#_x0000_t75" alt="学科网(www.zxxk.com)--教育资源门户，提供试卷、教案、课件、论文、素材以及各类教学资源下载，还有大量而丰富的教学相关资讯！" style="width:66pt;height:15.75pt" o:oleicon="f" o:ole="">
            <v:imagedata r:id="rId1861" o:title="eqId7b47306be15bb642f60c25d1c7fa31fc"/>
          </v:shape>
        </w:pict>
      </w:r>
      <w:r>
        <w:rPr>
          <w:rFonts w:ascii="宋体" w:eastAsia="宋体" w:hAnsi="宋体" w:cs="宋体"/>
          <w:color w:val="000000"/>
        </w:rPr>
        <w:t>为定值，则</w:t>
      </w:r>
      <w:r>
        <w:pict>
          <v:shape id="_x0000_i711678" type="#_x0000_t75" alt="学科网(www.zxxk.com)--教育资源门户，提供试卷、教案、课件、论文、素材以及各类教学资源下载，还有大量而丰富的教学相关资讯！" style="width:56.25pt;height:30.75pt" o:oleicon="f" o:ole="">
            <v:imagedata r:id="rId1862" o:title="eqId40f74641887057f36143864ff9864d52"/>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pict>
          <v:shape id="_x0000_i711679" type="#_x0000_t75" alt="学科网(www.zxxk.com)--教育资源门户，提供试卷、教案、课件、论文、素材以及各类教学资源下载，还有大量而丰富的教学相关资讯！" style="width:35.5pt;height:27.5pt" o:oleicon="f" o:ole="">
            <v:imagedata r:id="rId1863" o:title="eqIda666e03d35cf30211004e6dd7f981a4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w:t>
      </w:r>
      <w:r>
        <w:rPr>
          <w:rFonts w:ascii="Times New Roman" w:eastAsia="Times New Roman" w:hAnsi="Times New Roman" w:cs="Times New Roman"/>
          <w:i/>
          <w:color w:val="000000"/>
        </w:rPr>
        <w:t>m</w:t>
      </w:r>
      <w:r>
        <w:rPr>
          <w:rFonts w:ascii="宋体" w:eastAsia="宋体" w:hAnsi="宋体" w:cs="宋体"/>
          <w:color w:val="000000"/>
        </w:rPr>
        <w:t>与</w:t>
      </w:r>
      <w:r>
        <w:rPr>
          <w:rFonts w:ascii="Times New Roman" w:eastAsia="Times New Roman" w:hAnsi="Times New Roman" w:cs="Times New Roman"/>
          <w:i/>
          <w:color w:val="000000"/>
        </w:rPr>
        <w:t>n</w:t>
      </w:r>
      <w:r>
        <w:rPr>
          <w:rFonts w:ascii="宋体" w:eastAsia="宋体" w:hAnsi="宋体" w:cs="宋体"/>
          <w:color w:val="000000"/>
        </w:rPr>
        <w:t>的关系为</w:t>
      </w:r>
      <w:r>
        <w:pict>
          <v:shape id="_x0000_i711680" type="#_x0000_t75" alt="学科网(www.zxxk.com)--教育资源门户，提供试卷、教案、课件、论文、素材以及各类教学资源下载，还有大量而丰富的教学相关资讯！" style="width:35.5pt;height:27.5pt" o:oleicon="f" o:ole="">
            <v:imagedata r:id="rId1864" o:title="eqIda666e03d35cf30211004e6dd7f981a4c"/>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本题是新定义问题，考查了数轴上两点间的距离，关键是根据两点间的距离来解决问题，涉及分类讨论，动点问题，线段的关系，难度较大．</w:t>
      </w:r>
    </w:p>
    <w:p>
      <w:pPr>
        <w:pStyle w:val="Heading2"/>
      </w:pPr>
      <w:r>
        <w:t>第八中学</w:t>
      </w:r>
    </w:p>
    <w:p>
      <w:pPr>
        <w:spacing w:line="360" w:lineRule="auto"/>
        <w:jc w:val="left"/>
        <w:textAlignment w:val="center"/>
        <w:rPr>
          <w:color w:val="000000"/>
        </w:rPr>
      </w:pPr>
      <w:r>
        <w:rPr>
          <w:color w:val="000000"/>
        </w:rPr>
        <w:t xml:space="preserve">29. </w:t>
      </w:r>
      <w:r>
        <w:rPr>
          <w:rFonts w:ascii="宋体" w:eastAsia="宋体" w:hAnsi="宋体" w:cs="宋体"/>
          <w:color w:val="000000"/>
        </w:rPr>
        <w:t>我们用</w:t>
      </w:r>
      <w:r>
        <w:pict>
          <v:shape id="_x0000_i711681" type="#_x0000_t75" alt="学科网(www.zxxk.com)--教育资源门户，提供试卷、教案、课件、论文、素材以及各类教学资源下载，还有大量而丰富的教学相关资讯！" style="width:20.4pt;height:18.6pt" o:oleicon="f" o:ole="">
            <v:imagedata r:id="rId1866" o:title="eqIdb870cd7d1e8abe8325ac95229c5c685b"/>
          </v:shape>
        </w:pict>
      </w:r>
      <w:r>
        <w:rPr>
          <w:rFonts w:ascii="宋体" w:eastAsia="宋体" w:hAnsi="宋体" w:cs="宋体"/>
          <w:color w:val="000000"/>
        </w:rPr>
        <w:t>表示一个三位数，其中</w:t>
      </w:r>
      <w:r>
        <w:pict>
          <v:shape id="_x0000_i711682" type="#_x0000_t75" alt="学科网(www.zxxk.com)--教育资源门户，提供试卷、教案、课件、论文、素材以及各类教学资源下载，还有大量而丰富的教学相关资讯！" style="width:9pt;height:9.75pt" o:oleicon="f" o:ole="">
            <v:imagedata r:id="rId1867" o:title="eqId81dea63b8ce3e51adf66cf7b9982a248"/>
          </v:shape>
        </w:pict>
      </w:r>
      <w:r>
        <w:rPr>
          <w:rFonts w:ascii="宋体" w:eastAsia="宋体" w:hAnsi="宋体" w:cs="宋体"/>
          <w:color w:val="000000"/>
        </w:rPr>
        <w:t>表示百位上</w:t>
      </w:r>
      <w:r>
        <w:rPr>
          <w:rFonts w:ascii="宋体" w:eastAsia="宋体" w:hAnsi="宋体" w:cs="宋体"/>
          <w:color w:val="000000"/>
          <w:position w:val="0"/>
        </w:rPr>
        <w:drawing>
          <wp:inline>
            <wp:extent cx="133350" cy="177800"/>
            <wp:docPr id="32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 name=""/>
                    <pic:cNvPicPr>
                      <a:picLocks noChangeAspect="1"/>
                    </pic:cNvPicPr>
                  </pic:nvPicPr>
                  <pic:blipFill>
                    <a:blip r:embed="rId186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w:t>
      </w:r>
      <w:r>
        <w:pict>
          <v:shape id="_x0000_i711683" type="#_x0000_t75" alt="学科网(www.zxxk.com)--教育资源门户，提供试卷、教案、课件、论文、素材以及各类教学资源下载，还有大量而丰富的教学相关资讯！" style="width:9.75pt;height:12pt" o:oleicon="f" o:ole="">
            <v:imagedata r:id="rId1868" o:title="eqIdd053b14c8588eee2acbbe44fc37a6886"/>
          </v:shape>
        </w:pict>
      </w:r>
      <w:r>
        <w:rPr>
          <w:rFonts w:ascii="宋体" w:eastAsia="宋体" w:hAnsi="宋体" w:cs="宋体"/>
          <w:color w:val="000000"/>
        </w:rPr>
        <w:t>表示十位上的数，</w:t>
      </w:r>
      <w:r>
        <w:pict>
          <v:shape id="_x0000_i711684" type="#_x0000_t75" alt="学科网(www.zxxk.com)--教育资源门户，提供试卷、教案、课件、论文、素材以及各类教学资源下载，还有大量而丰富的教学相关资讯！" style="width:9pt;height:9pt" o:oleicon="f" o:ole="">
            <v:imagedata r:id="rId1869" o:title="eqIde81e59019989b7dc2fb59b037ef6e010"/>
          </v:shape>
        </w:pict>
      </w:r>
      <w:r>
        <w:rPr>
          <w:rFonts w:ascii="宋体" w:eastAsia="宋体" w:hAnsi="宋体" w:cs="宋体"/>
          <w:color w:val="000000"/>
        </w:rPr>
        <w:t>表示个位上的数，即</w:t>
      </w:r>
      <w:r>
        <w:pict>
          <v:shape id="_x0000_i711685" type="#_x0000_t75" alt="学科网(www.zxxk.com)--教育资源门户，提供试卷、教案、课件、论文、素材以及各类教学资源下载，还有大量而丰富的教学相关资讯！" style="width:102pt;height:19.2pt" o:oleicon="f" o:ole="">
            <v:imagedata r:id="rId1870" o:title="eqId2dee2d8bd8b97448d6cb558d7c18a7b9"/>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证明：</w:t>
      </w:r>
      <w:r>
        <w:pict>
          <v:shape id="_x0000_i711686" type="#_x0000_t75" alt="学科网(www.zxxk.com)--教育资源门户，提供试卷、教案、课件、论文、素材以及各类教学资源下载，还有大量而丰富的教学相关资讯！" style="width:76.75pt;height:16.95pt" o:oleicon="f" o:ole="">
            <v:imagedata r:id="rId1871" o:title="eqId315898f5de98b27dbf4e90cea95f2c25"/>
          </v:shape>
        </w:pict>
      </w:r>
      <w:r>
        <w:rPr>
          <w:rFonts w:ascii="宋体" w:eastAsia="宋体" w:hAnsi="宋体" w:cs="宋体"/>
          <w:color w:val="000000"/>
        </w:rPr>
        <w:t>一定是</w:t>
      </w:r>
      <w:r>
        <w:rPr>
          <w:rFonts w:ascii="Times New Roman" w:eastAsia="Times New Roman" w:hAnsi="Times New Roman" w:cs="Times New Roman"/>
          <w:color w:val="000000"/>
        </w:rPr>
        <w:t>111</w:t>
      </w:r>
      <w:r>
        <w:rPr>
          <w:rFonts w:ascii="宋体" w:eastAsia="宋体" w:hAnsi="宋体" w:cs="宋体"/>
          <w:color w:val="000000"/>
        </w:rPr>
        <w:t>的倍数；</w:t>
      </w:r>
    </w:p>
    <w:p>
      <w:pPr>
        <w:spacing w:line="360" w:lineRule="auto"/>
        <w:jc w:val="left"/>
        <w:textAlignment w:val="center"/>
        <w:rPr>
          <w:color w:val="000000"/>
        </w:rPr>
      </w:pPr>
      <w:r>
        <w:rPr>
          <w:color w:val="000000"/>
        </w:rPr>
        <w:t>（2）</w:t>
      </w:r>
      <w:r>
        <w:rPr>
          <w:rFonts w:ascii="宋体" w:eastAsia="宋体" w:hAnsi="宋体" w:cs="宋体"/>
          <w:color w:val="000000"/>
        </w:rPr>
        <w:t>①写出一组不全相等的</w:t>
      </w:r>
      <w:r>
        <w:pict>
          <v:shape id="_x0000_i711687" type="#_x0000_t75" alt="学科网(www.zxxk.com)--教育资源门户，提供试卷、教案、课件、论文、素材以及各类教学资源下载，还有大量而丰富的教学相关资讯！" style="width:9pt;height:9.75pt" o:oleicon="f" o:ole="">
            <v:imagedata r:id="rId1872" o:title="eqId0a6936d370d6a238a608ca56f87198de"/>
          </v:shape>
        </w:pict>
      </w:r>
      <w:r>
        <w:rPr>
          <w:rFonts w:ascii="宋体" w:eastAsia="宋体" w:hAnsi="宋体" w:cs="宋体"/>
          <w:color w:val="000000"/>
        </w:rPr>
        <w:t>，</w:t>
      </w:r>
      <w:r>
        <w:pict>
          <v:shape id="_x0000_i711688" type="#_x0000_t75" alt="学科网(www.zxxk.com)--教育资源门户，提供试卷、教案、课件、论文、素材以及各类教学资源下载，还有大量而丰富的教学相关资讯！" style="width:9.9pt;height:14.35pt" o:oleicon="f" o:ole="">
            <v:imagedata r:id="rId1873" o:title="eqId2c94bb12cee76221e13f9ef955b0aab1"/>
          </v:shape>
        </w:pict>
      </w:r>
      <w:r>
        <w:rPr>
          <w:rFonts w:ascii="宋体" w:eastAsia="宋体" w:hAnsi="宋体" w:cs="宋体"/>
          <w:color w:val="000000"/>
        </w:rPr>
        <w:t>，</w:t>
      </w:r>
      <w:r>
        <w:pict>
          <v:shape id="_x0000_i711689" type="#_x0000_t75" alt="学科网(www.zxxk.com)--教育资源门户，提供试卷、教案、课件、论文、素材以及各类教学资源下载，还有大量而丰富的教学相关资讯！" style="width:9pt;height:11.25pt" o:oleicon="f" o:ole="">
            <v:imagedata r:id="rId1874" o:title="eqId071a7e733d466949ac935b4b8ee8d183"/>
          </v:shape>
        </w:pict>
      </w:r>
      <w:r>
        <w:rPr>
          <w:rFonts w:ascii="宋体" w:eastAsia="宋体" w:hAnsi="宋体" w:cs="宋体"/>
          <w:color w:val="000000"/>
        </w:rPr>
        <w:t>的值，使</w:t>
      </w:r>
      <w:r>
        <w:pict>
          <v:shape id="_x0000_i711690" type="#_x0000_t75" alt="学科网(www.zxxk.com)--教育资源门户，提供试卷、教案、课件、论文、素材以及各类教学资源下载，还有大量而丰富的教学相关资讯！" style="width:76.75pt;height:16.95pt" o:oleicon="f" o:ole="">
            <v:imagedata r:id="rId1875" o:title="eqId315898f5de98b27dbf4e90cea95f2c25"/>
          </v:shape>
        </w:pict>
      </w:r>
      <w:r>
        <w:rPr>
          <w:rFonts w:ascii="宋体" w:eastAsia="宋体" w:hAnsi="宋体" w:cs="宋体"/>
          <w:color w:val="000000"/>
        </w:rPr>
        <w:t>能被</w:t>
      </w:r>
      <w:r>
        <w:rPr>
          <w:rFonts w:ascii="Times New Roman" w:eastAsia="Times New Roman" w:hAnsi="Times New Roman" w:cs="Times New Roman"/>
          <w:color w:val="000000"/>
        </w:rPr>
        <w:t>7</w:t>
      </w:r>
      <w:r>
        <w:rPr>
          <w:rFonts w:ascii="宋体" w:eastAsia="宋体" w:hAnsi="宋体" w:cs="宋体"/>
          <w:color w:val="000000"/>
        </w:rPr>
        <w:t>整除，这组值可以是</w:t>
      </w:r>
      <w:r>
        <w:pict>
          <v:shape id="_x0000_i711691" type="#_x0000_t75" alt="学科网(www.zxxk.com)--教育资源门户，提供试卷、教案、课件、论文、素材以及各类教学资源下载，还有大量而丰富的教学相关资讯！" style="width:20.4pt;height:11.4pt" o:oleicon="f" o:ole="">
            <v:imagedata r:id="rId1876" o:title="eqId380bbacf854e30e2e747fc286d2b9997"/>
          </v:shape>
        </w:pict>
      </w:r>
      <w:r>
        <w:rPr>
          <w:rFonts w:ascii="Times New Roman" w:eastAsia="Times New Roman" w:hAnsi="Times New Roman" w:cs="Times New Roman"/>
          <w:color w:val="000000"/>
        </w:rPr>
        <w:t>______</w:t>
      </w:r>
      <w:r>
        <w:rPr>
          <w:rFonts w:ascii="宋体" w:eastAsia="宋体" w:hAnsi="宋体" w:cs="宋体"/>
          <w:color w:val="000000"/>
        </w:rPr>
        <w:t>，</w:t>
      </w:r>
      <w:r>
        <w:pict>
          <v:shape id="_x0000_i711692" type="#_x0000_t75" alt="学科网(www.zxxk.com)--教育资源门户，提供试卷、教案、课件、论文、素材以及各类教学资源下载，还有大量而丰富的教学相关资讯！" style="width:19pt;height:13.95pt" o:oleicon="f" o:ole="">
            <v:imagedata r:id="rId1877" o:title="eqId5ccd4162c7d09f970cb77cadacdbe521"/>
          </v:shape>
        </w:pict>
      </w:r>
      <w:r>
        <w:rPr>
          <w:rFonts w:ascii="Times New Roman" w:eastAsia="Times New Roman" w:hAnsi="Times New Roman" w:cs="Times New Roman"/>
          <w:color w:val="000000"/>
        </w:rPr>
        <w:t>______</w:t>
      </w:r>
      <w:r>
        <w:rPr>
          <w:rFonts w:ascii="宋体" w:eastAsia="宋体" w:hAnsi="宋体" w:cs="宋体"/>
          <w:color w:val="000000"/>
        </w:rPr>
        <w:t>，</w:t>
      </w:r>
      <w:r>
        <w:pict>
          <v:shape id="_x0000_i711693" type="#_x0000_t75" alt="学科网(www.zxxk.com)--教育资源门户，提供试卷、教案、课件、论文、素材以及各类教学资源下载，还有大量而丰富的教学相关资讯！" style="width:18.75pt;height:11.25pt" o:oleicon="f" o:ole="">
            <v:imagedata r:id="rId1878" o:title="eqIdf4e9bb42376c12d7d21702ae8062b25a"/>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w:t>
      </w:r>
      <w:r>
        <w:pict>
          <v:shape id="_x0000_i711694" type="#_x0000_t75" alt="学科网(www.zxxk.com)--教育资源门户，提供试卷、教案、课件、论文、素材以及各类教学资源下载，还有大量而丰富的教学相关资讯！" style="width:76.75pt;height:16.95pt" o:oleicon="f" o:ole="">
            <v:imagedata r:id="rId1879" o:title="eqId315898f5de98b27dbf4e90cea95f2c25"/>
          </v:shape>
        </w:pict>
      </w:r>
      <w:r>
        <w:rPr>
          <w:rFonts w:ascii="宋体" w:eastAsia="宋体" w:hAnsi="宋体" w:cs="宋体"/>
          <w:color w:val="000000"/>
        </w:rPr>
        <w:t>能被</w:t>
      </w:r>
      <w:r>
        <w:rPr>
          <w:rFonts w:ascii="Times New Roman" w:eastAsia="Times New Roman" w:hAnsi="Times New Roman" w:cs="Times New Roman"/>
          <w:color w:val="000000"/>
        </w:rPr>
        <w:t>7</w:t>
      </w:r>
      <w:r>
        <w:rPr>
          <w:rFonts w:ascii="宋体" w:eastAsia="宋体" w:hAnsi="宋体" w:cs="宋体"/>
          <w:color w:val="000000"/>
        </w:rPr>
        <w:t>整除，则</w:t>
      </w:r>
      <w:r>
        <w:pict>
          <v:shape id="_x0000_i711695" type="#_x0000_t75" alt="学科网(www.zxxk.com)--教育资源门户，提供试卷、教案、课件、论文、素材以及各类教学资源下载，还有大量而丰富的教学相关资讯！" style="width:42.75pt;height:14.25pt" o:oleicon="f" o:ole="">
            <v:imagedata r:id="rId1880" o:title="eqId1ae24688d4c45aad43e9af0b7bbfda6b"/>
          </v:shape>
        </w:pict>
      </w:r>
      <w:r>
        <w:rPr>
          <w:rFonts w:ascii="宋体" w:eastAsia="宋体" w:hAnsi="宋体" w:cs="宋体"/>
          <w:color w:val="000000"/>
        </w:rPr>
        <w:t>的值是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①</w:t>
      </w:r>
      <w:r>
        <w:pict>
          <v:shape id="_x0000_i711696" type="#_x0000_t75" alt="学科网(www.zxxk.com)--教育资源门户，提供试卷、教案、课件、论文、素材以及各类教学资源下载，还有大量而丰富的教学相关资讯！" style="width:27.75pt;height:15.75pt" o:oleicon="f" o:ole="">
            <v:imagedata r:id="rId1881" o:title="eqId27140692bd6cad765e4f98c8e074b8dc"/>
          </v:shape>
        </w:pict>
      </w:r>
      <w:r>
        <w:rPr>
          <w:rFonts w:ascii="宋体" w:eastAsia="宋体" w:hAnsi="宋体" w:cs="宋体"/>
          <w:color w:val="000000"/>
        </w:rPr>
        <w:t>（答案不唯一）；②</w:t>
      </w:r>
      <w:r>
        <w:pict>
          <v:shape id="_x0000_i711697" type="#_x0000_t75" alt="学科网(www.zxxk.com)--教育资源门户，提供试卷、教案、课件、论文、素材以及各类教学资源下载，还有大量而丰富的教学相关资讯！" style="width:9pt;height:12.75pt" o:oleicon="f" o:ole="">
            <v:imagedata r:id="rId1882" o:title="eqId8b06e95b57b7a81cd81d05557a11fa92"/>
          </v:shape>
        </w:pict>
      </w:r>
      <w:r>
        <w:rPr>
          <w:rFonts w:ascii="宋体" w:eastAsia="宋体" w:hAnsi="宋体" w:cs="宋体"/>
          <w:color w:val="000000"/>
        </w:rPr>
        <w:t>或</w:t>
      </w:r>
      <w:r>
        <w:pict>
          <v:shape id="_x0000_i711698" type="#_x0000_t75" alt="学科网(www.zxxk.com)--教育资源门户，提供试卷、教案、课件、论文、素材以及各类教学资源下载，还有大量而丰富的教学相关资讯！" style="width:13.95pt;height:12.9pt" o:oleicon="f" o:ole="">
            <v:imagedata r:id="rId1883" o:title="eqId180ea775f2af05650404d764384e7faa"/>
          </v:shape>
        </w:pict>
      </w:r>
      <w:r>
        <w:rPr>
          <w:rFonts w:ascii="宋体" w:eastAsia="宋体" w:hAnsi="宋体" w:cs="宋体"/>
          <w:color w:val="000000"/>
        </w:rPr>
        <w:t>或</w:t>
      </w:r>
      <w:r>
        <w:pict>
          <v:shape id="_x0000_i711699" type="#_x0000_t75" alt="学科网(www.zxxk.com)--教育资源门户，提供试卷、教案、课件、论文、素材以及各类教学资源下载，还有大量而丰富的教学相关资讯！" style="width:15pt;height:13pt" o:oleicon="f" o:ole="">
            <v:imagedata r:id="rId1884" o:title="eqIdea1834490aacbee800ed5721312f4be1"/>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）列代数表示</w:t>
      </w:r>
      <w:r>
        <w:pict>
          <v:shape id="_x0000_i711700" type="#_x0000_t75" alt="学科网(www.zxxk.com)--教育资源门户，提供试卷、教案、课件、论文、素材以及各类教学资源下载，还有大量而丰富的教学相关资讯！" style="width:76.75pt;height:16.95pt" o:oleicon="f" o:ole="">
            <v:imagedata r:id="rId1885" o:title="eqId315898f5de98b27dbf4e90cea95f2c25"/>
          </v:shape>
        </w:pict>
      </w:r>
      <w:r>
        <w:rPr>
          <w:rFonts w:ascii="宋体" w:eastAsia="宋体" w:hAnsi="宋体" w:cs="宋体"/>
          <w:color w:val="000000"/>
        </w:rPr>
        <w:t>，再合并同类项，再利用乘法的分配律进行变形，从而可得答案；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）①由</w:t>
      </w:r>
      <w:r>
        <w:pict>
          <v:shape id="_x0000_i711701" type="#_x0000_t75" alt="学科网(www.zxxk.com)--教育资源门户，提供试卷、教案、课件、论文、素材以及各类教学资源下载，还有大量而丰富的教学相关资讯！" style="width:76.75pt;height:16.95pt" o:oleicon="f" o:ole="">
            <v:imagedata r:id="rId1886" o:title="eqId315898f5de98b27dbf4e90cea95f2c25"/>
          </v:shape>
        </w:pict>
      </w:r>
      <w:r>
        <w:pict>
          <v:shape id="_x0000_i711702" type="#_x0000_t75" alt="学科网(www.zxxk.com)--教育资源门户，提供试卷、教案、课件、论文、素材以及各类教学资源下载，还有大量而丰富的教学相关资讯！" style="width:79.8pt;height:19.8pt" o:oleicon="f" o:ole="">
            <v:imagedata r:id="rId1887" o:title="eqIdd38af3fd161657f462decdd10a1ad8c3"/>
          </v:shape>
        </w:pict>
      </w:r>
      <w:r>
        <w:rPr>
          <w:rFonts w:ascii="宋体" w:eastAsia="宋体" w:hAnsi="宋体" w:cs="宋体"/>
          <w:color w:val="000000"/>
        </w:rPr>
        <w:t>，可得</w:t>
      </w:r>
      <w:r>
        <w:pict>
          <v:shape id="_x0000_i711703" type="#_x0000_t75" alt="学科网(www.zxxk.com)--教育资源门户，提供试卷、教案、课件、论文、素材以及各类教学资源下载，还有大量而丰富的教学相关资讯！" style="width:42.75pt;height:14.25pt" o:oleicon="f" o:ole="">
            <v:imagedata r:id="rId1888" o:title="eqId1ae24688d4c45aad43e9af0b7bbfda6b"/>
          </v:shape>
        </w:pict>
      </w:r>
      <w:r>
        <w:rPr>
          <w:rFonts w:ascii="宋体" w:eastAsia="宋体" w:hAnsi="宋体" w:cs="宋体"/>
          <w:color w:val="000000"/>
        </w:rPr>
        <w:t>一定是</w:t>
      </w:r>
      <w:r>
        <w:rPr>
          <w:rFonts w:ascii="Times New Roman" w:eastAsia="Times New Roman" w:hAnsi="Times New Roman" w:cs="Times New Roman"/>
          <w:color w:val="000000"/>
        </w:rPr>
        <w:t>7</w:t>
      </w:r>
      <w:r>
        <w:rPr>
          <w:rFonts w:ascii="宋体" w:eastAsia="宋体" w:hAnsi="宋体" w:cs="宋体"/>
          <w:color w:val="000000"/>
        </w:rPr>
        <w:t>的因数，从而可得答案；②由</w:t>
      </w:r>
      <w:r>
        <w:pict>
          <v:shape id="_x0000_i711704" type="#_x0000_t75" alt="学科网(www.zxxk.com)--教育资源门户，提供试卷、教案、课件、论文、素材以及各类教学资源下载，还有大量而丰富的教学相关资讯！" style="width:76.75pt;height:16.95pt" o:oleicon="f" o:ole="">
            <v:imagedata r:id="rId1886" o:title="eqId315898f5de98b27dbf4e90cea95f2c25"/>
          </v:shape>
        </w:pict>
      </w:r>
      <w:r>
        <w:rPr>
          <w:rFonts w:ascii="宋体" w:eastAsia="宋体" w:hAnsi="宋体" w:cs="宋体"/>
          <w:color w:val="000000"/>
        </w:rPr>
        <w:t>能被7整除，可得</w:t>
      </w:r>
      <w:r>
        <w:pict>
          <v:shape id="_x0000_i711705" type="#_x0000_t75" alt="学科网(www.zxxk.com)--教育资源门户，提供试卷、教案、课件、论文、素材以及各类教学资源下载，还有大量而丰富的教学相关资讯！" style="width:42.75pt;height:14.25pt" o:oleicon="f" o:ole="">
            <v:imagedata r:id="rId1888" o:title="eqId1ae24688d4c45aad43e9af0b7bbfda6b"/>
          </v:shape>
        </w:pict>
      </w:r>
      <w:r>
        <w:rPr>
          <w:rFonts w:ascii="宋体" w:eastAsia="宋体" w:hAnsi="宋体" w:cs="宋体"/>
          <w:color w:val="000000"/>
        </w:rPr>
        <w:t>一定是</w:t>
      </w:r>
      <w:r>
        <w:rPr>
          <w:rFonts w:ascii="Times New Roman" w:eastAsia="Times New Roman" w:hAnsi="Times New Roman" w:cs="Times New Roman"/>
          <w:color w:val="000000"/>
        </w:rPr>
        <w:t>7</w:t>
      </w:r>
      <w:r>
        <w:rPr>
          <w:rFonts w:ascii="宋体" w:eastAsia="宋体" w:hAnsi="宋体" w:cs="宋体"/>
          <w:color w:val="000000"/>
        </w:rPr>
        <w:t>的因数，而</w:t>
      </w:r>
      <w:r>
        <w:pict>
          <v:shape id="_x0000_i711706" type="#_x0000_t75" alt="学科网(www.zxxk.com)--教育资源门户，提供试卷、教案、课件、论文、素材以及各类教学资源下载，还有大量而丰富的教学相关资讯！" style="width:30pt;height:15.75pt" o:oleicon="f" o:ole="">
            <v:imagedata r:id="rId1889" o:title="eqId76f0649064a085fb74c997fb507a9b6d"/>
          </v:shape>
        </w:pict>
      </w:r>
      <w:r>
        <w:rPr>
          <w:rFonts w:ascii="宋体" w:eastAsia="宋体" w:hAnsi="宋体" w:cs="宋体"/>
          <w:color w:val="000000"/>
        </w:rPr>
        <w:t>都为</w:t>
      </w:r>
      <w:r>
        <w:pict>
          <v:shape id="_x0000_i711707" type="#_x0000_t75" alt="学科网(www.zxxk.com)--教育资源门户，提供试卷、教案、课件、论文、素材以及各类教学资源下载，还有大量而丰富的教学相关资讯！" style="width:6.95pt;height:13pt" o:oleicon="f" o:ole="">
            <v:imagedata r:id="rId1890" o:title="eqIdbdaa19de263700a15fcf213d64a8cd57"/>
          </v:shape>
        </w:pict>
      </w:r>
      <w:r>
        <w:rPr>
          <w:rFonts w:ascii="宋体" w:eastAsia="宋体" w:hAnsi="宋体" w:cs="宋体"/>
          <w:color w:val="000000"/>
        </w:rPr>
        <w:t>至</w:t>
      </w:r>
      <w:r>
        <w:pict>
          <v:shape id="_x0000_i711708" type="#_x0000_t75" alt="学科网(www.zxxk.com)--教育资源门户，提供试卷、教案、课件、论文、素材以及各类教学资源下载，还有大量而丰富的教学相关资讯！" style="width:9pt;height:14.25pt" o:oleicon="f" o:ole="">
            <v:imagedata r:id="rId1891" o:title="eqIde8d02ea8c4988c5c28ab93f0d70fb55a"/>
          </v:shape>
        </w:pict>
      </w:r>
      <w:r>
        <w:rPr>
          <w:rFonts w:ascii="宋体" w:eastAsia="宋体" w:hAnsi="宋体" w:cs="宋体"/>
          <w:color w:val="000000"/>
        </w:rPr>
        <w:t>的正整数，从而可得答案.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 xml:space="preserve"> </w:t>
      </w:r>
      <w:r>
        <w:pict>
          <v:shape id="_x0000_i711709" type="#_x0000_t75" alt="学科网(www.zxxk.com)--教育资源门户，提供试卷、教案、课件、论文、素材以及各类教学资源下载，还有大量而丰富的教学相关资讯！" style="width:9.75pt;height:8.25pt" o:oleicon="f" o:ole="">
            <v:imagedata r:id="rId1892" o:title="eqId16f3d198e76391779fa3badc848c8ac8"/>
          </v:shape>
        </w:pict>
      </w:r>
      <w:r>
        <w:rPr>
          <w:rFonts w:ascii="Times New Roman" w:eastAsia="Times New Roman" w:hAnsi="Times New Roman" w:cs="Times New Roman"/>
          <w:color w:val="000000"/>
        </w:rPr>
        <w:t xml:space="preserve"> </w:t>
      </w:r>
      <w:r>
        <w:pict>
          <v:shape id="_x0000_i711710" type="#_x0000_t75" alt="学科网(www.zxxk.com)--教育资源门户，提供试卷、教案、课件、论文、素材以及各类教学资源下载，还有大量而丰富的教学相关资讯！" style="width:76.75pt;height:16.95pt" o:oleicon="f" o:ole="">
            <v:imagedata r:id="rId1893" o:title="eqId315898f5de98b27dbf4e90cea95f2c25"/>
          </v:shape>
        </w:pict>
      </w:r>
    </w:p>
    <w:p>
      <w:pPr>
        <w:spacing w:line="360" w:lineRule="auto"/>
        <w:jc w:val="left"/>
        <w:textAlignment w:val="center"/>
        <w:rPr>
          <w:color w:val="000000"/>
        </w:rPr>
      </w:pPr>
      <w:r>
        <w:pict>
          <v:shape id="_x0000_i711711" type="#_x0000_t75" alt="学科网(www.zxxk.com)--教育资源门户，提供试卷、教案、课件、论文、素材以及各类教学资源下载，还有大量而丰富的教学相关资讯！" style="width:226.9pt;height:13.75pt" o:oleicon="f" o:ole="">
            <v:imagedata r:id="rId1894" o:title="eqId631cd68f2f72daa8825d55c00036aa80"/>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712" type="#_x0000_t75" alt="学科网(www.zxxk.com)--教育资源门户，提供试卷、教案、课件、论文、素材以及各类教学资源下载，还有大量而丰富的教学相关资讯！" style="width:97.9pt;height:13.75pt" o:oleicon="f" o:ole="">
            <v:imagedata r:id="rId1895" o:title="eqId909bd0b2a80faa47fedd27f91dd741e8"/>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713" type="#_x0000_t75" alt="学科网(www.zxxk.com)--教育资源门户，提供试卷、教案、课件、论文、素材以及各类教学资源下载，还有大量而丰富的教学相关资讯！" style="width:79.8pt;height:19.8pt" o:oleicon="f" o:ole="">
            <v:imagedata r:id="rId1896" o:title="eqIdd38af3fd161657f462decdd10a1ad8c3"/>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11714" type="#_x0000_t75" alt="学科网(www.zxxk.com)--教育资源门户，提供试卷、教案、课件、论文、素材以及各类教学资源下载，还有大量而丰富的教学相关资讯！" style="width:9.75pt;height:9pt" o:oleicon="f" o:ole="">
            <v:imagedata r:id="rId1897" o:title="eqId2de0d10ef8b748d4531250c37c5d3f9e"/>
          </v:shape>
        </w:pict>
      </w:r>
      <w:r>
        <w:rPr>
          <w:rFonts w:ascii="Times New Roman" w:eastAsia="Times New Roman" w:hAnsi="Times New Roman" w:cs="Times New Roman"/>
          <w:color w:val="000000"/>
        </w:rPr>
        <w:t xml:space="preserve"> </w:t>
      </w:r>
      <w:r>
        <w:pict>
          <v:shape id="_x0000_i711715" type="#_x0000_t75" alt="学科网(www.zxxk.com)--教育资源门户，提供试卷、教案、课件、论文、素材以及各类教学资源下载，还有大量而丰富的教学相关资讯！" style="width:76.75pt;height:16.95pt" o:oleicon="f" o:ole="">
            <v:imagedata r:id="rId1898" o:title="eqId315898f5de98b27dbf4e90cea95f2c25"/>
          </v:shape>
        </w:pict>
      </w:r>
      <w:r>
        <w:rPr>
          <w:rFonts w:ascii="宋体" w:eastAsia="宋体" w:hAnsi="宋体" w:cs="宋体"/>
          <w:color w:val="000000"/>
        </w:rPr>
        <w:t>一定是</w:t>
      </w:r>
      <w:r>
        <w:pict>
          <v:shape id="_x0000_i711716" type="#_x0000_t75" alt="学科网(www.zxxk.com)--教育资源门户，提供试卷、教案、课件、论文、素材以及各类教学资源下载，还有大量而丰富的教学相关资讯！" style="width:18.75pt;height:12.75pt" o:oleicon="f" o:ole="">
            <v:imagedata r:id="rId1899" o:title="eqIdb6f6b87e8a5301b439149a0181737e81"/>
          </v:shape>
        </w:pict>
      </w:r>
      <w:r>
        <w:rPr>
          <w:rFonts w:ascii="宋体" w:eastAsia="宋体" w:hAnsi="宋体" w:cs="宋体"/>
          <w:color w:val="000000"/>
        </w:rPr>
        <w:t>的倍数.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①</w:t>
      </w:r>
      <w:r>
        <w:pict>
          <v:shape id="_x0000_i711717" type="#_x0000_t75" alt="学科网(www.zxxk.com)--教育资源门户，提供试卷、教案、课件、论文、素材以及各类教学资源下载，还有大量而丰富的教学相关资讯！" style="width:9.75pt;height:8.25pt" o:oleicon="f" o:ole="">
            <v:imagedata r:id="rId1900" o:title="eqId16f3d198e76391779fa3badc848c8ac8"/>
          </v:shape>
        </w:pict>
      </w:r>
      <w:r>
        <w:rPr>
          <w:rFonts w:ascii="宋体" w:eastAsia="宋体" w:hAnsi="宋体" w:cs="宋体"/>
          <w:color w:val="000000"/>
        </w:rPr>
        <w:t xml:space="preserve"> </w:t>
      </w:r>
      <w:r>
        <w:pict>
          <v:shape id="_x0000_i711718" type="#_x0000_t75" alt="学科网(www.zxxk.com)--教育资源门户，提供试卷、教案、课件、论文、素材以及各类教学资源下载，还有大量而丰富的教学相关资讯！" style="width:76.75pt;height:16.95pt" o:oleicon="f" o:ole="">
            <v:imagedata r:id="rId1901" o:title="eqId315898f5de98b27dbf4e90cea95f2c25"/>
          </v:shape>
        </w:pict>
      </w:r>
      <w:r>
        <w:pict>
          <v:shape id="_x0000_i711719" type="#_x0000_t75" alt="学科网(www.zxxk.com)--教育资源门户，提供试卷、教案、课件、论文、素材以及各类教学资源下载，还有大量而丰富的教学相关资讯！" style="width:79.8pt;height:19.8pt" o:oleicon="f" o:ole="">
            <v:imagedata r:id="rId1902" o:title="eqIdd38af3fd161657f462decdd10a1ad8c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而</w:t>
      </w:r>
      <w:r>
        <w:pict>
          <v:shape id="_x0000_i711720" type="#_x0000_t75" alt="学科网(www.zxxk.com)--教育资源门户，提供试卷、教案、课件、论文、素材以及各类教学资源下载，还有大量而丰富的教学相关资讯！" style="width:9pt;height:12.75pt" o:oleicon="f" o:ole="">
            <v:imagedata r:id="rId1903" o:title="eqId8b06e95b57b7a81cd81d05557a11fa92"/>
          </v:shape>
        </w:pict>
      </w:r>
      <w:r>
        <w:rPr>
          <w:rFonts w:ascii="宋体" w:eastAsia="宋体" w:hAnsi="宋体" w:cs="宋体"/>
          <w:color w:val="000000"/>
        </w:rPr>
        <w:t>不是</w:t>
      </w:r>
      <w:r>
        <w:pict>
          <v:shape id="_x0000_i711721" type="#_x0000_t75" alt="学科网(www.zxxk.com)--教育资源门户，提供试卷、教案、课件、论文、素材以及各类教学资源下载，还有大量而丰富的教学相关资讯！" style="width:18.75pt;height:12.75pt" o:oleicon="f" o:ole="">
            <v:imagedata r:id="rId1904" o:title="eqIdb6f6b87e8a5301b439149a0181737e81"/>
          </v:shape>
        </w:pict>
      </w:r>
      <w:r>
        <w:rPr>
          <w:rFonts w:ascii="宋体" w:eastAsia="宋体" w:hAnsi="宋体" w:cs="宋体"/>
          <w:color w:val="000000"/>
        </w:rPr>
        <w:t>的因数，所以</w:t>
      </w:r>
      <w:r>
        <w:pict>
          <v:shape id="_x0000_i711722" type="#_x0000_t75" alt="学科网(www.zxxk.com)--教育资源门户，提供试卷、教案、课件、论文、素材以及各类教学资源下载，还有大量而丰富的教学相关资讯！" style="width:42.75pt;height:14.25pt" o:oleicon="f" o:ole="">
            <v:imagedata r:id="rId1905" o:title="eqId1ae24688d4c45aad43e9af0b7bbfda6b"/>
          </v:shape>
        </w:pict>
      </w:r>
      <w:r>
        <w:rPr>
          <w:rFonts w:ascii="宋体" w:eastAsia="宋体" w:hAnsi="宋体" w:cs="宋体"/>
          <w:color w:val="000000"/>
        </w:rPr>
        <w:t>一定是</w:t>
      </w:r>
      <w:r>
        <w:rPr>
          <w:rFonts w:ascii="Times New Roman" w:eastAsia="Times New Roman" w:hAnsi="Times New Roman" w:cs="Times New Roman"/>
          <w:color w:val="000000"/>
        </w:rPr>
        <w:t>7</w:t>
      </w:r>
      <w:r>
        <w:rPr>
          <w:rFonts w:ascii="宋体" w:eastAsia="宋体" w:hAnsi="宋体" w:cs="宋体"/>
          <w:color w:val="000000"/>
        </w:rPr>
        <w:t>的因数，</w:t>
      </w:r>
    </w:p>
    <w:p>
      <w:pPr>
        <w:spacing w:line="360" w:lineRule="auto"/>
        <w:jc w:val="left"/>
        <w:textAlignment w:val="center"/>
        <w:rPr>
          <w:color w:val="000000"/>
        </w:rPr>
      </w:pPr>
      <w:r>
        <w:rPr>
          <w:rFonts w:ascii="宋体" w:eastAsia="宋体" w:hAnsi="宋体" w:cs="宋体"/>
          <w:color w:val="000000"/>
        </w:rPr>
        <w:t>令</w:t>
      </w:r>
      <w:r>
        <w:pict>
          <v:shape id="_x0000_i711723" type="#_x0000_t75" alt="学科网(www.zxxk.com)--教育资源门户，提供试卷、教案、课件、论文、素材以及各类教学资源下载，还有大量而丰富的教学相关资讯！" style="width:57pt;height:15.6pt" o:oleicon="f" o:ole="">
            <v:imagedata r:id="rId1906" o:title="eqId6f8f7a92cf23b04520f42ba2dd5c6135"/>
          </v:shape>
        </w:pict>
      </w:r>
      <w:r>
        <w:rPr>
          <w:rFonts w:ascii="Times New Roman" w:eastAsia="Times New Roman" w:hAnsi="Times New Roman" w:cs="Times New Roman"/>
          <w:color w:val="000000"/>
        </w:rPr>
        <w:t xml:space="preserve"> </w:t>
      </w:r>
      <w:r>
        <w:rPr>
          <w:rFonts w:ascii="宋体" w:eastAsia="宋体" w:hAnsi="宋体" w:cs="宋体"/>
          <w:color w:val="000000"/>
        </w:rPr>
        <w:t>则</w:t>
      </w:r>
      <w:r>
        <w:pict>
          <v:shape id="_x0000_i711724" type="#_x0000_t75" alt="学科网(www.zxxk.com)--教育资源门户，提供试卷、教案、课件、论文、素材以及各类教学资源下载，还有大量而丰富的教学相关资讯！" style="width:29.85pt;height:14.25pt" o:oleicon="f" o:ole="">
            <v:imagedata r:id="rId1907" o:title="eqId375b4c097ee315c35259b25aa6be11e0"/>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pict>
          <v:shape id="_x0000_i711725" type="#_x0000_t75" alt="学科网(www.zxxk.com)--教育资源门户，提供试卷、教案、课件、论文、素材以及各类教学资源下载，还有大量而丰富的教学相关资讯！" style="width:27.75pt;height:15.75pt" o:oleicon="f" o:ole="">
            <v:imagedata r:id="rId1908" o:title="eqId27140692bd6cad765e4f98c8e074b8dc"/>
          </v:shape>
        </w:pict>
      </w:r>
      <w:r>
        <w:rPr>
          <w:rFonts w:ascii="宋体" w:eastAsia="宋体" w:hAnsi="宋体" w:cs="宋体"/>
          <w:color w:val="000000"/>
        </w:rPr>
        <w:t>（答案不唯一）</w:t>
      </w:r>
    </w:p>
    <w:p>
      <w:pPr>
        <w:spacing w:line="360" w:lineRule="auto"/>
        <w:jc w:val="left"/>
        <w:textAlignment w:val="center"/>
        <w:rPr>
          <w:color w:val="000000"/>
        </w:rPr>
      </w:pPr>
      <w:r>
        <w:rPr>
          <w:rFonts w:ascii="宋体" w:eastAsia="宋体" w:hAnsi="宋体" w:cs="宋体"/>
          <w:color w:val="000000"/>
        </w:rPr>
        <w:t>②</w:t>
      </w:r>
      <w:r>
        <w:pict>
          <v:shape id="_x0000_i711726" type="#_x0000_t75" alt="学科网(www.zxxk.com)--教育资源门户，提供试卷、教案、课件、论文、素材以及各类教学资源下载，还有大量而丰富的教学相关资讯！" style="width:9.75pt;height:8.25pt" o:oleicon="f" o:ole="">
            <v:imagedata r:id="rId1909" o:title="eqId16f3d198e76391779fa3badc848c8ac8"/>
          </v:shape>
        </w:pict>
      </w:r>
      <w:r>
        <w:rPr>
          <w:rFonts w:ascii="宋体" w:eastAsia="宋体" w:hAnsi="宋体" w:cs="宋体"/>
          <w:color w:val="000000"/>
        </w:rPr>
        <w:t xml:space="preserve"> </w:t>
      </w:r>
      <w:r>
        <w:pict>
          <v:shape id="_x0000_i711727" type="#_x0000_t75" alt="学科网(www.zxxk.com)--教育资源门户，提供试卷、教案、课件、论文、素材以及各类教学资源下载，还有大量而丰富的教学相关资讯！" style="width:76.75pt;height:16.95pt" o:oleicon="f" o:ole="">
            <v:imagedata r:id="rId1910" o:title="eqId315898f5de98b27dbf4e90cea95f2c25"/>
          </v:shape>
        </w:pict>
      </w:r>
      <w:r>
        <w:rPr>
          <w:rFonts w:ascii="宋体" w:eastAsia="宋体" w:hAnsi="宋体" w:cs="宋体"/>
          <w:color w:val="000000"/>
        </w:rPr>
        <w:t>能被</w:t>
      </w:r>
      <w:r>
        <w:rPr>
          <w:rFonts w:ascii="Times New Roman" w:eastAsia="Times New Roman" w:hAnsi="Times New Roman" w:cs="Times New Roman"/>
          <w:color w:val="000000"/>
        </w:rPr>
        <w:t>7</w:t>
      </w:r>
      <w:r>
        <w:rPr>
          <w:rFonts w:ascii="宋体" w:eastAsia="宋体" w:hAnsi="宋体" w:cs="宋体"/>
          <w:color w:val="000000"/>
        </w:rPr>
        <w:t>整除，</w:t>
      </w:r>
    </w:p>
    <w:p>
      <w:pPr>
        <w:spacing w:line="360" w:lineRule="auto"/>
        <w:jc w:val="left"/>
        <w:textAlignment w:val="center"/>
        <w:rPr>
          <w:color w:val="000000"/>
        </w:rPr>
      </w:pPr>
      <w:r>
        <w:rPr>
          <w:rFonts w:ascii="宋体" w:eastAsia="宋体" w:hAnsi="宋体" w:cs="宋体"/>
          <w:color w:val="000000"/>
        </w:rPr>
        <w:t>所以</w:t>
      </w:r>
      <w:r>
        <w:pict>
          <v:shape id="_x0000_i711728" type="#_x0000_t75" alt="学科网(www.zxxk.com)--教育资源门户，提供试卷、教案、课件、论文、素材以及各类教学资源下载，还有大量而丰富的教学相关资讯！" style="width:42.75pt;height:14.25pt" o:oleicon="f" o:ole="">
            <v:imagedata r:id="rId1911" o:title="eqId1ae24688d4c45aad43e9af0b7bbfda6b"/>
          </v:shape>
        </w:pict>
      </w:r>
      <w:r>
        <w:rPr>
          <w:rFonts w:ascii="宋体" w:eastAsia="宋体" w:hAnsi="宋体" w:cs="宋体"/>
          <w:color w:val="000000"/>
        </w:rPr>
        <w:t>一定是</w:t>
      </w:r>
      <w:r>
        <w:rPr>
          <w:rFonts w:ascii="Times New Roman" w:eastAsia="Times New Roman" w:hAnsi="Times New Roman" w:cs="Times New Roman"/>
          <w:color w:val="000000"/>
        </w:rPr>
        <w:t>7</w:t>
      </w:r>
      <w:r>
        <w:rPr>
          <w:rFonts w:ascii="宋体" w:eastAsia="宋体" w:hAnsi="宋体" w:cs="宋体"/>
          <w:color w:val="000000"/>
        </w:rPr>
        <w:t>的因数，而</w:t>
      </w:r>
      <w:r>
        <w:pict>
          <v:shape id="_x0000_i711729" type="#_x0000_t75" alt="学科网(www.zxxk.com)--教育资源门户，提供试卷、教案、课件、论文、素材以及各类教学资源下载，还有大量而丰富的教学相关资讯！" style="width:30pt;height:15.75pt" o:oleicon="f" o:ole="">
            <v:imagedata r:id="rId1912" o:title="eqId76f0649064a085fb74c997fb507a9b6d"/>
          </v:shape>
        </w:pict>
      </w:r>
      <w:r>
        <w:rPr>
          <w:rFonts w:ascii="宋体" w:eastAsia="宋体" w:hAnsi="宋体" w:cs="宋体"/>
          <w:color w:val="000000"/>
        </w:rPr>
        <w:t>都为</w:t>
      </w:r>
      <w:r>
        <w:pict>
          <v:shape id="_x0000_i711730" type="#_x0000_t75" alt="学科网(www.zxxk.com)--教育资源门户，提供试卷、教案、课件、论文、素材以及各类教学资源下载，还有大量而丰富的教学相关资讯！" style="width:6.95pt;height:13pt" o:oleicon="f" o:ole="">
            <v:imagedata r:id="rId1913" o:title="eqIdbdaa19de263700a15fcf213d64a8cd57"/>
          </v:shape>
        </w:pict>
      </w:r>
      <w:r>
        <w:rPr>
          <w:rFonts w:ascii="宋体" w:eastAsia="宋体" w:hAnsi="宋体" w:cs="宋体"/>
          <w:color w:val="000000"/>
        </w:rPr>
        <w:t>至</w:t>
      </w:r>
      <w:r>
        <w:pict>
          <v:shape id="_x0000_i711731" type="#_x0000_t75" alt="学科网(www.zxxk.com)--教育资源门户，提供试卷、教案、课件、论文、素材以及各类教学资源下载，还有大量而丰富的教学相关资讯！" style="width:9pt;height:14.25pt" o:oleicon="f" o:ole="">
            <v:imagedata r:id="rId1914" o:title="eqIde8d02ea8c4988c5c28ab93f0d70fb55a"/>
          </v:shape>
        </w:pict>
      </w:r>
      <w:r>
        <w:rPr>
          <w:rFonts w:ascii="宋体" w:eastAsia="宋体" w:hAnsi="宋体" w:cs="宋体"/>
          <w:color w:val="000000"/>
        </w:rPr>
        <w:t>的正整数，</w:t>
      </w:r>
    </w:p>
    <w:p>
      <w:pPr>
        <w:spacing w:line="360" w:lineRule="auto"/>
        <w:jc w:val="left"/>
        <w:textAlignment w:val="center"/>
        <w:rPr>
          <w:color w:val="000000"/>
        </w:rPr>
      </w:pPr>
      <w:r>
        <w:rPr>
          <w:rFonts w:ascii="宋体" w:eastAsia="宋体" w:hAnsi="宋体" w:cs="宋体"/>
          <w:color w:val="000000"/>
        </w:rPr>
        <w:t>则</w:t>
      </w:r>
      <w:r>
        <w:pict>
          <v:shape id="_x0000_i711732" type="#_x0000_t75" alt="学科网(www.zxxk.com)--教育资源门户，提供试卷、教案、课件、论文、素材以及各类教学资源下载，还有大量而丰富的教学相关资讯！" style="width:42.75pt;height:14.25pt" o:oleicon="f" o:ole="">
            <v:imagedata r:id="rId1915" o:title="eqId1ae24688d4c45aad43e9af0b7bbfda6b"/>
          </v:shape>
        </w:pict>
      </w:r>
      <w:r>
        <w:rPr>
          <w:rFonts w:ascii="宋体" w:eastAsia="宋体" w:hAnsi="宋体" w:cs="宋体"/>
          <w:color w:val="000000"/>
        </w:rPr>
        <w:t>的值是：</w:t>
      </w:r>
      <w:r>
        <w:pict>
          <v:shape id="_x0000_i711733" type="#_x0000_t75" alt="学科网(www.zxxk.com)--教育资源门户，提供试卷、教案、课件、论文、素材以及各类教学资源下载，还有大量而丰富的教学相关资讯！" style="width:9pt;height:12.75pt" o:oleicon="f" o:ole="">
            <v:imagedata r:id="rId1916" o:title="eqId8b06e95b57b7a81cd81d05557a11fa92"/>
          </v:shape>
        </w:pict>
      </w:r>
      <w:r>
        <w:rPr>
          <w:rFonts w:ascii="宋体" w:eastAsia="宋体" w:hAnsi="宋体" w:cs="宋体"/>
          <w:color w:val="000000"/>
        </w:rPr>
        <w:t>或</w:t>
      </w:r>
      <w:r>
        <w:pict>
          <v:shape id="_x0000_i711734" type="#_x0000_t75" alt="学科网(www.zxxk.com)--教育资源门户，提供试卷、教案、课件、论文、素材以及各类教学资源下载，还有大量而丰富的教学相关资讯！" style="width:13.95pt;height:12.9pt" o:oleicon="f" o:ole="">
            <v:imagedata r:id="rId1917" o:title="eqId180ea775f2af05650404d764384e7faa"/>
          </v:shape>
        </w:pict>
      </w:r>
      <w:r>
        <w:rPr>
          <w:rFonts w:ascii="宋体" w:eastAsia="宋体" w:hAnsi="宋体" w:cs="宋体"/>
          <w:color w:val="000000"/>
        </w:rPr>
        <w:t>或</w:t>
      </w:r>
      <w:r>
        <w:pict>
          <v:shape id="_x0000_i711735" type="#_x0000_t75" alt="学科网(www.zxxk.com)--教育资源门户，提供试卷、教案、课件、论文、素材以及各类教学资源下载，还有大量而丰富的教学相关资讯！" style="width:15pt;height:13pt" o:oleicon="f" o:ole="">
            <v:imagedata r:id="rId1918" o:title="eqIdea1834490aacbee800ed5721312f4be1"/>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本题考查的是列代数式，乘法的分配律的应用，合并同类项，整除的含义，掌握“用代数式表示一个三位数”是解本题的关键.</w:t>
      </w:r>
    </w:p>
    <w:p>
      <w:pPr>
        <w:spacing w:line="360" w:lineRule="auto"/>
        <w:jc w:val="left"/>
        <w:textAlignment w:val="center"/>
        <w:rPr>
          <w:color w:val="000000"/>
        </w:rPr>
      </w:pPr>
      <w:r>
        <w:rPr>
          <w:color w:val="000000"/>
        </w:rPr>
        <w:t xml:space="preserve">30. </w:t>
      </w:r>
      <w:r>
        <w:rPr>
          <w:rFonts w:ascii="宋体" w:eastAsia="宋体" w:hAnsi="宋体" w:cs="宋体"/>
          <w:color w:val="000000"/>
        </w:rPr>
        <w:t>对于数轴上的点</w:t>
      </w:r>
      <w:r>
        <w:pict>
          <v:shape id="_x0000_i711736" type="#_x0000_t75" alt="学科网(www.zxxk.com)--教育资源门户，提供试卷、教案、课件、论文、素材以及各类教学资源下载，还有大量而丰富的教学相关资讯！" style="width:11.25pt;height:12pt" o:oleicon="f" o:ole="">
            <v:imagedata r:id="rId1919" o:title="eqIddad2a36927223bd70f426ba06aea4b45"/>
          </v:shape>
        </w:pict>
      </w:r>
      <w:r>
        <w:rPr>
          <w:rFonts w:ascii="宋体" w:eastAsia="宋体" w:hAnsi="宋体" w:cs="宋体"/>
          <w:color w:val="000000"/>
        </w:rPr>
        <w:t>，</w:t>
      </w:r>
      <w:r>
        <w:pict>
          <v:shape id="_x0000_i711737" type="#_x0000_t75" alt="学科网(www.zxxk.com)--教育资源门户，提供试卷、教案、课件、论文、素材以及各类教学资源下载，还有大量而丰富的教学相关资讯！" style="width:12pt;height:15.6pt" o:oleicon="f" o:ole="">
            <v:imagedata r:id="rId1920" o:title="eqIdacc290b44635265137fdf13146b6a6d9"/>
          </v:shape>
        </w:pict>
      </w:r>
      <w:r>
        <w:rPr>
          <w:rFonts w:ascii="宋体" w:eastAsia="宋体" w:hAnsi="宋体" w:cs="宋体"/>
          <w:color w:val="000000"/>
        </w:rPr>
        <w:t>，给出如下定义：若点</w:t>
      </w:r>
      <w:r>
        <w:pict>
          <v:shape id="_x0000_i711738" type="#_x0000_t75" alt="学科网(www.zxxk.com)--教育资源门户，提供试卷、教案、课件、论文、素材以及各类教学资源下载，还有大量而丰富的教学相关资讯！" style="width:11.25pt;height:12pt" o:oleicon="f" o:ole="">
            <v:imagedata r:id="rId1919" o:title="eqIddad2a36927223bd70f426ba06aea4b45"/>
          </v:shape>
        </w:pict>
      </w:r>
      <w:r>
        <w:rPr>
          <w:rFonts w:ascii="宋体" w:eastAsia="宋体" w:hAnsi="宋体" w:cs="宋体"/>
          <w:color w:val="000000"/>
        </w:rPr>
        <w:t>到点</w:t>
      </w:r>
      <w:r>
        <w:pict>
          <v:shape id="_x0000_i711739" type="#_x0000_t75" alt="学科网(www.zxxk.com)--教育资源门户，提供试卷、教案、课件、论文、素材以及各类教学资源下载，还有大量而丰富的教学相关资讯！" style="width:12pt;height:15.6pt" o:oleicon="f" o:ole="">
            <v:imagedata r:id="rId1920" o:title="eqIdacc290b44635265137fdf13146b6a6d9"/>
          </v:shape>
        </w:pict>
      </w:r>
      <w:r>
        <w:rPr>
          <w:rFonts w:ascii="宋体" w:eastAsia="宋体" w:hAnsi="宋体" w:cs="宋体"/>
          <w:color w:val="000000"/>
        </w:rPr>
        <w:t>的距离为</w:t>
      </w:r>
      <w:r>
        <w:pict>
          <v:shape id="_x0000_i711740" type="#_x0000_t75" alt="学科网(www.zxxk.com)--教育资源门户，提供试卷、教案、课件、论文、素材以及各类教学资源下载，还有大量而丰富的教学相关资讯！" style="width:11pt;height:13pt" o:oleicon="f" o:ole="">
            <v:imagedata r:id="rId1921" o:title="eqId5c02bc0c74292b1e8f395f90935d3174"/>
          </v:shape>
        </w:pict>
      </w:r>
      <w:r>
        <w:rPr>
          <w:rFonts w:ascii="宋体" w:eastAsia="宋体" w:hAnsi="宋体" w:cs="宋体"/>
          <w:color w:val="000000"/>
        </w:rPr>
        <w:t>（</w:t>
      </w:r>
      <w:r>
        <w:pict>
          <v:shape id="_x0000_i711741" type="#_x0000_t75" alt="学科网(www.zxxk.com)--教育资源门户，提供试卷、教案、课件、论文、素材以及各类教学资源下载，还有大量而丰富的教学相关资讯！" style="width:29.25pt;height:12.75pt;mso-position-horizontal-relative:page;mso-position-vertical-relative:page" o:oleicon="f" o:ole="">
            <v:imagedata r:id="rId1922" o:title="eqId4f8e68eb4ade6e22982d2df5102d8894"/>
          </v:shape>
        </w:pict>
      </w:r>
      <w:r>
        <w:rPr>
          <w:rFonts w:ascii="宋体" w:eastAsia="宋体" w:hAnsi="宋体" w:cs="宋体"/>
          <w:color w:val="000000"/>
        </w:rPr>
        <w:t>），则称</w:t>
      </w:r>
      <w:r>
        <w:pict>
          <v:shape id="_x0000_i711742" type="#_x0000_t75" alt="学科网(www.zxxk.com)--教育资源门户，提供试卷、教案、课件、论文、素材以及各类教学资源下载，还有大量而丰富的教学相关资讯！" style="width:11pt;height:13pt" o:oleicon="f" o:ole="">
            <v:imagedata r:id="rId1921" o:title="eqId5c02bc0c74292b1e8f395f90935d3174"/>
          </v:shape>
        </w:pict>
      </w:r>
      <w:r>
        <w:rPr>
          <w:rFonts w:ascii="宋体" w:eastAsia="宋体" w:hAnsi="宋体" w:cs="宋体"/>
          <w:color w:val="000000"/>
        </w:rPr>
        <w:t>为点</w:t>
      </w:r>
      <w:r>
        <w:pict>
          <v:shape id="_x0000_i711743" type="#_x0000_t75" alt="学科网(www.zxxk.com)--教育资源门户，提供试卷、教案、课件、论文、素材以及各类教学资源下载，还有大量而丰富的教学相关资讯！" style="width:11.25pt;height:12pt" o:oleicon="f" o:ole="">
            <v:imagedata r:id="rId1919" o:title="eqIddad2a36927223bd70f426ba06aea4b45"/>
          </v:shape>
        </w:pict>
      </w:r>
      <w:r>
        <w:rPr>
          <w:rFonts w:ascii="宋体" w:eastAsia="宋体" w:hAnsi="宋体" w:cs="宋体"/>
          <w:color w:val="000000"/>
        </w:rPr>
        <w:t>到点</w:t>
      </w:r>
      <w:r>
        <w:pict>
          <v:shape id="_x0000_i711744" type="#_x0000_t75" alt="学科网(www.zxxk.com)--教育资源门户，提供试卷、教案、课件、论文、素材以及各类教学资源下载，还有大量而丰富的教学相关资讯！" style="width:12pt;height:15.6pt" o:oleicon="f" o:ole="">
            <v:imagedata r:id="rId1920" o:title="eqIdacc290b44635265137fdf13146b6a6d9"/>
          </v:shape>
        </w:pict>
      </w:r>
      <w:r>
        <w:rPr>
          <w:rFonts w:ascii="宋体" w:eastAsia="宋体" w:hAnsi="宋体" w:cs="宋体"/>
          <w:color w:val="000000"/>
        </w:rPr>
        <w:t>的追击值，记作</w:t>
      </w:r>
      <w:r>
        <w:pict>
          <v:shape id="_x0000_i711745" type="#_x0000_t75" alt="学科网(www.zxxk.com)--教育资源门户，提供试卷、教案、课件、论文、素材以及各类教学资源下载，还有大量而丰富的教学相关资讯！" style="width:37pt;height:20pt" o:oleicon="f" o:ole="">
            <v:imagedata r:id="rId1923" o:title="eqId2fa9ed163a70320ae5af9916c50d9656"/>
          </v:shape>
        </w:pict>
      </w:r>
      <w:r>
        <w:rPr>
          <w:rFonts w:ascii="宋体" w:eastAsia="宋体" w:hAnsi="宋体" w:cs="宋体"/>
          <w:color w:val="000000"/>
        </w:rPr>
        <w:t>．例如，在数轴上点</w:t>
      </w:r>
      <w:r>
        <w:pict>
          <v:shape id="_x0000_i711746" type="#_x0000_t75" alt="学科网(www.zxxk.com)--教育资源门户，提供试卷、教案、课件、论文、素材以及各类教学资源下载，还有大量而丰富的教学相关资讯！" style="width:11.25pt;height:12pt" o:oleicon="f" o:ole="">
            <v:imagedata r:id="rId1919" o:title="eqIddad2a36927223bd70f426ba06aea4b45"/>
          </v:shape>
        </w:pict>
      </w:r>
      <w:r>
        <w:rPr>
          <w:rFonts w:ascii="宋体" w:eastAsia="宋体" w:hAnsi="宋体" w:cs="宋体"/>
          <w:color w:val="000000"/>
        </w:rPr>
        <w:t>表示的数是</w:t>
      </w:r>
      <w:r>
        <w:rPr>
          <w:rFonts w:ascii="Times New Roman" w:eastAsia="Times New Roman" w:hAnsi="Times New Roman" w:cs="Times New Roman"/>
          <w:color w:val="000000"/>
        </w:rPr>
        <w:t>5</w:t>
      </w:r>
      <w:r>
        <w:rPr>
          <w:rFonts w:ascii="宋体" w:eastAsia="宋体" w:hAnsi="宋体" w:cs="宋体"/>
          <w:color w:val="000000"/>
        </w:rPr>
        <w:t>，点</w:t>
      </w:r>
      <w:r>
        <w:pict>
          <v:shape id="_x0000_i711747" type="#_x0000_t75" alt="学科网(www.zxxk.com)--教育资源门户，提供试卷、教案、课件、论文、素材以及各类教学资源下载，还有大量而丰富的教学相关资讯！" style="width:12pt;height:15.6pt" o:oleicon="f" o:ole="">
            <v:imagedata r:id="rId1920" o:title="eqIdacc290b44635265137fdf13146b6a6d9"/>
          </v:shape>
        </w:pic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，则点</w:t>
      </w:r>
      <w:r>
        <w:pict>
          <v:shape id="_x0000_i711748" type="#_x0000_t75" alt="学科网(www.zxxk.com)--教育资源门户，提供试卷、教案、课件、论文、素材以及各类教学资源下载，还有大量而丰富的教学相关资讯！" style="width:11.25pt;height:12pt" o:oleicon="f" o:ole="">
            <v:imagedata r:id="rId1919" o:title="eqIddad2a36927223bd70f426ba06aea4b45"/>
          </v:shape>
        </w:pict>
      </w:r>
      <w:r>
        <w:rPr>
          <w:rFonts w:ascii="宋体" w:eastAsia="宋体" w:hAnsi="宋体" w:cs="宋体"/>
          <w:color w:val="000000"/>
        </w:rPr>
        <w:t>到点</w:t>
      </w:r>
      <w:r>
        <w:pict>
          <v:shape id="_x0000_i711749" type="#_x0000_t75" alt="学科网(www.zxxk.com)--教育资源门户，提供试卷、教案、课件、论文、素材以及各类教学资源下载，还有大量而丰富的教学相关资讯！" style="width:12pt;height:15.6pt" o:oleicon="f" o:ole="">
            <v:imagedata r:id="rId1920" o:title="eqIdacc290b44635265137fdf13146b6a6d9"/>
          </v:shape>
        </w:pict>
      </w:r>
      <w:r>
        <w:rPr>
          <w:rFonts w:ascii="宋体" w:eastAsia="宋体" w:hAnsi="宋体" w:cs="宋体"/>
          <w:color w:val="000000"/>
        </w:rPr>
        <w:t>的追击值为</w:t>
      </w:r>
      <w:r>
        <w:pict>
          <v:shape id="_x0000_i711750" type="#_x0000_t75" alt="学科网(www.zxxk.com)--教育资源门户，提供试卷、教案、课件、论文、素材以及各类教学资源下载，还有大量而丰富的教学相关资讯！" style="width:54pt;height:20pt" o:oleicon="f" o:ole="">
            <v:imagedata r:id="rId1924" o:title="eqId29c6c18e36118e3a5814be334742a4f6"/>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62400" cy="1143000"/>
            <wp:docPr id="32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 name=""/>
                    <pic:cNvPicPr>
                      <a:picLocks noChangeAspect="1"/>
                    </pic:cNvPicPr>
                  </pic:nvPicPr>
                  <pic:blipFill>
                    <a:blip r:embed="rId1925"/>
                    <a:stretch>
                      <a:fillRect/>
                    </a:stretch>
                  </pic:blipFill>
                  <pic:spPr>
                    <a:xfrm>
                      <a:off x="0" y="0"/>
                      <a:ext cx="3962400" cy="11430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点</w:t>
      </w:r>
      <w:r>
        <w:pict>
          <v:shape id="_x0000_i711751" type="#_x0000_t75" alt="学科网(www.zxxk.com)--教育资源门户，提供试卷、教案、课件、论文、素材以及各类教学资源下载，还有大量而丰富的教学相关资讯！" style="width:14.25pt;height:10.5pt" o:oleicon="f" o:ole="">
            <v:imagedata r:id="rId1926" o:title="eqIdac047e91852b91af639feec23a9598b2"/>
          </v:shape>
        </w:pict>
      </w:r>
      <w:r>
        <w:rPr>
          <w:rFonts w:ascii="宋体" w:eastAsia="宋体" w:hAnsi="宋体" w:cs="宋体"/>
          <w:color w:val="000000"/>
        </w:rPr>
        <w:t>，</w:t>
      </w:r>
      <w:r>
        <w:pict>
          <v:shape id="_x0000_i711752" type="#_x0000_t75" alt="学科网(www.zxxk.com)--教育资源门户，提供试卷、教案、课件、论文、素材以及各类教学资源下载，还有大量而丰富的教学相关资讯！" style="width:14.25pt;height:14.25pt" o:oleicon="f" o:ole="">
            <v:imagedata r:id="rId1927" o:title="eqId54a5d7d3b6b63fe5c24c3907b7a8eaa3"/>
          </v:shape>
        </w:pict>
      </w:r>
      <w:r>
        <w:rPr>
          <w:rFonts w:ascii="宋体" w:eastAsia="宋体" w:hAnsi="宋体" w:cs="宋体"/>
          <w:color w:val="000000"/>
        </w:rPr>
        <w:t>都在数轴上，点</w:t>
      </w:r>
      <w:r>
        <w:pict>
          <v:shape id="_x0000_i711753" type="#_x0000_t75" alt="学科网(www.zxxk.com)--教育资源门户，提供试卷、教案、课件、论文、素材以及各类教学资源下载，还有大量而丰富的教学相关资讯！" style="width:14.25pt;height:10.5pt" o:oleicon="f" o:ole="">
            <v:imagedata r:id="rId1926" o:title="eqIdac047e91852b91af639feec23a9598b2"/>
          </v:shape>
        </w:pic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，且点</w:t>
      </w:r>
      <w:r>
        <w:pict>
          <v:shape id="_x0000_i711754" type="#_x0000_t75" alt="学科网(www.zxxk.com)--教育资源门户，提供试卷、教案、课件、论文、素材以及各类教学资源下载，还有大量而丰富的教学相关资讯！" style="width:14.25pt;height:14.25pt" o:oleicon="f" o:ole="">
            <v:imagedata r:id="rId1927" o:title="eqId54a5d7d3b6b63fe5c24c3907b7a8eaa3"/>
          </v:shape>
        </w:pict>
      </w:r>
      <w:r>
        <w:rPr>
          <w:rFonts w:ascii="宋体" w:eastAsia="宋体" w:hAnsi="宋体" w:cs="宋体"/>
          <w:color w:val="000000"/>
        </w:rPr>
        <w:t>到点</w:t>
      </w:r>
      <w:r>
        <w:pict>
          <v:shape id="_x0000_i711755" type="#_x0000_t75" alt="学科网(www.zxxk.com)--教育资源门户，提供试卷、教案、课件、论文、素材以及各类教学资源下载，还有大量而丰富的教学相关资讯！" style="width:14.25pt;height:10.5pt" o:oleicon="f" o:ole="">
            <v:imagedata r:id="rId1926" o:title="eqIdac047e91852b91af639feec23a9598b2"/>
          </v:shape>
        </w:pict>
      </w:r>
      <w:r>
        <w:rPr>
          <w:rFonts w:ascii="宋体" w:eastAsia="宋体" w:hAnsi="宋体" w:cs="宋体"/>
          <w:color w:val="000000"/>
        </w:rPr>
        <w:t>的追击值</w:t>
      </w:r>
      <w:r>
        <w:pict>
          <v:shape id="_x0000_i711756" type="#_x0000_t75" alt="学科网(www.zxxk.com)--教育资源门户，提供试卷、教案、课件、论文、素材以及各类教学资源下载，还有大量而丰富的教学相关资讯！" style="width:57.75pt;height:20.25pt" o:oleicon="f" o:ole="">
            <v:imagedata r:id="rId1928" o:title="eqId74464c84729d9f8d645f161746dee41c"/>
          </v:shape>
        </w:pict>
      </w:r>
      <w:r>
        <w:rPr>
          <w:rFonts w:ascii="宋体" w:eastAsia="宋体" w:hAnsi="宋体" w:cs="宋体"/>
          <w:color w:val="000000"/>
        </w:rPr>
        <w:t>（</w:t>
      </w:r>
      <w:r>
        <w:pict>
          <v:shape id="_x0000_i711757" type="#_x0000_t75" alt="学科网(www.zxxk.com)--教育资源门户，提供试卷、教案、课件、论文、素材以及各类教学资源下载，还有大量而丰富的教学相关资讯！" style="width:27.9pt;height:14.15pt" o:oleicon="f" o:ole="">
            <v:imagedata r:id="rId1929" o:title="eqIdce3a34d6f60032718820c3da2b07786b"/>
          </v:shape>
        </w:pict>
      </w:r>
      <w:r>
        <w:rPr>
          <w:rFonts w:ascii="宋体" w:eastAsia="宋体" w:hAnsi="宋体" w:cs="宋体"/>
          <w:color w:val="000000"/>
        </w:rPr>
        <w:t>），则点</w:t>
      </w:r>
      <w:r>
        <w:pict>
          <v:shape id="_x0000_i711758" type="#_x0000_t75" alt="学科网(www.zxxk.com)--教育资源门户，提供试卷、教案、课件、论文、素材以及各类教学资源下载，还有大量而丰富的教学相关资讯！" style="width:14.25pt;height:14.25pt" o:oleicon="f" o:ole="">
            <v:imagedata r:id="rId1927" o:title="eqId54a5d7d3b6b63fe5c24c3907b7a8eaa3"/>
          </v:shape>
        </w:pict>
      </w:r>
      <w:r>
        <w:rPr>
          <w:rFonts w:ascii="宋体" w:eastAsia="宋体" w:hAnsi="宋体" w:cs="宋体"/>
          <w:color w:val="000000"/>
        </w:rPr>
        <w:t>表示的数是</w:t>
      </w:r>
      <w:r>
        <w:rPr>
          <w:rFonts w:ascii="Times New Roman" w:eastAsia="Times New Roman" w:hAnsi="Times New Roman" w:cs="Times New Roman"/>
          <w:color w:val="000000"/>
        </w:rPr>
        <w:t>______</w:t>
      </w:r>
      <w:r>
        <w:rPr>
          <w:rFonts w:ascii="宋体" w:eastAsia="宋体" w:hAnsi="宋体" w:cs="宋体"/>
          <w:color w:val="000000"/>
        </w:rPr>
        <w:t>（用含</w:t>
      </w:r>
      <w:r>
        <w:pict>
          <v:shape id="_x0000_i711759" type="#_x0000_t75" alt="学科网(www.zxxk.com)--教育资源门户，提供试卷、教案、课件、论文、素材以及各类教学资源下载，还有大量而丰富的教学相关资讯！" style="width:9pt;height:9.75pt" o:oleicon="f" o:ole="">
            <v:imagedata r:id="rId1930" o:title="eqId0a6936d370d6a238a608ca56f87198de"/>
          </v:shape>
        </w:pict>
      </w:r>
      <w:r>
        <w:rPr>
          <w:rFonts w:ascii="宋体" w:eastAsia="宋体" w:hAnsi="宋体" w:cs="宋体"/>
          <w:color w:val="000000"/>
        </w:rPr>
        <w:t>的代数式表示）；</w:t>
      </w:r>
    </w:p>
    <w:p>
      <w:pPr>
        <w:spacing w:line="360" w:lineRule="auto"/>
        <w:jc w:val="left"/>
        <w:textAlignment w:val="center"/>
        <w:rPr>
          <w:color w:val="000000"/>
        </w:rPr>
      </w:pPr>
      <w:r>
        <w:rPr>
          <w:color w:val="000000"/>
        </w:rPr>
        <w:t>（2）</w:t>
      </w:r>
      <w:r>
        <w:rPr>
          <w:rFonts w:ascii="宋体" w:eastAsia="宋体" w:hAnsi="宋体" w:cs="宋体"/>
          <w:color w:val="000000"/>
        </w:rPr>
        <w:t>如图，点</w:t>
      </w:r>
      <w:r>
        <w:pict>
          <v:shape id="_x0000_i711760" type="#_x0000_t75" alt="学科网(www.zxxk.com)--教育资源门户，提供试卷、教案、课件、论文、素材以及各类教学资源下载，还有大量而丰富的教学相关资讯！" style="width:11.9pt;height:14.4pt" o:oleicon="f" o:ole="">
            <v:imagedata r:id="rId1931" o:title="eqIdc5db41a1f31d6baee7c69990811edb9f"/>
          </v:shape>
        </w:pic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，在数轴上有两个动点</w:t>
      </w:r>
      <w:r>
        <w:pict>
          <v:shape id="_x0000_i711761" type="#_x0000_t75" alt="学科网(www.zxxk.com)--教育资源门户，提供试卷、教案、课件、论文、素材以及各类教学资源下载，还有大量而丰富的教学相关资讯！" style="width:12pt;height:12pt" o:oleicon="f" o:ole="">
            <v:imagedata r:id="rId1932" o:title="eqId5963abe8f421bd99a2aaa94831a951e9"/>
          </v:shape>
        </w:pict>
      </w:r>
      <w:r>
        <w:rPr>
          <w:rFonts w:ascii="宋体" w:eastAsia="宋体" w:hAnsi="宋体" w:cs="宋体"/>
          <w:color w:val="000000"/>
        </w:rPr>
        <w:t>，</w:t>
      </w:r>
      <w:r>
        <w:pict>
          <v:shape id="_x0000_i711762" type="#_x0000_t75" alt="学科网(www.zxxk.com)--教育资源门户，提供试卷、教案、课件、论文、素材以及各类教学资源下载，还有大量而丰富的教学相关资讯！" style="width:9.75pt;height:10.5pt" o:oleicon="f" o:ole="">
            <v:imagedata r:id="rId1933" o:title="eqId7f9e8449aad35c5d840a3395ea86df6d"/>
          </v:shape>
        </w:pict>
      </w:r>
      <w:r>
        <w:rPr>
          <w:rFonts w:ascii="宋体" w:eastAsia="宋体" w:hAnsi="宋体" w:cs="宋体"/>
          <w:color w:val="000000"/>
        </w:rPr>
        <w:t>都沿着正方向同时移动，其中</w:t>
      </w:r>
      <w:r>
        <w:pict>
          <v:shape id="_x0000_i711763" type="#_x0000_t75" alt="学科网(www.zxxk.com)--教育资源门户，提供试卷、教案、课件、论文、素材以及各类教学资源下载，还有大量而丰富的教学相关资讯！" style="width:12pt;height:12pt" o:oleicon="f" o:ole="">
            <v:imagedata r:id="rId1932" o:title="eqId5963abe8f421bd99a2aaa94831a951e9"/>
          </v:shape>
        </w:pict>
      </w:r>
      <w:r>
        <w:rPr>
          <w:rFonts w:ascii="宋体" w:eastAsia="宋体" w:hAnsi="宋体" w:cs="宋体"/>
          <w:color w:val="000000"/>
        </w:rPr>
        <w:t>点的速度为每秒</w:t>
      </w:r>
      <w:r>
        <w:rPr>
          <w:rFonts w:ascii="Times New Roman" w:eastAsia="Times New Roman" w:hAnsi="Times New Roman" w:cs="Times New Roman"/>
          <w:color w:val="000000"/>
        </w:rPr>
        <w:t>4</w:t>
      </w:r>
      <w:r>
        <w:rPr>
          <w:rFonts w:ascii="宋体" w:eastAsia="宋体" w:hAnsi="宋体" w:cs="宋体"/>
          <w:color w:val="000000"/>
        </w:rPr>
        <w:t>个单位，</w:t>
      </w:r>
      <w:r>
        <w:pict>
          <v:shape id="_x0000_i711764" type="#_x0000_t75" alt="学科网(www.zxxk.com)--教育资源门户，提供试卷、教案、课件、论文、素材以及各类教学资源下载，还有大量而丰富的教学相关资讯！" style="width:9.75pt;height:10.5pt" o:oleicon="f" o:ole="">
            <v:imagedata r:id="rId1933" o:title="eqId7f9e8449aad35c5d840a3395ea86df6d"/>
          </v:shape>
        </w:pict>
      </w:r>
      <w:r>
        <w:rPr>
          <w:rFonts w:ascii="宋体" w:eastAsia="宋体" w:hAnsi="宋体" w:cs="宋体"/>
          <w:color w:val="000000"/>
        </w:rPr>
        <w:t>点的速度为每秒</w:t>
      </w:r>
      <w:r>
        <w:rPr>
          <w:rFonts w:ascii="Times New Roman" w:eastAsia="Times New Roman" w:hAnsi="Times New Roman" w:cs="Times New Roman"/>
          <w:color w:val="000000"/>
        </w:rPr>
        <w:t>1</w:t>
      </w:r>
      <w:r>
        <w:rPr>
          <w:rFonts w:ascii="宋体" w:eastAsia="宋体" w:hAnsi="宋体" w:cs="宋体"/>
          <w:color w:val="000000"/>
        </w:rPr>
        <w:t>个单位，点</w:t>
      </w:r>
      <w:r>
        <w:pict>
          <v:shape id="_x0000_i711765" type="#_x0000_t75" alt="学科网(www.zxxk.com)--教育资源门户，提供试卷、教案、课件、论文、素材以及各类教学资源下载，还有大量而丰富的教学相关资讯！" style="width:12pt;height:12pt" o:oleicon="f" o:ole="">
            <v:imagedata r:id="rId1932" o:title="eqId5963abe8f421bd99a2aaa94831a951e9"/>
          </v:shape>
        </w:pict>
      </w:r>
      <w:r>
        <w:rPr>
          <w:rFonts w:ascii="宋体" w:eastAsia="宋体" w:hAnsi="宋体" w:cs="宋体"/>
          <w:color w:val="000000"/>
        </w:rPr>
        <w:t>从点</w:t>
      </w:r>
      <w:r>
        <w:pict>
          <v:shape id="_x0000_i711766" type="#_x0000_t75" alt="学科网(www.zxxk.com)--教育资源门户，提供试卷、教案、课件、论文、素材以及各类教学资源下载，还有大量而丰富的教学相关资讯！" style="width:11.9pt;height:14.4pt" o:oleicon="f" o:ole="">
            <v:imagedata r:id="rId1931" o:title="eqIdc5db41a1f31d6baee7c69990811edb9f"/>
          </v:shape>
        </w:pict>
      </w:r>
      <w:r>
        <w:rPr>
          <w:rFonts w:ascii="宋体" w:eastAsia="宋体" w:hAnsi="宋体" w:cs="宋体"/>
          <w:color w:val="000000"/>
        </w:rPr>
        <w:t>出发，点</w:t>
      </w:r>
      <w:r>
        <w:pict>
          <v:shape id="_x0000_i711767" type="#_x0000_t75" alt="学科网(www.zxxk.com)--教育资源门户，提供试卷、教案、课件、论文、素材以及各类教学资源下载，还有大量而丰富的教学相关资讯！" style="width:9.75pt;height:10.5pt" o:oleicon="f" o:ole="">
            <v:imagedata r:id="rId1933" o:title="eqId7f9e8449aad35c5d840a3395ea86df6d"/>
          </v:shape>
        </w:pict>
      </w:r>
      <w:r>
        <w:rPr>
          <w:rFonts w:ascii="宋体" w:eastAsia="宋体" w:hAnsi="宋体" w:cs="宋体"/>
          <w:color w:val="000000"/>
        </w:rPr>
        <w:t>从表示数</w:t>
      </w:r>
      <w:r>
        <w:pict>
          <v:shape id="_x0000_i711768" type="#_x0000_t75" alt="学科网(www.zxxk.com)--教育资源门户，提供试卷、教案、课件、论文、素材以及各类教学资源下载，还有大量而丰富的教学相关资讯！" style="width:9.9pt;height:14.35pt" o:oleicon="f" o:ole="">
            <v:imagedata r:id="rId1934" o:title="eqId2c94bb12cee76221e13f9ef955b0aab1"/>
          </v:shape>
        </w:pict>
      </w:r>
      <w:r>
        <w:rPr>
          <w:rFonts w:ascii="宋体" w:eastAsia="宋体" w:hAnsi="宋体" w:cs="宋体"/>
          <w:color w:val="000000"/>
        </w:rPr>
        <w:t>的点出发，且数</w:t>
      </w:r>
      <w:r>
        <w:pict>
          <v:shape id="_x0000_i711769" type="#_x0000_t75" alt="学科网(www.zxxk.com)--教育资源门户，提供试卷、教案、课件、论文、素材以及各类教学资源下载，还有大量而丰富的教学相关资讯！" style="width:9.9pt;height:14.35pt" o:oleicon="f" o:ole="">
            <v:imagedata r:id="rId1934" o:title="eqId2c94bb12cee76221e13f9ef955b0aab1"/>
          </v:shape>
        </w:pict>
      </w:r>
      <w:r>
        <w:rPr>
          <w:rFonts w:ascii="宋体" w:eastAsia="宋体" w:hAnsi="宋体" w:cs="宋体"/>
          <w:color w:val="000000"/>
        </w:rPr>
        <w:t>不超过</w:t>
      </w:r>
      <w:r>
        <w:rPr>
          <w:rFonts w:ascii="Times New Roman" w:eastAsia="Times New Roman" w:hAnsi="Times New Roman" w:cs="Times New Roman"/>
          <w:color w:val="000000"/>
        </w:rPr>
        <w:t>5</w:t>
      </w:r>
      <w:r>
        <w:rPr>
          <w:rFonts w:ascii="宋体" w:eastAsia="宋体" w:hAnsi="宋体" w:cs="宋体"/>
          <w:color w:val="000000"/>
        </w:rPr>
        <w:t>，设运动时间为</w:t>
      </w:r>
      <w:r>
        <w:pict>
          <v:shape id="_x0000_i711770" type="#_x0000_t75" alt="学科网(www.zxxk.com)--教育资源门户，提供试卷、教案、课件、论文、素材以及各类教学资源下载，还有大量而丰富的教学相关资讯！" style="width:7.35pt;height:11.9pt" o:oleicon="f" o:ole="">
            <v:imagedata r:id="rId1935" o:title="eqId36a1b09c653185842513e24ebba60bb3"/>
          </v:shape>
        </w:pict>
      </w:r>
      <w:r>
        <w:rPr>
          <w:rFonts w:ascii="宋体" w:eastAsia="宋体" w:hAnsi="宋体" w:cs="宋体"/>
          <w:color w:val="000000"/>
        </w:rPr>
        <w:t>（</w:t>
      </w:r>
      <w:r>
        <w:pict>
          <v:shape id="_x0000_i711771" type="#_x0000_t75" alt="学科网(www.zxxk.com)--教育资源门户，提供试卷、教案、课件、论文、素材以及各类教学资源下载，还有大量而丰富的教学相关资讯！" style="width:24.75pt;height:14.25pt" o:oleicon="f" o:ole="">
            <v:imagedata r:id="rId1936" o:title="eqId9c81b29ac8a01886b25dcef55c5f687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pict>
          <v:shape id="_x0000_i711772" type="#_x0000_t75" alt="学科网(www.zxxk.com)--教育资源门户，提供试卷、教案、课件、论文、素材以及各类教学资源下载，还有大量而丰富的教学相关资讯！" style="width:24.75pt;height:12.75pt" o:oleicon="f" o:ole="">
            <v:imagedata r:id="rId1937" o:title="eqId3320a13248a3a1208ff6ee85c9d26f36"/>
          </v:shape>
        </w:pict>
      </w:r>
      <w:r>
        <w:rPr>
          <w:rFonts w:ascii="宋体" w:eastAsia="宋体" w:hAnsi="宋体" w:cs="宋体"/>
          <w:color w:val="000000"/>
        </w:rPr>
        <w:t>且</w:t>
      </w:r>
      <w:r>
        <w:pict>
          <v:shape id="_x0000_i711773" type="#_x0000_t75" alt="学科网(www.zxxk.com)--教育资源门户，提供试卷、教案、课件、论文、素材以及各类教学资源下载，还有大量而丰富的教学相关资讯！" style="width:17pt;height:12pt" o:oleicon="f" o:ole="">
            <v:imagedata r:id="rId1938" o:title="eqId825116eb345f5505ebc8c1cdb8a1f131"/>
          </v:shape>
        </w:pict>
      </w:r>
      <w:r>
        <w:rPr>
          <w:rFonts w:ascii="Times New Roman" w:eastAsia="Times New Roman" w:hAnsi="Times New Roman" w:cs="Times New Roman"/>
          <w:color w:val="000000"/>
        </w:rPr>
        <w:t>______</w:t>
      </w:r>
      <w:r>
        <w:rPr>
          <w:rFonts w:ascii="宋体" w:eastAsia="宋体" w:hAnsi="宋体" w:cs="宋体"/>
          <w:color w:val="000000"/>
        </w:rPr>
        <w:t>时，点</w:t>
      </w:r>
      <w:r>
        <w:pict>
          <v:shape id="_x0000_i711774" type="#_x0000_t75" alt="学科网(www.zxxk.com)--教育资源门户，提供试卷、教案、课件、论文、素材以及各类教学资源下载，还有大量而丰富的教学相关资讯！" style="width:12pt;height:12pt" o:oleicon="f" o:ole="">
            <v:imagedata r:id="rId1939" o:title="eqId5963abe8f421bd99a2aaa94831a951e9"/>
          </v:shape>
        </w:pict>
      </w:r>
      <w:r>
        <w:rPr>
          <w:rFonts w:ascii="宋体" w:eastAsia="宋体" w:hAnsi="宋体" w:cs="宋体"/>
          <w:color w:val="000000"/>
        </w:rPr>
        <w:t>到点</w:t>
      </w:r>
      <w:r>
        <w:pict>
          <v:shape id="_x0000_i711775" type="#_x0000_t75" alt="学科网(www.zxxk.com)--教育资源门户，提供试卷、教案、课件、论文、素材以及各类教学资源下载，还有大量而丰富的教学相关资讯！" style="width:9.75pt;height:10.5pt" o:oleicon="f" o:ole="">
            <v:imagedata r:id="rId1940" o:title="eqId7f9e8449aad35c5d840a3395ea86df6d"/>
          </v:shape>
        </w:pict>
      </w:r>
      <w:r>
        <w:rPr>
          <w:rFonts w:ascii="宋体" w:eastAsia="宋体" w:hAnsi="宋体" w:cs="宋体"/>
          <w:color w:val="000000"/>
        </w:rPr>
        <w:t>的追击值</w:t>
      </w:r>
      <w:r>
        <w:pict>
          <v:shape id="_x0000_i711776" type="#_x0000_t75" alt="学科网(www.zxxk.com)--教育资源门户，提供试卷、教案、课件、论文、素材以及各类教学资源下载，还有大量而丰富的教学相关资讯！" style="width:54pt;height:20.25pt" o:oleicon="f" o:ole="">
            <v:imagedata r:id="rId1941" o:title="eqId702b487060aa24b45040cbc48f8b1ca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②当时间</w:t>
      </w:r>
      <w:r>
        <w:pict>
          <v:shape id="_x0000_i711777" type="#_x0000_t75" alt="学科网(www.zxxk.com)--教育资源门户，提供试卷、教案、课件、论文、素材以及各类教学资源下载，还有大量而丰富的教学相关资讯！" style="width:7.35pt;height:11.9pt" o:oleicon="f" o:ole="">
            <v:imagedata r:id="rId1942" o:title="eqId36a1b09c653185842513e24ebba60bb3"/>
          </v:shape>
        </w:pict>
      </w:r>
      <w:r>
        <w:rPr>
          <w:rFonts w:ascii="宋体" w:eastAsia="宋体" w:hAnsi="宋体" w:cs="宋体"/>
          <w:color w:val="000000"/>
        </w:rPr>
        <w:t>不超过</w:t>
      </w:r>
      <w:r>
        <w:rPr>
          <w:rFonts w:ascii="Times New Roman" w:eastAsia="Times New Roman" w:hAnsi="Times New Roman" w:cs="Times New Roman"/>
          <w:color w:val="000000"/>
        </w:rPr>
        <w:t>3</w:t>
      </w:r>
      <w:r>
        <w:rPr>
          <w:rFonts w:ascii="宋体" w:eastAsia="宋体" w:hAnsi="宋体" w:cs="宋体"/>
          <w:color w:val="000000"/>
        </w:rPr>
        <w:t>秒时，求点</w:t>
      </w:r>
      <w:r>
        <w:pict>
          <v:shape id="_x0000_i711778" type="#_x0000_t75" alt="学科网(www.zxxk.com)--教育资源门户，提供试卷、教案、课件、论文、素材以及各类教学资源下载，还有大量而丰富的教学相关资讯！" style="width:12pt;height:12pt" o:oleicon="f" o:ole="">
            <v:imagedata r:id="rId1943" o:title="eqId5963abe8f421bd99a2aaa94831a951e9"/>
          </v:shape>
        </w:pict>
      </w:r>
      <w:r>
        <w:rPr>
          <w:rFonts w:ascii="宋体" w:eastAsia="宋体" w:hAnsi="宋体" w:cs="宋体"/>
          <w:color w:val="000000"/>
        </w:rPr>
        <w:t>到点</w:t>
      </w:r>
      <w:r>
        <w:pict>
          <v:shape id="_x0000_i711779" type="#_x0000_t75" alt="学科网(www.zxxk.com)--教育资源门户，提供试卷、教案、课件、论文、素材以及各类教学资源下载，还有大量而丰富的教学相关资讯！" style="width:9.75pt;height:10.5pt" o:oleicon="f" o:ole="">
            <v:imagedata r:id="rId1944" o:title="eqId7f9e8449aad35c5d840a3395ea86df6d"/>
          </v:shape>
        </w:pict>
      </w:r>
      <w:r>
        <w:rPr>
          <w:rFonts w:ascii="宋体" w:eastAsia="宋体" w:hAnsi="宋体" w:cs="宋体"/>
          <w:color w:val="000000"/>
        </w:rPr>
        <w:t>的追击值</w:t>
      </w:r>
      <w:r>
        <w:pict>
          <v:shape id="_x0000_i711780" type="#_x0000_t75" alt="学科网(www.zxxk.com)--教育资源门户，提供试卷、教案、课件、论文、素材以及各类教学资源下载，还有大量而丰富的教学相关资讯！" style="width:36.5pt;height:20pt" o:oleicon="f" o:ole="">
            <v:imagedata r:id="rId1945" o:title="eqId840c8d08985d414d1a7e5e4b384e50ba"/>
          </v:shape>
        </w:pict>
      </w:r>
      <w:r>
        <w:rPr>
          <w:rFonts w:ascii="宋体" w:eastAsia="宋体" w:hAnsi="宋体" w:cs="宋体"/>
          <w:color w:val="000000"/>
        </w:rPr>
        <w:t>的最大值是多少？（用含</w:t>
      </w:r>
      <w:r>
        <w:pict>
          <v:shape id="_x0000_i711781" type="#_x0000_t75" alt="学科网(www.zxxk.com)--教育资源门户，提供试卷、教案、课件、论文、素材以及各类教学资源下载，还有大量而丰富的教学相关资讯！" style="width:9.9pt;height:14.35pt" o:oleicon="f" o:ole="">
            <v:imagedata r:id="rId1946" o:title="eqId2c94bb12cee76221e13f9ef955b0aab1"/>
          </v:shape>
        </w:pict>
      </w:r>
      <w:r>
        <w:rPr>
          <w:rFonts w:ascii="宋体" w:eastAsia="宋体" w:hAnsi="宋体" w:cs="宋体"/>
          <w:color w:val="000000"/>
        </w:rPr>
        <w:t>的代数式表示）．</w:t>
      </w:r>
    </w:p>
    <w:p>
      <w:pPr>
        <w:spacing w:line="360" w:lineRule="auto"/>
        <w:textAlignment w:val="center"/>
        <w:rPr>
          <w:color w:val="000000"/>
        </w:rPr>
      </w:pPr>
      <w:r>
        <w:rPr>
          <w:color w:val="2E75B6"/>
        </w:rPr>
        <w:t>【答案】</w:t>
      </w:r>
      <w:r>
        <w:rPr>
          <w:color w:val="000000"/>
        </w:rPr>
        <w:t>（1）</w:t>
      </w:r>
      <w:r>
        <w:pict>
          <v:shape id="_x0000_i711782" type="#_x0000_t75" alt="学科网(www.zxxk.com)--教育资源门户，提供试卷、教案、课件、论文、素材以及各类教学资源下载，还有大量而丰富的教学相关资讯！" style="width:24pt;height:13.95pt" o:oleicon="f" o:ole="">
            <v:imagedata r:id="rId1947" o:title="eqId610c2926e1cd54d17d3ab0874d212d1a"/>
          </v:shape>
        </w:pict>
      </w:r>
      <w:r>
        <w:rPr>
          <w:rFonts w:ascii="宋体" w:eastAsia="宋体" w:hAnsi="宋体" w:cs="宋体"/>
          <w:color w:val="000000"/>
        </w:rPr>
        <w:t>或</w:t>
      </w:r>
      <w:r>
        <w:pict>
          <v:shape id="_x0000_i711783" type="#_x0000_t75" alt="学科网(www.zxxk.com)--教育资源门户，提供试卷、教案、课件、论文、素材以及各类教学资源下载，还有大量而丰富的教学相关资讯！" style="width:24.75pt;height:14.25pt" o:oleicon="f" o:ole="">
            <v:imagedata r:id="rId1948" o:title="eqId83666674f1111c699d7c5f7b792e0285"/>
          </v:shape>
        </w:pi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w:t>
      </w:r>
      <w:r>
        <w:pict>
          <v:shape id="_x0000_i711784" type="#_x0000_t75" alt="学科网(www.zxxk.com)--教育资源门户，提供试卷、教案、课件、论文、素材以及各类教学资源下载，还有大量而丰富的教学相关资讯！" style="width:11.25pt;height:30.75pt" o:oleicon="f" o:ole="">
            <v:imagedata r:id="rId1949" o:title="eqIdf6770b7121249bd30ffbbc4094375315"/>
          </v:shape>
        </w:pict>
      </w:r>
      <w:r>
        <w:rPr>
          <w:rFonts w:ascii="宋体" w:eastAsia="宋体" w:hAnsi="宋体" w:cs="宋体"/>
          <w:color w:val="000000"/>
        </w:rPr>
        <w:t>或</w:t>
      </w:r>
      <w:r>
        <w:pict>
          <v:shape id="_x0000_i711785" type="#_x0000_t75" alt="学科网(www.zxxk.com)--教育资源门户，提供试卷、教案、课件、论文、素材以及各类教学资源下载，还有大量而丰富的教学相关资讯！" style="width:11.25pt;height:30.75pt" o:oleicon="f" o:ole="">
            <v:imagedata r:id="rId1950" o:title="eqId7db6bb037bf9f09ffc8e9c444f44c82a"/>
          </v:shape>
        </w:pict>
      </w:r>
      <w:r>
        <w:rPr>
          <w:rFonts w:ascii="宋体" w:eastAsia="宋体" w:hAnsi="宋体" w:cs="宋体"/>
          <w:color w:val="000000"/>
        </w:rPr>
        <w:t>；②</w:t>
      </w:r>
      <w:r>
        <w:pict>
          <v:shape id="_x0000_i711786" type="#_x0000_t75" alt="学科网(www.zxxk.com)--教育资源门户，提供试卷、教案、课件、论文、素材以及各类教学资源下载，还有大量而丰富的教学相关资讯！" style="width:31.5pt;height:14.5pt" o:oleicon="f" o:ole="">
            <v:imagedata r:id="rId1951" o:title="eqId4c221a8c72aba875ab84e44fffde9ff5"/>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）根据追击值的定义，分</w:t>
      </w:r>
      <w:r>
        <w:pict>
          <v:shape id="_x0000_i711787" type="#_x0000_t75" alt="学科网(www.zxxk.com)--教育资源门户，提供试卷、教案、课件、论文、素材以及各类教学资源下载，还有大量而丰富的教学相关资讯！" style="width:14.25pt;height:14.25pt" o:oleicon="f" o:ole="">
            <v:imagedata r:id="rId1952" o:title="eqId54a5d7d3b6b63fe5c24c3907b7a8eaa3"/>
          </v:shape>
        </w:pict>
      </w:r>
      <w:r>
        <w:rPr>
          <w:rFonts w:ascii="宋体" w:eastAsia="宋体" w:hAnsi="宋体" w:cs="宋体"/>
          <w:color w:val="000000"/>
        </w:rPr>
        <w:t>在</w:t>
      </w:r>
      <w:r>
        <w:pict>
          <v:shape id="_x0000_i711788" type="#_x0000_t75" alt="学科网(www.zxxk.com)--教育资源门户，提供试卷、教案、课件、论文、素材以及各类教学资源下载，还有大量而丰富的教学相关资讯！" style="width:14.25pt;height:10.5pt" o:oleicon="f" o:ole="">
            <v:imagedata r:id="rId1953" o:title="eqIdac047e91852b91af639feec23a9598b2"/>
          </v:shape>
        </w:pict>
      </w:r>
      <w:r>
        <w:rPr>
          <w:rFonts w:ascii="宋体" w:eastAsia="宋体" w:hAnsi="宋体" w:cs="宋体"/>
          <w:color w:val="000000"/>
        </w:rPr>
        <w:t>左侧和右侧两种情况进行讨论，分别求解；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）①分点</w:t>
      </w:r>
      <w:r>
        <w:pict>
          <v:shape id="_x0000_i711789" type="#_x0000_t75" alt="学科网(www.zxxk.com)--教育资源门户，提供试卷、教案、课件、论文、素材以及各类教学资源下载，还有大量而丰富的教学相关资讯！" style="width:12pt;height:12pt" o:oleicon="f" o:ole="">
            <v:imagedata r:id="rId1954" o:title="eqId5963abe8f421bd99a2aaa94831a951e9"/>
          </v:shape>
        </w:pict>
      </w:r>
      <w:r>
        <w:rPr>
          <w:rFonts w:ascii="宋体" w:eastAsia="宋体" w:hAnsi="宋体" w:cs="宋体"/>
          <w:color w:val="000000"/>
        </w:rPr>
        <w:t>在</w:t>
      </w:r>
      <w:r>
        <w:pict>
          <v:shape id="_x0000_i711790" type="#_x0000_t75" alt="学科网(www.zxxk.com)--教育资源门户，提供试卷、教案、课件、论文、素材以及各类教学资源下载，还有大量而丰富的教学相关资讯！" style="width:9.75pt;height:10.5pt" o:oleicon="f" o:ole="">
            <v:imagedata r:id="rId1955" o:title="eqId7f9e8449aad35c5d840a3395ea86df6d"/>
          </v:shape>
        </w:pict>
      </w:r>
      <w:r>
        <w:rPr>
          <w:rFonts w:ascii="宋体" w:eastAsia="宋体" w:hAnsi="宋体" w:cs="宋体"/>
          <w:color w:val="000000"/>
        </w:rPr>
        <w:t>的左侧和右侧两种情况，根据追击值</w:t>
      </w:r>
      <w:r>
        <w:pict>
          <v:shape id="_x0000_i711791" type="#_x0000_t75" alt="学科网(www.zxxk.com)--教育资源门户，提供试卷、教案、课件、论文、素材以及各类教学资源下载，还有大量而丰富的教学相关资讯！" style="width:53pt;height:20pt" o:oleicon="f" o:ole="">
            <v:imagedata r:id="rId1956" o:title="eqId02b11404b7c4411365ba407dd02fa0b9"/>
          </v:shape>
        </w:pict>
      </w:r>
      <w:r>
        <w:rPr>
          <w:rFonts w:ascii="宋体" w:eastAsia="宋体" w:hAnsi="宋体" w:cs="宋体"/>
          <w:color w:val="000000"/>
        </w:rPr>
        <w:t>，列方程求解即可；②用含有</w:t>
      </w:r>
      <w:r>
        <w:pict>
          <v:shape id="_x0000_i711792" type="#_x0000_t75" alt="学科网(www.zxxk.com)--教育资源门户，提供试卷、教案、课件、论文、素材以及各类教学资源下载，还有大量而丰富的教学相关资讯！" style="width:7.35pt;height:11.9pt" o:oleicon="f" o:ole="">
            <v:imagedata r:id="rId1957" o:title="eqId36a1b09c653185842513e24ebba60bb3"/>
          </v:shape>
        </w:pict>
      </w:r>
      <w:r>
        <w:rPr>
          <w:rFonts w:ascii="宋体" w:eastAsia="宋体" w:hAnsi="宋体" w:cs="宋体"/>
          <w:color w:val="000000"/>
        </w:rPr>
        <w:t>的式子表示出</w:t>
      </w:r>
      <w:r>
        <w:pict>
          <v:shape id="_x0000_i711793" type="#_x0000_t75" alt="学科网(www.zxxk.com)--教育资源门户，提供试卷、教案、课件、论文、素材以及各类教学资源下载，还有大量而丰富的教学相关资讯！" style="width:12pt;height:12pt" o:oleicon="f" o:ole="">
            <v:imagedata r:id="rId1954" o:title="eqId5963abe8f421bd99a2aaa94831a951e9"/>
          </v:shape>
        </w:pict>
      </w:r>
      <w:r>
        <w:rPr>
          <w:rFonts w:ascii="宋体" w:eastAsia="宋体" w:hAnsi="宋体" w:cs="宋体"/>
          <w:color w:val="000000"/>
        </w:rPr>
        <w:t>、</w:t>
      </w:r>
      <w:r>
        <w:pict>
          <v:shape id="_x0000_i711794" type="#_x0000_t75" alt="学科网(www.zxxk.com)--教育资源门户，提供试卷、教案、课件、论文、素材以及各类教学资源下载，还有大量而丰富的教学相关资讯！" style="width:9.75pt;height:10.5pt" o:oleicon="f" o:ole="">
            <v:imagedata r:id="rId1955" o:title="eqId7f9e8449aad35c5d840a3395ea86df6d"/>
          </v:shape>
        </w:pict>
      </w:r>
      <w:r>
        <w:rPr>
          <w:rFonts w:ascii="宋体" w:eastAsia="宋体" w:hAnsi="宋体" w:cs="宋体"/>
          <w:color w:val="000000"/>
        </w:rPr>
        <w:t>，分点</w:t>
      </w:r>
      <w:r>
        <w:pict>
          <v:shape id="_x0000_i711795" type="#_x0000_t75" alt="学科网(www.zxxk.com)--教育资源门户，提供试卷、教案、课件、论文、素材以及各类教学资源下载，还有大量而丰富的教学相关资讯！" style="width:12pt;height:12pt" o:oleicon="f" o:ole="">
            <v:imagedata r:id="rId1954" o:title="eqId5963abe8f421bd99a2aaa94831a951e9"/>
          </v:shape>
        </w:pict>
      </w:r>
      <w:r>
        <w:rPr>
          <w:rFonts w:ascii="宋体" w:eastAsia="宋体" w:hAnsi="宋体" w:cs="宋体"/>
          <w:color w:val="000000"/>
        </w:rPr>
        <w:t>在</w:t>
      </w:r>
      <w:r>
        <w:pict>
          <v:shape id="_x0000_i711796" type="#_x0000_t75" alt="学科网(www.zxxk.com)--教育资源门户，提供试卷、教案、课件、论文、素材以及各类教学资源下载，还有大量而丰富的教学相关资讯！" style="width:9.75pt;height:10.5pt" o:oleicon="f" o:ole="">
            <v:imagedata r:id="rId1955" o:title="eqId7f9e8449aad35c5d840a3395ea86df6d"/>
          </v:shape>
        </w:pict>
      </w:r>
      <w:r>
        <w:rPr>
          <w:rFonts w:ascii="宋体" w:eastAsia="宋体" w:hAnsi="宋体" w:cs="宋体"/>
          <w:color w:val="000000"/>
        </w:rPr>
        <w:t>的左侧和右侧两种情况，分别求解即可．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由题意可得：点</w:t>
      </w:r>
      <w:r>
        <w:pict>
          <v:shape id="_x0000_i711797" type="#_x0000_t75" alt="学科网(www.zxxk.com)--教育资源门户，提供试卷、教案、课件、论文、素材以及各类教学资源下载，还有大量而丰富的教学相关资讯！" style="width:14.25pt;height:10.5pt" o:oleicon="f" o:ole="">
            <v:imagedata r:id="rId1958" o:title="eqIdac047e91852b91af639feec23a9598b2"/>
          </v:shape>
        </w:pict>
      </w:r>
      <w:r>
        <w:rPr>
          <w:rFonts w:ascii="宋体" w:eastAsia="宋体" w:hAnsi="宋体" w:cs="宋体"/>
          <w:color w:val="000000"/>
        </w:rPr>
        <w:t>到点</w:t>
      </w:r>
      <w:r>
        <w:pict>
          <v:shape id="_x0000_i711798" type="#_x0000_t75" alt="学科网(www.zxxk.com)--教育资源门户，提供试卷、教案、课件、论文、素材以及各类教学资源下载，还有大量而丰富的教学相关资讯！" style="width:14.25pt;height:14.25pt" o:oleicon="f" o:ole="">
            <v:imagedata r:id="rId1959" o:title="eqId54a5d7d3b6b63fe5c24c3907b7a8eaa3"/>
          </v:shape>
        </w:pict>
      </w:r>
      <w:r>
        <w:rPr>
          <w:rFonts w:ascii="宋体" w:eastAsia="宋体" w:hAnsi="宋体" w:cs="宋体"/>
          <w:color w:val="000000"/>
        </w:rPr>
        <w:t>的距离为</w:t>
      </w:r>
      <w:r>
        <w:pict>
          <v:shape id="_x0000_i711799" type="#_x0000_t75" alt="学科网(www.zxxk.com)--教育资源门户，提供试卷、教案、课件、论文、素材以及各类教学资源下载，还有大量而丰富的教学相关资讯！" style="width:9pt;height:9.75pt" o:oleicon="f" o:ole="">
            <v:imagedata r:id="rId1960" o:title="eqId0a6936d370d6a238a608ca56f87198d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1800" type="#_x0000_t75" alt="学科网(www.zxxk.com)--教育资源门户，提供试卷、教案、课件、论文、素材以及各类教学资源下载，还有大量而丰富的教学相关资讯！" style="width:14.25pt;height:14.25pt" o:oleicon="f" o:ole="">
            <v:imagedata r:id="rId1961" o:title="eqId54a5d7d3b6b63fe5c24c3907b7a8eaa3"/>
          </v:shape>
        </w:pict>
      </w:r>
      <w:r>
        <w:rPr>
          <w:rFonts w:ascii="宋体" w:eastAsia="宋体" w:hAnsi="宋体" w:cs="宋体"/>
          <w:color w:val="000000"/>
        </w:rPr>
        <w:t>在</w:t>
      </w:r>
      <w:r>
        <w:pict>
          <v:shape id="_x0000_i711801" type="#_x0000_t75" alt="学科网(www.zxxk.com)--教育资源门户，提供试卷、教案、课件、论文、素材以及各类教学资源下载，还有大量而丰富的教学相关资讯！" style="width:14.25pt;height:10.5pt" o:oleicon="f" o:ole="">
            <v:imagedata r:id="rId1962" o:title="eqIdac047e91852b91af639feec23a9598b2"/>
          </v:shape>
        </w:pict>
      </w:r>
      <w:r>
        <w:rPr>
          <w:rFonts w:ascii="宋体" w:eastAsia="宋体" w:hAnsi="宋体" w:cs="宋体"/>
          <w:color w:val="000000"/>
        </w:rPr>
        <w:t>左侧时，则</w:t>
      </w:r>
      <w:r>
        <w:pict>
          <v:shape id="_x0000_i711802" type="#_x0000_t75" alt="学科网(www.zxxk.com)--教育资源门户，提供试卷、教案、课件、论文、素材以及各类教学资源下载，还有大量而丰富的教学相关资讯！" style="width:14.25pt;height:14.25pt" o:oleicon="f" o:ole="">
            <v:imagedata r:id="rId1961" o:title="eqId54a5d7d3b6b63fe5c24c3907b7a8eaa3"/>
          </v:shape>
        </w:pict>
      </w:r>
      <w:r>
        <w:rPr>
          <w:rFonts w:ascii="宋体" w:eastAsia="宋体" w:hAnsi="宋体" w:cs="宋体"/>
          <w:color w:val="000000"/>
        </w:rPr>
        <w:t>表示的数为</w:t>
      </w:r>
      <w:r>
        <w:pict>
          <v:shape id="_x0000_i711803" type="#_x0000_t75" alt="学科网(www.zxxk.com)--教育资源门户，提供试卷、教案、课件、论文、素材以及各类教学资源下载，还有大量而丰富的教学相关资讯！" style="width:24pt;height:13.95pt" o:oleicon="f" o:ole="">
            <v:imagedata r:id="rId1963" o:title="eqId610c2926e1cd54d17d3ab0874d212d1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1804" type="#_x0000_t75" alt="学科网(www.zxxk.com)--教育资源门户，提供试卷、教案、课件、论文、素材以及各类教学资源下载，还有大量而丰富的教学相关资讯！" style="width:14.25pt;height:14.25pt" o:oleicon="f" o:ole="">
            <v:imagedata r:id="rId1964" o:title="eqId54a5d7d3b6b63fe5c24c3907b7a8eaa3"/>
          </v:shape>
        </w:pict>
      </w:r>
      <w:r>
        <w:rPr>
          <w:rFonts w:ascii="宋体" w:eastAsia="宋体" w:hAnsi="宋体" w:cs="宋体"/>
          <w:color w:val="000000"/>
        </w:rPr>
        <w:t>在</w:t>
      </w:r>
      <w:r>
        <w:pict>
          <v:shape id="_x0000_i711805" type="#_x0000_t75" alt="学科网(www.zxxk.com)--教育资源门户，提供试卷、教案、课件、论文、素材以及各类教学资源下载，还有大量而丰富的教学相关资讯！" style="width:14.25pt;height:10.5pt" o:oleicon="f" o:ole="">
            <v:imagedata r:id="rId1965" o:title="eqIdac047e91852b91af639feec23a9598b2"/>
          </v:shape>
        </w:pict>
      </w:r>
      <w:r>
        <w:rPr>
          <w:rFonts w:ascii="宋体" w:eastAsia="宋体" w:hAnsi="宋体" w:cs="宋体"/>
          <w:color w:val="000000"/>
        </w:rPr>
        <w:t>右侧时，则</w:t>
      </w:r>
      <w:r>
        <w:pict>
          <v:shape id="_x0000_i711806" type="#_x0000_t75" alt="学科网(www.zxxk.com)--教育资源门户，提供试卷、教案、课件、论文、素材以及各类教学资源下载，还有大量而丰富的教学相关资讯！" style="width:14.25pt;height:14.25pt" o:oleicon="f" o:ole="">
            <v:imagedata r:id="rId1964" o:title="eqId54a5d7d3b6b63fe5c24c3907b7a8eaa3"/>
          </v:shape>
        </w:pict>
      </w:r>
      <w:r>
        <w:rPr>
          <w:rFonts w:ascii="宋体" w:eastAsia="宋体" w:hAnsi="宋体" w:cs="宋体"/>
          <w:color w:val="000000"/>
        </w:rPr>
        <w:t>表示的数为</w:t>
      </w:r>
      <w:r>
        <w:pict>
          <v:shape id="_x0000_i711807" type="#_x0000_t75" alt="学科网(www.zxxk.com)--教育资源门户，提供试卷、教案、课件、论文、素材以及各类教学资源下载，还有大量而丰富的教学相关资讯！" style="width:24.75pt;height:14.25pt" o:oleicon="f" o:ole="">
            <v:imagedata r:id="rId1966" o:title="eqId83666674f1111c699d7c5f7b792e028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1808" type="#_x0000_t75" alt="学科网(www.zxxk.com)--教育资源门户，提供试卷、教案、课件、论文、素材以及各类教学资源下载，还有大量而丰富的教学相关资讯！" style="width:24pt;height:13.95pt" o:oleicon="f" o:ole="">
            <v:imagedata r:id="rId1967" o:title="eqId610c2926e1cd54d17d3ab0874d212d1a"/>
          </v:shape>
        </w:pict>
      </w:r>
      <w:r>
        <w:rPr>
          <w:rFonts w:ascii="宋体" w:eastAsia="宋体" w:hAnsi="宋体" w:cs="宋体"/>
          <w:color w:val="000000"/>
        </w:rPr>
        <w:t>或</w:t>
      </w:r>
      <w:r>
        <w:pict>
          <v:shape id="_x0000_i711809" type="#_x0000_t75" alt="学科网(www.zxxk.com)--教育资源门户，提供试卷、教案、课件、论文、素材以及各类教学资源下载，还有大量而丰富的教学相关资讯！" style="width:24.75pt;height:14.25pt" o:oleicon="f" o:ole="">
            <v:imagedata r:id="rId1968" o:title="eqId83666674f1111c699d7c5f7b792e0285"/>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①由题意可得：点</w:t>
      </w:r>
      <w:r>
        <w:pict>
          <v:shape id="_x0000_i711810" type="#_x0000_t75" alt="学科网(www.zxxk.com)--教育资源门户，提供试卷、教案、课件、论文、素材以及各类教学资源下载，还有大量而丰富的教学相关资讯！" style="width:12pt;height:12pt" o:oleicon="f" o:ole="">
            <v:imagedata r:id="rId1969" o:title="eqId5963abe8f421bd99a2aaa94831a951e9"/>
          </v:shape>
        </w:pict>
      </w:r>
      <w:r>
        <w:rPr>
          <w:rFonts w:ascii="宋体" w:eastAsia="宋体" w:hAnsi="宋体" w:cs="宋体"/>
          <w:color w:val="000000"/>
        </w:rPr>
        <w:t>表示的数为</w:t>
      </w:r>
      <w:r>
        <w:pict>
          <v:shape id="_x0000_i711811" type="#_x0000_t75" alt="学科网(www.zxxk.com)--教育资源门户，提供试卷、教案、课件、论文、素材以及各类教学资源下载，还有大量而丰富的教学相关资讯！" style="width:28.2pt;height:13.8pt" o:oleicon="f" o:ole="">
            <v:imagedata r:id="rId1970" o:title="eqId2bc695dfcb2d60287c16290b1daa598e"/>
          </v:shape>
        </w:pict>
      </w:r>
      <w:r>
        <w:rPr>
          <w:rFonts w:ascii="宋体" w:eastAsia="宋体" w:hAnsi="宋体" w:cs="宋体"/>
          <w:color w:val="000000"/>
        </w:rPr>
        <w:t>，点</w:t>
      </w:r>
      <w:r>
        <w:pict>
          <v:shape id="_x0000_i711812" type="#_x0000_t75" alt="学科网(www.zxxk.com)--教育资源门户，提供试卷、教案、课件、论文、素材以及各类教学资源下载，还有大量而丰富的教学相关资讯！" style="width:9.75pt;height:10.5pt" o:oleicon="f" o:ole="">
            <v:imagedata r:id="rId1971" o:title="eqId7f9e8449aad35c5d840a3395ea86df6d"/>
          </v:shape>
        </w:pict>
      </w:r>
      <w:r>
        <w:rPr>
          <w:rFonts w:ascii="宋体" w:eastAsia="宋体" w:hAnsi="宋体" w:cs="宋体"/>
          <w:color w:val="000000"/>
        </w:rPr>
        <w:t>表示的数为</w:t>
      </w:r>
      <w:r>
        <w:pict>
          <v:shape id="_x0000_i711813" type="#_x0000_t75" alt="学科网(www.zxxk.com)--教育资源门户，提供试卷、教案、课件、论文、素材以及各类教学资源下载，还有大量而丰富的教学相关资讯！" style="width:24pt;height:14.25pt" o:oleicon="f" o:ole="">
            <v:imagedata r:id="rId1972" o:title="eqIda4981a5f461cf38b5424d6d740d7a136"/>
          </v:shape>
        </w:pict>
      </w:r>
    </w:p>
    <w:p>
      <w:pPr>
        <w:spacing w:line="360" w:lineRule="auto"/>
        <w:jc w:val="left"/>
        <w:textAlignment w:val="center"/>
        <w:rPr>
          <w:color w:val="000000"/>
        </w:rPr>
      </w:pPr>
      <w:r>
        <w:rPr>
          <w:rFonts w:ascii="宋体" w:eastAsia="宋体" w:hAnsi="宋体" w:cs="宋体"/>
          <w:color w:val="000000"/>
        </w:rPr>
        <w:t>当点</w:t>
      </w:r>
      <w:r>
        <w:pict>
          <v:shape id="_x0000_i711814" type="#_x0000_t75" alt="学科网(www.zxxk.com)--教育资源门户，提供试卷、教案、课件、论文、素材以及各类教学资源下载，还有大量而丰富的教学相关资讯！" style="width:12pt;height:12pt" o:oleicon="f" o:ole="">
            <v:imagedata r:id="rId1973" o:title="eqId5963abe8f421bd99a2aaa94831a951e9"/>
          </v:shape>
        </w:pict>
      </w:r>
      <w:r>
        <w:rPr>
          <w:rFonts w:ascii="宋体" w:eastAsia="宋体" w:hAnsi="宋体" w:cs="宋体"/>
          <w:color w:val="000000"/>
        </w:rPr>
        <w:t>在</w:t>
      </w:r>
      <w:r>
        <w:pict>
          <v:shape id="_x0000_i711815" type="#_x0000_t75" alt="学科网(www.zxxk.com)--教育资源门户，提供试卷、教案、课件、论文、素材以及各类教学资源下载，还有大量而丰富的教学相关资讯！" style="width:9.75pt;height:10.5pt" o:oleicon="f" o:ole="">
            <v:imagedata r:id="rId1974" o:title="eqId7f9e8449aad35c5d840a3395ea86df6d"/>
          </v:shape>
        </w:pict>
      </w:r>
      <w:r>
        <w:rPr>
          <w:rFonts w:ascii="宋体" w:eastAsia="宋体" w:hAnsi="宋体" w:cs="宋体"/>
          <w:color w:val="000000"/>
        </w:rPr>
        <w:t>的左侧时，即</w:t>
      </w:r>
      <w:r>
        <w:pict>
          <v:shape id="_x0000_i711816" type="#_x0000_t75" alt="学科网(www.zxxk.com)--教育资源门户，提供试卷、教案、课件、论文、素材以及各类教学资源下载，还有大量而丰富的教学相关资讯！" style="width:60pt;height:14.25pt" o:oleicon="f" o:ole="">
            <v:imagedata r:id="rId1975" o:title="eqId889d2a5fc7869366fa969d4c9917617a"/>
          </v:shape>
        </w:pict>
      </w:r>
      <w:r>
        <w:rPr>
          <w:rFonts w:ascii="宋体" w:eastAsia="宋体" w:hAnsi="宋体" w:cs="宋体"/>
          <w:color w:val="000000"/>
        </w:rPr>
        <w:t>，解得</w:t>
      </w:r>
      <w:r>
        <w:pict>
          <v:shape id="_x0000_i711817" type="#_x0000_t75" alt="学科网(www.zxxk.com)--教育资源门户，提供试卷、教案、课件、论文、素材以及各类教学资源下载，还有大量而丰富的教学相关资讯！" style="width:23.25pt;height:14.25pt" o:oleicon="f" o:ole="">
            <v:imagedata r:id="rId1976" o:title="eqId96b52a5857f47f6a42c8bdc97507f53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18" type="#_x0000_t75" alt="学科网(www.zxxk.com)--教育资源门户，提供试卷、教案、课件、论文、素材以及各类教学资源下载，还有大量而丰富的教学相关资讯！" style="width:54pt;height:20.25pt" o:oleicon="f" o:ole="">
            <v:imagedata r:id="rId1977" o:title="eqId702b487060aa24b45040cbc48f8b1caf"/>
          </v:shape>
        </w:pict>
      </w:r>
      <w:r>
        <w:rPr>
          <w:rFonts w:ascii="宋体" w:eastAsia="宋体" w:hAnsi="宋体" w:cs="宋体"/>
          <w:color w:val="000000"/>
        </w:rPr>
        <w:t>，∴</w:t>
      </w:r>
      <w:r>
        <w:pict>
          <v:shape id="_x0000_i711819" type="#_x0000_t75" alt="学科网(www.zxxk.com)--教育资源门户，提供试卷、教案、课件、论文、素材以及各类教学资源下载，还有大量而丰富的教学相关资讯！" style="width:86.25pt;height:20.25pt" o:oleicon="f" o:ole="">
            <v:imagedata r:id="rId1978" o:title="eqIdf0184f526e82dc3702740f7a6bb8e4d6"/>
          </v:shape>
        </w:pict>
      </w:r>
      <w:r>
        <w:rPr>
          <w:rFonts w:ascii="宋体" w:eastAsia="宋体" w:hAnsi="宋体" w:cs="宋体"/>
          <w:color w:val="000000"/>
        </w:rPr>
        <w:t>，解得</w:t>
      </w:r>
      <w:r>
        <w:pict>
          <v:shape id="_x0000_i711820" type="#_x0000_t75" alt="学科网(www.zxxk.com)--教育资源门户，提供试卷、教案、课件、论文、素材以及各类教学资源下载，还有大量而丰富的教学相关资讯！" style="width:27pt;height:30.75pt" o:oleicon="f" o:ole="">
            <v:imagedata r:id="rId1979" o:title="eqIdd9c87df77bdf8b58cb6fba77eb49b2e6"/>
          </v:shape>
        </w:pict>
      </w:r>
    </w:p>
    <w:p>
      <w:pPr>
        <w:spacing w:line="360" w:lineRule="auto"/>
        <w:jc w:val="left"/>
        <w:textAlignment w:val="center"/>
        <w:rPr>
          <w:color w:val="000000"/>
        </w:rPr>
      </w:pPr>
      <w:r>
        <w:rPr>
          <w:rFonts w:ascii="宋体" w:eastAsia="宋体" w:hAnsi="宋体" w:cs="宋体"/>
          <w:color w:val="000000"/>
        </w:rPr>
        <w:t>当点</w:t>
      </w:r>
      <w:r>
        <w:pict>
          <v:shape id="_x0000_i711821" type="#_x0000_t75" alt="学科网(www.zxxk.com)--教育资源门户，提供试卷、教案、课件、论文、素材以及各类教学资源下载，还有大量而丰富的教学相关资讯！" style="width:12pt;height:12pt" o:oleicon="f" o:ole="">
            <v:imagedata r:id="rId1980" o:title="eqId5963abe8f421bd99a2aaa94831a951e9"/>
          </v:shape>
        </w:pict>
      </w:r>
      <w:r>
        <w:rPr>
          <w:rFonts w:ascii="宋体" w:eastAsia="宋体" w:hAnsi="宋体" w:cs="宋体"/>
          <w:color w:val="000000"/>
        </w:rPr>
        <w:t>在</w:t>
      </w:r>
      <w:r>
        <w:pict>
          <v:shape id="_x0000_i711822" type="#_x0000_t75" alt="学科网(www.zxxk.com)--教育资源门户，提供试卷、教案、课件、论文、素材以及各类教学资源下载，还有大量而丰富的教学相关资讯！" style="width:9.75pt;height:10.5pt" o:oleicon="f" o:ole="">
            <v:imagedata r:id="rId1981" o:title="eqId7f9e8449aad35c5d840a3395ea86df6d"/>
          </v:shape>
        </w:pict>
      </w:r>
      <w:r>
        <w:rPr>
          <w:rFonts w:ascii="宋体" w:eastAsia="宋体" w:hAnsi="宋体" w:cs="宋体"/>
          <w:color w:val="000000"/>
        </w:rPr>
        <w:t>的右侧时，即</w:t>
      </w:r>
      <w:r>
        <w:pict>
          <v:shape id="_x0000_i711823" type="#_x0000_t75" alt="学科网(www.zxxk.com)--教育资源门户，提供试卷、教案、课件、论文、素材以及各类教学资源下载，还有大量而丰富的教学相关资讯！" style="width:60.75pt;height:14.25pt" o:oleicon="f" o:ole="">
            <v:imagedata r:id="rId1982" o:title="eqIdcf94ec751933952f5bac866ccf24a377"/>
          </v:shape>
        </w:pict>
      </w:r>
      <w:r>
        <w:rPr>
          <w:rFonts w:ascii="宋体" w:eastAsia="宋体" w:hAnsi="宋体" w:cs="宋体"/>
          <w:color w:val="000000"/>
        </w:rPr>
        <w:t>，解得</w:t>
      </w:r>
      <w:r>
        <w:pict>
          <v:shape id="_x0000_i711824" type="#_x0000_t75" alt="学科网(www.zxxk.com)--教育资源门户，提供试卷、教案、课件、论文、素材以及各类教学资源下载，还有大量而丰富的教学相关资讯！" style="width:23.25pt;height:14.25pt" o:oleicon="f" o:ole="">
            <v:imagedata r:id="rId1983" o:title="eqIdf566017428fef479fa077366f2737ae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25" type="#_x0000_t75" alt="学科网(www.zxxk.com)--教育资源门户，提供试卷、教案、课件、论文、素材以及各类教学资源下载，还有大量而丰富的教学相关资讯！" style="width:54pt;height:20.25pt" o:oleicon="f" o:ole="">
            <v:imagedata r:id="rId1984" o:title="eqId702b487060aa24b45040cbc48f8b1caf"/>
          </v:shape>
        </w:pict>
      </w:r>
      <w:r>
        <w:rPr>
          <w:rFonts w:ascii="宋体" w:eastAsia="宋体" w:hAnsi="宋体" w:cs="宋体"/>
          <w:color w:val="000000"/>
        </w:rPr>
        <w:t>，∴</w:t>
      </w:r>
      <w:r>
        <w:pict>
          <v:shape id="_x0000_i711826" type="#_x0000_t75" alt="学科网(www.zxxk.com)--教育资源门户，提供试卷、教案、课件、论文、素材以及各类教学资源下载，还有大量而丰富的教学相关资讯！" style="width:86.25pt;height:20.25pt" o:oleicon="f" o:ole="">
            <v:imagedata r:id="rId1985" o:title="eqId903232f1381b5208bc6e23e8168cb5e1"/>
          </v:shape>
        </w:pict>
      </w:r>
      <w:r>
        <w:rPr>
          <w:rFonts w:ascii="宋体" w:eastAsia="宋体" w:hAnsi="宋体" w:cs="宋体"/>
          <w:color w:val="000000"/>
        </w:rPr>
        <w:t>，解得</w:t>
      </w:r>
      <w:r>
        <w:pict>
          <v:shape id="_x0000_i711827" type="#_x0000_t75" alt="学科网(www.zxxk.com)--教育资源门户，提供试卷、教案、课件、论文、素材以及各类教学资源下载，还有大量而丰富的教学相关资讯！" style="width:24.75pt;height:14.25pt" o:oleicon="f" o:ole="">
            <v:imagedata r:id="rId1986" o:title="eqId8cbeede118c407a800b05757b9a1393e"/>
          </v:shape>
        </w:pict>
      </w:r>
    </w:p>
    <w:p>
      <w:pPr>
        <w:spacing w:line="360" w:lineRule="auto"/>
        <w:jc w:val="left"/>
        <w:textAlignment w:val="center"/>
        <w:rPr>
          <w:color w:val="000000"/>
        </w:rPr>
      </w:pPr>
      <w:r>
        <w:rPr>
          <w:rFonts w:ascii="宋体" w:eastAsia="宋体" w:hAnsi="宋体" w:cs="宋体"/>
          <w:color w:val="000000"/>
        </w:rPr>
        <w:t>综上，</w:t>
      </w:r>
      <w:r>
        <w:pict>
          <v:shape id="_x0000_i711828" type="#_x0000_t75" alt="学科网(www.zxxk.com)--教育资源门户，提供试卷、教案、课件、论文、素材以及各类教学资源下载，还有大量而丰富的教学相关资讯！" style="width:27pt;height:30.75pt" o:oleicon="f" o:ole="">
            <v:imagedata r:id="rId1987" o:title="eqIda7b8777b96e35d3dc990a7a8d3fbf5aa"/>
          </v:shape>
        </w:pict>
      </w:r>
      <w:r>
        <w:rPr>
          <w:rFonts w:ascii="宋体" w:eastAsia="宋体" w:hAnsi="宋体" w:cs="宋体"/>
          <w:color w:val="000000"/>
        </w:rPr>
        <w:t>或</w:t>
      </w:r>
      <w:r>
        <w:pict>
          <v:shape id="_x0000_i711829" type="#_x0000_t75" alt="学科网(www.zxxk.com)--教育资源门户，提供试卷、教案、课件、论文、素材以及各类教学资源下载，还有大量而丰富的教学相关资讯！" style="width:27pt;height:30.75pt" o:oleicon="f" o:ole="">
            <v:imagedata r:id="rId1988" o:title="eqIdd9c87df77bdf8b58cb6fba77eb49b2e6"/>
          </v:shape>
        </w:pict>
      </w:r>
      <w:r>
        <w:rPr>
          <w:rFonts w:ascii="宋体" w:eastAsia="宋体" w:hAnsi="宋体" w:cs="宋体"/>
          <w:color w:val="000000"/>
        </w:rPr>
        <w:t>时，</w:t>
      </w:r>
      <w:r>
        <w:pict>
          <v:shape id="_x0000_i711830" type="#_x0000_t75" alt="学科网(www.zxxk.com)--教育资源门户，提供试卷、教案、课件、论文、素材以及各类教学资源下载，还有大量而丰富的教学相关资讯！" style="width:54pt;height:20.25pt" o:oleicon="f" o:ole="">
            <v:imagedata r:id="rId1989" o:title="eqId702b487060aa24b45040cbc48f8b1ca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1831" type="#_x0000_t75" alt="学科网(www.zxxk.com)--教育资源门户，提供试卷、教案、课件、论文、素材以及各类教学资源下载，还有大量而丰富的教学相关资讯！" style="width:11.25pt;height:30.75pt" o:oleicon="f" o:ole="">
            <v:imagedata r:id="rId1990" o:title="eqId7db6bb037bf9f09ffc8e9c444f44c82a"/>
          </v:shape>
        </w:pict>
      </w:r>
      <w:r>
        <w:rPr>
          <w:rFonts w:ascii="宋体" w:eastAsia="宋体" w:hAnsi="宋体" w:cs="宋体"/>
          <w:color w:val="000000"/>
        </w:rPr>
        <w:t>或</w:t>
      </w:r>
      <w:r>
        <w:pict>
          <v:shape id="_x0000_i711832" type="#_x0000_t75" alt="学科网(www.zxxk.com)--教育资源门户，提供试卷、教案、课件、论文、素材以及各类教学资源下载，还有大量而丰富的教学相关资讯！" style="width:11.25pt;height:30.75pt" o:oleicon="f" o:ole="">
            <v:imagedata r:id="rId1991" o:title="eqIdf6770b7121249bd30ffbbc409437531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②由题意可得：点</w:t>
      </w:r>
      <w:r>
        <w:pict>
          <v:shape id="_x0000_i711833" type="#_x0000_t75" alt="学科网(www.zxxk.com)--教育资源门户，提供试卷、教案、课件、论文、素材以及各类教学资源下载，还有大量而丰富的教学相关资讯！" style="width:12pt;height:12pt" o:oleicon="f" o:ole="">
            <v:imagedata r:id="rId1993" o:title="eqId5963abe8f421bd99a2aaa94831a951e9"/>
          </v:shape>
        </w:pict>
      </w:r>
      <w:r>
        <w:rPr>
          <w:rFonts w:ascii="宋体" w:eastAsia="宋体" w:hAnsi="宋体" w:cs="宋体"/>
          <w:color w:val="000000"/>
        </w:rPr>
        <w:t>表示</w:t>
      </w:r>
      <w:r>
        <w:rPr>
          <w:rFonts w:ascii="宋体" w:eastAsia="宋体" w:hAnsi="宋体" w:cs="宋体"/>
          <w:color w:val="000000"/>
          <w:position w:val="0"/>
        </w:rPr>
        <w:drawing>
          <wp:inline>
            <wp:extent cx="133350" cy="177800"/>
            <wp:docPr id="32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 name=""/>
                    <pic:cNvPicPr>
                      <a:picLocks noChangeAspect="1"/>
                    </pic:cNvPicPr>
                  </pic:nvPicPr>
                  <pic:blipFill>
                    <a:blip r:embed="rId199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pict>
          <v:shape id="_x0000_i711834" type="#_x0000_t75" alt="学科网(www.zxxk.com)--教育资源门户，提供试卷、教案、课件、论文、素材以及各类教学资源下载，还有大量而丰富的教学相关资讯！" style="width:28.2pt;height:13.8pt" o:oleicon="f" o:ole="">
            <v:imagedata r:id="rId1994" o:title="eqId2bc695dfcb2d60287c16290b1daa598e"/>
          </v:shape>
        </w:pict>
      </w:r>
      <w:r>
        <w:rPr>
          <w:rFonts w:ascii="宋体" w:eastAsia="宋体" w:hAnsi="宋体" w:cs="宋体"/>
          <w:color w:val="000000"/>
        </w:rPr>
        <w:t>，点</w:t>
      </w:r>
      <w:r>
        <w:pict>
          <v:shape id="_x0000_i711835" type="#_x0000_t75" alt="学科网(www.zxxk.com)--教育资源门户，提供试卷、教案、课件、论文、素材以及各类教学资源下载，还有大量而丰富的教学相关资讯！" style="width:9.75pt;height:10.5pt" o:oleicon="f" o:ole="">
            <v:imagedata r:id="rId1995" o:title="eqId7f9e8449aad35c5d840a3395ea86df6d"/>
          </v:shape>
        </w:pict>
      </w:r>
      <w:r>
        <w:rPr>
          <w:rFonts w:ascii="宋体" w:eastAsia="宋体" w:hAnsi="宋体" w:cs="宋体"/>
          <w:color w:val="000000"/>
        </w:rPr>
        <w:t>表示的数为</w:t>
      </w:r>
      <w:r>
        <w:pict>
          <v:shape id="_x0000_i711836" type="#_x0000_t75" alt="学科网(www.zxxk.com)--教育资源门户，提供试卷、教案、课件、论文、素材以及各类教学资源下载，还有大量而丰富的教学相关资讯！" style="width:24pt;height:14.25pt" o:oleicon="f" o:ole="">
            <v:imagedata r:id="rId1996" o:title="eqId02ac516ba173d31611345ebe50f74965"/>
          </v:shape>
        </w:pict>
      </w:r>
    </w:p>
    <w:p>
      <w:pPr>
        <w:spacing w:line="360" w:lineRule="auto"/>
        <w:jc w:val="left"/>
        <w:textAlignment w:val="center"/>
        <w:rPr>
          <w:color w:val="000000"/>
        </w:rPr>
      </w:pPr>
      <w:r>
        <w:rPr>
          <w:rFonts w:ascii="宋体" w:eastAsia="宋体" w:hAnsi="宋体" w:cs="宋体"/>
          <w:color w:val="000000"/>
        </w:rPr>
        <w:t>当点</w:t>
      </w:r>
      <w:r>
        <w:pict>
          <v:shape id="_x0000_i711837" type="#_x0000_t75" alt="学科网(www.zxxk.com)--教育资源门户，提供试卷、教案、课件、论文、素材以及各类教学资源下载，还有大量而丰富的教学相关资讯！" style="width:9.75pt;height:10.5pt" o:oleicon="f" o:ole="">
            <v:imagedata r:id="rId1997" o:title="eqId7f9e8449aad35c5d840a3395ea86df6d"/>
          </v:shape>
        </w:pict>
      </w:r>
      <w:r>
        <w:rPr>
          <w:rFonts w:ascii="宋体" w:eastAsia="宋体" w:hAnsi="宋体" w:cs="宋体"/>
          <w:color w:val="000000"/>
        </w:rPr>
        <w:t>在点</w:t>
      </w:r>
      <w:r>
        <w:pict>
          <v:shape id="_x0000_i711838" type="#_x0000_t75" alt="学科网(www.zxxk.com)--教育资源门户，提供试卷、教案、课件、论文、素材以及各类教学资源下载，还有大量而丰富的教学相关资讯！" style="width:12pt;height:12pt" o:oleicon="f" o:ole="">
            <v:imagedata r:id="rId1998" o:title="eqId5963abe8f421bd99a2aaa94831a951e9"/>
          </v:shape>
        </w:pict>
      </w:r>
      <w:r>
        <w:rPr>
          <w:rFonts w:ascii="宋体" w:eastAsia="宋体" w:hAnsi="宋体" w:cs="宋体"/>
          <w:color w:val="000000"/>
        </w:rPr>
        <w:t>的左侧或重合时，此时</w:t>
      </w:r>
      <w:r>
        <w:pict>
          <v:shape id="_x0000_i711839" type="#_x0000_t75" alt="学科网(www.zxxk.com)--教育资源门户，提供试卷、教案、课件、论文、素材以及各类教学资源下载，还有大量而丰富的教学相关资讯！" style="width:24.75pt;height:14.25pt;mso-position-horizontal-relative:page;mso-position-vertical-relative:page;mso-wrap-style:square" o:oleicon="f" o:ole="">
            <v:imagedata r:id="rId1999" o:title="eqIdbb6e54df03729f9be6db96cd6dd5cee7"/>
          </v:shape>
        </w:pict>
      </w:r>
      <w:r>
        <w:rPr>
          <w:rFonts w:ascii="宋体" w:eastAsia="宋体" w:hAnsi="宋体" w:cs="宋体"/>
          <w:color w:val="000000"/>
        </w:rPr>
        <w:t>，随着</w:t>
      </w:r>
      <w:r>
        <w:pict>
          <v:shape id="_x0000_i711840" type="#_x0000_t75" alt="学科网(www.zxxk.com)--教育资源门户，提供试卷、教案、课件、论文、素材以及各类教学资源下载，还有大量而丰富的教学相关资讯！" style="width:7.35pt;height:11.9pt" o:oleicon="f" o:ole="">
            <v:imagedata r:id="rId2000" o:title="eqId36a1b09c653185842513e24ebba60bb3"/>
          </v:shape>
        </w:pict>
      </w:r>
      <w:r>
        <w:rPr>
          <w:rFonts w:ascii="宋体" w:eastAsia="宋体" w:hAnsi="宋体" w:cs="宋体"/>
          <w:color w:val="000000"/>
        </w:rPr>
        <w:t>的增大，</w:t>
      </w:r>
      <w:r>
        <w:pict>
          <v:shape id="_x0000_i711841" type="#_x0000_t75" alt="学科网(www.zxxk.com)--教育资源门户，提供试卷、教案、课件、论文、素材以及各类教学资源下载，还有大量而丰富的教学相关资讯！" style="width:12pt;height:12pt" o:oleicon="f" o:ole="">
            <v:imagedata r:id="rId1998" o:title="eqId5963abe8f421bd99a2aaa94831a951e9"/>
          </v:shape>
        </w:pict>
      </w:r>
      <w:r>
        <w:rPr>
          <w:rFonts w:ascii="宋体" w:eastAsia="宋体" w:hAnsi="宋体" w:cs="宋体"/>
          <w:color w:val="000000"/>
        </w:rPr>
        <w:t>与</w:t>
      </w:r>
      <w:r>
        <w:pict>
          <v:shape id="_x0000_i711842" type="#_x0000_t75" alt="学科网(www.zxxk.com)--教育资源门户，提供试卷、教案、课件、论文、素材以及各类教学资源下载，还有大量而丰富的教学相关资讯！" style="width:9.75pt;height:10.5pt" o:oleicon="f" o:ole="">
            <v:imagedata r:id="rId1997" o:title="eqId7f9e8449aad35c5d840a3395ea86df6d"/>
          </v:shape>
        </w:pict>
      </w:r>
      <w:r>
        <w:rPr>
          <w:rFonts w:ascii="宋体" w:eastAsia="宋体" w:hAnsi="宋体" w:cs="宋体"/>
          <w:color w:val="000000"/>
        </w:rPr>
        <w:t>之间的距离越来越大，</w:t>
      </w:r>
    </w:p>
    <w:p>
      <w:pPr>
        <w:spacing w:line="360" w:lineRule="auto"/>
        <w:jc w:val="left"/>
        <w:textAlignment w:val="center"/>
        <w:rPr>
          <w:color w:val="000000"/>
        </w:rPr>
      </w:pPr>
      <w:r>
        <w:rPr>
          <w:rFonts w:ascii="宋体" w:eastAsia="宋体" w:hAnsi="宋体" w:cs="宋体"/>
          <w:color w:val="000000"/>
        </w:rPr>
        <w:t>∵</w:t>
      </w:r>
      <w:r>
        <w:pict>
          <v:shape id="_x0000_i711843" type="#_x0000_t75" alt="学科网(www.zxxk.com)--教育资源门户，提供试卷、教案、课件、论文、素材以及各类教学资源下载，还有大量而丰富的教学相关资讯！" style="width:42pt;height:14.25pt" o:oleicon="f" o:ole="">
            <v:imagedata r:id="rId2001" o:title="eqId0277ef5d5f52b1c72c16d67593d8569e"/>
          </v:shape>
        </w:pict>
      </w:r>
      <w:r>
        <w:rPr>
          <w:rFonts w:ascii="宋体" w:eastAsia="宋体" w:hAnsi="宋体" w:cs="宋体"/>
          <w:color w:val="000000"/>
        </w:rPr>
        <w:t>时，即</w:t>
      </w:r>
      <w:r>
        <w:pict>
          <v:shape id="_x0000_i711844" type="#_x0000_t75" alt="学科网(www.zxxk.com)--教育资源门户，提供试卷、教案、课件、论文、素材以及各类教学资源下载，还有大量而丰富的教学相关资讯！" style="width:24.95pt;height:13.9pt" o:oleicon="f" o:ole="">
            <v:imagedata r:id="rId2002" o:title="eqIdf66884efff7400f92b530d69d029778d"/>
          </v:shape>
        </w:pict>
      </w:r>
      <w:r>
        <w:rPr>
          <w:rFonts w:ascii="宋体" w:eastAsia="宋体" w:hAnsi="宋体" w:cs="宋体"/>
          <w:color w:val="000000"/>
        </w:rPr>
        <w:t>时，</w:t>
      </w:r>
      <w:r>
        <w:pict>
          <v:shape id="_x0000_i711845" type="#_x0000_t75" alt="学科网(www.zxxk.com)--教育资源门户，提供试卷、教案、课件、论文、素材以及各类教学资源下载，还有大量而丰富的教学相关资讯！" style="width:163pt;height:20.15pt" o:oleicon="f" o:ole="">
            <v:imagedata r:id="rId2003" o:title="eqId485e3f9fd0d4d64ba2694fe434ca5eaf"/>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11846" type="#_x0000_t75" alt="学科网(www.zxxk.com)--教育资源门户，提供试卷、教案、课件、论文、素材以及各类教学资源下载，还有大量而丰富的教学相关资讯！" style="width:9.9pt;height:14.35pt" o:oleicon="f" o:ole="">
            <v:imagedata r:id="rId2004" o:title="eqId2c94bb12cee76221e13f9ef955b0aab1"/>
          </v:shape>
        </w:pict>
      </w:r>
      <w:r>
        <w:rPr>
          <w:rFonts w:ascii="宋体" w:eastAsia="宋体" w:hAnsi="宋体" w:cs="宋体"/>
          <w:color w:val="000000"/>
        </w:rPr>
        <w:t>不超过</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47" type="#_x0000_t75" alt="学科网(www.zxxk.com)--教育资源门户，提供试卷、教案、课件、论文、素材以及各类教学资源下载，还有大量而丰富的教学相关资讯！" style="width:47.8pt;height:13.8pt" o:oleicon="f" o:ole="">
            <v:imagedata r:id="rId2005" o:title="eqId3a44cfc3efb94106aa3cc5ef4566e8d9"/>
          </v:shape>
        </w:pict>
      </w:r>
    </w:p>
    <w:p>
      <w:pPr>
        <w:spacing w:line="360" w:lineRule="auto"/>
        <w:jc w:val="left"/>
        <w:textAlignment w:val="center"/>
        <w:rPr>
          <w:color w:val="000000"/>
        </w:rPr>
      </w:pPr>
      <w:r>
        <w:rPr>
          <w:rFonts w:ascii="宋体" w:eastAsia="宋体" w:hAnsi="宋体" w:cs="宋体"/>
          <w:color w:val="000000"/>
        </w:rPr>
        <w:t>当点</w:t>
      </w:r>
      <w:r>
        <w:pict>
          <v:shape id="_x0000_i711848" type="#_x0000_t75" alt="学科网(www.zxxk.com)--教育资源门户，提供试卷、教案、课件、论文、素材以及各类教学资源下载，还有大量而丰富的教学相关资讯！" style="width:9.75pt;height:10.5pt" o:oleicon="f" o:ole="">
            <v:imagedata r:id="rId2006" o:title="eqId7f9e8449aad35c5d840a3395ea86df6d"/>
          </v:shape>
        </w:pict>
      </w:r>
      <w:r>
        <w:rPr>
          <w:rFonts w:ascii="宋体" w:eastAsia="宋体" w:hAnsi="宋体" w:cs="宋体"/>
          <w:color w:val="000000"/>
        </w:rPr>
        <w:t>在点</w:t>
      </w:r>
      <w:r>
        <w:pict>
          <v:shape id="_x0000_i711849" type="#_x0000_t75" alt="学科网(www.zxxk.com)--教育资源门户，提供试卷、教案、课件、论文、素材以及各类教学资源下载，还有大量而丰富的教学相关资讯！" style="width:12pt;height:12pt" o:oleicon="f" o:ole="">
            <v:imagedata r:id="rId2007" o:title="eqId5963abe8f421bd99a2aaa94831a951e9"/>
          </v:shape>
        </w:pict>
      </w:r>
      <w:r>
        <w:rPr>
          <w:rFonts w:ascii="宋体" w:eastAsia="宋体" w:hAnsi="宋体" w:cs="宋体"/>
          <w:color w:val="000000"/>
        </w:rPr>
        <w:t>的右侧时，此时</w:t>
      </w:r>
      <w:r>
        <w:pict>
          <v:shape id="_x0000_i711850" type="#_x0000_t75" alt="学科网(www.zxxk.com)--教育资源门户，提供试卷、教案、课件、论文、素材以及各类教学资源下载，还有大量而丰富的教学相关资讯！" style="width:24.75pt;height:14.25pt" o:oleicon="f" o:ole="">
            <v:imagedata r:id="rId2008" o:title="eqId731bdc8d2686a05f12a2ba8a7e3b01be"/>
          </v:shape>
        </w:pict>
      </w:r>
      <w:r>
        <w:rPr>
          <w:rFonts w:ascii="宋体" w:eastAsia="宋体" w:hAnsi="宋体" w:cs="宋体"/>
          <w:color w:val="000000"/>
        </w:rPr>
        <w:t>，在</w:t>
      </w:r>
      <w:r>
        <w:pict>
          <v:shape id="_x0000_i711851" type="#_x0000_t75" alt="学科网(www.zxxk.com)--教育资源门户，提供试卷、教案、课件、论文、素材以及各类教学资源下载，还有大量而丰富的教学相关资讯！" style="width:22.2pt;height:13.8pt" o:oleicon="f" o:ole="">
            <v:imagedata r:id="rId2009" o:title="eqIde52586ca2a3b783bc8092415e2d4bf6d"/>
          </v:shape>
        </w:pict>
      </w:r>
      <w:r>
        <w:rPr>
          <w:rFonts w:ascii="宋体" w:eastAsia="宋体" w:hAnsi="宋体" w:cs="宋体"/>
          <w:color w:val="000000"/>
        </w:rPr>
        <w:t>不重合的情况下，</w:t>
      </w:r>
      <w:r>
        <w:pict>
          <v:shape id="_x0000_i711852" type="#_x0000_t75" alt="学科网(www.zxxk.com)--教育资源门户，提供试卷、教案、课件、论文、素材以及各类教学资源下载，还有大量而丰富的教学相关资讯！" style="width:22.2pt;height:13.8pt" o:oleicon="f" o:ole="">
            <v:imagedata r:id="rId2009" o:title="eqIde52586ca2a3b783bc8092415e2d4bf6d"/>
          </v:shape>
        </w:pict>
      </w:r>
      <w:r>
        <w:rPr>
          <w:rFonts w:ascii="宋体" w:eastAsia="宋体" w:hAnsi="宋体" w:cs="宋体"/>
          <w:color w:val="000000"/>
        </w:rPr>
        <w:t>之间的距离越来越小，</w:t>
      </w:r>
      <w:r>
        <w:pict>
          <v:shape id="_x0000_i711853" type="#_x0000_t75" alt="学科网(www.zxxk.com)--教育资源门户，提供试卷、教案、课件、论文、素材以及各类教学资源下载，还有大量而丰富的教学相关资讯！" style="width:36.5pt;height:20pt" o:oleicon="f" o:ole="">
            <v:imagedata r:id="rId2010" o:title="eqId840c8d08985d414d1a7e5e4b384e50ba"/>
          </v:shape>
        </w:pict>
      </w:r>
      <w:r>
        <w:rPr>
          <w:rFonts w:ascii="宋体" w:eastAsia="宋体" w:hAnsi="宋体" w:cs="宋体"/>
          <w:color w:val="000000"/>
        </w:rPr>
        <w:t>最大为初始状态，即</w:t>
      </w:r>
      <w:r>
        <w:pict>
          <v:shape id="_x0000_i711854" type="#_x0000_t75" alt="学科网(www.zxxk.com)--教育资源门户，提供试卷、教案、课件、论文、素材以及各类教学资源下载，还有大量而丰富的教学相关资讯！" style="width:24.6pt;height:14.4pt" o:oleicon="f" o:ole="">
            <v:imagedata r:id="rId2011" o:title="eqId7aeb9a94e392f6759b18abed89aacc5e"/>
          </v:shape>
        </w:pict>
      </w:r>
      <w:r>
        <w:rPr>
          <w:rFonts w:ascii="宋体" w:eastAsia="宋体" w:hAnsi="宋体" w:cs="宋体"/>
          <w:color w:val="000000"/>
        </w:rPr>
        <w:t>时，</w:t>
      </w:r>
      <w:r>
        <w:pict>
          <v:shape id="_x0000_i711855" type="#_x0000_t75" alt="学科网(www.zxxk.com)--教育资源门户，提供试卷、教案、课件、论文、素材以及各类教学资源下载，还有大量而丰富的教学相关资讯！" style="width:67.95pt;height:20.15pt" o:oleicon="f" o:ole="">
            <v:imagedata r:id="rId2012" o:title="eqIda844a72a0e9e75492bceaa5819419ee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56" type="#_x0000_t75" alt="学科网(www.zxxk.com)--教育资源门户，提供试卷、教案、课件、论文、素材以及各类教学资源下载，还有大量而丰富的教学相关资讯！" style="width:9.9pt;height:14.35pt" o:oleicon="f" o:ole="">
            <v:imagedata r:id="rId2013" o:title="eqId2c94bb12cee76221e13f9ef955b0aab1"/>
          </v:shape>
        </w:pict>
      </w:r>
      <w:r>
        <w:rPr>
          <w:rFonts w:ascii="宋体" w:eastAsia="宋体" w:hAnsi="宋体" w:cs="宋体"/>
          <w:color w:val="000000"/>
        </w:rPr>
        <w:t>不超过</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57" type="#_x0000_t75" alt="学科网(www.zxxk.com)--教育资源门户，提供试卷、教案、课件、论文、素材以及各类教学资源下载，还有大量而丰富的教学相关资讯！" style="width:42.05pt;height:13.8pt" o:oleicon="f" o:ole="">
            <v:imagedata r:id="rId2014" o:title="eqIdd09fee660f0b9287503e8038f947e51e"/>
          </v:shape>
        </w:pict>
      </w:r>
    </w:p>
    <w:p>
      <w:pPr>
        <w:spacing w:line="360" w:lineRule="auto"/>
        <w:jc w:val="left"/>
        <w:textAlignment w:val="center"/>
        <w:rPr>
          <w:color w:val="000000"/>
        </w:rPr>
      </w:pPr>
      <w:r>
        <w:rPr>
          <w:rFonts w:ascii="宋体" w:eastAsia="宋体" w:hAnsi="宋体" w:cs="宋体"/>
          <w:color w:val="000000"/>
        </w:rPr>
        <w:t>在</w:t>
      </w:r>
      <w:r>
        <w:pict>
          <v:shape id="_x0000_i711858" type="#_x0000_t75" alt="学科网(www.zxxk.com)--教育资源门户，提供试卷、教案、课件、论文、素材以及各类教学资源下载，还有大量而丰富的教学相关资讯！" style="width:22.2pt;height:13.8pt" o:oleicon="f" o:ole="">
            <v:imagedata r:id="rId2015" o:title="eqIde52586ca2a3b783bc8092415e2d4bf6d"/>
          </v:shape>
        </w:pict>
      </w:r>
      <w:r>
        <w:rPr>
          <w:rFonts w:ascii="宋体" w:eastAsia="宋体" w:hAnsi="宋体" w:cs="宋体"/>
          <w:color w:val="000000"/>
        </w:rPr>
        <w:t>可以重合的情况下，</w:t>
      </w:r>
      <w:r>
        <w:pict>
          <v:shape id="_x0000_i711859" type="#_x0000_t75" alt="学科网(www.zxxk.com)--教育资源门户，提供试卷、教案、课件、论文、素材以及各类教学资源下载，还有大量而丰富的教学相关资讯！" style="width:60pt;height:14.25pt" o:oleicon="f" o:ole="">
            <v:imagedata r:id="rId2016" o:title="eqIde9fc0a58082bc874bd4b8a2ae884a0ab"/>
          </v:shape>
        </w:pict>
      </w:r>
      <w:r>
        <w:rPr>
          <w:rFonts w:ascii="宋体" w:eastAsia="宋体" w:hAnsi="宋体" w:cs="宋体"/>
          <w:color w:val="000000"/>
        </w:rPr>
        <w:t>，</w:t>
      </w:r>
      <w:r>
        <w:pict>
          <v:shape id="_x0000_i711860" type="#_x0000_t75" alt="学科网(www.zxxk.com)--教育资源门户，提供试卷、教案、课件、论文、素材以及各类教学资源下载，还有大量而丰富的教学相关资讯！" style="width:45pt;height:14.25pt" o:oleicon="f" o:ole="">
            <v:imagedata r:id="rId2017" o:title="eqId2525b4a6566ea7cdc704554a08b217cd"/>
          </v:shape>
        </w:pict>
      </w:r>
      <w:r>
        <w:rPr>
          <w:rFonts w:ascii="宋体" w:eastAsia="宋体" w:hAnsi="宋体" w:cs="宋体"/>
          <w:color w:val="000000"/>
        </w:rPr>
        <w:t>，</w:t>
      </w:r>
      <w:r>
        <w:pict>
          <v:shape id="_x0000_i711861" type="#_x0000_t75" alt="学科网(www.zxxk.com)--教育资源门户，提供试卷、教案、课件、论文、素材以及各类教学资源下载，还有大量而丰富的教学相关资讯！" style="width:9.9pt;height:14.35pt" o:oleicon="f" o:ole="">
            <v:imagedata r:id="rId2018" o:title="eqId2c94bb12cee76221e13f9ef955b0aab1"/>
          </v:shape>
        </w:pict>
      </w:r>
      <w:r>
        <w:rPr>
          <w:rFonts w:ascii="宋体" w:eastAsia="宋体" w:hAnsi="宋体" w:cs="宋体"/>
          <w:color w:val="000000"/>
        </w:rPr>
        <w:t>的最大值为</w:t>
      </w:r>
      <w:r>
        <w:pict>
          <v:shape id="_x0000_i711862" type="#_x0000_t75" alt="学科网(www.zxxk.com)--教育资源门户，提供试卷、教案、课件、论文、素材以及各类教学资源下载，还有大量而丰富的教学相关资讯！" style="width:14.25pt;height:14.25pt" o:oleicon="f" o:ole="">
            <v:imagedata r:id="rId2019" o:title="eqIdd07ae0b4264da6a8812454ffd2f20d94"/>
          </v:shape>
        </w:pict>
      </w:r>
      <w:r>
        <w:rPr>
          <w:rFonts w:ascii="宋体" w:eastAsia="宋体" w:hAnsi="宋体" w:cs="宋体"/>
          <w:color w:val="000000"/>
        </w:rPr>
        <w:t>，又数</w:t>
      </w:r>
      <w:r>
        <w:pict>
          <v:shape id="_x0000_i711863" type="#_x0000_t75" alt="学科网(www.zxxk.com)--教育资源门户，提供试卷、教案、课件、论文、素材以及各类教学资源下载，还有大量而丰富的教学相关资讯！" style="width:9.9pt;height:14.35pt" o:oleicon="f" o:ole="">
            <v:imagedata r:id="rId2018" o:title="eqId2c94bb12cee76221e13f9ef955b0aab1"/>
          </v:shape>
        </w:pict>
      </w:r>
      <w:r>
        <w:rPr>
          <w:rFonts w:ascii="宋体" w:eastAsia="宋体" w:hAnsi="宋体" w:cs="宋体"/>
          <w:color w:val="000000"/>
        </w:rPr>
        <w:t>不超过</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64" type="#_x0000_t75" alt="学科网(www.zxxk.com)--教育资源门户，提供试卷、教案、课件、论文、素材以及各类教学资源下载，还有大量而丰富的教学相关资讯！" style="width:24pt;height:15.75pt" o:oleicon="f" o:ole="">
            <v:imagedata r:id="rId2020" o:title="eqId01c74a907dda6bb7d9d56d009d9df253"/>
          </v:shape>
        </w:pict>
      </w:r>
      <w:r>
        <w:rPr>
          <w:rFonts w:ascii="宋体" w:eastAsia="宋体" w:hAnsi="宋体" w:cs="宋体"/>
          <w:color w:val="000000"/>
        </w:rPr>
        <w:t>不重合，</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color w:val="000000"/>
        </w:rPr>
        <w:t xml:space="preserve"> </w:t>
      </w:r>
      <w:r>
        <w:pict>
          <v:shape id="_x0000_i711865" type="#_x0000_t75" alt="学科网(www.zxxk.com)--教育资源门户，提供试卷、教案、课件、论文、素材以及各类教学资源下载，还有大量而丰富的教学相关资讯！" style="width:36.5pt;height:20pt" o:oleicon="f" o:ole="">
            <v:imagedata r:id="rId2021" o:title="eqId840c8d08985d414d1a7e5e4b384e50ba"/>
          </v:shape>
        </w:pict>
      </w:r>
      <w:r>
        <w:rPr>
          <w:rFonts w:ascii="宋体" w:eastAsia="宋体" w:hAnsi="宋体" w:cs="宋体"/>
          <w:color w:val="000000"/>
        </w:rPr>
        <w:t>最大值是</w:t>
      </w:r>
      <w:r>
        <w:pict>
          <v:shape id="_x0000_i711866" type="#_x0000_t75" alt="学科网(www.zxxk.com)--教育资源门户，提供试卷、教案、课件、论文、素材以及各类教学资源下载，还有大量而丰富的教学相关资讯！" style="width:31.5pt;height:14.5pt" o:oleicon="f" o:ole="">
            <v:imagedata r:id="rId2022" o:title="eqId4c221a8c72aba875ab84e44fffde9ff5"/>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788"/>
          <w:footerReference w:type="even" r:id="rId789"/>
          <w:headerReference w:type="first" r:id="rId790"/>
          <w:footerReference w:type="first" r:id="rId79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本题考查了数轴上的动点问题，涉及了两点之间的距离，解题的关键是对数轴上两点之间的距离进行分情况讨论．</w:t>
      </w:r>
    </w:p>
    <w:p>
      <w:pPr>
        <w:pStyle w:val="Heading2"/>
      </w:pPr>
      <w:r>
        <w:t>第十三中学分校</w:t>
      </w:r>
    </w:p>
    <w:p>
      <w:pPr>
        <w:spacing w:line="360" w:lineRule="auto"/>
        <w:jc w:val="left"/>
        <w:textAlignment w:val="center"/>
        <w:rPr>
          <w:color w:val="000000"/>
        </w:rPr>
      </w:pPr>
      <w:r>
        <w:rPr>
          <w:color w:val="000000"/>
        </w:rPr>
        <w:t xml:space="preserve">24. </w:t>
      </w:r>
      <w:r>
        <w:rPr>
          <w:rFonts w:ascii="宋体" w:eastAsia="宋体" w:hAnsi="宋体" w:cs="宋体"/>
          <w:color w:val="000000"/>
        </w:rPr>
        <w:t>已知</w:t>
      </w:r>
      <w:r>
        <w:pict>
          <v:shape id="_x0000_i711867" type="#_x0000_t75" alt="学科网(www.zxxk.com)--教育资源门户，提供试卷、教案、课件、论文、素材以及各类教学资源下载，还有大量而丰富的教学相关资讯！" style="width:59pt;height:16pt" o:oleicon="f" o:ole="">
            <v:imagedata r:id="rId2023" o:title="eqIdc964e149ebd8bd5b2307f9b9e803caf4"/>
          </v:shape>
        </w:pi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的多项式，记为</w:t>
      </w:r>
      <w:r>
        <w:pict>
          <v:shape id="_x0000_i711868" type="#_x0000_t75" alt="学科网(www.zxxk.com)--教育资源门户，提供试卷、教案、课件、论文、素材以及各类教学资源下载，还有大量而丰富的教学相关资讯！" style="width:29.25pt;height:20.25pt" o:oleicon="f" o:ole="">
            <v:imagedata r:id="rId2024" o:title="eqId826308511448f7b791edf4199c690768"/>
          </v:shape>
        </w:pict>
      </w:r>
      <w:r>
        <w:rPr>
          <w:rFonts w:ascii="宋体" w:eastAsia="宋体" w:hAnsi="宋体" w:cs="宋体"/>
          <w:color w:val="000000"/>
        </w:rPr>
        <w:t>．我们规定：</w:t>
      </w:r>
      <w:r>
        <w:pict>
          <v:shape id="_x0000_i711869" type="#_x0000_t75" alt="学科网(www.zxxk.com)--教育资源门户，提供试卷、教案、课件、论文、素材以及各类教学资源下载，还有大量而丰富的教学相关资讯！" style="width:29.25pt;height:20.25pt" o:oleicon="f" o:ole="">
            <v:imagedata r:id="rId2024" o:title="eqId826308511448f7b791edf4199c690768"/>
          </v:shape>
        </w:pict>
      </w:r>
      <w:r>
        <w:rPr>
          <w:rFonts w:ascii="宋体" w:eastAsia="宋体" w:hAnsi="宋体" w:cs="宋体"/>
          <w:color w:val="000000"/>
        </w:rPr>
        <w:t>的导出多项式为</w:t>
      </w:r>
      <w:r>
        <w:pict>
          <v:shape id="_x0000_i711870" type="#_x0000_t75" alt="学科网(www.zxxk.com)--教育资源门户，提供试卷、教案、课件、论文、素材以及各类教学资源下载，还有大量而丰富的教学相关资讯！" style="width:38.3pt;height:14.15pt" o:oleicon="f" o:ole="">
            <v:imagedata r:id="rId2025" o:title="eqId6fa3a3fc366487b798363daeeb3643ac"/>
          </v:shape>
        </w:pict>
      </w:r>
      <w:r>
        <w:rPr>
          <w:rFonts w:ascii="宋体" w:eastAsia="宋体" w:hAnsi="宋体" w:cs="宋体"/>
          <w:color w:val="000000"/>
        </w:rPr>
        <w:t>，记为</w:t>
      </w:r>
      <w:r>
        <w:pict>
          <v:shape id="_x0000_i711871" type="#_x0000_t75" alt="学科网(www.zxxk.com)--教育资源门户，提供试卷、教案、课件、论文、素材以及各类教学资源下载，还有大量而丰富的教学相关资讯！" style="width:29pt;height:20pt" o:oleicon="f" o:ole="">
            <v:imagedata r:id="rId2026" o:title="eqId11a22c453d9041febde25582b463e642"/>
          </v:shape>
        </w:pict>
      </w:r>
      <w:r>
        <w:rPr>
          <w:rFonts w:ascii="宋体" w:eastAsia="宋体" w:hAnsi="宋体" w:cs="宋体"/>
          <w:color w:val="000000"/>
        </w:rPr>
        <w:t>．例如：若</w:t>
      </w:r>
      <w:r>
        <w:pict>
          <v:shape id="_x0000_i711872" type="#_x0000_t75" alt="学科网(www.zxxk.com)--教育资源门户，提供试卷、教案、课件、论文、素材以及各类教学资源下载，还有大量而丰富的教学相关资讯！" style="width:94.2pt;height:19.8pt" o:oleicon="f" o:ole="">
            <v:imagedata r:id="rId2027" o:title="eqId046b388177cf781f9a1418c0cc971ece"/>
          </v:shape>
        </w:pict>
      </w:r>
      <w:r>
        <w:rPr>
          <w:rFonts w:ascii="宋体" w:eastAsia="宋体" w:hAnsi="宋体" w:cs="宋体"/>
          <w:color w:val="000000"/>
        </w:rPr>
        <w:t>，则</w:t>
      </w:r>
      <w:r>
        <w:pict>
          <v:shape id="_x0000_i711873" type="#_x0000_t75" alt="学科网(www.zxxk.com)--教育资源门户，提供试卷、教案、课件、论文、素材以及各类教学资源下载，还有大量而丰富的教学相关资讯！" style="width:29.25pt;height:20.25pt" o:oleicon="f" o:ole="">
            <v:imagedata r:id="rId2024" o:title="eqId826308511448f7b791edf4199c690768"/>
          </v:shape>
        </w:pict>
      </w:r>
      <w:r>
        <w:rPr>
          <w:rFonts w:ascii="宋体" w:eastAsia="宋体" w:hAnsi="宋体" w:cs="宋体"/>
          <w:color w:val="000000"/>
        </w:rPr>
        <w:t>的导出多项式</w:t>
      </w:r>
      <w:r>
        <w:pict>
          <v:shape id="_x0000_i711874" type="#_x0000_t75" alt="学科网(www.zxxk.com)--教育资源门户，提供试卷、教案、课件、论文、素材以及各类教学资源下载，还有大量而丰富的教学相关资讯！" style="width:121.8pt;height:19.8pt" o:oleicon="f" o:ole="">
            <v:imagedata r:id="rId2028" o:title="eqId711ea620e3108f5dc10b0f9d91ec96d6"/>
          </v:shape>
        </w:pict>
      </w:r>
      <w:r>
        <w:rPr>
          <w:rFonts w:ascii="宋体" w:eastAsia="宋体" w:hAnsi="宋体" w:cs="宋体"/>
          <w:color w:val="000000"/>
        </w:rPr>
        <w:t>．根据以上信息，解答下列问题：</w:t>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1875" type="#_x0000_t75" alt="学科网(www.zxxk.com)--教育资源门户，提供试卷、教案、课件、论文、素材以及各类教学资源下载，还有大量而丰富的教学相关资讯！" style="width:76.25pt;height:20.15pt" o:oleicon="f" o:ole="">
            <v:imagedata r:id="rId2029" o:title="eqId9ecbf35914439493aeb2d8a8a10db63c"/>
          </v:shape>
        </w:pict>
      </w:r>
      <w:r>
        <w:rPr>
          <w:rFonts w:ascii="宋体" w:eastAsia="宋体" w:hAnsi="宋体" w:cs="宋体"/>
          <w:color w:val="000000"/>
        </w:rPr>
        <w:t>，则</w:t>
      </w:r>
      <w:r>
        <w:pict>
          <v:shape id="_x0000_i711876" type="#_x0000_t75" alt="学科网(www.zxxk.com)--教育资源门户，提供试卷、教案、课件、论文、素材以及各类教学资源下载，还有大量而丰富的教学相关资讯！" style="width:37.8pt;height:19.8pt" o:oleicon="f" o:ole="">
            <v:imagedata r:id="rId2030" o:title="eqId588056ae7548b5743371671a0162a83f"/>
          </v:shape>
        </w:pi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11877" type="#_x0000_t75" alt="学科网(www.zxxk.com)--教育资源门户，提供试卷、教案、课件、论文、素材以及各类教学资源下载，还有大量而丰富的教学相关资讯！" style="width:112.2pt;height:19.8pt" o:oleicon="f" o:ole="">
            <v:imagedata r:id="rId2031" o:title="eqIdd21130a942cc6726347d6ed4849ae99b"/>
          </v:shape>
        </w:pict>
      </w:r>
      <w:r>
        <w:rPr>
          <w:rFonts w:ascii="宋体" w:eastAsia="宋体" w:hAnsi="宋体" w:cs="宋体"/>
          <w:color w:val="000000"/>
        </w:rPr>
        <w:t>，求关于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1878" type="#_x0000_t75" alt="学科网(www.zxxk.com)--教育资源门户，提供试卷、教案、课件、论文、素材以及各类教学资源下载，还有大量而丰富的教学相关资讯！" style="width:52.8pt;height:19.8pt" o:oleicon="f" o:ole="">
            <v:imagedata r:id="rId2032" o:title="eqId5977fe68c80fba5954f2f6cac3335285"/>
          </v:shape>
        </w:pict>
      </w:r>
      <w:r>
        <w:rPr>
          <w:rFonts w:ascii="宋体" w:eastAsia="宋体" w:hAnsi="宋体" w:cs="宋体"/>
          <w:color w:val="000000"/>
        </w:rPr>
        <w:t>的解；</w:t>
      </w:r>
    </w:p>
    <w:p>
      <w:pPr>
        <w:spacing w:line="360" w:lineRule="auto"/>
        <w:jc w:val="left"/>
        <w:textAlignment w:val="center"/>
        <w:rPr>
          <w:color w:val="000000"/>
        </w:rPr>
      </w:pPr>
      <w:r>
        <w:rPr>
          <w:color w:val="000000"/>
        </w:rPr>
        <w:t>（3）</w:t>
      </w:r>
      <w:r>
        <w:rPr>
          <w:rFonts w:ascii="宋体" w:eastAsia="宋体" w:hAnsi="宋体" w:cs="宋体"/>
          <w:color w:val="000000"/>
        </w:rPr>
        <w:t>已知</w:t>
      </w:r>
      <w:r>
        <w:pict>
          <v:shape id="_x0000_i711879" type="#_x0000_t75" alt="学科网(www.zxxk.com)--教育资源门户，提供试卷、教案、课件、论文、素材以及各类教学资源下载，还有大量而丰富的教学相关资讯！" style="width:126.9pt;height:20.15pt" o:oleicon="f" o:ole="">
            <v:imagedata r:id="rId2033" o:title="eqId4e8497016ffb7ffddf1bc05f401c98f6"/>
          </v:shape>
        </w:pi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的二次多项式，</w:t>
      </w:r>
      <w:r>
        <w:pict>
          <v:shape id="_x0000_i711880" type="#_x0000_t75" alt="学科网(www.zxxk.com)--教育资源门户，提供试卷、教案、课件、论文、素材以及各类教学资源下载，还有大量而丰富的教学相关资讯！" style="width:29pt;height:20pt" o:oleicon="f" o:ole="">
            <v:imagedata r:id="rId2034" o:title="eqId11a22c453d9041febde25582b463e642"/>
          </v:shape>
        </w:pict>
      </w:r>
      <w:r>
        <w:rPr>
          <w:rFonts w:ascii="宋体" w:eastAsia="宋体" w:hAnsi="宋体" w:cs="宋体"/>
          <w:color w:val="000000"/>
        </w:rPr>
        <w:t>为</w:t>
      </w:r>
      <w:r>
        <w:pict>
          <v:shape id="_x0000_i711881" type="#_x0000_t75" alt="学科网(www.zxxk.com)--教育资源门户，提供试卷、教案、课件、论文、素材以及各类教学资源下载，还有大量而丰富的教学相关资讯！" style="width:29.25pt;height:20.25pt" o:oleicon="f" o:ole="">
            <v:imagedata r:id="rId2035" o:title="eqId826308511448f7b791edf4199c690768"/>
          </v:shape>
        </w:pict>
      </w:r>
      <w:r>
        <w:rPr>
          <w:rFonts w:ascii="宋体" w:eastAsia="宋体" w:hAnsi="宋体" w:cs="宋体"/>
          <w:color w:val="000000"/>
        </w:rPr>
        <w:t>的导出多项式，若关于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1882" type="#_x0000_t75" alt="学科网(www.zxxk.com)--教育资源门户，提供试卷、教案、课件、论文、素材以及各类教学资源下载，还有大量而丰富的教学相关资讯！" style="width:54.9pt;height:20.15pt" o:oleicon="f" o:ole="">
            <v:imagedata r:id="rId2036" o:title="eqId338d548991aa77674c0fbee0db98cf3c"/>
          </v:shape>
        </w:pict>
      </w:r>
      <w:r>
        <w:rPr>
          <w:rFonts w:ascii="宋体" w:eastAsia="宋体" w:hAnsi="宋体" w:cs="宋体"/>
          <w:color w:val="000000"/>
        </w:rPr>
        <w:t>的解为整数，求正整数</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pict>
          <v:shape id="_x0000_i711883" type="#_x0000_t75" alt="学科网(www.zxxk.com)--教育资源门户，提供试卷、教案、课件、论文、素材以及各类教学资源下载，还有大量而丰富的教学相关资讯！" style="width:33pt;height:14.25pt" o:oleicon="f" o:ole="">
            <v:imagedata r:id="rId2037" o:title="eqId1efc4e4b4cca23fcb1114426207bcbf6"/>
          </v:shape>
        </w:pict>
      </w:r>
      <w:r>
        <w:rPr>
          <w:color w:val="000000"/>
        </w:rPr>
        <w:t xml:space="preserve">    </w:t>
      </w:r>
    </w:p>
    <w:p>
      <w:pPr>
        <w:spacing w:line="360" w:lineRule="auto"/>
        <w:textAlignment w:val="center"/>
        <w:rPr>
          <w:color w:val="000000"/>
        </w:rPr>
      </w:pPr>
      <w:r>
        <w:rPr>
          <w:color w:val="000000"/>
        </w:rPr>
        <w:t>（2）</w:t>
      </w:r>
      <w:r>
        <w:pict>
          <v:shape id="_x0000_i711884" type="#_x0000_t75" alt="学科网(www.zxxk.com)--教育资源门户，提供试卷、教案、课件、论文、素材以及各类教学资源下载，还有大量而丰富的教学相关资讯！" style="width:33.75pt;height:14.25pt" o:oleicon="f" o:ole="">
            <v:imagedata r:id="rId2038" o:title="eqIda089c207e39a24d0d82aa853ac2bbb8c"/>
          </v:shape>
        </w:pict>
      </w:r>
      <w:r>
        <w:rPr>
          <w:color w:val="000000"/>
        </w:rPr>
        <w:t xml:space="preserve">    </w:t>
      </w:r>
    </w:p>
    <w:p>
      <w:pPr>
        <w:spacing w:line="360" w:lineRule="auto"/>
        <w:textAlignment w:val="center"/>
        <w:rPr>
          <w:color w:val="000000"/>
        </w:rPr>
      </w:pPr>
      <w:r>
        <w:rPr>
          <w:color w:val="000000"/>
        </w:rPr>
        <w:t>（3）</w:t>
      </w:r>
      <w:r>
        <w:pict>
          <v:shape id="_x0000_i711885" type="#_x0000_t75" alt="学科网(www.zxxk.com)--教育资源门户，提供试卷、教案、课件、论文、素材以及各类教学资源下载，还有大量而丰富的教学相关资讯！" style="width:26.1pt;height:13.6pt" o:oleicon="f" o:ole="">
            <v:imagedata r:id="rId2039" o:title="eqId0b550ee821ee1838384835e81fc34b67"/>
          </v:shape>
        </w:pict>
      </w:r>
      <w:r>
        <w:rPr>
          <w:rFonts w:ascii="宋体" w:eastAsia="宋体" w:hAnsi="宋体" w:cs="宋体"/>
          <w:color w:val="000000"/>
        </w:rPr>
        <w:t>或</w:t>
      </w:r>
      <w:r>
        <w:pict>
          <v:shape id="_x0000_i711886" type="#_x0000_t75" alt="学科网(www.zxxk.com)--教育资源门户，提供试卷、教案、课件、论文、素材以及各类教学资源下载，还有大量而丰富的教学相关资讯！" style="width:24.75pt;height:12.75pt" o:oleicon="f" o:ole="">
            <v:imagedata r:id="rId2040" o:title="eqIde65397f11ea8af736f38debadf420c4a"/>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）根据导出多项式的定义进行求解即可；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w:t>
      </w:r>
      <w:r>
        <w:pict>
          <v:shape id="_x0000_i711887" type="#_x0000_t75" alt="学科网(www.zxxk.com)--教育资源门户，提供试卷、教案、课件、论文、素材以及各类教学资源下载，还有大量而丰富的教学相关资讯！" style="width:112.2pt;height:19.8pt" o:oleicon="f" o:ole="">
            <v:imagedata r:id="rId2041" o:title="eqIdd21130a942cc6726347d6ed4849ae99b"/>
          </v:shape>
        </w:pict>
      </w:r>
      <w:r>
        <w:rPr>
          <w:rFonts w:ascii="宋体" w:eastAsia="宋体" w:hAnsi="宋体" w:cs="宋体"/>
          <w:color w:val="000000"/>
        </w:rPr>
        <w:t>的导出多项式</w:t>
      </w:r>
      <w:r>
        <w:pict>
          <v:shape id="_x0000_i711888" type="#_x0000_t75" alt="学科网(www.zxxk.com)--教育资源门户，提供试卷、教案、课件、论文、素材以及各类教学资源下载，还有大量而丰富的教学相关资讯！" style="width:29pt;height:20pt" o:oleicon="f" o:ole="">
            <v:imagedata r:id="rId2042" o:title="eqId11a22c453d9041febde25582b463e642"/>
          </v:shape>
        </w:pict>
      </w:r>
      <w:r>
        <w:rPr>
          <w:rFonts w:ascii="宋体" w:eastAsia="宋体" w:hAnsi="宋体" w:cs="宋体"/>
          <w:color w:val="000000"/>
        </w:rPr>
        <w:t>，再结合</w:t>
      </w:r>
      <w:r>
        <w:pict>
          <v:shape id="_x0000_i711889" type="#_x0000_t75" alt="学科网(www.zxxk.com)--教育资源门户，提供试卷、教案、课件、论文、素材以及各类教学资源下载，还有大量而丰富的教学相关资讯！" style="width:52.8pt;height:19.8pt" o:oleicon="f" o:ole="">
            <v:imagedata r:id="rId2043" o:title="eqId5977fe68c80fba5954f2f6cac3335285"/>
          </v:shape>
        </w:pict>
      </w:r>
      <w:r>
        <w:rPr>
          <w:rFonts w:ascii="宋体" w:eastAsia="宋体" w:hAnsi="宋体" w:cs="宋体"/>
          <w:color w:val="000000"/>
        </w:rPr>
        <w:t>得到关于</w:t>
      </w:r>
      <w:r>
        <w:rPr>
          <w:rFonts w:ascii="Times New Roman" w:eastAsia="Times New Roman" w:hAnsi="Times New Roman" w:cs="Times New Roman"/>
          <w:i/>
          <w:color w:val="000000"/>
        </w:rPr>
        <w:t>x</w:t>
      </w:r>
      <w:r>
        <w:rPr>
          <w:rFonts w:ascii="宋体" w:eastAsia="宋体" w:hAnsi="宋体" w:cs="宋体"/>
          <w:color w:val="000000"/>
        </w:rPr>
        <w:t>的方程，解方程即可；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）先求出</w:t>
      </w:r>
      <w:r>
        <w:pict>
          <v:shape id="_x0000_i711890" type="#_x0000_t75" alt="学科网(www.zxxk.com)--教育资源门户，提供试卷、教案、课件、论文、素材以及各类教学资源下载，还有大量而丰富的教学相关资讯！" style="width:126.9pt;height:20.15pt" o:oleicon="f" o:ole="">
            <v:imagedata r:id="rId2044" o:title="eqId4e8497016ffb7ffddf1bc05f401c98f6"/>
          </v:shape>
        </w:pict>
      </w:r>
      <w:r>
        <w:rPr>
          <w:rFonts w:ascii="宋体" w:eastAsia="宋体" w:hAnsi="宋体" w:cs="宋体"/>
          <w:color w:val="000000"/>
        </w:rPr>
        <w:t>的导出多项式</w:t>
      </w:r>
      <w:r>
        <w:pict>
          <v:shape id="_x0000_i711891" type="#_x0000_t75" alt="学科网(www.zxxk.com)--教育资源门户，提供试卷、教案、课件、论文、素材以及各类教学资源下载，还有大量而丰富的教学相关资讯！" style="width:29pt;height:20pt" o:oleicon="f" o:ole="">
            <v:imagedata r:id="rId2045" o:title="eqId11a22c453d9041febde25582b463e642"/>
          </v:shape>
        </w:pict>
      </w:r>
      <w:r>
        <w:rPr>
          <w:rFonts w:ascii="宋体" w:eastAsia="宋体" w:hAnsi="宋体" w:cs="宋体"/>
          <w:color w:val="000000"/>
        </w:rPr>
        <w:t>，再结合</w:t>
      </w:r>
      <w:r>
        <w:pict>
          <v:shape id="_x0000_i711892" type="#_x0000_t75" alt="学科网(www.zxxk.com)--教育资源门户，提供试卷、教案、课件、论文、素材以及各类教学资源下载，还有大量而丰富的教学相关资讯！" style="width:54.9pt;height:20.15pt" o:oleicon="f" o:ole="">
            <v:imagedata r:id="rId2046" o:title="eqId338d548991aa77674c0fbee0db98cf3c"/>
          </v:shape>
        </w:pict>
      </w:r>
      <w:r>
        <w:rPr>
          <w:rFonts w:ascii="宋体" w:eastAsia="宋体" w:hAnsi="宋体" w:cs="宋体"/>
          <w:color w:val="000000"/>
        </w:rPr>
        <w:t>得到关于</w:t>
      </w:r>
      <w:r>
        <w:rPr>
          <w:rFonts w:ascii="Times New Roman" w:eastAsia="Times New Roman" w:hAnsi="Times New Roman" w:cs="Times New Roman"/>
          <w:i/>
          <w:color w:val="000000"/>
        </w:rPr>
        <w:t>x</w:t>
      </w:r>
      <w:r>
        <w:rPr>
          <w:rFonts w:ascii="宋体" w:eastAsia="宋体" w:hAnsi="宋体" w:cs="宋体"/>
          <w:color w:val="000000"/>
        </w:rPr>
        <w:t>的方程，解方程即可．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解：由题意得</w:t>
      </w:r>
      <w:r>
        <w:pict>
          <v:shape id="_x0000_i711893" type="#_x0000_t75" alt="学科网(www.zxxk.com)--教育资源门户，提供试卷、教案、课件、论文、素材以及各类教学资源下载，还有大量而丰富的教学相关资讯！" style="width:1in;height:20.15pt" o:oleicon="f" o:ole="">
            <v:imagedata r:id="rId2047" o:title="eqId8a3f1cd0e67a915067a6cf97b673b20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1894" type="#_x0000_t75" alt="学科网(www.zxxk.com)--教育资源门户，提供试卷、教案、课件、论文、素材以及各类教学资源下载，还有大量而丰富的教学相关资讯！" style="width:33pt;height:14.25pt" o:oleicon="f" o:ole="">
            <v:imagedata r:id="rId2048" o:title="eqId1efc4e4b4cca23fcb1114426207bcbf6"/>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pict>
          <v:shape id="_x0000_i711895" type="#_x0000_t75" alt="学科网(www.zxxk.com)--教育资源门户，提供试卷、教案、课件、论文、素材以及各类教学资源下载，还有大量而丰富的教学相关资讯！" style="width:184.25pt;height:20.15pt" o:oleicon="f" o:ole="">
            <v:imagedata r:id="rId2049" o:title="eqId4e92541154f5be486bc3321e88ff1e7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96" type="#_x0000_t75" alt="学科网(www.zxxk.com)--教育资源门户，提供试卷、教案、课件、论文、素材以及各类教学资源下载，还有大量而丰富的教学相关资讯！" style="width:123.85pt;height:20.15pt" o:oleicon="f" o:ole="">
            <v:imagedata r:id="rId2050" o:title="eqIdce3725212f084e28e8b5140bee036b4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97" type="#_x0000_t75" alt="学科网(www.zxxk.com)--教育资源门户，提供试卷、教案、课件、论文、素材以及各类教学资源下载，还有大量而丰富的教学相关资讯！" style="width:52.8pt;height:19.8pt" o:oleicon="f" o:ole="">
            <v:imagedata r:id="rId2051" o:title="eqId5977fe68c80fba5954f2f6cac333528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898" type="#_x0000_t75" alt="学科网(www.zxxk.com)--教育资源门户，提供试卷、教案、课件、论文、素材以及各类教学资源下载，还有大量而丰富的教学相关资讯！" style="width:58.2pt;height:13.8pt" o:oleicon="f" o:ole="">
            <v:imagedata r:id="rId2052" o:title="eqIdbf2e783698e76f9d64d86963660da95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1899" type="#_x0000_t75" alt="学科网(www.zxxk.com)--教育资源门户，提供试卷、教案、课件、论文、素材以及各类教学资源下载，还有大量而丰富的教学相关资讯！" style="width:33.75pt;height:14.25pt" o:oleicon="f" o:ole="">
            <v:imagedata r:id="rId2053" o:title="eqIda089c207e39a24d0d82aa853ac2bbb8c"/>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pict>
          <v:shape id="_x0000_i711900" type="#_x0000_t75" alt="学科网(www.zxxk.com)--教育资源门户，提供试卷、教案、课件、论文、素材以及各类教学资源下载，还有大量而丰富的教学相关资讯！" style="width:126.9pt;height:20.15pt" o:oleicon="f" o:ole="">
            <v:imagedata r:id="rId2054" o:title="eqId4e8497016ffb7ffddf1bc05f401c98f6"/>
          </v:shape>
        </w:pi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的二次多项式，</w:t>
      </w:r>
      <w:r>
        <w:pict>
          <v:shape id="_x0000_i711901" type="#_x0000_t75" alt="学科网(www.zxxk.com)--教育资源门户，提供试卷、教案、课件、论文、素材以及各类教学资源下载，还有大量而丰富的教学相关资讯！" style="width:29pt;height:20pt" o:oleicon="f" o:ole="">
            <v:imagedata r:id="rId2055" o:title="eqId11a22c453d9041febde25582b463e642"/>
          </v:shape>
        </w:pict>
      </w:r>
      <w:r>
        <w:rPr>
          <w:rFonts w:ascii="宋体" w:eastAsia="宋体" w:hAnsi="宋体" w:cs="宋体"/>
          <w:color w:val="000000"/>
        </w:rPr>
        <w:t>为</w:t>
      </w:r>
      <w:r>
        <w:pict>
          <v:shape id="_x0000_i711902" type="#_x0000_t75" alt="学科网(www.zxxk.com)--教育资源门户，提供试卷、教案、课件、论文、素材以及各类教学资源下载，还有大量而丰富的教学相关资讯！" style="width:29.25pt;height:20.25pt" o:oleicon="f" o:ole="">
            <v:imagedata r:id="rId2056" o:title="eqId826308511448f7b791edf4199c690768"/>
          </v:shape>
        </w:pict>
      </w:r>
      <w:r>
        <w:rPr>
          <w:rFonts w:ascii="宋体" w:eastAsia="宋体" w:hAnsi="宋体" w:cs="宋体"/>
          <w:color w:val="000000"/>
        </w:rPr>
        <w:t>的导出多项式，</w:t>
      </w:r>
    </w:p>
    <w:p>
      <w:pPr>
        <w:spacing w:line="360" w:lineRule="auto"/>
        <w:jc w:val="left"/>
        <w:textAlignment w:val="center"/>
        <w:rPr>
          <w:color w:val="000000"/>
        </w:rPr>
      </w:pPr>
      <w:r>
        <w:rPr>
          <w:rFonts w:ascii="宋体" w:eastAsia="宋体" w:hAnsi="宋体" w:cs="宋体"/>
          <w:color w:val="000000"/>
        </w:rPr>
        <w:t>∴</w:t>
      </w:r>
      <w:r>
        <w:pict>
          <v:shape id="_x0000_i711903" type="#_x0000_t75" alt="学科网(www.zxxk.com)--教育资源门户，提供试卷、教案、课件、论文、素材以及各类教学资源下载，还有大量而丰富的教学相关资讯！" style="width:106.8pt;height:20.15pt" o:oleicon="f" o:ole="">
            <v:imagedata r:id="rId2057" o:title="eqIdcb0fe490ee8f293ea6681500ed493dcb"/>
          </v:shape>
        </w:pict>
      </w:r>
      <w:r>
        <w:rPr>
          <w:rFonts w:ascii="宋体" w:eastAsia="宋体" w:hAnsi="宋体" w:cs="宋体"/>
          <w:color w:val="000000"/>
        </w:rPr>
        <w:t>，</w:t>
      </w:r>
      <w:r>
        <w:pict>
          <v:shape id="_x0000_i711904" type="#_x0000_t75" alt="学科网(www.zxxk.com)--教育资源门户，提供试卷、教案、课件、论文、素材以及各类教学资源下载，还有大量而丰富的教学相关资讯！" style="width:45pt;height:14.25pt" o:oleicon="f" o:ole="">
            <v:imagedata r:id="rId2058" o:title="eqIdd8ce124191590e5912065f54f0a541e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905" type="#_x0000_t75" alt="学科网(www.zxxk.com)--教育资源门户，提供试卷、教案、课件、论文、素材以及各类教学资源下载，还有大量而丰富的教学相关资讯！" style="width:28.5pt;height:14.25pt" o:oleicon="f" o:ole="">
            <v:imagedata r:id="rId2059" o:title="eqIddc91d92eb161e54def20b039d208920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906" type="#_x0000_t75" alt="学科网(www.zxxk.com)--教育资源门户，提供试卷、教案、课件、论文、素材以及各类教学资源下载，还有大量而丰富的教学相关资讯！" style="width:54.9pt;height:20.15pt" o:oleicon="f" o:ole="">
            <v:imagedata r:id="rId2060" o:title="eqId338d548991aa77674c0fbee0db98cf3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907" type="#_x0000_t75" alt="学科网(www.zxxk.com)--教育资源门户，提供试卷、教案、课件、论文、素材以及各类教学资源下载，还有大量而丰富的教学相关资讯！" style="width:93.95pt;height:20.15pt" o:oleicon="f" o:ole="">
            <v:imagedata r:id="rId2061" o:title="eqIdf5c654e463d5acc67aa8232cf2d69c7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908" type="#_x0000_t75" alt="学科网(www.zxxk.com)--教育资源门户，提供试卷、教案、课件、论文、素材以及各类教学资源下载，还有大量而丰富的教学相关资讯！" style="width:67.75pt;height:20.15pt" o:oleicon="f" o:ole="">
            <v:imagedata r:id="rId2062" o:title="eqIded4b7498b91607fe1d75b434dc66cfd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1909" type="#_x0000_t75" alt="学科网(www.zxxk.com)--教育资源门户，提供试卷、教案、课件、论文、素材以及各类教学资源下载，还有大量而丰富的教学相关资讯！" style="width:53.1pt;height:31.1pt" o:oleicon="f" o:ole="">
            <v:imagedata r:id="rId2063" o:title="eqIdf271c3fe766e6dc257dca8f8536514e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1910" type="#_x0000_t75" alt="学科网(www.zxxk.com)--教育资源门户，提供试卷、教案、课件、论文、素材以及各类教学资源下载，还有大量而丰富的教学相关资讯！" style="width:54.9pt;height:20.15pt" o:oleicon="f" o:ole="">
            <v:imagedata r:id="rId2064" o:title="eqId338d548991aa77674c0fbee0db98cf3c"/>
          </v:shape>
        </w:pict>
      </w:r>
      <w:r>
        <w:rPr>
          <w:rFonts w:ascii="宋体" w:eastAsia="宋体" w:hAnsi="宋体" w:cs="宋体"/>
          <w:color w:val="000000"/>
        </w:rPr>
        <w:t>的解为整数，</w:t>
      </w:r>
    </w:p>
    <w:p>
      <w:pPr>
        <w:spacing w:line="360" w:lineRule="auto"/>
        <w:jc w:val="left"/>
        <w:textAlignment w:val="center"/>
        <w:rPr>
          <w:color w:val="000000"/>
        </w:rPr>
      </w:pPr>
      <w:r>
        <w:rPr>
          <w:rFonts w:ascii="宋体" w:eastAsia="宋体" w:hAnsi="宋体" w:cs="宋体"/>
          <w:color w:val="000000"/>
        </w:rPr>
        <w:t>∴</w:t>
      </w:r>
      <w:r>
        <w:pict>
          <v:shape id="_x0000_i711911" type="#_x0000_t75" alt="学科网(www.zxxk.com)--教育资源门户，提供试卷、教案、课件、论文、素材以及各类教学资源下载，还有大量而丰富的教学相关资讯！" style="width:31.95pt;height:13.95pt" o:oleicon="f" o:ole="">
            <v:imagedata r:id="rId2065" o:title="eqIde0c0adbbd84df799d851d0e803d09c2c"/>
          </v:shape>
        </w:pict>
      </w:r>
      <w:r>
        <w:rPr>
          <w:rFonts w:ascii="宋体" w:eastAsia="宋体" w:hAnsi="宋体" w:cs="宋体"/>
          <w:color w:val="000000"/>
        </w:rPr>
        <w:t>的值为</w:t>
      </w:r>
      <w:r>
        <w:pict>
          <v:shape id="_x0000_i711912" type="#_x0000_t75" alt="学科网(www.zxxk.com)--教育资源门户，提供试卷、教案、课件、论文、素材以及各类教学资源下载，还有大量而丰富的教学相关资讯！" style="width:16.25pt;height:14.1pt" o:oleicon="f" o:ole="">
            <v:imagedata r:id="rId2066" o:title="eqId39fa8414146b94d4b04cd4ca6f4ef93c"/>
          </v:shape>
        </w:pict>
      </w:r>
      <w:r>
        <w:rPr>
          <w:rFonts w:ascii="宋体" w:eastAsia="宋体" w:hAnsi="宋体" w:cs="宋体"/>
          <w:color w:val="000000"/>
        </w:rPr>
        <w:t>或</w:t>
      </w:r>
      <w:r>
        <w:pict>
          <v:shape id="_x0000_i711913" type="#_x0000_t75" alt="学科网(www.zxxk.com)--教育资源门户，提供试卷、教案、课件、论文、素材以及各类教学资源下载，还有大量而丰富的教学相关资讯！" style="width:15pt;height:12.75pt" o:oleicon="f" o:ole="">
            <v:imagedata r:id="rId2067" o:title="eqIddab76dc75e249530e5ff939dc1135cff"/>
          </v:shape>
        </w:pict>
      </w:r>
      <w:r>
        <w:rPr>
          <w:rFonts w:ascii="宋体" w:eastAsia="宋体" w:hAnsi="宋体" w:cs="宋体"/>
          <w:color w:val="000000"/>
        </w:rPr>
        <w:t>或</w:t>
      </w:r>
      <w:r>
        <w:pict>
          <v:shape id="_x0000_i711914" type="#_x0000_t75" alt="学科网(www.zxxk.com)--教育资源门户，提供试卷、教案、课件、论文、素材以及各类教学资源下载，还有大量而丰富的教学相关资讯！" style="width:16.5pt;height:13.5pt" o:oleicon="f" o:ole="">
            <v:imagedata r:id="rId2068" o:title="eqId72b8bee40319fe80e512d221cfe252a7"/>
          </v:shape>
        </w:pict>
      </w:r>
      <w:r>
        <w:rPr>
          <w:rFonts w:ascii="宋体" w:eastAsia="宋体" w:hAnsi="宋体" w:cs="宋体"/>
          <w:color w:val="000000"/>
        </w:rPr>
        <w:t>或</w:t>
      </w:r>
      <w:r>
        <w:pict>
          <v:shape id="_x0000_i711915" type="#_x0000_t75" alt="学科网(www.zxxk.com)--教育资源门户，提供试卷、教案、课件、论文、素材以及各类教学资源下载，还有大量而丰富的教学相关资讯！" style="width:14.5pt;height:12pt" o:oleicon="f" o:ole="">
            <v:imagedata r:id="rId2069" o:title="eqId9e0262791cc14598c6fc5ed0937d012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w:t>
      </w:r>
      <w:r>
        <w:rPr>
          <w:rFonts w:ascii="Times New Roman" w:eastAsia="Times New Roman" w:hAnsi="Times New Roman" w:cs="Times New Roman"/>
          <w:color w:val="000000"/>
        </w:rPr>
        <w:t>0.5</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pict>
          <v:shape id="_x0000_i711916" type="#_x0000_t75" alt="学科网(www.zxxk.com)--教育资源门户，提供试卷、教案、课件、论文、素材以及各类教学资源下载，还有大量而丰富的教学相关资讯！" style="width:25.2pt;height:13.8pt" o:oleicon="f" o:ole="">
            <v:imagedata r:id="rId2070" o:title="eqId203b4c1b97dcb87dacb9fc636699f86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是正整数，</w:t>
      </w:r>
    </w:p>
    <w:p>
      <w:pPr>
        <w:spacing w:line="360" w:lineRule="auto"/>
        <w:jc w:val="left"/>
        <w:textAlignment w:val="center"/>
        <w:rPr>
          <w:color w:val="000000"/>
        </w:rPr>
      </w:pPr>
      <w:r>
        <w:rPr>
          <w:rFonts w:ascii="宋体" w:eastAsia="宋体" w:hAnsi="宋体" w:cs="宋体"/>
          <w:color w:val="000000"/>
        </w:rPr>
        <w:t>∴</w:t>
      </w:r>
      <w:r>
        <w:pict>
          <v:shape id="_x0000_i711917" type="#_x0000_t75" alt="学科网(www.zxxk.com)--教育资源门户，提供试卷、教案、课件、论文、素材以及各类教学资源下载，还有大量而丰富的教学相关资讯！" style="width:26.1pt;height:13.6pt" o:oleicon="f" o:ole="">
            <v:imagedata r:id="rId2071" o:title="eqId0b550ee821ee1838384835e81fc34b67"/>
          </v:shape>
        </w:pict>
      </w:r>
      <w:r>
        <w:rPr>
          <w:rFonts w:ascii="宋体" w:eastAsia="宋体" w:hAnsi="宋体" w:cs="宋体"/>
          <w:color w:val="000000"/>
        </w:rPr>
        <w:t>或</w:t>
      </w:r>
      <w:r>
        <w:pict>
          <v:shape id="_x0000_i711918" type="#_x0000_t75" alt="学科网(www.zxxk.com)--教育资源门户，提供试卷、教案、课件、论文、素材以及各类教学资源下载，还有大量而丰富的教学相关资讯！" style="width:24.75pt;height:12.75pt" o:oleicon="f" o:ole="">
            <v:imagedata r:id="rId2072" o:title="eqIde65397f11ea8af736f38debadf420c4a"/>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本题主要考查了解一元一次方程，多项式的定义等等，正确理解题意求出对应的</w:t>
      </w:r>
      <w:r>
        <w:pict>
          <v:shape id="_x0000_i711919" type="#_x0000_t75" alt="学科网(www.zxxk.com)--教育资源门户，提供试卷、教案、课件、论文、素材以及各类教学资源下载，还有大量而丰富的教学相关资讯！" style="width:29pt;height:20pt" o:oleicon="f" o:ole="">
            <v:imagedata r:id="rId2073" o:title="eqId11a22c453d9041febde25582b463e642"/>
          </v:shape>
        </w:pict>
      </w:r>
      <w:r>
        <w:rPr>
          <w:rFonts w:ascii="宋体" w:eastAsia="宋体" w:hAnsi="宋体" w:cs="宋体"/>
          <w:color w:val="000000"/>
        </w:rPr>
        <w:t>是解题的关键．</w:t>
      </w:r>
    </w:p>
    <w:p>
      <w:pPr>
        <w:spacing w:line="360" w:lineRule="auto"/>
        <w:jc w:val="left"/>
        <w:textAlignment w:val="center"/>
        <w:rPr>
          <w:color w:val="000000"/>
        </w:rPr>
      </w:pPr>
      <w:r>
        <w:rPr>
          <w:color w:val="000000"/>
        </w:rPr>
        <w:t xml:space="preserve">25. </w:t>
      </w:r>
      <w:r>
        <w:rPr>
          <w:rFonts w:ascii="宋体" w:eastAsia="宋体" w:hAnsi="宋体" w:cs="宋体"/>
          <w:color w:val="000000"/>
        </w:rPr>
        <w:t>从三位数</w:t>
      </w:r>
      <w:r>
        <w:rPr>
          <w:rFonts w:ascii="Times New Roman" w:eastAsia="Times New Roman" w:hAnsi="Times New Roman" w:cs="Times New Roman"/>
          <w:i/>
          <w:color w:val="000000"/>
        </w:rPr>
        <w:t>m</w:t>
      </w:r>
      <w:r>
        <w:rPr>
          <w:rFonts w:ascii="宋体" w:eastAsia="宋体" w:hAnsi="宋体" w:cs="宋体"/>
          <w:color w:val="000000"/>
        </w:rPr>
        <w:t>的各数位上的数字中任选两个构成一个两位数，这样就可以得到六个不同的两位数，我们把这六个不同的两位数叫做数</w:t>
      </w:r>
      <w:r>
        <w:rPr>
          <w:rFonts w:ascii="Times New Roman" w:eastAsia="Times New Roman" w:hAnsi="Times New Roman" w:cs="Times New Roman"/>
          <w:i/>
          <w:color w:val="000000"/>
        </w:rPr>
        <w:t>m</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生成数</w:t>
      </w:r>
      <w:r>
        <w:rPr>
          <w:rFonts w:ascii="Times New Roman" w:eastAsia="Times New Roman" w:hAnsi="Times New Roman" w:cs="Times New Roman"/>
          <w:color w:val="000000"/>
        </w:rPr>
        <w:t>”</w:t>
      </w:r>
      <w:r>
        <w:rPr>
          <w:rFonts w:ascii="宋体" w:eastAsia="宋体" w:hAnsi="宋体" w:cs="宋体"/>
          <w:color w:val="000000"/>
        </w:rPr>
        <w:t>．数</w:t>
      </w:r>
      <w:r>
        <w:rPr>
          <w:rFonts w:ascii="Times New Roman" w:eastAsia="Times New Roman" w:hAnsi="Times New Roman" w:cs="Times New Roman"/>
          <w:i/>
          <w:color w:val="000000"/>
        </w:rPr>
        <w:t>m</w:t>
      </w:r>
      <w:r>
        <w:rPr>
          <w:rFonts w:ascii="宋体" w:eastAsia="宋体" w:hAnsi="宋体" w:cs="宋体"/>
          <w:color w:val="000000"/>
        </w:rPr>
        <w:t>的所有</w:t>
      </w:r>
      <w:r>
        <w:rPr>
          <w:rFonts w:ascii="Times New Roman" w:eastAsia="Times New Roman" w:hAnsi="Times New Roman" w:cs="Times New Roman"/>
          <w:color w:val="000000"/>
        </w:rPr>
        <w:t>“</w:t>
      </w:r>
      <w:r>
        <w:rPr>
          <w:rFonts w:ascii="宋体" w:eastAsia="宋体" w:hAnsi="宋体" w:cs="宋体"/>
          <w:color w:val="000000"/>
        </w:rPr>
        <w:t>生成数</w:t>
      </w:r>
      <w:r>
        <w:rPr>
          <w:rFonts w:ascii="Times New Roman" w:eastAsia="Times New Roman" w:hAnsi="Times New Roman" w:cs="Times New Roman"/>
          <w:color w:val="000000"/>
        </w:rPr>
        <w:t>”</w:t>
      </w:r>
      <w:r>
        <w:rPr>
          <w:rFonts w:ascii="宋体" w:eastAsia="宋体" w:hAnsi="宋体" w:cs="宋体"/>
          <w:color w:val="000000"/>
        </w:rPr>
        <w:t>之和记为</w:t>
      </w:r>
      <w:r>
        <w:pict>
          <v:shape id="_x0000_i711920" type="#_x0000_t75" alt="学科网(www.zxxk.com)--教育资源门户，提供试卷、教案、课件、论文、素材以及各类教学资源下载，还有大量而丰富的教学相关资讯！" style="width:32.25pt;height:20.25pt" o:oleicon="f" o:ole="">
            <v:imagedata r:id="rId2074" o:title="eqIda8d5408842cf8095d3b0a4e1bef10226"/>
          </v:shape>
        </w:pict>
      </w:r>
      <w:r>
        <w:rPr>
          <w:rFonts w:ascii="宋体" w:eastAsia="宋体" w:hAnsi="宋体" w:cs="宋体"/>
          <w:color w:val="000000"/>
        </w:rPr>
        <w:t>，例如</w:t>
      </w:r>
      <w:r>
        <w:pict>
          <v:shape id="_x0000_i711921" type="#_x0000_t75" alt="学科网(www.zxxk.com)--教育资源门户，提供试卷、教案、课件、论文、素材以及各类教学资源下载，还有大量而丰富的教学相关资讯！" style="width:40.8pt;height:13.8pt" o:oleicon="f" o:ole="">
            <v:imagedata r:id="rId2075" o:title="eqId43f009d3bbf62d45bbe58bb2ffe5a634"/>
          </v:shape>
        </w:pict>
      </w:r>
      <w:r>
        <w:rPr>
          <w:rFonts w:ascii="宋体" w:eastAsia="宋体" w:hAnsi="宋体" w:cs="宋体"/>
          <w:color w:val="000000"/>
        </w:rPr>
        <w:t>，</w:t>
      </w:r>
      <w:r>
        <w:pict>
          <v:shape id="_x0000_i711922" type="#_x0000_t75" alt="学科网(www.zxxk.com)--教育资源门户，提供试卷、教案、课件、论文、素材以及各类教学资源下载，还有大量而丰富的教学相关资讯！" style="width:199.2pt;height:19.8pt" o:oleicon="f" o:ole="">
            <v:imagedata r:id="rId2076" o:title="eqId2ba2dfd7c541de0f144a9a7faaf1cf50"/>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直接写出</w:t>
      </w:r>
      <w:r>
        <w:pict>
          <v:shape id="_x0000_i711923" type="#_x0000_t75" alt="学科网(www.zxxk.com)--教育资源门户，提供试卷、教案、课件、论文、素材以及各类教学资源下载，还有大量而丰富的教学相关资讯！" style="width:40.8pt;height:19.8pt" o:oleicon="f" o:ole="">
            <v:imagedata r:id="rId2077" o:title="eqIdc79be66b02b34ecf6df40735f1af159a"/>
          </v:shape>
        </w:pi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将百位上的数是</w:t>
      </w:r>
      <w:r>
        <w:rPr>
          <w:rFonts w:ascii="Times New Roman" w:eastAsia="Times New Roman" w:hAnsi="Times New Roman" w:cs="Times New Roman"/>
          <w:i/>
          <w:color w:val="000000"/>
        </w:rPr>
        <w:t>a</w:t>
      </w:r>
      <w:r>
        <w:rPr>
          <w:rFonts w:ascii="宋体" w:eastAsia="宋体" w:hAnsi="宋体" w:cs="宋体"/>
          <w:color w:val="000000"/>
        </w:rPr>
        <w:t>，十位上的数是</w:t>
      </w:r>
      <w:r>
        <w:rPr>
          <w:rFonts w:ascii="Times New Roman" w:eastAsia="Times New Roman" w:hAnsi="Times New Roman" w:cs="Times New Roman"/>
          <w:i/>
          <w:color w:val="000000"/>
        </w:rPr>
        <w:t>b</w:t>
      </w:r>
      <w:r>
        <w:rPr>
          <w:rFonts w:ascii="宋体" w:eastAsia="宋体" w:hAnsi="宋体" w:cs="宋体"/>
          <w:color w:val="000000"/>
        </w:rPr>
        <w:t>，个位上的数是</w:t>
      </w:r>
      <w:r>
        <w:rPr>
          <w:rFonts w:ascii="Times New Roman" w:eastAsia="Times New Roman" w:hAnsi="Times New Roman" w:cs="Times New Roman"/>
          <w:i/>
          <w:color w:val="000000"/>
        </w:rPr>
        <w:t>c</w:t>
      </w:r>
      <w:r>
        <w:rPr>
          <w:rFonts w:ascii="宋体" w:eastAsia="宋体" w:hAnsi="宋体" w:cs="宋体"/>
          <w:color w:val="000000"/>
        </w:rPr>
        <w:t>的三位数记作</w:t>
      </w:r>
      <w:r>
        <w:pict>
          <v:shape id="_x0000_i711924" type="#_x0000_t75" alt="学科网(www.zxxk.com)--教育资源门户，提供试卷、教案、课件、论文、素材以及各类教学资源下载，还有大量而丰富的教学相关资讯！" style="width:21pt;height:17.25pt" o:oleicon="f" o:ole="">
            <v:imagedata r:id="rId2078" o:title="eqIda675d752761f68640cb84085823063bf"/>
          </v:shape>
        </w:pict>
      </w:r>
      <w:r>
        <w:rPr>
          <w:rFonts w:ascii="宋体" w:eastAsia="宋体" w:hAnsi="宋体" w:cs="宋体"/>
          <w:color w:val="000000"/>
        </w:rPr>
        <w:t>．（其中</w:t>
      </w:r>
      <w:r>
        <w:pict>
          <v:shape id="_x0000_i711925" type="#_x0000_t75" alt="学科网(www.zxxk.com)--教育资源门户，提供试卷、教案、课件、论文、素材以及各类教学资源下载，还有大量而丰富的教学相关资讯！" style="width:42.75pt;height:14.25pt" o:oleicon="f" o:ole="">
            <v:imagedata r:id="rId2079" o:title="eqId7a6fe0a044511f71c14c4a710f358581"/>
          </v:shape>
        </w:pict>
      </w:r>
      <w:r>
        <w:rPr>
          <w:rFonts w:ascii="宋体" w:eastAsia="宋体" w:hAnsi="宋体" w:cs="宋体"/>
          <w:color w:val="000000"/>
        </w:rPr>
        <w:t>，</w:t>
      </w:r>
      <w:r>
        <w:pict>
          <v:shape id="_x0000_i711926" type="#_x0000_t75" alt="学科网(www.zxxk.com)--教育资源门户，提供试卷、教案、课件、论文、素材以及各类教学资源下载，还有大量而丰富的教学相关资讯！" style="width:43.2pt;height:13.8pt" o:oleicon="f" o:ole="">
            <v:imagedata r:id="rId2080" o:title="eqId3c9683c0a95aaeda96c5793b0f695d54"/>
          </v:shape>
        </w:pict>
      </w:r>
      <w:r>
        <w:rPr>
          <w:rFonts w:ascii="宋体" w:eastAsia="宋体" w:hAnsi="宋体" w:cs="宋体"/>
          <w:color w:val="000000"/>
        </w:rPr>
        <w:t>，</w:t>
      </w:r>
      <w:r>
        <w:pict>
          <v:shape id="_x0000_i711927" type="#_x0000_t75" alt="学科网(www.zxxk.com)--教育资源门户，提供试卷、教案、课件、论文、素材以及各类教学资源下载，还有大量而丰富的教学相关资讯！" style="width:42pt;height:13.95pt" o:oleicon="f" o:ole="">
            <v:imagedata r:id="rId2081" o:title="eqIdeef44496baeec23250f8bd229bae41de"/>
          </v:shape>
        </w:pi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均为整数）证明：</w:t>
      </w:r>
      <w:r>
        <w:pict>
          <v:shape id="_x0000_i711928" type="#_x0000_t75" alt="学科网(www.zxxk.com)--教育资源门户，提供试卷、教案、课件、论文、素材以及各类教学资源下载，还有大量而丰富的教学相关资讯！" style="width:40.8pt;height:24pt" o:oleicon="f" o:ole="">
            <v:imagedata r:id="rId2082" o:title="eqId910fe11ab8fd09b053f080d9f62abce8"/>
          </v:shape>
        </w:pict>
      </w:r>
      <w:r>
        <w:rPr>
          <w:rFonts w:ascii="宋体" w:eastAsia="宋体" w:hAnsi="宋体" w:cs="宋体"/>
          <w:color w:val="000000"/>
        </w:rPr>
        <w:t>能被</w:t>
      </w:r>
      <w:r>
        <w:rPr>
          <w:rFonts w:ascii="Times New Roman" w:eastAsia="Times New Roman" w:hAnsi="Times New Roman" w:cs="Times New Roman"/>
          <w:color w:val="000000"/>
        </w:rPr>
        <w:t>22</w:t>
      </w:r>
      <w:r>
        <w:rPr>
          <w:rFonts w:ascii="宋体" w:eastAsia="宋体" w:hAnsi="宋体" w:cs="宋体"/>
          <w:color w:val="000000"/>
        </w:rPr>
        <w:t>整除．</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198</w:t>
      </w:r>
      <w:r>
        <w:rPr>
          <w:color w:val="000000"/>
        </w:rPr>
        <w:t xml:space="preserve">    </w:t>
      </w:r>
      <w:r>
        <w:rPr>
          <w:color w:val="000000"/>
        </w:rPr>
        <w:t>（2）</w:t>
      </w:r>
      <w:r>
        <w:rPr>
          <w:rFonts w:ascii="宋体" w:eastAsia="宋体" w:hAnsi="宋体" w:cs="宋体"/>
          <w:color w:val="000000"/>
        </w:rPr>
        <w:t>证明见解析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）根据题目所给定义进行求解即可；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）根据题目所给定义推出</w:t>
      </w:r>
      <w:r>
        <w:pict>
          <v:shape id="_x0000_i711929" type="#_x0000_t75" alt="学科网(www.zxxk.com)--教育资源门户，提供试卷、教案、课件、论文、素材以及各类教学资源下载，还有大量而丰富的教学相关资讯！" style="width:115.8pt;height:24pt" o:oleicon="f" o:ole="">
            <v:imagedata r:id="rId2083" o:title="eqIdef955ad3f793b8bc4127e6460940973f"/>
          </v:shape>
        </w:pict>
      </w:r>
      <w:r>
        <w:rPr>
          <w:rFonts w:ascii="宋体" w:eastAsia="宋体" w:hAnsi="宋体" w:cs="宋体"/>
          <w:color w:val="000000"/>
        </w:rPr>
        <w:t>即可证明结论．</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解：由题意得</w:t>
      </w:r>
      <w:r>
        <w:pict>
          <v:shape id="_x0000_i711930" type="#_x0000_t75" alt="学科网(www.zxxk.com)--教育资源门户，提供试卷、教案、课件、论文、素材以及各类教学资源下载，还有大量而丰富的教学相关资讯！" style="width:208.8pt;height:19.8pt" o:oleicon="f" o:ole="">
            <v:imagedata r:id="rId2084" o:title="eqId881d0cb434d7ced087fd6496fb77ec1b"/>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解：由题意得</w:t>
      </w:r>
      <w:r>
        <w:pict>
          <v:shape id="_x0000_i711931" type="#_x0000_t75" alt="学科网(www.zxxk.com)--教育资源门户，提供试卷、教案、课件、论文、素材以及各类教学资源下载，还有大量而丰富的教学相关资讯！" style="width:369pt;height:24pt" o:oleicon="f" o:ole="">
            <v:imagedata r:id="rId2085" o:title="eqId14479deefb069c8748d56035a85c9c5c"/>
          </v:shape>
        </w:pict>
      </w:r>
    </w:p>
    <w:p>
      <w:pPr>
        <w:spacing w:line="360" w:lineRule="auto"/>
        <w:jc w:val="left"/>
        <w:textAlignment w:val="center"/>
        <w:rPr>
          <w:color w:val="000000"/>
        </w:rPr>
      </w:pPr>
      <w:r>
        <w:pict>
          <v:shape id="_x0000_i711932" type="#_x0000_t75" alt="学科网(www.zxxk.com)--教育资源门户，提供试卷、教案、课件、论文、素材以及各类教学资源下载，还有大量而丰富的教学相关资讯！" style="width:273pt;height:13.8pt" o:oleicon="f" o:ole="">
            <v:imagedata r:id="rId2086" o:title="eqId5a4d9c35355343840ca9d856bd2d1186"/>
          </v:shape>
        </w:pict>
      </w:r>
    </w:p>
    <w:p>
      <w:pPr>
        <w:spacing w:line="360" w:lineRule="auto"/>
        <w:jc w:val="left"/>
        <w:textAlignment w:val="center"/>
        <w:rPr>
          <w:color w:val="000000"/>
        </w:rPr>
      </w:pPr>
      <w:r>
        <w:pict>
          <v:shape id="_x0000_i711933" type="#_x0000_t75" alt="学科网(www.zxxk.com)--教育资源门户，提供试卷、教案、课件、论文、素材以及各类教学资源下载，还有大量而丰富的教学相关资讯！" style="width:90pt;height:13.8pt" o:oleicon="f" o:ole="">
            <v:imagedata r:id="rId2087" o:title="eqIdf0ae907dcfc9d12f9a8fcbbbb7f060e5"/>
          </v:shape>
        </w:pict>
      </w:r>
    </w:p>
    <w:p>
      <w:pPr>
        <w:spacing w:line="360" w:lineRule="auto"/>
        <w:jc w:val="left"/>
        <w:textAlignment w:val="center"/>
        <w:rPr>
          <w:color w:val="000000"/>
        </w:rPr>
      </w:pPr>
      <w:r>
        <w:pict>
          <v:shape id="_x0000_i711934" type="#_x0000_t75" alt="学科网(www.zxxk.com)--教育资源门户，提供试卷、教案、课件、论文、素材以及各类教学资源下载，还有大量而丰富的教学相关资讯！" style="width:76.2pt;height:19.8pt" o:oleicon="f" o:ole="">
            <v:imagedata r:id="rId2088" o:title="eqIdd04bb41dbe3fa5af89c1354916e9be4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均为正整数，</w:t>
      </w:r>
    </w:p>
    <w:p>
      <w:pPr>
        <w:spacing w:line="360" w:lineRule="auto"/>
        <w:jc w:val="left"/>
        <w:textAlignment w:val="center"/>
        <w:rPr>
          <w:color w:val="000000"/>
        </w:rPr>
      </w:pPr>
      <w:r>
        <w:rPr>
          <w:rFonts w:ascii="宋体" w:eastAsia="宋体" w:hAnsi="宋体" w:cs="宋体"/>
          <w:color w:val="000000"/>
        </w:rPr>
        <w:t>∴</w:t>
      </w:r>
      <w:r>
        <w:pict>
          <v:shape id="_x0000_i711935" type="#_x0000_t75" alt="学科网(www.zxxk.com)--教育资源门户，提供试卷、教案、课件、论文、素材以及各类教学资源下载，还有大量而丰富的教学相关资讯！" style="width:42.75pt;height:14.25pt" o:oleicon="f" o:ole="">
            <v:imagedata r:id="rId2089" o:title="eqId1ae24688d4c45aad43e9af0b7bbfda6b"/>
          </v:shape>
        </w:pict>
      </w:r>
      <w:r>
        <w:rPr>
          <w:rFonts w:ascii="宋体" w:eastAsia="宋体" w:hAnsi="宋体" w:cs="宋体"/>
          <w:color w:val="000000"/>
        </w:rPr>
        <w:t>是正整数，</w:t>
      </w:r>
    </w:p>
    <w:p>
      <w:pPr>
        <w:spacing w:line="360" w:lineRule="auto"/>
        <w:jc w:val="left"/>
        <w:textAlignment w:val="center"/>
        <w:rPr>
          <w:color w:val="000000"/>
        </w:rPr>
      </w:pPr>
      <w:r>
        <w:rPr>
          <w:rFonts w:ascii="宋体" w:eastAsia="宋体" w:hAnsi="宋体" w:cs="宋体"/>
          <w:color w:val="000000"/>
        </w:rPr>
        <w:t>∴</w:t>
      </w:r>
      <w:r>
        <w:pict>
          <v:shape id="_x0000_i711936" type="#_x0000_t75" alt="学科网(www.zxxk.com)--教育资源门户，提供试卷、教案、课件、论文、素材以及各类教学资源下载，还有大量而丰富的教学相关资讯！" style="width:67.2pt;height:19.8pt" o:oleicon="f" o:ole="">
            <v:imagedata r:id="rId2090" o:title="eqId325025b7c62750a2f839af4e2b33925f"/>
          </v:shape>
        </w:pict>
      </w:r>
      <w:r>
        <w:rPr>
          <w:rFonts w:ascii="宋体" w:eastAsia="宋体" w:hAnsi="宋体" w:cs="宋体"/>
          <w:color w:val="000000"/>
        </w:rPr>
        <w:t>一定能被</w:t>
      </w:r>
      <w:r>
        <w:rPr>
          <w:rFonts w:ascii="Times New Roman" w:eastAsia="Times New Roman" w:hAnsi="Times New Roman" w:cs="Times New Roman"/>
          <w:color w:val="000000"/>
        </w:rPr>
        <w:t>22</w:t>
      </w:r>
      <w:r>
        <w:rPr>
          <w:rFonts w:ascii="宋体" w:eastAsia="宋体" w:hAnsi="宋体" w:cs="宋体"/>
          <w:color w:val="000000"/>
        </w:rPr>
        <w:t>整除，</w:t>
      </w:r>
    </w:p>
    <w:p>
      <w:pPr>
        <w:spacing w:line="360" w:lineRule="auto"/>
        <w:jc w:val="left"/>
        <w:textAlignment w:val="center"/>
        <w:rPr>
          <w:color w:val="000000"/>
        </w:rPr>
      </w:pPr>
      <w:r>
        <w:rPr>
          <w:rFonts w:ascii="宋体" w:eastAsia="宋体" w:hAnsi="宋体" w:cs="宋体"/>
          <w:color w:val="000000"/>
        </w:rPr>
        <w:t>∴</w:t>
      </w:r>
      <w:r>
        <w:pict>
          <v:shape id="_x0000_i711937" type="#_x0000_t75" alt="学科网(www.zxxk.com)--教育资源门户，提供试卷、教案、课件、论文、素材以及各类教学资源下载，还有大量而丰富的教学相关资讯！" style="width:40.8pt;height:24pt" o:oleicon="f" o:ole="">
            <v:imagedata r:id="rId2091" o:title="eqId910fe11ab8fd09b053f080d9f62abce8"/>
          </v:shape>
        </w:pict>
      </w:r>
      <w:r>
        <w:rPr>
          <w:rFonts w:ascii="宋体" w:eastAsia="宋体" w:hAnsi="宋体" w:cs="宋体"/>
          <w:color w:val="000000"/>
        </w:rPr>
        <w:t>能被</w:t>
      </w:r>
      <w:r>
        <w:rPr>
          <w:rFonts w:ascii="Times New Roman" w:eastAsia="Times New Roman" w:hAnsi="Times New Roman" w:cs="Times New Roman"/>
          <w:color w:val="000000"/>
        </w:rPr>
        <w:t>22</w:t>
      </w:r>
      <w:r>
        <w:rPr>
          <w:rFonts w:ascii="宋体" w:eastAsia="宋体" w:hAnsi="宋体" w:cs="宋体"/>
          <w:color w:val="000000"/>
        </w:rPr>
        <w:t>整除．</w:t>
      </w:r>
    </w:p>
    <w:p>
      <w:pPr>
        <w:spacing w:line="360" w:lineRule="auto"/>
        <w:jc w:val="left"/>
        <w:textAlignment w:val="center"/>
        <w:rPr>
          <w:color w:val="000000"/>
        </w:rPr>
        <w:sectPr w:rsidSect="00C321EB">
          <w:headerReference w:type="even" r:id="rId570"/>
          <w:footerReference w:type="even" r:id="rId571"/>
          <w:headerReference w:type="first" r:id="rId572"/>
          <w:footerReference w:type="first" r:id="rId573"/>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本题主要考查了有理数的加法，整式的加法，正确理解题目所给定义是解题的关键．</w:t>
      </w:r>
    </w:p>
    <w:p>
      <w:pPr>
        <w:pStyle w:val="Heading2"/>
      </w:pPr>
      <w:r>
        <w:t>第十四中学</w:t>
      </w:r>
    </w:p>
    <w:p>
      <w:pPr>
        <w:spacing w:line="360" w:lineRule="auto"/>
        <w:jc w:val="left"/>
        <w:textAlignment w:val="center"/>
        <w:rPr>
          <w:color w:val="000000"/>
        </w:rPr>
      </w:pPr>
      <w:r>
        <w:rPr>
          <w:color w:val="000000"/>
        </w:rPr>
        <w:t xml:space="preserve">26.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）观察下列图形与等式的关系，并填空：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365"/>
        <w:gridCol w:w="163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drawing>
                <wp:inline>
                  <wp:extent cx="1085850" cy="314325"/>
                  <wp:docPr id="32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 name=""/>
                          <pic:cNvPicPr>
                            <a:picLocks noChangeAspect="1"/>
                          </pic:cNvPicPr>
                        </pic:nvPicPr>
                        <pic:blipFill>
                          <a:blip r:embed="rId2092"/>
                          <a:stretch>
                            <a:fillRect/>
                          </a:stretch>
                        </pic:blipFill>
                        <pic:spPr>
                          <a:xfrm>
                            <a:off x="0" y="0"/>
                            <a:ext cx="1085850" cy="314325"/>
                          </a:xfrm>
                          <a:prstGeom prst="rect">
                            <a:avLst/>
                          </a:prstGeom>
                        </pic:spPr>
                      </pic:pic>
                    </a:graphicData>
                  </a:graphic>
                </wp:inline>
              </w:drawing>
            </w:r>
          </w:p>
        </w:tc>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1938" type="#_x0000_t75" alt="学科网(www.zxxk.com)--教育资源门户，提供试卷、教案、课件、论文、素材以及各类教学资源下载，还有大量而丰富的教学相关资讯！" style="width:44.4pt;height:15pt" o:oleicon="f" o:ole="">
                  <v:imagedata r:id="rId2099" o:title="eqId79c1b36a4930ecfc392a93044bdd8cd1"/>
                </v:shape>
              </w:pict>
            </w:r>
          </w:p>
        </w:tc>
      </w:tr>
      <w:tr>
        <w:tblPrEx>
          <w:tblCellMar>
            <w:top w:w="120" w:type="dxa"/>
            <w:left w:w="120" w:type="dxa"/>
            <w:bottom w:w="120" w:type="dxa"/>
            <w:right w:w="120" w:type="dxa"/>
          </w:tblCellMar>
        </w:tblPrEx>
        <w:trPr>
          <w:cantSplit w:val="0"/>
          <w:trHeight w:val="330"/>
        </w:trPr>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drawing>
                <wp:inline>
                  <wp:extent cx="1247775" cy="276225"/>
                  <wp:docPr id="3280"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 name=""/>
                          <pic:cNvPicPr>
                            <a:picLocks noChangeAspect="1"/>
                          </pic:cNvPicPr>
                        </pic:nvPicPr>
                        <pic:blipFill>
                          <a:blip r:embed="rId2093"/>
                          <a:stretch>
                            <a:fillRect/>
                          </a:stretch>
                        </pic:blipFill>
                        <pic:spPr>
                          <a:xfrm>
                            <a:off x="0" y="0"/>
                            <a:ext cx="1247775" cy="276225"/>
                          </a:xfrm>
                          <a:prstGeom prst="rect">
                            <a:avLst/>
                          </a:prstGeom>
                        </pic:spPr>
                      </pic:pic>
                    </a:graphicData>
                  </a:graphic>
                </wp:inline>
              </w:drawing>
            </w:r>
          </w:p>
        </w:tc>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1939" type="#_x0000_t75" alt="学科网(www.zxxk.com)--教育资源门户，提供试卷、教案、课件、论文、素材以及各类教学资源下载，还有大量而丰富的教学相关资讯！" style="width:65pt;height:16pt" o:oleicon="f" o:ole="">
                  <v:imagedata r:id="rId2100" o:title="eqId93a5870d79805adb43436c7b4c2f02e2"/>
                </v:shape>
              </w:pict>
            </w:r>
          </w:p>
        </w:tc>
      </w:tr>
      <w:tr>
        <w:tblPrEx>
          <w:tblCellMar>
            <w:top w:w="120" w:type="dxa"/>
            <w:left w:w="120" w:type="dxa"/>
            <w:bottom w:w="120" w:type="dxa"/>
            <w:right w:w="120" w:type="dxa"/>
          </w:tblCellMar>
        </w:tblPrEx>
        <w:trPr>
          <w:cantSplit w:val="0"/>
          <w:trHeight w:val="330"/>
        </w:trPr>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drawing>
                <wp:inline>
                  <wp:extent cx="1409700" cy="409575"/>
                  <wp:docPr id="32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 name=""/>
                          <pic:cNvPicPr>
                            <a:picLocks noChangeAspect="1"/>
                          </pic:cNvPicPr>
                        </pic:nvPicPr>
                        <pic:blipFill>
                          <a:blip r:embed="rId2094"/>
                          <a:stretch>
                            <a:fillRect/>
                          </a:stretch>
                        </pic:blipFill>
                        <pic:spPr>
                          <a:xfrm>
                            <a:off x="0" y="0"/>
                            <a:ext cx="1409700" cy="409575"/>
                          </a:xfrm>
                          <a:prstGeom prst="rect">
                            <a:avLst/>
                          </a:prstGeom>
                        </pic:spPr>
                      </pic:pic>
                    </a:graphicData>
                  </a:graphic>
                </wp:inline>
              </w:drawing>
            </w:r>
          </w:p>
        </w:tc>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1940" type="#_x0000_t75" alt="学科网(www.zxxk.com)--教育资源门户，提供试卷、教案、课件、论文、素材以及各类教学资源下载，还有大量而丰富的教学相关资讯！" style="width:80pt;height:16pt" o:oleicon="f" o:ole="">
                  <v:imagedata r:id="rId2101" o:title="eqId6c85cae3617e1c64bb213f0a008dbdb0"/>
                </v:shape>
              </w:pict>
            </w:r>
          </w:p>
        </w:tc>
      </w:tr>
      <w:tr>
        <w:tblPrEx>
          <w:tblCellMar>
            <w:top w:w="120" w:type="dxa"/>
            <w:left w:w="120" w:type="dxa"/>
            <w:bottom w:w="120" w:type="dxa"/>
            <w:right w:w="120" w:type="dxa"/>
          </w:tblCellMar>
        </w:tblPrEx>
        <w:trPr>
          <w:cantSplit w:val="0"/>
          <w:trHeight w:val="330"/>
        </w:trPr>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drawing>
                <wp:inline>
                  <wp:extent cx="1743075" cy="533400"/>
                  <wp:docPr id="3282"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 name=""/>
                          <pic:cNvPicPr>
                            <a:picLocks noChangeAspect="1"/>
                          </pic:cNvPicPr>
                        </pic:nvPicPr>
                        <pic:blipFill>
                          <a:blip r:embed="rId2095"/>
                          <a:stretch>
                            <a:fillRect/>
                          </a:stretch>
                        </pic:blipFill>
                        <pic:spPr>
                          <a:xfrm>
                            <a:off x="0" y="0"/>
                            <a:ext cx="1743075" cy="533400"/>
                          </a:xfrm>
                          <a:prstGeom prst="rect">
                            <a:avLst/>
                          </a:prstGeom>
                        </pic:spPr>
                      </pic:pic>
                    </a:graphicData>
                  </a:graphic>
                </wp:inline>
              </w:drawing>
            </w:r>
          </w:p>
        </w:tc>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1941" type="#_x0000_t75" alt="学科网(www.zxxk.com)--教育资源门户，提供试卷、教案、课件、论文、素材以及各类教学资源下载，还有大量而丰富的教学相关资讯！" style="width:60.1pt;height:12.5pt" o:oleicon="f" o:ole="">
                  <v:imagedata r:id="rId2102" o:title="eqId78ed0492bc8f3adcd5850da1211d91ae"/>
                </v:shape>
              </w:pict>
            </w:r>
            <w:r>
              <w:rPr>
                <w:rFonts w:ascii="Times New Roman" w:eastAsia="Times New Roman" w:hAnsi="Times New Roman" w:cs="Times New Roman"/>
                <w:color w:val="000000"/>
              </w:rPr>
              <w:t>___________</w:t>
            </w:r>
            <w:r>
              <w:rPr>
                <w:rFonts w:ascii="宋体" w:eastAsia="宋体" w:hAnsi="宋体" w:cs="宋体"/>
                <w:color w:val="000000"/>
              </w:rPr>
              <w:t>；</w:t>
            </w:r>
          </w:p>
        </w:tc>
      </w:tr>
      <w:tr>
        <w:tblPrEx>
          <w:tblCellMar>
            <w:top w:w="120" w:type="dxa"/>
            <w:left w:w="120" w:type="dxa"/>
            <w:bottom w:w="120" w:type="dxa"/>
            <w:right w:w="120" w:type="dxa"/>
          </w:tblCellMar>
        </w:tblPrEx>
        <w:trPr>
          <w:cantSplit w:val="0"/>
          <w:trHeight w:val="330"/>
        </w:trPr>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                 …</w:t>
            </w:r>
          </w:p>
        </w:tc>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w:t>
            </w:r>
          </w:p>
        </w:tc>
      </w:tr>
      <w:tr>
        <w:tblPrEx>
          <w:tblCellMar>
            <w:top w:w="120" w:type="dxa"/>
            <w:left w:w="120" w:type="dxa"/>
            <w:bottom w:w="120" w:type="dxa"/>
            <w:right w:w="120" w:type="dxa"/>
          </w:tblCellMar>
        </w:tblPrEx>
        <w:trPr>
          <w:cantSplit w:val="0"/>
          <w:trHeight w:val="330"/>
        </w:trPr>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drawing>
                <wp:inline>
                  <wp:extent cx="1828800" cy="438150"/>
                  <wp:docPr id="32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 name=""/>
                          <pic:cNvPicPr>
                            <a:picLocks noChangeAspect="1"/>
                          </pic:cNvPicPr>
                        </pic:nvPicPr>
                        <pic:blipFill>
                          <a:blip r:embed="rId2096"/>
                          <a:stretch>
                            <a:fillRect/>
                          </a:stretch>
                        </pic:blipFill>
                        <pic:spPr>
                          <a:xfrm>
                            <a:off x="0" y="0"/>
                            <a:ext cx="1828800" cy="438150"/>
                          </a:xfrm>
                          <a:prstGeom prst="rect">
                            <a:avLst/>
                          </a:prstGeom>
                        </pic:spPr>
                      </pic:pic>
                    </a:graphicData>
                  </a:graphic>
                </wp:inline>
              </w:drawing>
            </w:r>
          </w:p>
        </w:tc>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1942" type="#_x0000_t75" alt="学科网(www.zxxk.com)--教育资源门户，提供试卷、教案、课件、论文、素材以及各类教学资源下载，还有大量而丰富的教学相关资讯！" style="width:153.75pt;height:20.25pt;mso-position-horizontal-relative:page;mso-position-vertical-relative:page" o:oleicon="f" o:ole="">
                  <v:imagedata r:id="rId2103" o:title="eqIda0fe9603f906a98488de2c71af90606e"/>
                </v:shape>
              </w:pict>
            </w:r>
            <w:r>
              <w:rPr>
                <w:rFonts w:ascii="Times New Roman" w:eastAsia="Times New Roman" w:hAnsi="Times New Roman" w:cs="Times New Roman"/>
                <w:color w:val="000000"/>
              </w:rPr>
              <w:t>___________</w:t>
            </w:r>
            <w:r>
              <w:rPr>
                <w:rFonts w:ascii="宋体" w:eastAsia="宋体" w:hAnsi="宋体" w:cs="宋体"/>
                <w:color w:val="000000"/>
              </w:rPr>
              <w:t>；</w:t>
            </w:r>
          </w:p>
        </w:tc>
      </w:tr>
      <w:tr>
        <w:tblPrEx>
          <w:tblCellMar>
            <w:top w:w="120" w:type="dxa"/>
            <w:left w:w="120" w:type="dxa"/>
            <w:bottom w:w="120" w:type="dxa"/>
            <w:right w:w="120" w:type="dxa"/>
          </w:tblCellMar>
        </w:tblPrEx>
        <w:trPr>
          <w:cantSplit w:val="0"/>
          <w:trHeight w:val="330"/>
        </w:trPr>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                    …</w:t>
            </w:r>
          </w:p>
        </w:tc>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CellMar>
            <w:top w:w="120" w:type="dxa"/>
            <w:left w:w="120" w:type="dxa"/>
            <w:bottom w:w="120" w:type="dxa"/>
            <w:right w:w="120" w:type="dxa"/>
          </w:tblCellMar>
        </w:tblPrEx>
        <w:trPr>
          <w:cantSplit w:val="0"/>
          <w:trHeight w:val="330"/>
        </w:trPr>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drawing>
                <wp:inline>
                  <wp:extent cx="1333500" cy="266700"/>
                  <wp:docPr id="3284"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 name=""/>
                          <pic:cNvPicPr>
                            <a:picLocks noChangeAspect="1"/>
                          </pic:cNvPicPr>
                        </pic:nvPicPr>
                        <pic:blipFill>
                          <a:blip r:embed="rId2097"/>
                          <a:stretch>
                            <a:fillRect/>
                          </a:stretch>
                        </pic:blipFill>
                        <pic:spPr>
                          <a:xfrm>
                            <a:off x="0" y="0"/>
                            <a:ext cx="1333500" cy="266700"/>
                          </a:xfrm>
                          <a:prstGeom prst="rect">
                            <a:avLst/>
                          </a:prstGeom>
                        </pic:spPr>
                      </pic:pic>
                    </a:graphicData>
                  </a:graphic>
                </wp:inline>
              </w:drawing>
            </w:r>
            <w:r>
              <w:rPr>
                <w:rFonts w:ascii="Times New Roman" w:eastAsia="Times New Roman" w:hAnsi="Times New Roman" w:cs="Times New Roman"/>
                <w:color w:val="000000"/>
              </w:rPr>
              <w:t xml:space="preserve"> </w:t>
            </w:r>
            <w:r>
              <w:rPr>
                <w:rFonts w:ascii="宋体" w:eastAsia="宋体" w:hAnsi="宋体" w:cs="宋体"/>
                <w:color w:val="000000"/>
              </w:rPr>
              <w:t>第</w:t>
            </w:r>
            <w:r>
              <w:pict>
                <v:shape id="_x0000_i711943" type="#_x0000_t75" alt="学科网(www.zxxk.com)--教育资源门户，提供试卷、教案、课件、论文、素材以及各类教学资源下载，还有大量而丰富的教学相关资讯！" style="width:9.75pt;height:11.25pt" o:oleicon="f" o:ole="">
                  <v:imagedata r:id="rId2104" o:title="eqIdb6a24198bd04c29321ae5dc5a28fe421"/>
                </v:shape>
              </w:pict>
            </w:r>
            <w:r>
              <w:rPr>
                <w:rFonts w:ascii="宋体" w:eastAsia="宋体" w:hAnsi="宋体" w:cs="宋体"/>
                <w:color w:val="000000"/>
              </w:rPr>
              <w:t>行</w:t>
            </w:r>
            <w:r>
              <w:rPr>
                <w:rFonts w:ascii="宋体" w:eastAsia="宋体" w:hAnsi="宋体" w:cs="宋体"/>
                <w:color w:val="000000"/>
              </w:rPr>
              <w:drawing>
                <wp:inline>
                  <wp:extent cx="962025" cy="209550"/>
                  <wp:docPr id="32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 name=""/>
                          <pic:cNvPicPr>
                            <a:picLocks noChangeAspect="1"/>
                          </pic:cNvPicPr>
                        </pic:nvPicPr>
                        <pic:blipFill>
                          <a:blip r:embed="rId2098"/>
                          <a:stretch>
                            <a:fillRect/>
                          </a:stretch>
                        </pic:blipFill>
                        <pic:spPr>
                          <a:xfrm>
                            <a:off x="0" y="0"/>
                            <a:ext cx="962025" cy="2095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44" type="#_x0000_t75" alt="学科网(www.zxxk.com)--教育资源门户，提供试卷、教案、课件、论文、素材以及各类教学资源下载，还有大量而丰富的教学相关资讯！" style="width:9.75pt;height:11.25pt" o:oleicon="f" o:ole="">
                  <v:imagedata r:id="rId2104" o:title="eqIdb6a24198bd04c29321ae5dc5a28fe421"/>
                </v:shape>
              </w:pict>
            </w:r>
            <w:r>
              <w:rPr>
                <w:rFonts w:ascii="宋体" w:eastAsia="宋体" w:hAnsi="宋体" w:cs="宋体"/>
                <w:color w:val="000000"/>
              </w:rPr>
              <w:t>为正整数）</w:t>
            </w:r>
          </w:p>
        </w:tc>
        <w:tc>
          <w:tcPr>
            <w:tcBorders>
              <w:top w:val="nil"/>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w:t>
      </w:r>
      <w:r>
        <w:rPr>
          <w:rFonts w:ascii="Times New Roman" w:eastAsia="Times New Roman" w:hAnsi="Times New Roman" w:cs="Times New Roman"/>
          <w:color w:val="000000"/>
        </w:rPr>
        <w:t>1</w:t>
      </w:r>
      <w:r>
        <w:rPr>
          <w:rFonts w:ascii="宋体" w:eastAsia="宋体" w:hAnsi="宋体" w:cs="宋体"/>
          <w:color w:val="000000"/>
        </w:rPr>
        <w:t>）中结论，解决下列问题：</w:t>
      </w:r>
    </w:p>
    <w:p>
      <w:pPr>
        <w:spacing w:line="360" w:lineRule="auto"/>
        <w:jc w:val="left"/>
        <w:textAlignment w:val="center"/>
        <w:rPr>
          <w:color w:val="000000"/>
        </w:rPr>
      </w:pPr>
      <w:r>
        <w:rPr>
          <w:rFonts w:ascii="宋体" w:eastAsia="宋体" w:hAnsi="宋体" w:cs="宋体"/>
          <w:color w:val="000000"/>
        </w:rPr>
        <w:t>①</w:t>
      </w:r>
      <w:r>
        <w:pict>
          <v:shape id="_x0000_i711945" type="#_x0000_t75" alt="学科网(www.zxxk.com)--教育资源门户，提供试卷、教案、课件、论文、素材以及各类教学资源下载，还有大量而丰富的教学相关资讯！" style="width:98.4pt;height:14.4pt" o:oleicon="f" o:ole="">
            <v:imagedata r:id="rId2105" o:title="eqId3d2ad2873f225bb56559257c684751d2"/>
          </v:shape>
        </w:pi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11946" type="#_x0000_t75" alt="学科网(www.zxxk.com)--教育资源门户，提供试卷、教案、课件、论文、素材以及各类教学资源下载，还有大量而丰富的教学相关资讯！" style="width:131.25pt;height:14.25pt" o:oleicon="f" o:ole="">
            <v:imagedata r:id="rId2106" o:title="eqId03a8c251d52adb4fc74c3f883f4788a8"/>
          </v:shape>
        </w:pi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1947" type="#_x0000_t75" alt="学科网(www.zxxk.com)--教育资源门户，提供试卷、教案、课件、论文、素材以及各类教学资源下载，还有大量而丰富的教学相关资讯！" style="width:29.25pt;height:18pt" o:oleicon="f" o:ole="">
            <v:imagedata r:id="rId2107" o:title="eqIdd04565f6fec65af89fd7e01430e3d1ac"/>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pict>
          <v:shape id="_x0000_i711948" type="#_x0000_t75" alt="学科网(www.zxxk.com)--教育资源门户，提供试卷、教案、课件、论文、素材以及各类教学资源下载，还有大量而丰富的教学相关资讯！" style="width:24pt;height:15.6pt" o:oleicon="f" o:ole="">
            <v:imagedata r:id="rId2108" o:title="eqIde72fa8df5346ba648478e78bfaaa15b1"/>
          </v:shape>
        </w:pict>
      </w:r>
      <w:r>
        <w:rPr>
          <w:rFonts w:ascii="Times New Roman" w:eastAsia="Times New Roman" w:hAnsi="Times New Roman" w:cs="Times New Roman"/>
          <w:color w:val="000000"/>
        </w:rPr>
        <w:t xml:space="preserve"> </w:t>
      </w:r>
      <w:r>
        <w:rPr>
          <w:rFonts w:ascii="宋体" w:eastAsia="宋体" w:hAnsi="宋体" w:cs="宋体"/>
          <w:color w:val="000000"/>
        </w:rPr>
        <w:t>；②</w:t>
      </w:r>
      <w:r>
        <w:rPr>
          <w:rFonts w:ascii="Times New Roman" w:eastAsia="Times New Roman" w:hAnsi="Times New Roman" w:cs="Times New Roman"/>
          <w:color w:val="000000"/>
        </w:rPr>
        <w:t>7500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(1)</w:t>
      </w:r>
      <w:r>
        <w:rPr>
          <w:rFonts w:ascii="Times New Roman" w:eastAsia="Times New Roman" w:hAnsi="Times New Roman" w:cs="Times New Roman"/>
          <w:color w:val="000000"/>
        </w:rPr>
        <w:t xml:space="preserve"> </w:t>
      </w:r>
      <w:r>
        <w:rPr>
          <w:rFonts w:ascii="宋体" w:eastAsia="宋体" w:hAnsi="宋体" w:cs="宋体"/>
          <w:color w:val="000000"/>
        </w:rPr>
        <w:t>根据</w:t>
      </w:r>
      <w:r>
        <w:rPr>
          <w:rFonts w:ascii="Times New Roman" w:eastAsia="Times New Roman" w:hAnsi="Times New Roman" w:cs="Times New Roman"/>
          <w:color w:val="000000"/>
        </w:rPr>
        <w:t xml:space="preserve"> </w:t>
      </w:r>
      <w:r>
        <w:pict>
          <v:shape id="_x0000_i711949" type="#_x0000_t75" alt="学科网(www.zxxk.com)--教育资源门户，提供试卷、教案、课件、论文、素材以及各类教学资源下载，还有大量而丰富的教学相关资讯！" style="width:78.75pt;height:12.75pt" o:oleicon="f" o:ole="">
            <v:imagedata r:id="rId2109" o:title="eqIdb0739731cf1b450a06a76f21ef2cf8b5"/>
          </v:shape>
        </w:pi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得出前</w:t>
      </w:r>
      <w:r>
        <w:rPr>
          <w:rFonts w:ascii="Times New Roman" w:eastAsia="Times New Roman" w:hAnsi="Times New Roman" w:cs="Times New Roman"/>
          <w:color w:val="000000"/>
        </w:rPr>
        <w:t xml:space="preserve"> </w:t>
      </w:r>
      <w:r>
        <w:pict>
          <v:shape id="_x0000_i711950" type="#_x0000_t75" alt="学科网(www.zxxk.com)--教育资源门户，提供试卷、教案、课件、论文、素材以及各类教学资源下载，还有大量而丰富的教学相关资讯！" style="width:9.75pt;height:11.25pt" o:oleicon="f" o:ole="">
            <v:imagedata r:id="rId2110" o:title="eqIdb6a24198bd04c29321ae5dc5a28fe421"/>
          </v:shape>
        </w:pict>
      </w:r>
      <w:r>
        <w:rPr>
          <w:rFonts w:ascii="Times New Roman" w:eastAsia="Times New Roman" w:hAnsi="Times New Roman" w:cs="Times New Roman"/>
          <w:color w:val="000000"/>
        </w:rPr>
        <w:t xml:space="preserve"> </w:t>
      </w:r>
      <w:r>
        <w:rPr>
          <w:rFonts w:ascii="宋体" w:eastAsia="宋体" w:hAnsi="宋体" w:cs="宋体"/>
          <w:color w:val="000000"/>
        </w:rPr>
        <w:t>项规律；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）①代入公式计算；</w:t>
      </w:r>
    </w:p>
    <w:p>
      <w:pPr>
        <w:spacing w:line="360" w:lineRule="auto"/>
        <w:jc w:val="left"/>
        <w:textAlignment w:val="center"/>
        <w:rPr>
          <w:color w:val="000000"/>
        </w:rPr>
      </w:pPr>
      <w:r>
        <w:rPr>
          <w:rFonts w:ascii="宋体" w:eastAsia="宋体" w:hAnsi="宋体" w:cs="宋体"/>
          <w:color w:val="000000"/>
        </w:rPr>
        <w:t>②将</w:t>
      </w:r>
      <w:r>
        <w:rPr>
          <w:rFonts w:ascii="Times New Roman" w:eastAsia="Times New Roman" w:hAnsi="Times New Roman" w:cs="Times New Roman"/>
          <w:color w:val="000000"/>
        </w:rPr>
        <w:t xml:space="preserve"> </w:t>
      </w:r>
      <w:r>
        <w:pict>
          <v:shape id="_x0000_i711951" type="#_x0000_t75" alt="学科网(www.zxxk.com)--教育资源门户，提供试卷、教案、课件、论文、素材以及各类教学资源下载，还有大量而丰富的教学相关资讯！" style="width:122.25pt;height:14.25pt" o:oleicon="f" o:ole="">
            <v:imagedata r:id="rId2111" o:title="eqIdf58da39bdae7fd13fa2b6751955792d7"/>
          </v:shape>
        </w:pict>
      </w:r>
      <w:r>
        <w:rPr>
          <w:rFonts w:ascii="Times New Roman" w:eastAsia="Times New Roman" w:hAnsi="Times New Roman" w:cs="Times New Roman"/>
          <w:color w:val="000000"/>
        </w:rPr>
        <w:t xml:space="preserve"> </w:t>
      </w:r>
      <w:r>
        <w:rPr>
          <w:rFonts w:ascii="宋体" w:eastAsia="宋体" w:hAnsi="宋体" w:cs="宋体"/>
          <w:color w:val="000000"/>
        </w:rPr>
        <w:t>写成</w:t>
      </w:r>
      <w:r>
        <w:rPr>
          <w:rFonts w:ascii="Times New Roman" w:eastAsia="Times New Roman" w:hAnsi="Times New Roman" w:cs="Times New Roman"/>
          <w:color w:val="000000"/>
        </w:rPr>
        <w:t xml:space="preserve"> </w:t>
      </w:r>
      <w:r>
        <w:pict>
          <v:shape id="_x0000_i711952" type="#_x0000_t75" alt="学科网(www.zxxk.com)--教育资源门户，提供试卷、教案、课件、论文、素材以及各类教学资源下载，还有大量而丰富的教学相关资讯！" style="width:176.25pt;height:15.75pt" o:oleicon="f" o:ole="">
            <v:imagedata r:id="rId2112" o:title="eqIdcd7ad2bbcac2cda538e8068bf265c640"/>
          </v:shape>
        </w:pi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再代入公式计算</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 xml:space="preserve"> : ( 1 ) </w:t>
      </w:r>
      <w:r>
        <w:pict>
          <v:shape id="_x0000_i711953" type="#_x0000_t75" alt="学科网(www.zxxk.com)--教育资源门户，提供试卷、教案、课件、论文、素材以及各类教学资源下载，还有大量而丰富的教学相关资讯！" style="width:78.75pt;height:12.75pt" o:oleicon="f" o:ole="">
            <v:imagedata r:id="rId2113" o:title="eqIdb0739731cf1b450a06a76f21ef2cf8b5"/>
          </v:shape>
        </w:pict>
      </w:r>
      <w:r>
        <w:rPr>
          <w:rFonts w:ascii="宋体" w:eastAsia="宋体" w:hAnsi="宋体" w:cs="宋体"/>
          <w:color w:val="000000"/>
        </w:rPr>
        <w:t>；</w:t>
      </w:r>
    </w:p>
    <w:p>
      <w:pPr>
        <w:spacing w:line="360" w:lineRule="auto"/>
        <w:jc w:val="left"/>
        <w:textAlignment w:val="center"/>
        <w:rPr>
          <w:color w:val="000000"/>
        </w:rPr>
      </w:pPr>
      <w:r>
        <w:pict>
          <v:shape id="_x0000_i711954" type="#_x0000_t75" alt="学科网(www.zxxk.com)--教育资源门户，提供试卷、教案、课件、论文、素材以及各类教学资源下载，还有大量而丰富的教学相关资讯！" style="width:162pt;height:36.75pt" o:oleicon="f" o:ole="">
            <v:imagedata r:id="rId2114" o:title="eqIdda0788cb2b4f350b415e0e3b02b1ca8d"/>
          </v:shape>
        </w:pict>
      </w:r>
      <w:r>
        <w:rPr>
          <w:rFonts w:ascii="宋体" w:eastAsia="宋体" w:hAnsi="宋体" w:cs="宋体"/>
          <w:color w:val="000000"/>
        </w:rPr>
        <w:t>；</w:t>
      </w:r>
    </w:p>
    <w:p>
      <w:pPr>
        <w:spacing w:line="360" w:lineRule="auto"/>
        <w:jc w:val="left"/>
        <w:textAlignment w:val="center"/>
        <w:rPr>
          <w:color w:val="000000"/>
        </w:rPr>
      </w:pPr>
      <w:r>
        <w:pict>
          <v:shape id="_x0000_i711955" type="#_x0000_t75" alt="学科网(www.zxxk.com)--教育资源门户，提供试卷、教案、课件、论文、素材以及各类教学资源下载，还有大量而丰富的教学相关资讯！" style="width:168.75pt;height:36.75pt" o:oleicon="f" o:ole="">
            <v:imagedata r:id="rId2115" o:title="eqId26bc3e480ed6c2639ee2710281cf9225"/>
          </v:shape>
        </w:pict>
      </w:r>
      <w:r>
        <w:rPr>
          <w:rFonts w:ascii="宋体" w:eastAsia="宋体" w:hAnsi="宋体" w:cs="宋体"/>
          <w:color w:val="000000"/>
        </w:rPr>
        <w:t>，</w:t>
      </w:r>
    </w:p>
    <w:p>
      <w:pPr>
        <w:spacing w:line="360" w:lineRule="auto"/>
        <w:jc w:val="left"/>
        <w:textAlignment w:val="center"/>
        <w:rPr>
          <w:color w:val="000000"/>
        </w:rPr>
      </w:pPr>
      <w:r>
        <w:pict>
          <v:shape id="_x0000_i711956" type="#_x0000_t75" alt="学科网(www.zxxk.com)--教育资源门户，提供试卷、教案、课件、论文、素材以及各类教学资源下载，还有大量而丰富的教学相关资讯！" style="width:192.75pt;height:36.75pt" o:oleicon="f" o:ole="">
            <v:imagedata r:id="rId2116" o:title="eqIdb2de6ce1e22195754bd75c667c2ae63a"/>
          </v:shape>
        </w:pict>
      </w:r>
      <w:r>
        <w:rPr>
          <w:rFonts w:ascii="宋体" w:eastAsia="宋体" w:hAnsi="宋体" w:cs="宋体"/>
          <w:color w:val="000000"/>
        </w:rPr>
        <w:t>，</w:t>
      </w:r>
    </w:p>
    <w:p>
      <w:pPr>
        <w:spacing w:line="360" w:lineRule="auto"/>
        <w:jc w:val="left"/>
        <w:textAlignment w:val="center"/>
        <w:rPr>
          <w:color w:val="000000"/>
        </w:rPr>
      </w:pPr>
      <w:r>
        <w:pict>
          <v:shape id="_x0000_i711957" type="#_x0000_t75" alt="学科网(www.zxxk.com)--教育资源门户，提供试卷、教案、课件、论文、素材以及各类教学资源下载，还有大量而丰富的教学相关资讯！" style="width:225.75pt;height:36.75pt" o:oleicon="f" o:ole="">
            <v:imagedata r:id="rId2117" o:title="eqIdcceb73393fc0c54a4595dad5672affe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 xml:space="preserve"> </w:t>
      </w:r>
      <w:r>
        <w:pict>
          <v:shape id="_x0000_i711958" type="#_x0000_t75" alt="学科网(www.zxxk.com)--教育资源门户，提供试卷、教案、课件、论文、素材以及各类教学资源下载，还有大量而丰富的教学相关资讯！" style="width:29.25pt;height:18pt" o:oleicon="f" o:ole="">
            <v:imagedata r:id="rId2118" o:title="eqIdd04565f6fec65af89fd7e01430e3d1ac"/>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(2) </w:t>
      </w:r>
      <w:r>
        <w:rPr>
          <w:rFonts w:ascii="宋体" w:eastAsia="宋体" w:hAnsi="宋体" w:cs="宋体"/>
          <w:color w:val="000000"/>
        </w:rPr>
        <w:t>①</w:t>
      </w:r>
      <w:r>
        <w:rPr>
          <w:rFonts w:ascii="Times New Roman" w:eastAsia="Times New Roman" w:hAnsi="Times New Roman" w:cs="Times New Roman"/>
          <w:color w:val="000000"/>
        </w:rPr>
        <w:t xml:space="preserve"> </w:t>
      </w:r>
      <w:r>
        <w:pict>
          <v:shape id="_x0000_i711959" type="#_x0000_t75" alt="学科网(www.zxxk.com)--教育资源门户，提供试卷、教案、课件、论文、素材以及各类教学资源下载，还有大量而丰富的教学相关资讯！" style="width:201pt;height:36.75pt" o:oleicon="f" o:ole="">
            <v:imagedata r:id="rId2119" o:title="eqIdd4130b4542ce9747d1a2711565811fe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故答䅁为</w:t>
      </w:r>
      <w:r>
        <w:rPr>
          <w:rFonts w:ascii="Times New Roman" w:eastAsia="Times New Roman" w:hAnsi="Times New Roman" w:cs="Times New Roman"/>
          <w:color w:val="000000"/>
        </w:rPr>
        <w:t xml:space="preserve"> </w:t>
      </w:r>
      <w:r>
        <w:pict>
          <v:shape id="_x0000_i711960" type="#_x0000_t75" alt="学科网(www.zxxk.com)--教育资源门户，提供试卷、教案、课件、论文、素材以及各类教学资源下载，还有大量而丰富的教学相关资讯！" style="width:24pt;height:15.6pt" o:oleicon="f" o:ole="">
            <v:imagedata r:id="rId2120" o:title="eqIde72fa8df5346ba648478e78bfaaa15b1"/>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11961" type="#_x0000_t75" alt="学科网(www.zxxk.com)--教育资源门户，提供试卷、教案、课件、论文、素材以及各类教学资源下载，还有大量而丰富的教学相关资讯！" style="width:122.25pt;height:14.25pt" o:oleicon="f" o:ole="">
            <v:imagedata r:id="rId2121" o:title="eqIdf58da39bdae7fd13fa2b6751955792d7"/>
          </v:shape>
        </w:pict>
      </w:r>
      <w:r>
        <w:rPr>
          <w:rFonts w:ascii="宋体" w:eastAsia="宋体" w:hAnsi="宋体" w:cs="宋体"/>
          <w:color w:val="000000"/>
        </w:rPr>
        <w:t>，</w:t>
      </w:r>
    </w:p>
    <w:p>
      <w:pPr>
        <w:spacing w:line="360" w:lineRule="auto"/>
        <w:jc w:val="left"/>
        <w:textAlignment w:val="center"/>
        <w:rPr>
          <w:color w:val="000000"/>
        </w:rPr>
      </w:pPr>
      <w:r>
        <w:pict>
          <v:shape id="_x0000_i711962" type="#_x0000_t75" alt="学科网(www.zxxk.com)--教育资源门户，提供试卷、教案、课件、论文、素材以及各类教学资源下载，还有大量而丰富的教学相关资讯！" style="width:194.25pt;height:15.75pt" o:oleicon="f" o:ole="">
            <v:imagedata r:id="rId2122" o:title="eqId517a1a3b940f46706019585dc3a71a23"/>
          </v:shape>
        </w:pict>
      </w:r>
    </w:p>
    <w:p>
      <w:pPr>
        <w:spacing w:line="360" w:lineRule="auto"/>
        <w:jc w:val="left"/>
        <w:textAlignment w:val="center"/>
        <w:rPr>
          <w:color w:val="000000"/>
        </w:rPr>
      </w:pPr>
      <w:r>
        <w:pict>
          <v:shape id="_x0000_i711963" type="#_x0000_t75" alt="学科网(www.zxxk.com)--教育资源门户，提供试卷、教案、课件、论文、素材以及各类教学资源下载，还有大量而丰富的教学相关资讯！" style="width:60.75pt;height:15.75pt" o:oleicon="f" o:ole="">
            <v:imagedata r:id="rId2123" o:title="eqIdb58be560d305005e9903eb541fe1ad1e"/>
          </v:shape>
        </w:pict>
      </w:r>
    </w:p>
    <w:p>
      <w:pPr>
        <w:spacing w:line="360" w:lineRule="auto"/>
        <w:jc w:val="left"/>
        <w:textAlignment w:val="center"/>
        <w:rPr>
          <w:color w:val="000000"/>
        </w:rPr>
      </w:pPr>
      <w:r>
        <w:pict>
          <v:shape id="_x0000_i711964" type="#_x0000_t75" alt="学科网(www.zxxk.com)--教育资源门户，提供试卷、教案、课件、论文、素材以及各类教学资源下载，还有大量而丰富的教学相关资讯！" style="width:75.75pt;height:14.25pt" o:oleicon="f" o:ole="">
            <v:imagedata r:id="rId2124" o:title="eqId76a8e27b6b756d2924feac7d9cc12654"/>
          </v:shape>
        </w:pict>
      </w:r>
    </w:p>
    <w:p>
      <w:pPr>
        <w:spacing w:line="360" w:lineRule="auto"/>
        <w:jc w:val="left"/>
        <w:textAlignment w:val="center"/>
        <w:rPr>
          <w:color w:val="000000"/>
        </w:rPr>
      </w:pPr>
      <w:r>
        <w:pict>
          <v:shape id="_x0000_i711965" type="#_x0000_t75" alt="学科网(www.zxxk.com)--教育资源门户，提供试卷、教案、课件、论文、素材以及各类教学资源下载，还有大量而丰富的教学相关资讯！" style="width:33pt;height:12.75pt;mso-position-horizontal-relative:page;mso-position-vertical-relative:page;mso-wrap-style:square" o:oleicon="f" o:ole="">
            <v:imagedata r:id="rId2125" o:title="eqId7f07736b4c98e952c3ee9fed071d842f"/>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7500</w:t>
      </w:r>
    </w:p>
    <w:p>
      <w:pPr>
        <w:spacing w:line="360" w:lineRule="auto"/>
        <w:jc w:val="left"/>
        <w:textAlignment w:val="center"/>
        <w:rPr>
          <w:color w:val="000000"/>
        </w:rPr>
      </w:pPr>
      <w:r>
        <w:rPr>
          <w:color w:val="000000"/>
        </w:rPr>
        <w:t>【点睛】</w:t>
      </w:r>
      <w:r>
        <w:rPr>
          <w:rFonts w:ascii="宋体" w:eastAsia="宋体" w:hAnsi="宋体" w:cs="宋体"/>
          <w:color w:val="000000"/>
        </w:rPr>
        <w:t>此题重点考查学生通过观察与计算探索规律的能力．解决本题的关键是要注意此规律只适用于连续的奇数相加．</w:t>
      </w:r>
    </w:p>
    <w:p>
      <w:pPr>
        <w:spacing w:line="360" w:lineRule="auto"/>
        <w:jc w:val="left"/>
        <w:textAlignment w:val="center"/>
        <w:rPr>
          <w:color w:val="000000"/>
        </w:rPr>
      </w:pPr>
      <w:r>
        <w:rPr>
          <w:color w:val="000000"/>
        </w:rPr>
        <w:t xml:space="preserve">27. </w:t>
      </w:r>
      <w:r>
        <w:rPr>
          <w:rFonts w:ascii="宋体" w:eastAsia="宋体" w:hAnsi="宋体" w:cs="宋体"/>
          <w:color w:val="000000"/>
        </w:rPr>
        <w:t>阅读下面材料：小丁在研究数学问题时遇到一个定义：对于排好顺序的三个数：</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3</w:t>
      </w:r>
      <w:r>
        <w:rPr>
          <w:rFonts w:ascii="宋体" w:eastAsia="宋体" w:hAnsi="宋体" w:cs="宋体"/>
          <w:color w:val="000000"/>
        </w:rPr>
        <w:t>，称为数列</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3</w:t>
      </w:r>
      <w:r>
        <w:rPr>
          <w:rFonts w:ascii="宋体" w:eastAsia="宋体" w:hAnsi="宋体" w:cs="宋体"/>
          <w:color w:val="000000"/>
        </w:rPr>
        <w:t>，计算</w:t>
      </w:r>
      <w:r>
        <w:pict>
          <v:shape id="_x0000_i711966" type="#_x0000_t75" alt="学科网(www.zxxk.com)--教育资源门户，提供试卷、教案、课件、论文、素材以及各类教学资源下载，还有大量而丰富的教学相关资讯！" style="width:17.25pt;height:20.25pt" o:oleicon="f" o:ole="">
            <v:imagedata r:id="rId2126" o:title="eqId54922e1ff4da1c28efd341c2e8a53175"/>
          </v:shape>
        </w:pict>
      </w:r>
      <w:r>
        <w:rPr>
          <w:rFonts w:ascii="宋体" w:eastAsia="宋体" w:hAnsi="宋体" w:cs="宋体"/>
          <w:color w:val="000000"/>
        </w:rPr>
        <w:t>，</w:t>
      </w:r>
      <w:r>
        <w:pict>
          <v:shape id="_x0000_i711967" type="#_x0000_t75" alt="学科网(www.zxxk.com)--教育资源门户，提供试卷、教案、课件、论文、素材以及各类教学资源下载，还有大量而丰富的教学相关资讯！" style="width:39.75pt;height:33.75pt" o:oleicon="f" o:ole="">
            <v:imagedata r:id="rId2127" o:title="eqIdbcdf518851e8d235464531bcb0cc2dfe"/>
          </v:shape>
        </w:pict>
      </w:r>
      <w:r>
        <w:rPr>
          <w:rFonts w:ascii="宋体" w:eastAsia="宋体" w:hAnsi="宋体" w:cs="宋体"/>
          <w:color w:val="000000"/>
        </w:rPr>
        <w:t>，</w:t>
      </w:r>
      <w:r>
        <w:pict>
          <v:shape id="_x0000_i711968" type="#_x0000_t75" alt="学科网(www.zxxk.com)--教育资源门户，提供试卷、教案、课件、论文、素材以及各类教学资源下载，还有大量而丰富的教学相关资讯！" style="width:60.75pt;height:33.75pt" o:oleicon="f" o:ole="">
            <v:imagedata r:id="rId2128" o:title="eqId939f766042274d064cf568452ec55b13"/>
          </v:shape>
        </w:pict>
      </w:r>
      <w:r>
        <w:rPr>
          <w:rFonts w:ascii="宋体" w:eastAsia="宋体" w:hAnsi="宋体" w:cs="宋体"/>
          <w:color w:val="000000"/>
        </w:rPr>
        <w:t>，将这三个数的最小值称为数列</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x</w:t>
      </w:r>
      <w:r>
        <w:rPr>
          <w:rFonts w:ascii="Times New Roman" w:eastAsia="Times New Roman" w:hAnsi="Times New Roman" w:cs="Times New Roman"/>
          <w:color w:val="000000"/>
          <w:vertAlign w:val="subscript"/>
        </w:rPr>
        <w:t>3</w:t>
      </w:r>
      <w:r>
        <w:rPr>
          <w:rFonts w:ascii="宋体" w:eastAsia="宋体" w:hAnsi="宋体" w:cs="宋体"/>
          <w:color w:val="000000"/>
        </w:rPr>
        <w:t>的价值</w:t>
      </w:r>
      <w:r>
        <w:rPr>
          <w:rFonts w:ascii="Times New Roman" w:eastAsia="Times New Roman" w:hAnsi="Times New Roman" w:cs="Times New Roman"/>
          <w:color w:val="000000"/>
        </w:rPr>
        <w:t>.</w:t>
      </w:r>
      <w:r>
        <w:rPr>
          <w:rFonts w:ascii="宋体" w:eastAsia="宋体" w:hAnsi="宋体" w:cs="宋体"/>
          <w:color w:val="000000"/>
        </w:rPr>
        <w:t>例如，对于数列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，因为</w:t>
      </w:r>
      <w:r>
        <w:pict>
          <v:shape id="_x0000_i711969" type="#_x0000_t75" alt="学科网(www.zxxk.com)--教育资源门户，提供试卷、教案、课件、论文、素材以及各类教学资源下载，还有大量而丰富的教学相关资讯！" style="width:31.95pt;height:20pt" o:oleicon="f" o:ole="">
            <v:imagedata r:id="rId2129" o:title="eqId16b0c7b9b4701cfd573768a05ad9b982"/>
          </v:shape>
        </w:pict>
      </w:r>
      <w:r>
        <w:rPr>
          <w:rFonts w:ascii="宋体" w:eastAsia="宋体" w:hAnsi="宋体" w:cs="宋体"/>
          <w:color w:val="000000"/>
        </w:rPr>
        <w:t>，</w:t>
      </w:r>
      <w:r>
        <w:pict>
          <v:shape id="_x0000_i711970" type="#_x0000_t75" alt="学科网(www.zxxk.com)--教育资源门户，提供试卷、教案、课件、论文、素材以及各类教学资源下载，还有大量而丰富的教学相关资讯！" style="width:66pt;height:33.75pt" o:oleicon="f" o:ole="">
            <v:imagedata r:id="rId2130" o:title="eqId169c69770da9e1a20835ceef5f5a85d1"/>
          </v:shape>
        </w:pict>
      </w:r>
      <w:r>
        <w:rPr>
          <w:rFonts w:ascii="宋体" w:eastAsia="宋体" w:hAnsi="宋体" w:cs="宋体"/>
          <w:color w:val="000000"/>
        </w:rPr>
        <w:t>，</w:t>
      </w:r>
      <w:r>
        <w:pict>
          <v:shape id="_x0000_i711971" type="#_x0000_t75" alt="学科网(www.zxxk.com)--教育资源门户，提供试卷、教案、课件、论文、素材以及各类教学资源下载，还有大量而丰富的教学相关资讯！" style="width:81.75pt;height:33.75pt" o:oleicon="f" o:ole="">
            <v:imagedata r:id="rId2131" o:title="eqId1be2813fd1720ca961ef02de5a00e9c4"/>
          </v:shape>
        </w:pict>
      </w:r>
      <w:r>
        <w:rPr>
          <w:rFonts w:ascii="宋体" w:eastAsia="宋体" w:hAnsi="宋体" w:cs="宋体"/>
          <w:color w:val="000000"/>
        </w:rPr>
        <w:t>，所以数列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的价值为</w:t>
      </w:r>
      <w:r>
        <w:pict>
          <v:shape id="_x0000_i711972" type="#_x0000_t75" alt="学科网(www.zxxk.com)--教育资源门户，提供试卷、教案、课件、论文、素材以及各类教学资源下载，还有大量而丰富的教学相关资讯！" style="width:10.5pt;height:21pt" o:oleicon="f" o:ole="">
            <v:imagedata r:id="rId2132" o:title="eqIdf89eef3148f2d4d09379767b4af69132"/>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小丁进一步发现：当改变这三个数的顺序时，所得到的数列都可以按照上述方法计算其相应的价值</w:t>
      </w:r>
      <w:r>
        <w:rPr>
          <w:rFonts w:ascii="Times New Roman" w:eastAsia="Times New Roman" w:hAnsi="Times New Roman" w:cs="Times New Roman"/>
          <w:color w:val="000000"/>
        </w:rPr>
        <w:t>.</w:t>
      </w:r>
      <w:r>
        <w:rPr>
          <w:rFonts w:ascii="宋体" w:eastAsia="宋体" w:hAnsi="宋体" w:cs="宋体"/>
          <w:color w:val="000000"/>
        </w:rPr>
        <w:t>如数列</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的价值为</w:t>
      </w:r>
      <w:r>
        <w:pict>
          <v:shape id="_x0000_i711973" type="#_x0000_t75" alt="学科网(www.zxxk.com)--教育资源门户，提供试卷、教案、课件、论文、素材以及各类教学资源下载，还有大量而丰富的教学相关资讯！" style="width:10.5pt;height:21pt" o:oleicon="f" o:ole="">
            <v:imagedata r:id="rId2133" o:title="eqIdf89eef3148f2d4d09379767b4af69132"/>
          </v:shape>
        </w:pict>
      </w: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经过研究，小丁发现，对于</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这三个数，按照不同的排列顺序得到的不同数列中，价值的最小值为</w:t>
      </w:r>
      <w:r>
        <w:pict>
          <v:shape id="_x0000_i711974" type="#_x0000_t75" alt="学科网(www.zxxk.com)--教育资源门户，提供试卷、教案、课件、论文、素材以及各类教学资源下载，还有大量而丰富的教学相关资讯！" style="width:10.5pt;height:21pt" o:oleicon="f" o:ole="">
            <v:imagedata r:id="rId2133" o:title="eqIdf89eef3148f2d4d09379767b4af69132"/>
          </v:shape>
        </w:pict>
      </w:r>
      <w:r>
        <w:rPr>
          <w:rFonts w:ascii="Times New Roman" w:eastAsia="Times New Roman" w:hAnsi="Times New Roman" w:cs="Times New Roman"/>
          <w:color w:val="000000"/>
        </w:rPr>
        <w:t>.</w:t>
      </w:r>
      <w:r>
        <w:rPr>
          <w:rFonts w:ascii="宋体" w:eastAsia="宋体" w:hAnsi="宋体" w:cs="宋体"/>
          <w:color w:val="000000"/>
        </w:rPr>
        <w:t>根据以上材料，回答下列问题：</w:t>
      </w:r>
    </w:p>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数列</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rPr>
          <w:rFonts w:ascii="Times New Roman" w:eastAsia="Times New Roman" w:hAnsi="Times New Roman" w:cs="Times New Roman"/>
          <w:color w:val="000000"/>
          <w:u w:val="single"/>
        </w:rPr>
        <w:t>______</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将</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这三个数按照不同的顺序排列，可得到若干个数列，求这些数列的价值的最小值</w:t>
      </w:r>
      <w:r>
        <w:rPr>
          <w:rFonts w:ascii="Times New Roman" w:eastAsia="Times New Roman" w:hAnsi="Times New Roman" w:cs="Times New Roman"/>
          <w:color w:val="000000"/>
        </w:rPr>
        <w:t>(</w:t>
      </w:r>
      <w:r>
        <w:rPr>
          <w:rFonts w:ascii="宋体" w:eastAsia="宋体" w:hAnsi="宋体" w:cs="宋体"/>
          <w:color w:val="000000"/>
        </w:rPr>
        <w:t>请写出过程并作答</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将</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a(a&gt;1)</w:t>
      </w:r>
      <w:r>
        <w:rPr>
          <w:rFonts w:ascii="宋体" w:eastAsia="宋体" w:hAnsi="宋体" w:cs="宋体"/>
          <w:color w:val="000000"/>
        </w:rPr>
        <w:t>这三个数按照不同的顺序排列，可得到若干个数列</w:t>
      </w:r>
      <w:r>
        <w:rPr>
          <w:rFonts w:ascii="Times New Roman" w:eastAsia="Times New Roman" w:hAnsi="Times New Roman" w:cs="Times New Roman"/>
          <w:color w:val="000000"/>
        </w:rPr>
        <w:t>.</w:t>
      </w:r>
      <w:r>
        <w:rPr>
          <w:rFonts w:ascii="宋体" w:eastAsia="宋体" w:hAnsi="宋体" w:cs="宋体"/>
          <w:color w:val="000000"/>
        </w:rPr>
        <w:t>若这些数列的价值的最小值为</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color w:val="000000"/>
        </w:rPr>
        <w:t>a</w:t>
      </w:r>
      <w:r>
        <w:rPr>
          <w:rFonts w:ascii="宋体" w:eastAsia="宋体" w:hAnsi="宋体" w:cs="宋体"/>
          <w:color w:val="000000"/>
        </w:rPr>
        <w:t>的值为</w:t>
      </w:r>
      <w:r>
        <w:rPr>
          <w:rFonts w:ascii="Times New Roman" w:eastAsia="Times New Roman" w:hAnsi="Times New Roman" w:cs="Times New Roman"/>
          <w:color w:val="000000"/>
          <w:u w:val="single"/>
        </w:rPr>
        <w:t xml:space="preserve">_______ </w:t>
      </w:r>
      <w:r>
        <w:rPr>
          <w:rFonts w:ascii="Times New Roman" w:eastAsia="Times New Roman" w:hAnsi="Times New Roman" w:cs="Times New Roman"/>
          <w:color w:val="000000"/>
        </w:rPr>
        <w:t>(</w:t>
      </w:r>
      <w:r>
        <w:rPr>
          <w:rFonts w:ascii="宋体" w:eastAsia="宋体" w:hAnsi="宋体" w:cs="宋体"/>
          <w:color w:val="000000"/>
        </w:rPr>
        <w:t>直接写出答案</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1975" type="#_x0000_t75" alt="学科网(www.zxxk.com)--教育资源门户，提供试卷、教案、课件、论文、素材以及各类教学资源下载，还有大量而丰富的教学相关资讯！" style="width:11.25pt;height:30.7pt" o:oleicon="f" o:ole="">
            <v:imagedata r:id="rId2134" o:title="eqIdcaa585b9257ed0798213a9ae9b87d291"/>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11976" type="#_x0000_t75" alt="学科网(www.zxxk.com)--教育资源门户，提供试卷、教案、课件、论文、素材以及各类教学资源下载，还有大量而丰富的教学相关资讯！" style="width:10.5pt;height:21pt" o:oleicon="f" o:ole="">
            <v:imagedata r:id="rId2135" o:title="eqIdf89eef3148f2d4d09379767b4af69132"/>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10.</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）根据题中给出</w:t>
      </w:r>
      <w:r>
        <w:rPr>
          <w:rFonts w:ascii="宋体" w:eastAsia="宋体" w:hAnsi="宋体" w:cs="宋体"/>
          <w:color w:val="000000"/>
          <w:position w:val="0"/>
        </w:rPr>
        <w:drawing>
          <wp:inline>
            <wp:extent cx="133350" cy="177800"/>
            <wp:docPr id="32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 name=""/>
                    <pic:cNvPicPr>
                      <a:picLocks noChangeAspect="1"/>
                    </pic:cNvPicPr>
                  </pic:nvPicPr>
                  <pic:blipFill>
                    <a:blip r:embed="rId213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材料的方法计算出相应的价值即可；（</w:t>
      </w:r>
      <w:r>
        <w:rPr>
          <w:rFonts w:ascii="Times New Roman" w:eastAsia="Times New Roman" w:hAnsi="Times New Roman" w:cs="Times New Roman"/>
          <w:color w:val="000000"/>
        </w:rPr>
        <w:t>2</w:t>
      </w:r>
      <w:r>
        <w:rPr>
          <w:rFonts w:ascii="宋体" w:eastAsia="宋体" w:hAnsi="宋体" w:cs="宋体"/>
          <w:color w:val="000000"/>
        </w:rPr>
        <w:t>）按照三个数不同的顺序排列出</w:t>
      </w:r>
      <w:r>
        <w:rPr>
          <w:rFonts w:ascii="Times New Roman" w:eastAsia="Times New Roman" w:hAnsi="Times New Roman" w:cs="Times New Roman"/>
          <w:color w:val="000000"/>
        </w:rPr>
        <w:t>6</w:t>
      </w:r>
      <w:r>
        <w:rPr>
          <w:rFonts w:ascii="宋体" w:eastAsia="宋体" w:hAnsi="宋体" w:cs="宋体"/>
          <w:color w:val="000000"/>
        </w:rPr>
        <w:t>种数列，分别求出数列的价值，确定最小价值；（</w:t>
      </w:r>
      <w:r>
        <w:rPr>
          <w:rFonts w:ascii="Times New Roman" w:eastAsia="Times New Roman" w:hAnsi="Times New Roman" w:cs="Times New Roman"/>
          <w:color w:val="000000"/>
        </w:rPr>
        <w:t>3</w:t>
      </w:r>
      <w:r>
        <w:rPr>
          <w:rFonts w:ascii="宋体" w:eastAsia="宋体" w:hAnsi="宋体" w:cs="宋体"/>
          <w:color w:val="000000"/>
        </w:rPr>
        <w:t>）按照三个数不同的顺序排列出</w:t>
      </w:r>
      <w:r>
        <w:rPr>
          <w:rFonts w:ascii="Times New Roman" w:eastAsia="Times New Roman" w:hAnsi="Times New Roman" w:cs="Times New Roman"/>
          <w:color w:val="000000"/>
        </w:rPr>
        <w:t>6</w:t>
      </w:r>
      <w:r>
        <w:rPr>
          <w:rFonts w:ascii="宋体" w:eastAsia="宋体" w:hAnsi="宋体" w:cs="宋体"/>
          <w:color w:val="000000"/>
        </w:rPr>
        <w:t>种数列，求出对应的数值，根据最小价值为</w:t>
      </w:r>
      <w:r>
        <w:rPr>
          <w:rFonts w:ascii="Times New Roman" w:eastAsia="Times New Roman" w:hAnsi="Times New Roman" w:cs="Times New Roman"/>
          <w:color w:val="000000"/>
        </w:rPr>
        <w:t>1</w:t>
      </w:r>
      <w:r>
        <w:rPr>
          <w:rFonts w:ascii="宋体" w:eastAsia="宋体" w:hAnsi="宋体" w:cs="宋体"/>
          <w:color w:val="000000"/>
        </w:rPr>
        <w:t>，分情况列出方程求出</w:t>
      </w:r>
      <w:r>
        <w:rPr>
          <w:rFonts w:ascii="Times New Roman" w:eastAsia="Times New Roman" w:hAnsi="Times New Roman" w:cs="Times New Roman"/>
          <w:color w:val="000000"/>
        </w:rPr>
        <w:t>a</w:t>
      </w:r>
      <w:r>
        <w:rPr>
          <w:rFonts w:ascii="宋体" w:eastAsia="宋体" w:hAnsi="宋体" w:cs="宋体"/>
          <w:color w:val="000000"/>
        </w:rPr>
        <w:t>值，确定符合题意进行解答</w:t>
      </w:r>
      <w:r>
        <w:rPr>
          <w:rFonts w:ascii="Times New Roman" w:eastAsia="Times New Roman" w:hAnsi="Times New Roman" w:cs="Times New Roman"/>
          <w:color w:val="000000"/>
        </w:rPr>
        <w:t>.</w:t>
      </w:r>
    </w:p>
    <w:p>
      <w:pPr>
        <w:spacing w:line="360" w:lineRule="auto"/>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w:t>
      </w:r>
    </w:p>
    <w:p>
      <w:pPr>
        <w:spacing w:line="360" w:lineRule="auto"/>
        <w:jc w:val="left"/>
        <w:textAlignment w:val="center"/>
        <w:rPr>
          <w:color w:val="000000"/>
        </w:rPr>
      </w:pPr>
      <w:r>
        <w:rPr>
          <w:rFonts w:ascii="宋体" w:eastAsia="宋体" w:hAnsi="宋体" w:cs="宋体"/>
          <w:color w:val="000000"/>
        </w:rPr>
        <w:t>∵</w:t>
      </w:r>
      <w:r>
        <w:pict>
          <v:shape id="_x0000_i711977" type="#_x0000_t75" alt="学科网(www.zxxk.com)--教育资源门户，提供试卷、教案、课件、论文、素材以及各类教学资源下载，还有大量而丰富的教学相关资讯！" style="width:28.2pt;height:19.8pt" o:oleicon="f" o:ole="">
            <v:imagedata r:id="rId2137" o:title="eqId9cc11496f8cd43f93b5c378eb56789ad"/>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78" type="#_x0000_t75" alt="学科网(www.zxxk.com)--教育资源门户，提供试卷、教案、课件、论文、素材以及各类教学资源下载，还有大量而丰富的教学相关资讯！" style="width:46.2pt;height:33pt" o:oleicon="f" o:ole="">
            <v:imagedata r:id="rId2138" o:title="eqId910e4e4e1ef6d4687eedc19432326213"/>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79" type="#_x0000_t75" alt="学科网(www.zxxk.com)--教育资源门户，提供试卷、教案、课件、论文、素材以及各类教学资源下载，还有大量而丰富的教学相关资讯！" style="width:61.8pt;height:33pt" o:oleicon="f" o:ole="">
            <v:imagedata r:id="rId2139" o:title="eqId733771fa976da6ca4cc337a44bad2b20"/>
          </v:shape>
        </w:pic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pict>
          <v:shape id="_x0000_i711980" type="#_x0000_t75" alt="学科网(www.zxxk.com)--教育资源门户，提供试卷、教案、课件、论文、素材以及各类教学资源下载，还有大量而丰富的教学相关资讯！" style="width:11.25pt;height:30.7pt" o:oleicon="f" o:ole="">
            <v:imagedata r:id="rId2140" o:title="eqIdcaa585b9257ed0798213a9ae9b87d291"/>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）①数列“</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81" type="#_x0000_t75" alt="学科网(www.zxxk.com)--教育资源门户，提供试卷、教案、课件、论文、素材以及各类教学资源下载，还有大量而丰富的教学相关资讯！" style="width:28.2pt;height:19.8pt" o:oleicon="f" o:ole="">
            <v:imagedata r:id="rId2141" o:title="eqId9cc11496f8cd43f93b5c378eb56789ad"/>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82" type="#_x0000_t75" alt="学科网(www.zxxk.com)--教育资源门户，提供试卷、教案、课件、论文、素材以及各类教学资源下载，还有大量而丰富的教学相关资讯！" style="width:46.2pt;height:33pt" o:oleicon="f" o:ole="">
            <v:imagedata r:id="rId2142" o:title="eqId910e4e4e1ef6d4687eedc19432326213"/>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83" type="#_x0000_t75" alt="学科网(www.zxxk.com)--教育资源门户，提供试卷、教案、课件、论文、素材以及各类教学资源下载，还有大量而丰富的教学相关资讯！" style="width:61.8pt;height:33pt" o:oleicon="f" o:ole="">
            <v:imagedata r:id="rId2143" o:title="eqId733771fa976da6ca4cc337a44bad2b20"/>
          </v:shape>
        </w:pic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pict>
          <v:shape id="_x0000_i711984" type="#_x0000_t75" alt="学科网(www.zxxk.com)--教育资源门户，提供试卷、教案、课件、论文、素材以及各类教学资源下载，还有大量而丰富的教学相关资讯！" style="width:11.25pt;height:30.7pt" o:oleicon="f" o:ole="">
            <v:imagedata r:id="rId2144" o:title="eqIdcaa585b9257ed0798213a9ae9b87d291"/>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②数列“</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85" type="#_x0000_t75" alt="学科网(www.zxxk.com)--教育资源门户，提供试卷、教案、课件、论文、素材以及各类教学资源下载，还有大量而丰富的教学相关资讯！" style="width:28.2pt;height:19.8pt" o:oleicon="f" o:ole="">
            <v:imagedata r:id="rId2145" o:title="eqId9cc11496f8cd43f93b5c378eb56789ad"/>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86" type="#_x0000_t75" alt="学科网(www.zxxk.com)--教育资源门户，提供试卷、教案、课件、论文、素材以及各类教学资源下载，还有大量而丰富的教学相关资讯！" style="width:43.8pt;height:33pt" o:oleicon="f" o:ole="">
            <v:imagedata r:id="rId2146" o:title="eqIddf5888a09851bb66068fec23dc645b75"/>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87" type="#_x0000_t75" alt="学科网(www.zxxk.com)--教育资源门户，提供试卷、教案、课件、论文、素材以及各类教学资源下载，还有大量而丰富的教学相关资讯！" style="width:61.8pt;height:33pt" o:oleicon="f" o:ole="">
            <v:imagedata r:id="rId2147" o:title="eqIdc5342064180e666b5e4970cdbede734d"/>
          </v:shape>
        </w:pic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”的价值为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88" type="#_x0000_t75" alt="学科网(www.zxxk.com)--教育资源门户，提供试卷、教案、课件、论文、素材以及各类教学资源下载，还有大量而丰富的教学相关资讯！" style="width:27pt;height:19.8pt" o:oleicon="f" o:ole="">
            <v:imagedata r:id="rId2148" o:title="eqId08234c03a269d20bf622dab95464f727"/>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89" type="#_x0000_t75" alt="学科网(www.zxxk.com)--教育资源门户，提供试卷、教案、课件、论文、素材以及各类教学资源下载，还有大量而丰富的教学相关资讯！" style="width:46.2pt;height:33pt" o:oleicon="f" o:ole="">
            <v:imagedata r:id="rId2149" o:title="eqIddc1e68f28b0dcc889fce718483ac0313"/>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90" type="#_x0000_t75" alt="学科网(www.zxxk.com)--教育资源门户，提供试卷、教案、课件、论文、素材以及各类教学资源下载，还有大量而丰富的教学相关资讯！" style="width:61.8pt;height:33pt" o:oleicon="f" o:ole="">
            <v:imagedata r:id="rId2150" o:title="eqId695479819021e4661aa7e4f3e4c6969b"/>
          </v:shape>
        </w:pic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pict>
          <v:shape id="_x0000_i711991" type="#_x0000_t75" alt="学科网(www.zxxk.com)--教育资源门户，提供试卷、教案、课件、论文、素材以及各类教学资源下载，还有大量而丰富的教学相关资讯！" style="width:11.25pt;height:30.7pt" o:oleicon="f" o:ole="">
            <v:imagedata r:id="rId2151" o:title="eqIdcaa585b9257ed0798213a9ae9b87d291"/>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④数列“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92" type="#_x0000_t75" alt="学科网(www.zxxk.com)--教育资源门户，提供试卷、教案、课件、论文、素材以及各类教学资源下载，还有大量而丰富的教学相关资讯！" style="width:27pt;height:19.8pt" o:oleicon="f" o:ole="">
            <v:imagedata r:id="rId2152" o:title="eqId08234c03a269d20bf622dab95464f727"/>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93" type="#_x0000_t75" alt="学科网(www.zxxk.com)--教育资源门户，提供试卷、教案、课件、论文、素材以及各类教学资源下载，还有大量而丰富的教学相关资讯！" style="width:49.2pt;height:33pt" o:oleicon="f" o:ole="">
            <v:imagedata r:id="rId2153" o:title="eqIddb76f7f70905ccb90d64ddfac39d95f8"/>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94" type="#_x0000_t75" alt="学科网(www.zxxk.com)--教育资源门户，提供试卷、教案、课件、论文、素材以及各类教学资源下载，还有大量而丰富的教学相关资讯！" style="width:61.8pt;height:33pt" o:oleicon="f" o:ole="">
            <v:imagedata r:id="rId2154" o:title="eqId52e6a3b81dc49644a8ca86d0c4fc8065"/>
          </v:shape>
        </w:pic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”的价值为</w:t>
      </w:r>
      <w:r>
        <w:pict>
          <v:shape id="_x0000_i711995" type="#_x0000_t75" alt="学科网(www.zxxk.com)--教育资源门户，提供试卷、教案、课件、论文、素材以及各类教学资源下载，还有大量而丰富的教学相关资讯！" style="width:10.5pt;height:21pt" o:oleicon="f" o:ole="">
            <v:imagedata r:id="rId2155" o:title="eqIdf89eef3148f2d4d09379767b4af69132"/>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⑤数列“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96" type="#_x0000_t75" alt="学科网(www.zxxk.com)--教育资源门户，提供试卷、教案、课件、论文、素材以及各类教学资源下载，还有大量而丰富的教学相关资讯！" style="width:34.2pt;height:19.8pt" o:oleicon="f" o:ole="">
            <v:imagedata r:id="rId2156" o:title="eqIda3124c9eba9ff7e6e58e9ca00fae03ff"/>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97" type="#_x0000_t75" alt="学科网(www.zxxk.com)--教育资源门户，提供试卷、教案、课件、论文、素材以及各类教学资源下载，还有大量而丰富的教学相关资讯！" style="width:49.8pt;height:33pt" o:oleicon="f" o:ole="">
            <v:imagedata r:id="rId2157" o:title="eqId27714fac4a390e399a776330a6384369"/>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98" type="#_x0000_t75" alt="学科网(www.zxxk.com)--教育资源门户，提供试卷、教案、课件、论文、素材以及各类教学资源下载，还有大量而丰富的教学相关资讯！" style="width:64.8pt;height:33pt" o:oleicon="f" o:ole="">
            <v:imagedata r:id="rId2158" o:title="eqId0a454e17d9fc97ab9f93cda7022166bd"/>
          </v:shape>
        </w:pic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”的价值为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⑥数列“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1999" type="#_x0000_t75" alt="学科网(www.zxxk.com)--教育资源门户，提供试卷、教案、课件、论文、素材以及各类教学资源下载，还有大量而丰富的教学相关资讯！" style="width:34.2pt;height:19.8pt" o:oleicon="f" o:ole="">
            <v:imagedata r:id="rId2159" o:title="eqIda3124c9eba9ff7e6e58e9ca00fae03ff"/>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2000" type="#_x0000_t75" alt="学科网(www.zxxk.com)--教育资源门户，提供试卷、教案、课件、论文、素材以及各类教学资源下载，还有大量而丰富的教学相关资讯！" style="width:52.2pt;height:33pt" o:oleicon="f" o:ole="">
            <v:imagedata r:id="rId2160" o:title="eqIdd4007c6720ca00c397831f8f7bab7881"/>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2001" type="#_x0000_t75" alt="学科网(www.zxxk.com)--教育资源门户，提供试卷、教案、课件、论文、素材以及各类教学资源下载，还有大量而丰富的教学相关资讯！" style="width:64.8pt;height:33pt" o:oleicon="f" o:ole="">
            <v:imagedata r:id="rId2161" o:title="eqIdab2d903b53a1a4782fcb2aa01ca803ae"/>
          </v:shape>
        </w:pict>
      </w:r>
    </w:p>
    <w:p>
      <w:pPr>
        <w:spacing w:line="360" w:lineRule="auto"/>
        <w:jc w:val="left"/>
        <w:textAlignment w:val="center"/>
        <w:rPr>
          <w:color w:val="000000"/>
        </w:rPr>
      </w:pPr>
      <w:r>
        <w:rPr>
          <w:rFonts w:ascii="宋体" w:eastAsia="宋体" w:hAnsi="宋体" w:cs="宋体"/>
          <w:color w:val="000000"/>
        </w:rPr>
        <w:t>∴数列“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”的价值为</w:t>
      </w:r>
      <w:r>
        <w:pict>
          <v:shape id="_x0000_i712002" type="#_x0000_t75" alt="学科网(www.zxxk.com)--教育资源门户，提供试卷、教案、课件、论文、素材以及各类教学资源下载，还有大量而丰富的教学相关资讯！" style="width:10.5pt;height:21pt" o:oleicon="f" o:ole="">
            <v:imagedata r:id="rId2162" o:title="eqIdf89eef3148f2d4d09379767b4af6913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∴这些数列的价值的最小值为</w:t>
      </w:r>
      <w:r>
        <w:pict>
          <v:shape id="_x0000_i712003" type="#_x0000_t75" alt="学科网(www.zxxk.com)--教育资源门户，提供试卷、教案、课件、论文、素材以及各类教学资源下载，还有大量而丰富的教学相关资讯！" style="width:10.5pt;height:21pt" o:oleicon="f" o:ole="">
            <v:imagedata r:id="rId2163" o:title="eqIdf89eef3148f2d4d09379767b4af69132"/>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04" type="#_x0000_t75" alt="学科网(www.zxxk.com)--教育资源门户，提供试卷、教案、课件、论文、素材以及各类教学资源下载，还有大量而丰富的教学相关资讯！" style="width:27pt;height:19.8pt" o:oleicon="f" o:ole="">
            <v:imagedata r:id="rId2164" o:title="eqId08234c03a269d20bf622dab95464f727"/>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2005" type="#_x0000_t75" alt="学科网(www.zxxk.com)--教育资源门户，提供试卷、教案、课件、论文、素材以及各类教学资源下载，还有大量而丰富的教学相关资讯！" style="width:42pt;height:33pt" o:oleicon="f" o:ole="">
            <v:imagedata r:id="rId2165" o:title="eqId5a6bcdfe380322470ce2ca4c1cb532c5"/>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2006" type="#_x0000_t75" alt="学科网(www.zxxk.com)--教育资源门户，提供试卷、教案、课件、论文、素材以及各类教学资源下载，还有大量而丰富的教学相关资讯！" style="width:81pt;height:33pt" o:oleicon="f" o:ole="">
            <v:imagedata r:id="rId2166" o:title="eqIdffe11e4ef527b3b0e6e1a624298d32b8"/>
          </v:shape>
        </w:pict>
      </w:r>
    </w:p>
    <w:p>
      <w:pPr>
        <w:spacing w:line="360" w:lineRule="auto"/>
        <w:jc w:val="left"/>
        <w:textAlignment w:val="center"/>
        <w:rPr>
          <w:color w:val="000000"/>
        </w:rPr>
      </w:pPr>
      <w:r>
        <w:rPr>
          <w:rFonts w:ascii="宋体" w:eastAsia="宋体" w:hAnsi="宋体" w:cs="宋体"/>
          <w:color w:val="000000"/>
        </w:rPr>
        <w:t>②数列“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07" type="#_x0000_t75" alt="学科网(www.zxxk.com)--教育资源门户，提供试卷、教案、课件、论文、素材以及各类教学资源下载，还有大量而丰富的教学相关资讯！" style="width:27pt;height:19.8pt" o:oleicon="f" o:ole="">
            <v:imagedata r:id="rId2167" o:title="eqId08234c03a269d20bf622dab95464f727"/>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08" type="#_x0000_t75" alt="学科网(www.zxxk.com)--教育资源门户，提供试卷、教案、课件、论文、素材以及各类教学资源下载，还有大量而丰富的教学相关资讯！" style="width:28.2pt;height:33pt" o:oleicon="f" o:ole="">
            <v:imagedata r:id="rId2168" o:title="eqIdb04f208f0e8e2efee88982958d61ff4e"/>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09" type="#_x0000_t75" alt="学科网(www.zxxk.com)--教育资源门户，提供试卷、教案、课件、论文、素材以及各类教学资源下载，还有大量而丰富的教学相关资讯！" style="width:81pt;height:33pt" o:oleicon="f" o:ole="">
            <v:imagedata r:id="rId2169" o:title="eqId5dfc1bed08dd90824e08070cd8ead776"/>
          </v:shape>
        </w:pict>
      </w:r>
    </w:p>
    <w:p>
      <w:pPr>
        <w:spacing w:line="360" w:lineRule="auto"/>
        <w:jc w:val="left"/>
        <w:textAlignment w:val="center"/>
        <w:rPr>
          <w:color w:val="000000"/>
        </w:rPr>
      </w:pPr>
      <w:r>
        <w:rPr>
          <w:rFonts w:ascii="宋体" w:eastAsia="宋体" w:hAnsi="宋体" w:cs="宋体"/>
          <w:color w:val="000000"/>
        </w:rPr>
        <w:t>③数列“</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0" type="#_x0000_t75" alt="学科网(www.zxxk.com)--教育资源门户，提供试卷、教案、课件、论文、素材以及各类教学资源下载，还有大量而丰富的教学相关资讯！" style="width:33pt;height:19.8pt" o:oleicon="f" o:ole="">
            <v:imagedata r:id="rId2170" o:title="eqId312d2788233067756bd654f4f740f3c7"/>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2011" type="#_x0000_t75" alt="学科网(www.zxxk.com)--教育资源门户，提供试卷、教案、课件、论文、素材以及各类教学资源下载，还有大量而丰富的教学相关资讯！" style="width:49.2pt;height:33pt" o:oleicon="f" o:ole="">
            <v:imagedata r:id="rId2171" o:title="eqId3a3fc3f30f88b92443944df09dd57191"/>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2" type="#_x0000_t75" alt="学科网(www.zxxk.com)--教育资源门户，提供试卷、教案、课件、论文、素材以及各类教学资源下载，还有大量而丰富的教学相关资讯！" style="width:85.2pt;height:33pt" o:oleicon="f" o:ole="">
            <v:imagedata r:id="rId2172" o:title="eqIdb3f0a493a7c74046a21db8aad4c27655"/>
          </v:shape>
        </w:pict>
      </w:r>
    </w:p>
    <w:p>
      <w:pPr>
        <w:spacing w:line="360" w:lineRule="auto"/>
        <w:jc w:val="left"/>
        <w:textAlignment w:val="center"/>
        <w:rPr>
          <w:color w:val="000000"/>
        </w:rPr>
      </w:pPr>
      <w:r>
        <w:rPr>
          <w:rFonts w:ascii="宋体" w:eastAsia="宋体" w:hAnsi="宋体" w:cs="宋体"/>
          <w:color w:val="000000"/>
        </w:rPr>
        <w:t>④数列“</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3" type="#_x0000_t75" alt="学科网(www.zxxk.com)--教育资源门户，提供试卷、教案、课件、论文、素材以及各类教学资源下载，还有大量而丰富的教学相关资讯！" style="width:33pt;height:19.8pt" o:oleicon="f" o:ole="">
            <v:imagedata r:id="rId2173" o:title="eqId312d2788233067756bd654f4f740f3c7"/>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4" type="#_x0000_t75" alt="学科网(www.zxxk.com)--教育资源门户，提供试卷、教案、课件、论文、素材以及各类教学资源下载，还有大量而丰富的教学相关资讯！" style="width:70.2pt;height:33pt" o:oleicon="f" o:ole="">
            <v:imagedata r:id="rId2174" o:title="eqId7164d54b2f527f59b4708d529499e031"/>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5" type="#_x0000_t75" alt="学科网(www.zxxk.com)--教育资源门户，提供试卷、教案、课件、论文、素材以及各类教学资源下载，还有大量而丰富的教学相关资讯！" style="width:84pt;height:33pt" o:oleicon="f" o:ole="">
            <v:imagedata r:id="rId2175" o:title="eqId824648924f2db5a8473622c4ff71405a"/>
          </v:shape>
        </w:pict>
      </w:r>
    </w:p>
    <w:p>
      <w:pPr>
        <w:spacing w:line="360" w:lineRule="auto"/>
        <w:jc w:val="left"/>
        <w:textAlignment w:val="center"/>
        <w:rPr>
          <w:color w:val="000000"/>
        </w:rPr>
      </w:pPr>
      <w:r>
        <w:rPr>
          <w:rFonts w:ascii="宋体" w:eastAsia="宋体" w:hAnsi="宋体" w:cs="宋体"/>
          <w:color w:val="000000"/>
        </w:rPr>
        <w:t>⑤数列“</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6" type="#_x0000_t75" alt="学科网(www.zxxk.com)--教育资源门户，提供试卷、教案、课件、论文、素材以及各类教学资源下载，还有大量而丰富的教学相关资讯！" style="width:14.25pt;height:20.25pt" o:oleicon="f" o:ole="">
            <v:imagedata r:id="rId2176" o:title="eqId36da820e317697c37df6a9652189eddf"/>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7" type="#_x0000_t75" alt="学科网(www.zxxk.com)--教育资源门户，提供试卷、教案、课件、论文、素材以及各类教学资源下载，还有大量而丰富的教学相关资讯！" style="width:31.2pt;height:33pt" o:oleicon="f" o:ole="">
            <v:imagedata r:id="rId2177" o:title="eqIdbc4be91e2971a4d87090ff5b2a032319"/>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8" type="#_x0000_t75" alt="学科网(www.zxxk.com)--教育资源门户，提供试卷、教案、课件、论文、素材以及各类教学资源下载，还有大量而丰富的教学相关资讯！" style="width:84pt;height:33pt" o:oleicon="f" o:ole="">
            <v:imagedata r:id="rId2178" o:title="eqId5782cc5265d3466545f059952226ed65"/>
          </v:shape>
        </w:pict>
      </w:r>
    </w:p>
    <w:p>
      <w:pPr>
        <w:spacing w:line="360" w:lineRule="auto"/>
        <w:jc w:val="left"/>
        <w:textAlignment w:val="center"/>
        <w:rPr>
          <w:color w:val="000000"/>
        </w:rPr>
      </w:pPr>
      <w:r>
        <w:rPr>
          <w:rFonts w:ascii="宋体" w:eastAsia="宋体" w:hAnsi="宋体" w:cs="宋体"/>
          <w:color w:val="000000"/>
        </w:rPr>
        <w:t>⑥数列“</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019" type="#_x0000_t75" alt="学科网(www.zxxk.com)--教育资源门户，提供试卷、教案、课件、论文、素材以及各类教学资源下载，还有大量而丰富的教学相关资讯！" style="width:14.25pt;height:20.25pt" o:oleicon="f" o:ole="">
            <v:imagedata r:id="rId2179" o:title="eqId36da820e317697c37df6a9652189eddf"/>
          </v:shape>
        </w:pict>
      </w:r>
      <w:r>
        <w:rPr>
          <w:rFonts w:ascii="宋体" w:eastAsia="宋体" w:hAnsi="宋体" w:cs="宋体"/>
          <w:color w:val="000000"/>
        </w:rPr>
        <w:t>，</w:t>
      </w:r>
      <w:r>
        <w:pict>
          <v:shape id="_x0000_i712020" type="#_x0000_t75" alt="学科网(www.zxxk.com)--教育资源门户，提供试卷、教案、课件、论文、素材以及各类教学资源下载，还有大量而丰富的教学相关资讯！" style="width:25.2pt;height:33pt" o:oleicon="f" o:ole="">
            <v:imagedata r:id="rId2180" o:title="eqIdd2e028b2cde353045d5514efc398759b"/>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12021" type="#_x0000_t75" alt="学科网(www.zxxk.com)--教育资源门户，提供试卷、教案、课件、论文、素材以及各类教学资源下载，还有大量而丰富的教学相关资讯！" style="width:82.2pt;height:33pt" o:oleicon="f" o:ole="">
            <v:imagedata r:id="rId2181" o:title="eqIdab40e6380bfa82ca9c35886589991070"/>
          </v:shape>
        </w:pict>
      </w:r>
    </w:p>
    <w:p>
      <w:pPr>
        <w:spacing w:line="360" w:lineRule="auto"/>
        <w:jc w:val="left"/>
        <w:textAlignment w:val="center"/>
        <w:rPr>
          <w:color w:val="000000"/>
        </w:rPr>
      </w:pPr>
      <w:r>
        <w:rPr>
          <w:rFonts w:ascii="宋体" w:eastAsia="宋体" w:hAnsi="宋体" w:cs="宋体"/>
          <w:color w:val="000000"/>
        </w:rPr>
        <w:t>∵这些数列的价值的最小值为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2022" type="#_x0000_t75" alt="学科网(www.zxxk.com)--教育资源门户，提供试卷、教案、课件、论文、素材以及各类教学资源下载，还有大量而丰富的教学相关资讯！" style="width:43.8pt;height:33pt" o:oleicon="f" o:ole="">
            <v:imagedata r:id="rId2182" o:title="eqId3d33fcc0b018eec73cc0dbc9490579e7"/>
          </v:shape>
        </w:pict>
      </w:r>
      <w:r>
        <w:rPr>
          <w:rFonts w:ascii="宋体" w:eastAsia="宋体" w:hAnsi="宋体" w:cs="宋体"/>
          <w:color w:val="000000"/>
        </w:rPr>
        <w:t>时，</w:t>
      </w:r>
      <w:r>
        <w:rPr>
          <w:rFonts w:ascii="Times New Roman" w:eastAsia="Times New Roman" w:hAnsi="Times New Roman" w:cs="Times New Roman"/>
          <w:color w:val="000000"/>
        </w:rPr>
        <w:t>a=8</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color w:val="000000"/>
        </w:rPr>
        <w:t>a=8</w:t>
      </w:r>
      <w:r>
        <w:rPr>
          <w:rFonts w:ascii="宋体" w:eastAsia="宋体" w:hAnsi="宋体" w:cs="宋体"/>
          <w:color w:val="000000"/>
        </w:rPr>
        <w:t>时，数列⑥中</w:t>
      </w:r>
      <w:r>
        <w:pict>
          <v:shape id="_x0000_i712023" type="#_x0000_t75" alt="学科网(www.zxxk.com)--教育资源门户，提供试卷、教案、课件、论文、素材以及各类教学资源下载，还有大量而丰富的教学相关资讯！" style="width:25.2pt;height:33pt" o:oleicon="f" o:ole="">
            <v:imagedata r:id="rId2183" o:title="eqIdd2e028b2cde353045d5514efc398759b"/>
          </v:shape>
        </w:pict>
      </w:r>
      <w:r>
        <w:rPr>
          <w:rFonts w:ascii="Times New Roman" w:eastAsia="Times New Roman" w:hAnsi="Times New Roman" w:cs="Times New Roman"/>
          <w:color w:val="000000"/>
        </w:rPr>
        <w:t>=0&lt;1.</w:t>
      </w:r>
      <w:r>
        <w:rPr>
          <w:rFonts w:ascii="宋体" w:eastAsia="宋体" w:hAnsi="宋体" w:cs="宋体"/>
          <w:color w:val="000000"/>
        </w:rPr>
        <w:t>不符合题意，</w:t>
      </w:r>
      <w:r>
        <w:rPr>
          <w:rFonts w:ascii="Times New Roman" w:eastAsia="Times New Roman" w:hAnsi="Times New Roman" w:cs="Times New Roman"/>
          <w:color w:val="000000"/>
        </w:rPr>
        <w:t>a=8</w: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当</w:t>
      </w:r>
      <w:r>
        <w:pict>
          <v:shape id="_x0000_i712024" type="#_x0000_t75" alt="学科网(www.zxxk.com)--教育资源门户，提供试卷、教案、课件、论文、素材以及各类教学资源下载，还有大量而丰富的教学相关资讯！" style="width:40.8pt;height:33pt" o:oleicon="f" o:ole="">
            <v:imagedata r:id="rId2184" o:title="eqId300624b4533aeb1d8d8ca58b7456b457"/>
          </v:shape>
        </w:pict>
      </w:r>
      <w:r>
        <w:rPr>
          <w:rFonts w:ascii="宋体" w:eastAsia="宋体" w:hAnsi="宋体" w:cs="宋体"/>
          <w:color w:val="000000"/>
        </w:rPr>
        <w:t>时，</w:t>
      </w:r>
      <w:r>
        <w:rPr>
          <w:rFonts w:ascii="Times New Roman" w:eastAsia="Times New Roman" w:hAnsi="Times New Roman" w:cs="Times New Roman"/>
          <w:color w:val="000000"/>
        </w:rPr>
        <w:t>a=-1</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，均不符合题意，舍去；</w:t>
      </w:r>
    </w:p>
    <w:p>
      <w:pPr>
        <w:spacing w:line="360" w:lineRule="auto"/>
        <w:jc w:val="left"/>
        <w:textAlignment w:val="center"/>
        <w:rPr>
          <w:color w:val="000000"/>
        </w:rPr>
      </w:pPr>
      <w:r>
        <w:rPr>
          <w:rFonts w:ascii="宋体" w:eastAsia="宋体" w:hAnsi="宋体" w:cs="宋体"/>
          <w:color w:val="000000"/>
        </w:rPr>
        <w:t>当</w:t>
      </w:r>
      <w:r>
        <w:pict>
          <v:shape id="_x0000_i712025" type="#_x0000_t75" alt="学科网(www.zxxk.com)--教育资源门户，提供试卷、教案、课件、论文、素材以及各类教学资源下载，还有大量而丰富的教学相关资讯！" style="width:43.8pt;height:33pt" o:oleicon="f" o:ole="">
            <v:imagedata r:id="rId2185" o:title="eqIde39bdf5cb0ba8fb6cb3f41d3e17a3fbc"/>
          </v:shape>
        </w:pict>
      </w:r>
      <w:r>
        <w:rPr>
          <w:rFonts w:ascii="宋体" w:eastAsia="宋体" w:hAnsi="宋体" w:cs="宋体"/>
          <w:color w:val="000000"/>
        </w:rPr>
        <w:t>时，</w:t>
      </w:r>
      <w:r>
        <w:rPr>
          <w:rFonts w:ascii="Times New Roman" w:eastAsia="Times New Roman" w:hAnsi="Times New Roman" w:cs="Times New Roman"/>
          <w:color w:val="000000"/>
        </w:rPr>
        <w:t>a=10</w: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，当</w:t>
      </w:r>
      <w:r>
        <w:rPr>
          <w:rFonts w:ascii="Times New Roman" w:eastAsia="Times New Roman" w:hAnsi="Times New Roman" w:cs="Times New Roman"/>
          <w:color w:val="000000"/>
        </w:rPr>
        <w:t>a=6</w:t>
      </w:r>
      <w:r>
        <w:rPr>
          <w:rFonts w:ascii="宋体" w:eastAsia="宋体" w:hAnsi="宋体" w:cs="宋体"/>
          <w:color w:val="000000"/>
        </w:rPr>
        <w:t>时，</w:t>
      </w:r>
      <w:r>
        <w:rPr>
          <w:rFonts w:ascii="Times New Roman" w:eastAsia="Times New Roman" w:hAnsi="Times New Roman" w:cs="Times New Roman"/>
          <w:color w:val="000000"/>
        </w:rPr>
        <w:t xml:space="preserve"> </w:t>
      </w:r>
      <w:r>
        <w:pict>
          <v:shape id="_x0000_i712026" type="#_x0000_t75" alt="学科网(www.zxxk.com)--教育资源门户，提供试卷、教案、课件、论文、素材以及各类教学资源下载，还有大量而丰富的教学相关资讯！" style="width:49.2pt;height:33pt" o:oleicon="f" o:ole="">
            <v:imagedata r:id="rId2186" o:title="eqId7c21ee2b2372fb75ada637b35f851e84"/>
          </v:shape>
        </w:pict>
      </w:r>
      <w:r>
        <w:rPr>
          <w:rFonts w:ascii="Times New Roman" w:eastAsia="Times New Roman" w:hAnsi="Times New Roman" w:cs="Times New Roman"/>
          <w:color w:val="000000"/>
        </w:rPr>
        <w:t>&lt;1.</w:t>
      </w:r>
      <w:r>
        <w:rPr>
          <w:rFonts w:ascii="宋体" w:eastAsia="宋体" w:hAnsi="宋体" w:cs="宋体"/>
          <w:color w:val="000000"/>
        </w:rPr>
        <w:t>不符合题意，</w:t>
      </w:r>
      <w:r>
        <w:rPr>
          <w:rFonts w:ascii="Times New Roman" w:eastAsia="Times New Roman" w:hAnsi="Times New Roman" w:cs="Times New Roman"/>
          <w:color w:val="000000"/>
        </w:rPr>
        <w:t>a=6</w: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10.</w:t>
      </w:r>
    </w:p>
    <w:p>
      <w:pPr>
        <w:spacing w:line="360" w:lineRule="auto"/>
        <w:jc w:val="left"/>
        <w:textAlignment w:val="center"/>
        <w:rPr>
          <w:color w:val="000000"/>
        </w:rPr>
        <w:sectPr w:rsidSect="00C321EB">
          <w:headerReference w:type="even" r:id="rId608"/>
          <w:footerReference w:type="even" r:id="rId609"/>
          <w:headerReference w:type="first" r:id="rId610"/>
          <w:footerReference w:type="first" r:id="rId61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本题考查数学阅读材料题目，读懂题意熟练掌握新定义式是解题的关键</w:t>
      </w:r>
      <w:r>
        <w:rPr>
          <w:rFonts w:ascii="Times New Roman" w:eastAsia="Times New Roman" w:hAnsi="Times New Roman" w:cs="Times New Roman"/>
          <w:color w:val="000000"/>
        </w:rPr>
        <w:t>.</w:t>
      </w:r>
    </w:p>
    <w:p>
      <w:pPr>
        <w:pStyle w:val="Heading2"/>
      </w:pPr>
      <w:r>
        <w:t>育才学校</w:t>
      </w:r>
    </w:p>
    <w:p>
      <w:pPr>
        <w:spacing w:line="360" w:lineRule="auto"/>
        <w:jc w:val="left"/>
        <w:textAlignment w:val="center"/>
        <w:rPr>
          <w:color w:val="000000"/>
        </w:rPr>
      </w:pPr>
      <w:r>
        <w:rPr>
          <w:color w:val="000000"/>
        </w:rPr>
        <w:t xml:space="preserve">28. </w:t>
      </w:r>
      <w:r>
        <w:rPr>
          <w:rFonts w:ascii="宋体" w:eastAsia="宋体" w:hAnsi="宋体" w:cs="宋体"/>
          <w:color w:val="000000"/>
        </w:rPr>
        <w:t>出租车是一种便捷的出行工具，计价规则如下表：</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54"/>
        <w:gridCol w:w="1811"/>
        <w:gridCol w:w="1335"/>
        <w:gridCol w:w="1335"/>
        <w:gridCol w:w="2370"/>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计费项目</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起步价</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里程费</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时长费</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远途费</w:t>
            </w:r>
          </w:p>
        </w:tc>
      </w:tr>
      <w:tr>
        <w:tblPrEx>
          <w:tblW w:w="8325" w:type="dxa"/>
          <w:tblCellMar>
            <w:top w:w="120" w:type="dxa"/>
            <w:left w:w="120" w:type="dxa"/>
            <w:bottom w:w="120" w:type="dxa"/>
            <w:right w:w="120" w:type="dxa"/>
          </w:tblCellMar>
        </w:tblPrEx>
        <w:trPr>
          <w:cantSplit w:val="0"/>
          <w:trHeight w:val="330"/>
        </w:trPr>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单价</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r>
              <w:rPr>
                <w:rFonts w:ascii="宋体" w:eastAsia="宋体" w:hAnsi="宋体" w:cs="宋体"/>
                <w:color w:val="000000"/>
              </w:rPr>
              <w:t>元（包含里程</w:t>
            </w:r>
            <w:r>
              <w:rPr>
                <w:rFonts w:ascii="Times New Roman" w:eastAsia="Times New Roman" w:hAnsi="Times New Roman" w:cs="Times New Roman"/>
                <w:color w:val="000000"/>
              </w:rPr>
              <w:t>3</w:t>
            </w:r>
            <w:r>
              <w:rPr>
                <w:rFonts w:ascii="宋体" w:eastAsia="宋体" w:hAnsi="宋体" w:cs="宋体"/>
                <w:color w:val="000000"/>
              </w:rPr>
              <w:t>公里，包含时长</w:t>
            </w:r>
            <w:r>
              <w:rPr>
                <w:rFonts w:ascii="Times New Roman" w:eastAsia="Times New Roman" w:hAnsi="Times New Roman" w:cs="Times New Roman"/>
                <w:color w:val="000000"/>
              </w:rPr>
              <w:t>9</w:t>
            </w:r>
            <w:r>
              <w:rPr>
                <w:rFonts w:ascii="宋体" w:eastAsia="宋体" w:hAnsi="宋体" w:cs="宋体"/>
                <w:color w:val="000000"/>
              </w:rPr>
              <w:t>分钟）</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公里</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0.4</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分钟</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0.6</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公里（超过</w:t>
            </w:r>
            <w:r>
              <w:rPr>
                <w:rFonts w:ascii="Times New Roman" w:eastAsia="Times New Roman" w:hAnsi="Times New Roman" w:cs="Times New Roman"/>
                <w:color w:val="000000"/>
              </w:rPr>
              <w:t>20</w:t>
            </w:r>
            <w:r>
              <w:rPr>
                <w:rFonts w:ascii="宋体" w:eastAsia="宋体" w:hAnsi="宋体" w:cs="宋体"/>
                <w:color w:val="000000"/>
              </w:rPr>
              <w:t>公里后，加收远途费）</w:t>
            </w:r>
          </w:p>
        </w:tc>
      </w:tr>
      <w:tr>
        <w:tblPrEx>
          <w:tblW w:w="8325" w:type="dxa"/>
          <w:tblCellMar>
            <w:top w:w="120" w:type="dxa"/>
            <w:left w:w="120" w:type="dxa"/>
            <w:bottom w:w="120" w:type="dxa"/>
            <w:right w:w="120" w:type="dxa"/>
          </w:tblCellMar>
        </w:tblPrEx>
        <w:trPr>
          <w:cantSplit w:val="0"/>
          <w:trHeight w:val="330"/>
        </w:trPr>
        <w:tc>
          <w:tcPr>
            <w:tcW w:w="8325" w:type="dxa"/>
            <w:gridSpan w:val="5"/>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注：车费由起步价、里程费、时长费、远途费四部分构成．</w:t>
            </w:r>
          </w:p>
        </w:tc>
      </w:tr>
    </w:tbl>
    <w:p>
      <w:pPr>
        <w:spacing w:line="360" w:lineRule="auto"/>
        <w:jc w:val="left"/>
        <w:textAlignment w:val="center"/>
        <w:rPr>
          <w:color w:val="000000"/>
        </w:rPr>
      </w:pPr>
      <w:r>
        <w:rPr>
          <w:rFonts w:ascii="宋体" w:eastAsia="宋体" w:hAnsi="宋体" w:cs="宋体"/>
          <w:color w:val="000000"/>
        </w:rPr>
        <w:t>例如，乘坐出租车，行车里程为</w:t>
      </w:r>
      <w:r>
        <w:rPr>
          <w:rFonts w:ascii="Times New Roman" w:eastAsia="Times New Roman" w:hAnsi="Times New Roman" w:cs="Times New Roman"/>
          <w:color w:val="000000"/>
        </w:rPr>
        <w:t>25</w:t>
      </w:r>
      <w:r>
        <w:rPr>
          <w:rFonts w:ascii="宋体" w:eastAsia="宋体" w:hAnsi="宋体" w:cs="宋体"/>
          <w:color w:val="000000"/>
        </w:rPr>
        <w:t>公里，行车时间为</w:t>
      </w:r>
      <w:r>
        <w:rPr>
          <w:rFonts w:ascii="Times New Roman" w:eastAsia="Times New Roman" w:hAnsi="Times New Roman" w:cs="Times New Roman"/>
          <w:color w:val="000000"/>
        </w:rPr>
        <w:t>30</w:t>
      </w:r>
      <w:r>
        <w:rPr>
          <w:rFonts w:ascii="宋体" w:eastAsia="宋体" w:hAnsi="宋体" w:cs="宋体"/>
          <w:color w:val="000000"/>
        </w:rPr>
        <w:t>分钟，则需付车费为：</w:t>
      </w:r>
      <w:r>
        <w:rPr>
          <w:rFonts w:ascii="Times New Roman" w:eastAsia="Times New Roman" w:hAnsi="Times New Roman" w:cs="Times New Roman"/>
          <w:color w:val="000000"/>
        </w:rPr>
        <w:t>9+2×</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+0.4×</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64.4</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）若小淇乘坐出租车，行车里程为</w:t>
      </w:r>
      <w:r>
        <w:rPr>
          <w:rFonts w:ascii="Times New Roman" w:eastAsia="Times New Roman" w:hAnsi="Times New Roman" w:cs="Times New Roman"/>
          <w:color w:val="000000"/>
        </w:rPr>
        <w:t>10</w:t>
      </w:r>
      <w:r>
        <w:rPr>
          <w:rFonts w:ascii="宋体" w:eastAsia="宋体" w:hAnsi="宋体" w:cs="宋体"/>
          <w:color w:val="000000"/>
        </w:rPr>
        <w:t>公里，行车时间为</w:t>
      </w:r>
      <w:r>
        <w:rPr>
          <w:rFonts w:ascii="Times New Roman" w:eastAsia="Times New Roman" w:hAnsi="Times New Roman" w:cs="Times New Roman"/>
          <w:color w:val="000000"/>
        </w:rPr>
        <w:t>20</w:t>
      </w:r>
      <w:r>
        <w:rPr>
          <w:rFonts w:ascii="宋体" w:eastAsia="宋体" w:hAnsi="宋体" w:cs="宋体"/>
          <w:color w:val="000000"/>
        </w:rPr>
        <w:t>分钟，则需付车费</w:t>
      </w:r>
      <w:r>
        <w:rPr>
          <w:rFonts w:ascii="Times New Roman" w:eastAsia="Times New Roman" w:hAnsi="Times New Roman" w:cs="Times New Roman"/>
          <w:color w:val="000000"/>
          <w:u w:val="single"/>
        </w:rPr>
        <w:t xml:space="preserve">     </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）若小尧乘坐出租车，行车里程为</w:t>
      </w:r>
      <w:r>
        <w:rPr>
          <w:rFonts w:ascii="Times New Roman" w:eastAsia="Times New Roman" w:hAnsi="Times New Roman" w:cs="Times New Roman"/>
          <w:i/>
          <w:color w:val="000000"/>
        </w:rPr>
        <w:t>a</w:t>
      </w:r>
      <w:r>
        <w:rPr>
          <w:rFonts w:ascii="宋体" w:eastAsia="宋体" w:hAnsi="宋体" w:cs="宋体"/>
          <w:color w:val="000000"/>
        </w:rPr>
        <w:t>公里，行车时间为</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）分钟．若</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rPr>
        <w:t>≤20</w:t>
      </w:r>
      <w:r>
        <w:rPr>
          <w:rFonts w:ascii="宋体" w:eastAsia="宋体" w:hAnsi="宋体" w:cs="宋体"/>
          <w:color w:val="000000"/>
        </w:rPr>
        <w:t>，则小尧应付车费</w:t>
      </w:r>
      <w:r>
        <w:rPr>
          <w:rFonts w:ascii="Times New Roman" w:eastAsia="Times New Roman" w:hAnsi="Times New Roman" w:cs="Times New Roman"/>
          <w:color w:val="000000"/>
          <w:u w:val="single"/>
        </w:rPr>
        <w:t xml:space="preserve">    </w:t>
      </w:r>
      <w:r>
        <w:rPr>
          <w:rFonts w:ascii="宋体" w:eastAsia="宋体" w:hAnsi="宋体" w:cs="宋体"/>
          <w:color w:val="000000"/>
        </w:rPr>
        <w:t>元；（用含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position w:val="0"/>
        </w:rPr>
        <w:drawing>
          <wp:inline>
            <wp:extent cx="133350" cy="177800"/>
            <wp:docPr id="329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 name=""/>
                    <pic:cNvPicPr>
                      <a:picLocks noChangeAspect="1"/>
                    </pic:cNvPicPr>
                  </pic:nvPicPr>
                  <pic:blipFill>
                    <a:blip r:embed="rId218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代数式表示，并化简）若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，则小尧应付车费</w:t>
      </w:r>
      <w:r>
        <w:rPr>
          <w:rFonts w:ascii="Times New Roman" w:eastAsia="Times New Roman" w:hAnsi="Times New Roman" w:cs="Times New Roman"/>
          <w:color w:val="000000"/>
          <w:u w:val="single"/>
        </w:rPr>
        <w:t xml:space="preserve">          </w:t>
      </w:r>
      <w:r>
        <w:rPr>
          <w:rFonts w:ascii="宋体" w:eastAsia="宋体" w:hAnsi="宋体" w:cs="宋体"/>
          <w:color w:val="000000"/>
        </w:rPr>
        <w:t>元．（用含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的代数式表示，并化简）</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）小淇与小尧各自乘坐出租车去市区内某景点（汽车市区内限速</w:t>
      </w:r>
      <w:r>
        <w:rPr>
          <w:rFonts w:ascii="Times New Roman" w:eastAsia="Times New Roman" w:hAnsi="Times New Roman" w:cs="Times New Roman"/>
          <w:color w:val="000000"/>
        </w:rPr>
        <w:t>40</w:t>
      </w:r>
      <w:r>
        <w:rPr>
          <w:rFonts w:ascii="宋体" w:eastAsia="宋体" w:hAnsi="宋体" w:cs="宋体"/>
          <w:color w:val="000000"/>
        </w:rPr>
        <w:t>公里</w:t>
      </w:r>
      <w:r>
        <w:rPr>
          <w:rFonts w:ascii="Times New Roman" w:eastAsia="Times New Roman" w:hAnsi="Times New Roman" w:cs="Times New Roman"/>
          <w:color w:val="000000"/>
        </w:rPr>
        <w:t>/</w:t>
      </w:r>
      <w:r>
        <w:rPr>
          <w:rFonts w:ascii="宋体" w:eastAsia="宋体" w:hAnsi="宋体" w:cs="宋体"/>
          <w:color w:val="000000"/>
        </w:rPr>
        <w:t>小时），行车里程分别为</w:t>
      </w:r>
      <w:r>
        <w:rPr>
          <w:rFonts w:ascii="Times New Roman" w:eastAsia="Times New Roman" w:hAnsi="Times New Roman" w:cs="Times New Roman"/>
          <w:color w:val="000000"/>
        </w:rPr>
        <w:t>19</w:t>
      </w:r>
      <w:r>
        <w:rPr>
          <w:rFonts w:ascii="宋体" w:eastAsia="宋体" w:hAnsi="宋体" w:cs="宋体"/>
          <w:color w:val="000000"/>
        </w:rPr>
        <w:t>公里与</w:t>
      </w:r>
      <w:r>
        <w:rPr>
          <w:rFonts w:ascii="Times New Roman" w:eastAsia="Times New Roman" w:hAnsi="Times New Roman" w:cs="Times New Roman"/>
          <w:color w:val="000000"/>
        </w:rPr>
        <w:t>22</w:t>
      </w:r>
      <w:r>
        <w:rPr>
          <w:rFonts w:ascii="宋体" w:eastAsia="宋体" w:hAnsi="宋体" w:cs="宋体"/>
          <w:color w:val="000000"/>
        </w:rPr>
        <w:t>公里，受路况情况影响，小淇反而比小尧乘车时间多用</w:t>
      </w:r>
      <w:r>
        <w:rPr>
          <w:rFonts w:ascii="Times New Roman" w:eastAsia="Times New Roman" w:hAnsi="Times New Roman" w:cs="Times New Roman"/>
          <w:color w:val="000000"/>
        </w:rPr>
        <w:t>18</w:t>
      </w:r>
      <w:r>
        <w:rPr>
          <w:rFonts w:ascii="宋体" w:eastAsia="宋体" w:hAnsi="宋体" w:cs="宋体"/>
          <w:color w:val="000000"/>
        </w:rPr>
        <w:t>分钟，利用代数式的知识说明谁付的车费多？</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27.4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12027" type="#_x0000_t75" alt="学科网(www.zxxk.com)--教育资源门户，提供试卷、教案、课件、论文、素材以及各类教学资源下载，还有大量而丰富的教学相关资讯！" style="width:83.1pt;height:15.9pt" o:oleicon="f" o:ole="">
            <v:imagedata r:id="rId2188" o:title="eqId9a6552bb8bc386cd3c1d031321b2d343"/>
          </v:shape>
        </w:pict>
      </w:r>
      <w:r>
        <w:rPr>
          <w:rFonts w:ascii="宋体" w:eastAsia="宋体" w:hAnsi="宋体" w:cs="宋体"/>
          <w:color w:val="000000"/>
        </w:rPr>
        <w:t>，</w:t>
      </w:r>
      <w:r>
        <w:pict>
          <v:shape id="_x0000_i712028" type="#_x0000_t75" alt="学科网(www.zxxk.com)--教育资源门户，提供试卷、教案、课件、论文、素材以及各类教学资源下载，还有大量而丰富的教学相关资讯！" style="width:96.9pt;height:15.9pt" o:oleicon="f" o:ole="">
            <v:imagedata r:id="rId2189" o:title="eqId0b92a4716d2e25fb58d0095b3a4d1cd2"/>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）两人付费一样</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）根据出租车计价规则列式计算即可；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）①若</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rPr>
        <w:t>≤20</w:t>
      </w:r>
      <w:r>
        <w:rPr>
          <w:rFonts w:ascii="宋体" w:eastAsia="宋体" w:hAnsi="宋体" w:cs="宋体"/>
          <w:color w:val="000000"/>
        </w:rPr>
        <w:t>，应付车费</w:t>
      </w:r>
      <w:r>
        <w:rPr>
          <w:rFonts w:ascii="Times New Roman" w:eastAsia="Times New Roman" w:hAnsi="Times New Roman" w:cs="Times New Roman"/>
          <w:color w:val="000000"/>
        </w:rPr>
        <w:t>=</w:t>
      </w:r>
      <w:r>
        <w:rPr>
          <w:rFonts w:ascii="宋体" w:eastAsia="宋体" w:hAnsi="宋体" w:cs="宋体"/>
          <w:color w:val="000000"/>
        </w:rPr>
        <w:t>起步价</w:t>
      </w:r>
      <w:r>
        <w:rPr>
          <w:rFonts w:ascii="Times New Roman" w:eastAsia="Times New Roman" w:hAnsi="Times New Roman" w:cs="Times New Roman"/>
          <w:color w:val="000000"/>
        </w:rPr>
        <w:t>+</w:t>
      </w:r>
      <w:r>
        <w:rPr>
          <w:rFonts w:ascii="宋体" w:eastAsia="宋体" w:hAnsi="宋体" w:cs="宋体"/>
          <w:color w:val="000000"/>
        </w:rPr>
        <w:t>超过</w:t>
      </w:r>
      <w:r>
        <w:rPr>
          <w:rFonts w:ascii="Times New Roman" w:eastAsia="Times New Roman" w:hAnsi="Times New Roman" w:cs="Times New Roman"/>
          <w:color w:val="000000"/>
        </w:rPr>
        <w:t>3</w:t>
      </w:r>
      <w:r>
        <w:rPr>
          <w:rFonts w:ascii="宋体" w:eastAsia="宋体" w:hAnsi="宋体" w:cs="宋体"/>
          <w:color w:val="000000"/>
        </w:rPr>
        <w:t>公里的里程费</w:t>
      </w:r>
      <w:r>
        <w:rPr>
          <w:rFonts w:ascii="Times New Roman" w:eastAsia="Times New Roman" w:hAnsi="Times New Roman" w:cs="Times New Roman"/>
          <w:color w:val="000000"/>
        </w:rPr>
        <w:t>+</w:t>
      </w:r>
      <w:r>
        <w:rPr>
          <w:rFonts w:ascii="宋体" w:eastAsia="宋体" w:hAnsi="宋体" w:cs="宋体"/>
          <w:color w:val="000000"/>
        </w:rPr>
        <w:t>超过</w:t>
      </w:r>
      <w:r>
        <w:rPr>
          <w:rFonts w:ascii="Times New Roman" w:eastAsia="Times New Roman" w:hAnsi="Times New Roman" w:cs="Times New Roman"/>
          <w:color w:val="000000"/>
        </w:rPr>
        <w:t>9</w:t>
      </w:r>
      <w:r>
        <w:rPr>
          <w:rFonts w:ascii="宋体" w:eastAsia="宋体" w:hAnsi="宋体" w:cs="宋体"/>
          <w:color w:val="000000"/>
        </w:rPr>
        <w:t>分钟的时长费；②若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，应付车费</w:t>
      </w:r>
      <w:r>
        <w:rPr>
          <w:rFonts w:ascii="Times New Roman" w:eastAsia="Times New Roman" w:hAnsi="Times New Roman" w:cs="Times New Roman"/>
          <w:color w:val="000000"/>
        </w:rPr>
        <w:t>=</w:t>
      </w:r>
      <w:r>
        <w:rPr>
          <w:rFonts w:ascii="宋体" w:eastAsia="宋体" w:hAnsi="宋体" w:cs="宋体"/>
          <w:color w:val="000000"/>
        </w:rPr>
        <w:t>起步价</w:t>
      </w:r>
      <w:r>
        <w:rPr>
          <w:rFonts w:ascii="Times New Roman" w:eastAsia="Times New Roman" w:hAnsi="Times New Roman" w:cs="Times New Roman"/>
          <w:color w:val="000000"/>
        </w:rPr>
        <w:t>+</w:t>
      </w:r>
      <w:r>
        <w:rPr>
          <w:rFonts w:ascii="宋体" w:eastAsia="宋体" w:hAnsi="宋体" w:cs="宋体"/>
          <w:color w:val="000000"/>
        </w:rPr>
        <w:t>超过</w:t>
      </w:r>
      <w:r>
        <w:rPr>
          <w:rFonts w:ascii="Times New Roman" w:eastAsia="Times New Roman" w:hAnsi="Times New Roman" w:cs="Times New Roman"/>
          <w:color w:val="000000"/>
        </w:rPr>
        <w:t>3</w:t>
      </w:r>
      <w:r>
        <w:rPr>
          <w:rFonts w:ascii="宋体" w:eastAsia="宋体" w:hAnsi="宋体" w:cs="宋体"/>
          <w:color w:val="000000"/>
        </w:rPr>
        <w:t>公里的里程费</w:t>
      </w:r>
      <w:r>
        <w:rPr>
          <w:rFonts w:ascii="Times New Roman" w:eastAsia="Times New Roman" w:hAnsi="Times New Roman" w:cs="Times New Roman"/>
          <w:color w:val="000000"/>
        </w:rPr>
        <w:t>+</w:t>
      </w:r>
      <w:r>
        <w:rPr>
          <w:rFonts w:ascii="宋体" w:eastAsia="宋体" w:hAnsi="宋体" w:cs="宋体"/>
          <w:color w:val="000000"/>
        </w:rPr>
        <w:t>超过</w:t>
      </w:r>
      <w:r>
        <w:rPr>
          <w:rFonts w:ascii="Times New Roman" w:eastAsia="Times New Roman" w:hAnsi="Times New Roman" w:cs="Times New Roman"/>
          <w:color w:val="000000"/>
        </w:rPr>
        <w:t>9</w:t>
      </w:r>
      <w:r>
        <w:rPr>
          <w:rFonts w:ascii="宋体" w:eastAsia="宋体" w:hAnsi="宋体" w:cs="宋体"/>
          <w:color w:val="000000"/>
        </w:rPr>
        <w:t>分钟的时长费</w:t>
      </w:r>
      <w:r>
        <w:rPr>
          <w:rFonts w:ascii="Times New Roman" w:eastAsia="Times New Roman" w:hAnsi="Times New Roman" w:cs="Times New Roman"/>
          <w:color w:val="000000"/>
        </w:rPr>
        <w:t>+</w:t>
      </w:r>
      <w:r>
        <w:rPr>
          <w:rFonts w:ascii="宋体" w:eastAsia="宋体" w:hAnsi="宋体" w:cs="宋体"/>
          <w:color w:val="000000"/>
        </w:rPr>
        <w:t>超过</w:t>
      </w:r>
      <w:r>
        <w:rPr>
          <w:rFonts w:ascii="Times New Roman" w:eastAsia="Times New Roman" w:hAnsi="Times New Roman" w:cs="Times New Roman"/>
          <w:color w:val="000000"/>
        </w:rPr>
        <w:t>20</w:t>
      </w:r>
      <w:r>
        <w:rPr>
          <w:rFonts w:ascii="宋体" w:eastAsia="宋体" w:hAnsi="宋体" w:cs="宋体"/>
          <w:color w:val="000000"/>
        </w:rPr>
        <w:t>公里后的远途费；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）根据题意分别计算两人的车费，再作比较．</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 xml:space="preserve">  9+2</w:t>
      </w:r>
      <w:r>
        <w:rPr>
          <w:rFonts w:ascii="宋体" w:eastAsia="宋体" w:hAnsi="宋体" w:cs="宋体"/>
          <w:color w:val="000000"/>
        </w:rPr>
        <w:t>×（</w:t>
      </w:r>
      <w:r>
        <w:rPr>
          <w:rFonts w:ascii="Times New Roman" w:eastAsia="Times New Roman" w:hAnsi="Times New Roman" w:cs="Times New Roman"/>
          <w:color w:val="000000"/>
        </w:rPr>
        <w:t>10-3</w:t>
      </w:r>
      <w:r>
        <w:rPr>
          <w:rFonts w:ascii="宋体" w:eastAsia="宋体" w:hAnsi="宋体" w:cs="宋体"/>
          <w:color w:val="000000"/>
        </w:rPr>
        <w:t>）</w:t>
      </w:r>
      <w:r>
        <w:rPr>
          <w:rFonts w:ascii="Times New Roman" w:eastAsia="Times New Roman" w:hAnsi="Times New Roman" w:cs="Times New Roman"/>
          <w:color w:val="000000"/>
        </w:rPr>
        <w:t>+0.4</w:t>
      </w:r>
      <w:r>
        <w:rPr>
          <w:rFonts w:ascii="宋体" w:eastAsia="宋体" w:hAnsi="宋体" w:cs="宋体"/>
          <w:color w:val="000000"/>
        </w:rPr>
        <w:t>×（</w:t>
      </w:r>
      <w:r>
        <w:rPr>
          <w:rFonts w:ascii="Times New Roman" w:eastAsia="Times New Roman" w:hAnsi="Times New Roman" w:cs="Times New Roman"/>
          <w:color w:val="000000"/>
        </w:rPr>
        <w:t>20-9</w:t>
      </w:r>
      <w:r>
        <w:rPr>
          <w:rFonts w:ascii="宋体" w:eastAsia="宋体" w:hAnsi="宋体" w:cs="宋体"/>
          <w:color w:val="000000"/>
        </w:rPr>
        <w:t>）</w:t>
      </w:r>
      <w:r>
        <w:rPr>
          <w:rFonts w:ascii="Times New Roman" w:eastAsia="Times New Roman" w:hAnsi="Times New Roman" w:cs="Times New Roman"/>
          <w:color w:val="000000"/>
        </w:rPr>
        <w:t>=27.4</w:t>
      </w:r>
      <w:r>
        <w:rPr>
          <w:rFonts w:ascii="宋体" w:eastAsia="宋体" w:hAnsi="宋体" w:cs="宋体"/>
          <w:color w:val="000000"/>
        </w:rPr>
        <w:t>（元）</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27.4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）①当</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rPr>
        <w:t>≤20</w:t>
      </w:r>
      <w:r>
        <w:rPr>
          <w:rFonts w:ascii="宋体" w:eastAsia="宋体" w:hAnsi="宋体" w:cs="宋体"/>
          <w:color w:val="000000"/>
        </w:rPr>
        <w:t>时，</w:t>
      </w:r>
      <w:r>
        <w:rPr>
          <w:rFonts w:ascii="Times New Roman" w:eastAsia="Times New Roman" w:hAnsi="Times New Roman" w:cs="Times New Roman"/>
          <w:color w:val="000000"/>
        </w:rPr>
        <w:t>9+2×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+0.4×</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+0.4</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②当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时，</w:t>
      </w:r>
      <w:r>
        <w:rPr>
          <w:rFonts w:ascii="Times New Roman" w:eastAsia="Times New Roman" w:hAnsi="Times New Roman" w:cs="Times New Roman"/>
          <w:color w:val="000000"/>
        </w:rPr>
        <w:t>9+2×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+0.4×</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2.6</w:t>
      </w:r>
      <w:r>
        <w:rPr>
          <w:rFonts w:ascii="Times New Roman" w:eastAsia="Times New Roman" w:hAnsi="Times New Roman" w:cs="Times New Roman"/>
          <w:i/>
          <w:color w:val="000000"/>
        </w:rPr>
        <w:t>a</w:t>
      </w:r>
      <w:r>
        <w:rPr>
          <w:rFonts w:ascii="Times New Roman" w:eastAsia="Times New Roman" w:hAnsi="Times New Roman" w:cs="Times New Roman"/>
          <w:color w:val="000000"/>
        </w:rPr>
        <w:t>+0.4</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12.6</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）设小尧乘车时长为</w:t>
      </w:r>
      <w:r>
        <w:pict>
          <v:shape id="_x0000_i712029" type="#_x0000_t75" alt="学科网(www.zxxk.com)--教育资源门户，提供试卷、教案、课件、论文、素材以及各类教学资源下载，还有大量而丰富的教学相关资讯！" style="width:12.75pt;height:11.25pt" o:oleicon="f" o:ole="">
            <v:imagedata r:id="rId2190" o:title="eqId294f5ba74cdf695fc9a8a8e52f421328"/>
          </v:shape>
        </w:pict>
      </w:r>
      <w:r>
        <w:rPr>
          <w:rFonts w:ascii="宋体" w:eastAsia="宋体" w:hAnsi="宋体" w:cs="宋体"/>
          <w:color w:val="000000"/>
        </w:rPr>
        <w:t>分钟，则小淇乘车时长为</w:t>
      </w:r>
      <w:r>
        <w:pict>
          <v:shape id="_x0000_i712030" type="#_x0000_t75" alt="学科网(www.zxxk.com)--教育资源门户，提供试卷、教案、课件、论文、素材以及各类教学资源下载，还有大量而丰富的教学相关资讯！" style="width:42.9pt;height:15.9pt" o:oleicon="f" o:ole="">
            <v:imagedata r:id="rId2191" o:title="eqId4efe48b9a22ea07bf018a5f646c38177"/>
          </v:shape>
        </w:pi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小淇应付车费：</w:t>
      </w:r>
      <w:r>
        <w:pict>
          <v:shape id="_x0000_i712031" type="#_x0000_t75" alt="学科网(www.zxxk.com)--教育资源门户，提供试卷、教案、课件、论文、素材以及各类教学资源下载，还有大量而丰富的教学相关资讯！" style="width:191.1pt;height:15.9pt" o:oleicon="f" o:ole="">
            <v:imagedata r:id="rId2192" o:title="eqId2a44ced52a33baea8cfdb2dc3ed4d4ba"/>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小尧应付车费：</w:t>
      </w:r>
      <w:r>
        <w:pict>
          <v:shape id="_x0000_i712032" type="#_x0000_t75" alt="学科网(www.zxxk.com)--教育资源门户，提供试卷、教案、课件、论文、素材以及各类教学资源下载，还有大量而丰富的教学相关资讯！" style="width:176.3pt;height:14.3pt" o:oleicon="f" o:ole="">
            <v:imagedata r:id="rId2193" o:title="eqId694fd55c31e10ebf071effdc8ca61212"/>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因此，两人付费一样．</w:t>
      </w:r>
    </w:p>
    <w:p>
      <w:pPr>
        <w:spacing w:line="360" w:lineRule="auto"/>
        <w:jc w:val="left"/>
        <w:textAlignment w:val="center"/>
        <w:rPr>
          <w:color w:val="000000"/>
        </w:rPr>
      </w:pPr>
      <w:r>
        <w:rPr>
          <w:color w:val="000000"/>
        </w:rPr>
        <w:t>【点睛】</w:t>
      </w:r>
      <w:r>
        <w:rPr>
          <w:rFonts w:ascii="宋体" w:eastAsia="宋体" w:hAnsi="宋体" w:cs="宋体"/>
          <w:color w:val="000000"/>
        </w:rPr>
        <w:t>本题考查列代数式、代数式求值等知识，正确理解题意是解题关键．</w:t>
      </w:r>
    </w:p>
    <w:p>
      <w:pPr>
        <w:spacing w:line="360" w:lineRule="auto"/>
        <w:jc w:val="left"/>
        <w:textAlignment w:val="center"/>
        <w:rPr>
          <w:color w:val="000000"/>
        </w:rPr>
      </w:pPr>
      <w:r>
        <w:rPr>
          <w:color w:val="000000"/>
        </w:rPr>
        <w:t xml:space="preserve">29. </w:t>
      </w:r>
      <w:r>
        <w:rPr>
          <w:rFonts w:ascii="宋体" w:eastAsia="宋体" w:hAnsi="宋体" w:cs="宋体"/>
          <w:color w:val="000000"/>
        </w:rPr>
        <w:t>如图，在数轴上有两点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，分别表示</w:t>
      </w:r>
      <w:r>
        <w:pict>
          <v:shape id="_x0000_i712033" type="#_x0000_t75" alt="学科网(www.zxxk.com)--教育资源门户，提供试卷、教案、课件、论文、素材以及各类教学资源下载，还有大量而丰富的教学相关资讯！" style="width:15.75pt;height:12.75pt" o:oleicon="f" o:ole="">
            <v:imagedata r:id="rId2194" o:title="eqId274a9dc37509f01c2606fb3086a46f4f"/>
          </v:shape>
        </w:pic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点出发，沿数轴的正方向以每秒</w:t>
      </w:r>
      <w:r>
        <w:rPr>
          <w:rFonts w:ascii="Times New Roman" w:eastAsia="Times New Roman" w:hAnsi="Times New Roman" w:cs="Times New Roman"/>
          <w:color w:val="000000"/>
        </w:rPr>
        <w:t>2</w:t>
      </w:r>
      <w:r>
        <w:rPr>
          <w:rFonts w:ascii="宋体" w:eastAsia="宋体" w:hAnsi="宋体" w:cs="宋体"/>
          <w:color w:val="000000"/>
        </w:rPr>
        <w:t>个单位的速度运动．</w:t>
      </w:r>
    </w:p>
    <w:p>
      <w:pPr>
        <w:spacing w:line="360" w:lineRule="auto"/>
        <w:jc w:val="left"/>
        <w:textAlignment w:val="center"/>
        <w:rPr>
          <w:color w:val="000000"/>
        </w:rPr>
      </w:pPr>
      <w:r>
        <w:rPr>
          <w:color w:val="000000"/>
        </w:rPr>
        <w:drawing>
          <wp:inline>
            <wp:extent cx="2133600" cy="609600"/>
            <wp:docPr id="32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 name=""/>
                    <pic:cNvPicPr>
                      <a:picLocks noChangeAspect="1"/>
                    </pic:cNvPicPr>
                  </pic:nvPicPr>
                  <pic:blipFill>
                    <a:blip r:embed="rId2195"/>
                    <a:stretch>
                      <a:fillRect/>
                    </a:stretch>
                  </pic:blipFill>
                  <pic:spPr>
                    <a:xfrm>
                      <a:off x="0" y="0"/>
                      <a:ext cx="2133600" cy="609600"/>
                    </a:xfrm>
                    <a:prstGeom prst="rect">
                      <a:avLst/>
                    </a:prstGeom>
                  </pic:spPr>
                </pic:pic>
              </a:graphicData>
            </a:graphic>
          </wp:inline>
        </w:drawing>
      </w:r>
    </w:p>
    <w:p>
      <w:pPr>
        <w:spacing w:line="360" w:lineRule="auto"/>
        <w:jc w:val="left"/>
        <w:textAlignment w:val="center"/>
        <w:rPr>
          <w:color w:val="000000"/>
        </w:rPr>
      </w:pPr>
      <w:r>
        <w:rPr>
          <w:color w:val="000000"/>
        </w:rPr>
        <w:t>（1）</w:t>
      </w:r>
      <w:r>
        <w:pict>
          <v:shape id="_x0000_i712034" type="#_x0000_t75" alt="学科网(www.zxxk.com)--教育资源门户，提供试卷、教案、课件、论文、素材以及各类教学资源下载，还有大量而丰富的教学相关资讯！" style="width:28.5pt;height:13.5pt" o:oleicon="f" o:ole="">
            <v:imagedata r:id="rId2196" o:title="eqIdc26a46e7879436d532af3f4b6e258a81"/>
          </v:shape>
        </w:pict>
      </w:r>
      <w:r>
        <w:rPr>
          <w:rFonts w:ascii="Times New Roman" w:eastAsia="Times New Roman" w:hAnsi="Times New Roman" w:cs="Times New Roman"/>
          <w:color w:val="000000"/>
        </w:rPr>
        <w:t xml:space="preserve"> 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Times New Roman" w:eastAsia="Times New Roman" w:hAnsi="Times New Roman" w:cs="Times New Roman"/>
          <w:color w:val="000000"/>
        </w:rPr>
        <w:t>___________</w:t>
      </w:r>
      <w:r>
        <w:rPr>
          <w:rFonts w:ascii="宋体" w:eastAsia="宋体" w:hAnsi="宋体" w:cs="宋体"/>
          <w:color w:val="000000"/>
        </w:rPr>
        <w:t>秒时，点</w:t>
      </w:r>
      <w:r>
        <w:rPr>
          <w:rFonts w:ascii="Times New Roman" w:eastAsia="Times New Roman" w:hAnsi="Times New Roman" w:cs="Times New Roman"/>
          <w:i/>
          <w:color w:val="000000"/>
        </w:rPr>
        <w:t>P</w:t>
      </w:r>
      <w:r>
        <w:rPr>
          <w:rFonts w:ascii="宋体" w:eastAsia="宋体" w:hAnsi="宋体" w:cs="宋体"/>
          <w:color w:val="000000"/>
        </w:rPr>
        <w:t>恰好在</w:t>
      </w:r>
      <w:r>
        <w:pict>
          <v:shape id="_x0000_i712035" type="#_x0000_t75" alt="学科网(www.zxxk.com)--教育资源门户，提供试卷、教案、课件、论文、素材以及各类教学资源下载，还有大量而丰富的教学相关资讯！" style="width:20.05pt;height:12.6pt" o:oleicon="f" o:ole="">
            <v:imagedata r:id="rId2197" o:title="eqIdf52a58fbaf4fea03567e88a9f0f6e37e"/>
          </v:shape>
        </w:pict>
      </w:r>
      <w:r>
        <w:rPr>
          <w:rFonts w:ascii="宋体" w:eastAsia="宋体" w:hAnsi="宋体" w:cs="宋体"/>
          <w:color w:val="000000"/>
        </w:rPr>
        <w:t>的中点；</w:t>
      </w:r>
    </w:p>
    <w:p>
      <w:pPr>
        <w:spacing w:line="360" w:lineRule="auto"/>
        <w:jc w:val="left"/>
        <w:textAlignment w:val="center"/>
        <w:rPr>
          <w:color w:val="000000"/>
        </w:r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出发，同时点</w:t>
      </w:r>
      <w:r>
        <w:rPr>
          <w:rFonts w:ascii="Times New Roman" w:eastAsia="Times New Roman" w:hAnsi="Times New Roman" w:cs="Times New Roman"/>
          <w:i/>
          <w:color w:val="000000"/>
        </w:rPr>
        <w:t>Q</w:t>
      </w:r>
      <w:r>
        <w:rPr>
          <w:rFonts w:ascii="宋体" w:eastAsia="宋体" w:hAnsi="宋体" w:cs="宋体"/>
          <w:color w:val="000000"/>
        </w:rPr>
        <w:t>从</w:t>
      </w:r>
      <w:r>
        <w:rPr>
          <w:rFonts w:ascii="Times New Roman" w:eastAsia="Times New Roman" w:hAnsi="Times New Roman" w:cs="Times New Roman"/>
          <w:i/>
          <w:color w:val="000000"/>
        </w:rPr>
        <w:t>B</w:t>
      </w:r>
      <w:r>
        <w:rPr>
          <w:rFonts w:ascii="宋体" w:eastAsia="宋体" w:hAnsi="宋体" w:cs="宋体"/>
          <w:color w:val="000000"/>
        </w:rPr>
        <w:t>点出发，沿数轴的正方向以每秒</w:t>
      </w:r>
      <w:r>
        <w:rPr>
          <w:rFonts w:ascii="Times New Roman" w:eastAsia="Times New Roman" w:hAnsi="Times New Roman" w:cs="Times New Roman"/>
          <w:color w:val="000000"/>
        </w:rPr>
        <w:t>1</w:t>
      </w:r>
      <w:r>
        <w:rPr>
          <w:rFonts w:ascii="宋体" w:eastAsia="宋体" w:hAnsi="宋体" w:cs="宋体"/>
          <w:color w:val="000000"/>
        </w:rPr>
        <w:t>个单位的速度运动，</w:t>
      </w:r>
      <w:r>
        <w:rPr>
          <w:rFonts w:ascii="Times New Roman" w:eastAsia="Times New Roman" w:hAnsi="Times New Roman" w:cs="Times New Roman"/>
          <w:color w:val="000000"/>
        </w:rPr>
        <w:t>___________</w:t>
      </w:r>
      <w:r>
        <w:rPr>
          <w:rFonts w:ascii="宋体" w:eastAsia="宋体" w:hAnsi="宋体" w:cs="宋体"/>
          <w:color w:val="000000"/>
        </w:rPr>
        <w:t>秒时，</w:t>
      </w:r>
      <w:r>
        <w:pict>
          <v:shape id="_x0000_i712036" type="#_x0000_t75" alt="学科网(www.zxxk.com)--教育资源门户，提供试卷、教案、课件、论文、素材以及各类教学资源下载，还有大量而丰富的教学相关资讯！" style="width:34.5pt;height:15pt" o:oleicon="f" o:ole="">
            <v:imagedata r:id="rId2198" o:title="eqIde42a8ba3ea434605e0574339efc9c38f"/>
          </v:shape>
        </w:pict>
      </w:r>
      <w:r>
        <w:rPr>
          <w:rFonts w:ascii="宋体" w:eastAsia="宋体" w:hAnsi="宋体" w:cs="宋体"/>
          <w:color w:val="000000"/>
        </w:rPr>
        <w:t>；</w:t>
      </w:r>
    </w:p>
    <w:p>
      <w:pPr>
        <w:spacing w:line="360" w:lineRule="auto"/>
        <w:jc w:val="left"/>
        <w:textAlignment w:val="center"/>
        <w:rPr>
          <w:color w:val="000000"/>
        </w:rPr>
      </w:pPr>
      <w:r>
        <w:rPr>
          <w:color w:val="000000"/>
        </w:rPr>
        <w:t>（4）</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出发，同时点</w:t>
      </w:r>
      <w:r>
        <w:rPr>
          <w:rFonts w:ascii="Times New Roman" w:eastAsia="Times New Roman" w:hAnsi="Times New Roman" w:cs="Times New Roman"/>
          <w:i/>
          <w:color w:val="000000"/>
        </w:rPr>
        <w:t>Q</w:t>
      </w:r>
      <w:r>
        <w:rPr>
          <w:rFonts w:ascii="宋体" w:eastAsia="宋体" w:hAnsi="宋体" w:cs="宋体"/>
          <w:color w:val="000000"/>
        </w:rPr>
        <w:t>从</w:t>
      </w:r>
      <w:r>
        <w:rPr>
          <w:rFonts w:ascii="Times New Roman" w:eastAsia="Times New Roman" w:hAnsi="Times New Roman" w:cs="Times New Roman"/>
          <w:i/>
          <w:color w:val="000000"/>
        </w:rPr>
        <w:t>B</w:t>
      </w:r>
      <w:r>
        <w:rPr>
          <w:rFonts w:ascii="宋体" w:eastAsia="宋体" w:hAnsi="宋体" w:cs="宋体"/>
          <w:color w:val="000000"/>
        </w:rPr>
        <w:t>点出发，沿数轴的负方向以每秒</w:t>
      </w:r>
      <w:r>
        <w:rPr>
          <w:rFonts w:ascii="Times New Roman" w:eastAsia="Times New Roman" w:hAnsi="Times New Roman" w:cs="Times New Roman"/>
          <w:color w:val="000000"/>
        </w:rPr>
        <w:t>1</w:t>
      </w:r>
      <w:r>
        <w:rPr>
          <w:rFonts w:ascii="宋体" w:eastAsia="宋体" w:hAnsi="宋体" w:cs="宋体"/>
          <w:color w:val="000000"/>
        </w:rPr>
        <w:t>个单位的速度运动，</w:t>
      </w:r>
      <w:r>
        <w:rPr>
          <w:rFonts w:ascii="Times New Roman" w:eastAsia="Times New Roman" w:hAnsi="Times New Roman" w:cs="Times New Roman"/>
          <w:color w:val="000000"/>
        </w:rPr>
        <w:t>___________</w:t>
      </w:r>
      <w:r>
        <w:rPr>
          <w:rFonts w:ascii="宋体" w:eastAsia="宋体" w:hAnsi="宋体" w:cs="宋体"/>
          <w:color w:val="000000"/>
        </w:rPr>
        <w:t>秒时，点</w:t>
      </w:r>
      <w:r>
        <w:rPr>
          <w:rFonts w:ascii="Times New Roman" w:eastAsia="Times New Roman" w:hAnsi="Times New Roman" w:cs="Times New Roman"/>
          <w:i/>
          <w:color w:val="000000"/>
        </w:rPr>
        <w:t>Q</w:t>
      </w:r>
      <w:r>
        <w:rPr>
          <w:rFonts w:ascii="宋体" w:eastAsia="宋体" w:hAnsi="宋体" w:cs="宋体"/>
          <w:color w:val="000000"/>
        </w:rPr>
        <w:t>恰好是</w:t>
      </w:r>
      <w:r>
        <w:pict>
          <v:shape id="_x0000_i712037" type="#_x0000_t75" alt="学科网(www.zxxk.com)--教育资源门户，提供试卷、教案、课件、论文、素材以及各类教学资源下载，还有大量而丰富的教学相关资讯！" style="width:19.3pt;height:13.05pt" o:oleicon="f" o:ole="">
            <v:imagedata r:id="rId2199" o:title="eqId2cdba1337ec85fa9722cb4b320a82ae6"/>
          </v:shape>
        </w:pict>
      </w:r>
      <w:r>
        <w:rPr>
          <w:rFonts w:ascii="宋体" w:eastAsia="宋体" w:hAnsi="宋体" w:cs="宋体"/>
          <w:color w:val="000000"/>
        </w:rPr>
        <w:t>的中点．</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10</w:t>
      </w:r>
      <w:r>
        <w:rPr>
          <w:color w:val="000000"/>
        </w:rPr>
        <w:t xml:space="preserve">    </w:t>
      </w:r>
      <w:r>
        <w:rPr>
          <w:color w:val="000000"/>
        </w:rPr>
        <w:t>（2）</w:t>
      </w:r>
      <w:r>
        <w:rPr>
          <w:rFonts w:ascii="Times New Roman" w:eastAsia="Times New Roman" w:hAnsi="Times New Roman" w:cs="Times New Roman"/>
          <w:color w:val="000000"/>
        </w:rPr>
        <w:t>2.5</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6</w:t>
      </w:r>
      <w:r>
        <w:rPr>
          <w:rFonts w:ascii="宋体" w:eastAsia="宋体" w:hAnsi="宋体" w:cs="宋体"/>
          <w:color w:val="000000"/>
        </w:rPr>
        <w:t>或</w:t>
      </w:r>
      <w:r>
        <w:rPr>
          <w:rFonts w:ascii="Times New Roman" w:eastAsia="Times New Roman" w:hAnsi="Times New Roman" w:cs="Times New Roman"/>
          <w:color w:val="000000"/>
        </w:rPr>
        <w:t>14</w:t>
      </w:r>
      <w:r>
        <w:rPr>
          <w:color w:val="000000"/>
        </w:rPr>
        <w:t xml:space="preserve">    </w:t>
      </w:r>
      <w:r>
        <w:rPr>
          <w:color w:val="000000"/>
        </w:rPr>
        <w:t>（4）</w:t>
      </w:r>
      <w:r>
        <w:rPr>
          <w:rFonts w:ascii="Times New Roman" w:eastAsia="Times New Roman" w:hAnsi="Times New Roman" w:cs="Times New Roman"/>
          <w:color w:val="000000"/>
        </w:rPr>
        <w:t>2.5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）根据数轴上两点间的距离公式进行计算即可；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w:t>
      </w:r>
      <w:r>
        <w:pict>
          <v:shape id="_x0000_i712038" type="#_x0000_t75" alt="学科网(www.zxxk.com)--教育资源门户，提供试卷、教案、课件、论文、素材以及各类教学资源下载，还有大量而丰富的教学相关资讯！" style="width:20.05pt;height:12.6pt" o:oleicon="f" o:ole="">
            <v:imagedata r:id="rId2200" o:title="eqIdf52a58fbaf4fea03567e88a9f0f6e37e"/>
          </v:shape>
        </w:pict>
      </w:r>
      <w:r>
        <w:rPr>
          <w:rFonts w:ascii="宋体" w:eastAsia="宋体" w:hAnsi="宋体" w:cs="宋体"/>
          <w:color w:val="000000"/>
        </w:rPr>
        <w:t>的中点位置，得出点</w:t>
      </w:r>
      <w:r>
        <w:rPr>
          <w:rFonts w:ascii="Times New Roman" w:eastAsia="Times New Roman" w:hAnsi="Times New Roman" w:cs="Times New Roman"/>
          <w:i/>
          <w:color w:val="000000"/>
        </w:rPr>
        <w:t>P</w:t>
      </w:r>
      <w:r>
        <w:rPr>
          <w:rFonts w:ascii="宋体" w:eastAsia="宋体" w:hAnsi="宋体" w:cs="宋体"/>
          <w:color w:val="000000"/>
        </w:rPr>
        <w:t>需要运动的路程，然后再求出运动时间即可；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）设运动时间为</w:t>
      </w:r>
      <w:r>
        <w:rPr>
          <w:rFonts w:ascii="Times New Roman" w:eastAsia="Times New Roman" w:hAnsi="Times New Roman" w:cs="Times New Roman"/>
          <w:i/>
          <w:color w:val="000000"/>
        </w:rPr>
        <w:t>t</w:t>
      </w:r>
      <w:r>
        <w:rPr>
          <w:rFonts w:ascii="宋体" w:eastAsia="宋体" w:hAnsi="宋体" w:cs="宋体"/>
          <w:color w:val="000000"/>
        </w:rPr>
        <w:t>秒，用</w:t>
      </w:r>
      <w:r>
        <w:rPr>
          <w:rFonts w:ascii="Times New Roman" w:eastAsia="Times New Roman" w:hAnsi="Times New Roman" w:cs="Times New Roman"/>
          <w:i/>
          <w:color w:val="000000"/>
        </w:rPr>
        <w:t>t</w:t>
      </w:r>
      <w:r>
        <w:rPr>
          <w:rFonts w:ascii="宋体" w:eastAsia="宋体" w:hAnsi="宋体" w:cs="宋体"/>
          <w:color w:val="000000"/>
        </w:rPr>
        <w:t>表示出点</w:t>
      </w:r>
      <w:r>
        <w:rPr>
          <w:rFonts w:ascii="Times New Roman" w:eastAsia="Times New Roman" w:hAnsi="Times New Roman" w:cs="Times New Roman"/>
          <w:i/>
          <w:color w:val="000000"/>
        </w:rPr>
        <w:t>P</w:t>
      </w:r>
      <w:r>
        <w:rPr>
          <w:rFonts w:ascii="宋体" w:eastAsia="宋体" w:hAnsi="宋体" w:cs="宋体"/>
          <w:color w:val="000000"/>
        </w:rPr>
        <w:t>和</w:t>
      </w:r>
      <w:r>
        <w:rPr>
          <w:rFonts w:ascii="Times New Roman" w:eastAsia="Times New Roman" w:hAnsi="Times New Roman" w:cs="Times New Roman"/>
          <w:i/>
          <w:color w:val="000000"/>
        </w:rPr>
        <w:t>Q</w:t>
      </w:r>
      <w:r>
        <w:rPr>
          <w:rFonts w:ascii="宋体" w:eastAsia="宋体" w:hAnsi="宋体" w:cs="宋体"/>
          <w:color w:val="000000"/>
        </w:rPr>
        <w:t>，根据</w:t>
      </w:r>
      <w:r>
        <w:pict>
          <v:shape id="_x0000_i712039" type="#_x0000_t75" alt="学科网(www.zxxk.com)--教育资源门户，提供试卷、教案、课件、论文、素材以及各类教学资源下载，还有大量而丰富的教学相关资讯！" style="width:34.5pt;height:15pt" o:oleicon="f" o:ole="">
            <v:imagedata r:id="rId2201" o:title="eqIde42a8ba3ea434605e0574339efc9c38f"/>
          </v:shape>
        </w:pict>
      </w:r>
      <w:r>
        <w:rPr>
          <w:rFonts w:ascii="宋体" w:eastAsia="宋体" w:hAnsi="宋体" w:cs="宋体"/>
          <w:color w:val="000000"/>
        </w:rPr>
        <w:t>列出方程，解方程即可；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）设</w:t>
      </w:r>
      <w:r>
        <w:rPr>
          <w:rFonts w:ascii="Times New Roman" w:eastAsia="Times New Roman" w:hAnsi="Times New Roman" w:cs="Times New Roman"/>
          <w:i/>
          <w:color w:val="000000"/>
        </w:rPr>
        <w:t>s</w:t>
      </w:r>
      <w:r>
        <w:rPr>
          <w:rFonts w:ascii="宋体" w:eastAsia="宋体" w:hAnsi="宋体" w:cs="宋体"/>
          <w:color w:val="000000"/>
        </w:rPr>
        <w:t>秒时，点</w:t>
      </w:r>
      <w:r>
        <w:rPr>
          <w:rFonts w:ascii="Times New Roman" w:eastAsia="Times New Roman" w:hAnsi="Times New Roman" w:cs="Times New Roman"/>
          <w:i/>
          <w:color w:val="000000"/>
        </w:rPr>
        <w:t>Q</w:t>
      </w:r>
      <w:r>
        <w:rPr>
          <w:rFonts w:ascii="宋体" w:eastAsia="宋体" w:hAnsi="宋体" w:cs="宋体"/>
          <w:color w:val="000000"/>
        </w:rPr>
        <w:t>恰好是</w:t>
      </w:r>
      <w:r>
        <w:pict>
          <v:shape id="_x0000_i712040" type="#_x0000_t75" alt="学科网(www.zxxk.com)--教育资源门户，提供试卷、教案、课件、论文、素材以及各类教学资源下载，还有大量而丰富的教学相关资讯！" style="width:19.3pt;height:13.05pt" o:oleicon="f" o:ole="">
            <v:imagedata r:id="rId2202" o:title="eqId2cdba1337ec85fa9722cb4b320a82ae6"/>
          </v:shape>
        </w:pict>
      </w:r>
      <w:r>
        <w:rPr>
          <w:rFonts w:ascii="宋体" w:eastAsia="宋体" w:hAnsi="宋体" w:cs="宋体"/>
          <w:color w:val="000000"/>
        </w:rPr>
        <w:t>的中点，则</w:t>
      </w:r>
      <w:r>
        <w:rPr>
          <w:rFonts w:ascii="Times New Roman" w:eastAsia="Times New Roman" w:hAnsi="Times New Roman" w:cs="Times New Roman"/>
          <w:i/>
          <w:color w:val="000000"/>
        </w:rPr>
        <w:t>s</w:t>
      </w:r>
      <w:r>
        <w:rPr>
          <w:rFonts w:ascii="宋体" w:eastAsia="宋体" w:hAnsi="宋体" w:cs="宋体"/>
          <w:color w:val="000000"/>
        </w:rPr>
        <w:t>秒后，点</w:t>
      </w:r>
      <w:r>
        <w:rPr>
          <w:rFonts w:ascii="Times New Roman" w:eastAsia="Times New Roman" w:hAnsi="Times New Roman" w:cs="Times New Roman"/>
          <w:i/>
          <w:color w:val="000000"/>
        </w:rPr>
        <w:t>P</w:t>
      </w:r>
      <w:r>
        <w:rPr>
          <w:rFonts w:ascii="宋体" w:eastAsia="宋体" w:hAnsi="宋体" w:cs="宋体"/>
          <w:color w:val="000000"/>
        </w:rPr>
        <w:t>表示的数为：</w:t>
      </w:r>
      <w:r>
        <w:pict>
          <v:shape id="_x0000_i712041" type="#_x0000_t75" alt="学科网(www.zxxk.com)--教育资源门户，提供试卷、教案、课件、论文、素材以及各类教学资源下载，还有大量而丰富的教学相关资讯！" style="width:37.8pt;height:13.8pt" o:oleicon="f" o:ole="">
            <v:imagedata r:id="rId2203" o:title="eqId6d42f91e9a93fa5ea35e2c08a6c1e90b"/>
          </v:shape>
        </w:pic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表示的数为：</w:t>
      </w:r>
      <w:r>
        <w:pict>
          <v:shape id="_x0000_i712042" type="#_x0000_t75" alt="学科网(www.zxxk.com)--教育资源门户，提供试卷、教案、课件、论文、素材以及各类教学资源下载，还有大量而丰富的教学相关资讯！" style="width:25.2pt;height:13.8pt" o:oleicon="f" o:ole="">
            <v:imagedata r:id="rId2204" o:title="eqIda4cccc98fe1d4869fcda1fef974c1d17"/>
          </v:shape>
        </w:pict>
      </w:r>
      <w:r>
        <w:rPr>
          <w:rFonts w:ascii="宋体" w:eastAsia="宋体" w:hAnsi="宋体" w:cs="宋体"/>
          <w:color w:val="000000"/>
        </w:rPr>
        <w:t>，根据点</w:t>
      </w:r>
      <w:r>
        <w:rPr>
          <w:rFonts w:ascii="Times New Roman" w:eastAsia="Times New Roman" w:hAnsi="Times New Roman" w:cs="Times New Roman"/>
          <w:i/>
          <w:color w:val="000000"/>
        </w:rPr>
        <w:t>Q</w:t>
      </w:r>
      <w:r>
        <w:rPr>
          <w:rFonts w:ascii="宋体" w:eastAsia="宋体" w:hAnsi="宋体" w:cs="宋体"/>
          <w:color w:val="000000"/>
        </w:rPr>
        <w:t>恰好是</w:t>
      </w:r>
      <w:r>
        <w:pict>
          <v:shape id="_x0000_i712043" type="#_x0000_t75" alt="学科网(www.zxxk.com)--教育资源门户，提供试卷、教案、课件、论文、素材以及各类教学资源下载，还有大量而丰富的教学相关资讯！" style="width:19.3pt;height:13.05pt" o:oleicon="f" o:ole="">
            <v:imagedata r:id="rId2202" o:title="eqId2cdba1337ec85fa9722cb4b320a82ae6"/>
          </v:shape>
        </w:pict>
      </w:r>
      <w:r>
        <w:rPr>
          <w:rFonts w:ascii="宋体" w:eastAsia="宋体" w:hAnsi="宋体" w:cs="宋体"/>
          <w:color w:val="000000"/>
        </w:rPr>
        <w:t>的中点，列出方程，解方程即可．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2044" type="#_x0000_t75" alt="学科网(www.zxxk.com)--教育资源门户，提供试卷、教案、课件、论文、素材以及各类教学资源下载，还有大量而丰富的教学相关资讯！" style="width:87pt;height:20.25pt" o:oleicon="f" o:ole="">
            <v:imagedata r:id="rId2205" o:title="eqId32d55e5ac4f6a057634a1b4a43a0d4d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2045" type="#_x0000_t75" alt="学科网(www.zxxk.com)--教育资源门户，提供试卷、教案、课件、论文、素材以及各类教学资源下载，还有大量而丰富的教学相关资讯！" style="width:20.05pt;height:12.6pt" o:oleicon="f" o:ole="">
            <v:imagedata r:id="rId2206" o:title="eqIdf52a58fbaf4fea03567e88a9f0f6e37e"/>
          </v:shape>
        </w:pict>
      </w:r>
      <w:r>
        <w:rPr>
          <w:rFonts w:ascii="宋体" w:eastAsia="宋体" w:hAnsi="宋体" w:cs="宋体"/>
          <w:color w:val="000000"/>
        </w:rPr>
        <w:t>的中点表示的数为</w:t>
      </w:r>
      <w:r>
        <w:pict>
          <v:shape id="_x0000_i712046" type="#_x0000_t75" alt="学科网(www.zxxk.com)--教育资源门户，提供试卷、教案、课件、论文、素材以及各类教学资源下载，还有大量而丰富的教学相关资讯！" style="width:51pt;height:30.75pt" o:oleicon="f" o:ole="">
            <v:imagedata r:id="rId2207" o:title="eqId5afdac4dd9d56e77ad29313d34561a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恰好在</w:t>
      </w:r>
      <w:r>
        <w:pict>
          <v:shape id="_x0000_i712047" type="#_x0000_t75" alt="学科网(www.zxxk.com)--教育资源门户，提供试卷、教案、课件、论文、素材以及各类教学资源下载，还有大量而丰富的教学相关资讯！" style="width:20.05pt;height:12.6pt" o:oleicon="f" o:ole="">
            <v:imagedata r:id="rId2208" o:title="eqIdf52a58fbaf4fea03567e88a9f0f6e37e"/>
          </v:shape>
        </w:pict>
      </w:r>
      <w:r>
        <w:rPr>
          <w:rFonts w:ascii="宋体" w:eastAsia="宋体" w:hAnsi="宋体" w:cs="宋体"/>
          <w:color w:val="000000"/>
        </w:rPr>
        <w:t>的中点时，需要运动的时间为：</w:t>
      </w:r>
    </w:p>
    <w:p>
      <w:pPr>
        <w:spacing w:line="360" w:lineRule="auto"/>
        <w:jc w:val="left"/>
        <w:textAlignment w:val="center"/>
        <w:rPr>
          <w:color w:val="000000"/>
        </w:rPr>
      </w:pPr>
      <w:r>
        <w:pict>
          <v:shape id="_x0000_i712048" type="#_x0000_t75" alt="学科网(www.zxxk.com)--教育资源门户，提供试卷、教案、课件、论文、素材以及各类教学资源下载，还有大量而丰富的教学相关资讯！" style="width:70.2pt;height:33pt" o:oleicon="f" o:ole="">
            <v:imagedata r:id="rId2209" o:title="eqId57ae2a3a34a538ef82af20edc5c18b76"/>
          </v:shape>
        </w:pic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2.5</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解：设</w:t>
      </w:r>
      <w:r>
        <w:rPr>
          <w:rFonts w:ascii="Times New Roman" w:eastAsia="Times New Roman" w:hAnsi="Times New Roman" w:cs="Times New Roman"/>
          <w:i/>
          <w:color w:val="000000"/>
        </w:rPr>
        <w:t>t</w:t>
      </w:r>
      <w:r>
        <w:rPr>
          <w:rFonts w:ascii="宋体" w:eastAsia="宋体" w:hAnsi="宋体" w:cs="宋体"/>
          <w:color w:val="000000"/>
        </w:rPr>
        <w:t>秒时，</w:t>
      </w:r>
      <w:r>
        <w:pict>
          <v:shape id="_x0000_i712049" type="#_x0000_t75" alt="学科网(www.zxxk.com)--教育资源门户，提供试卷、教案、课件、论文、素材以及各类教学资源下载，还有大量而丰富的教学相关资讯！" style="width:34.5pt;height:15pt" o:oleicon="f" o:ole="">
            <v:imagedata r:id="rId2210" o:title="eqIde42a8ba3ea434605e0574339efc9c38f"/>
          </v:shape>
        </w:pict>
      </w:r>
      <w:r>
        <w:rPr>
          <w:rFonts w:ascii="宋体" w:eastAsia="宋体" w:hAnsi="宋体" w:cs="宋体"/>
          <w:color w:val="000000"/>
        </w:rPr>
        <w:t>，则</w:t>
      </w:r>
      <w:r>
        <w:rPr>
          <w:rFonts w:ascii="Times New Roman" w:eastAsia="Times New Roman" w:hAnsi="Times New Roman" w:cs="Times New Roman"/>
          <w:i/>
          <w:color w:val="000000"/>
        </w:rPr>
        <w:t>t</w:t>
      </w:r>
      <w:r>
        <w:rPr>
          <w:rFonts w:ascii="宋体" w:eastAsia="宋体" w:hAnsi="宋体" w:cs="宋体"/>
          <w:color w:val="000000"/>
        </w:rPr>
        <w:t>秒后，点</w:t>
      </w:r>
      <w:r>
        <w:rPr>
          <w:rFonts w:ascii="Times New Roman" w:eastAsia="Times New Roman" w:hAnsi="Times New Roman" w:cs="Times New Roman"/>
          <w:i/>
          <w:color w:val="000000"/>
        </w:rPr>
        <w:t>P</w:t>
      </w:r>
      <w:r>
        <w:rPr>
          <w:rFonts w:ascii="宋体" w:eastAsia="宋体" w:hAnsi="宋体" w:cs="宋体"/>
          <w:color w:val="000000"/>
        </w:rPr>
        <w:t>表示的数为：</w:t>
      </w:r>
      <w:r>
        <w:pict>
          <v:shape id="_x0000_i712050" type="#_x0000_t75" alt="学科网(www.zxxk.com)--教育资源门户，提供试卷、教案、课件、论文、素材以及各类教学资源下载，还有大量而丰富的教学相关资讯！" style="width:37.1pt;height:14.15pt" o:oleicon="f" o:ole="">
            <v:imagedata r:id="rId2211" o:title="eqId976c55de8161c3e9fc0c1538b07fe9c8"/>
          </v:shape>
        </w:pic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表示的数为：</w:t>
      </w:r>
      <w:r>
        <w:pict>
          <v:shape id="_x0000_i712051" type="#_x0000_t75" alt="学科网(www.zxxk.com)--教育资源门户，提供试卷、教案、课件、论文、素材以及各类教学资源下载，还有大量而丰富的教学相关资讯！" style="width:30pt;height:13.2pt" o:oleicon="f" o:ole="">
            <v:imagedata r:id="rId2212" o:title="eqId333c0724e4d296aa261663e306fb8dec"/>
          </v:shape>
        </w:pict>
      </w:r>
      <w:r>
        <w:rPr>
          <w:rFonts w:ascii="宋体" w:eastAsia="宋体" w:hAnsi="宋体" w:cs="宋体"/>
          <w:color w:val="000000"/>
        </w:rPr>
        <w:t>，根据题意得：</w:t>
      </w:r>
    </w:p>
    <w:p>
      <w:pPr>
        <w:spacing w:line="360" w:lineRule="auto"/>
        <w:jc w:val="left"/>
        <w:textAlignment w:val="center"/>
        <w:rPr>
          <w:color w:val="000000"/>
        </w:rPr>
      </w:pPr>
      <w:r>
        <w:pict>
          <v:shape id="_x0000_i712052" type="#_x0000_t75" alt="学科网(www.zxxk.com)--教育资源门户，提供试卷、教案、课件、论文、素材以及各类教学资源下载，还有大量而丰富的教学相关资讯！" style="width:97.8pt;height:22.2pt" o:oleicon="f" o:ole="">
            <v:imagedata r:id="rId2213" o:title="eqId3d4d199e722730a9010435762c48c90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12053" type="#_x0000_t75" alt="学科网(www.zxxk.com)--教育资源门户，提供试卷、教案、课件、论文、素材以及各类教学资源下载，还有大量而丰富的教学相关资讯！" style="width:51pt;height:19.8pt" o:oleicon="f" o:ole="">
            <v:imagedata r:id="rId2214" o:title="eqIdee421cdc678fe6be03e90e2804134bd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54" type="#_x0000_t75" alt="学科网(www.zxxk.com)--教育资源门户，提供试卷、教案、课件、论文、素材以及各类教学资源下载，还有大量而丰富的教学相关资讯！" style="width:52.8pt;height:13.8pt" o:oleicon="f" o:ole="">
            <v:imagedata r:id="rId2215" o:title="eqIdecc9521f1b137769d19d0bc0f35c773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2055" type="#_x0000_t75" alt="学科网(www.zxxk.com)--教育资源门户，提供试卷、教案、课件、论文、素材以及各类教学资源下载，还有大量而丰富的教学相关资讯！" style="width:24.75pt;height:13.5pt" o:oleicon="f" o:ole="">
            <v:imagedata r:id="rId2216" o:title="eqId56bb615b68fdd6edfe77c246e81702a1"/>
          </v:shape>
        </w:pict>
      </w:r>
      <w:r>
        <w:rPr>
          <w:rFonts w:ascii="宋体" w:eastAsia="宋体" w:hAnsi="宋体" w:cs="宋体"/>
          <w:color w:val="000000"/>
        </w:rPr>
        <w:t>或</w:t>
      </w:r>
      <w:r>
        <w:pict>
          <v:shape id="_x0000_i712056" type="#_x0000_t75" alt="学科网(www.zxxk.com)--教育资源门户，提供试卷、教案、课件、论文、素材以及各类教学资源下载，还有大量而丰富的教学相关资讯！" style="width:30.75pt;height:14.25pt" o:oleicon="f" o:ole="">
            <v:imagedata r:id="rId2217" o:title="eqId07d991c9733c2695febf497ac4373b4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6</w:t>
      </w:r>
      <w:r>
        <w:rPr>
          <w:rFonts w:ascii="宋体" w:eastAsia="宋体" w:hAnsi="宋体" w:cs="宋体"/>
          <w:color w:val="000000"/>
        </w:rPr>
        <w:t>或</w:t>
      </w:r>
      <w:r>
        <w:rPr>
          <w:rFonts w:ascii="Times New Roman" w:eastAsia="Times New Roman" w:hAnsi="Times New Roman" w:cs="Times New Roman"/>
          <w:color w:val="000000"/>
        </w:rPr>
        <w:t>14</w:t>
      </w:r>
      <w:r>
        <w:rPr>
          <w:rFonts w:ascii="宋体" w:eastAsia="宋体" w:hAnsi="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解：设</w:t>
      </w:r>
      <w:r>
        <w:rPr>
          <w:rFonts w:ascii="Times New Roman" w:eastAsia="Times New Roman" w:hAnsi="Times New Roman" w:cs="Times New Roman"/>
          <w:i/>
          <w:color w:val="000000"/>
        </w:rPr>
        <w:t>s</w:t>
      </w:r>
      <w:r>
        <w:rPr>
          <w:rFonts w:ascii="宋体" w:eastAsia="宋体" w:hAnsi="宋体" w:cs="宋体"/>
          <w:color w:val="000000"/>
        </w:rPr>
        <w:t>秒时，点</w:t>
      </w:r>
      <w:r>
        <w:rPr>
          <w:rFonts w:ascii="Times New Roman" w:eastAsia="Times New Roman" w:hAnsi="Times New Roman" w:cs="Times New Roman"/>
          <w:i/>
          <w:color w:val="000000"/>
        </w:rPr>
        <w:t>Q</w:t>
      </w:r>
      <w:r>
        <w:rPr>
          <w:rFonts w:ascii="宋体" w:eastAsia="宋体" w:hAnsi="宋体" w:cs="宋体"/>
          <w:color w:val="000000"/>
        </w:rPr>
        <w:t>恰好是</w:t>
      </w:r>
      <w:r>
        <w:pict>
          <v:shape id="_x0000_i712057" type="#_x0000_t75" alt="学科网(www.zxxk.com)--教育资源门户，提供试卷、教案、课件、论文、素材以及各类教学资源下载，还有大量而丰富的教学相关资讯！" style="width:19.3pt;height:13.05pt" o:oleicon="f" o:ole="">
            <v:imagedata r:id="rId2218" o:title="eqId2cdba1337ec85fa9722cb4b320a82ae6"/>
          </v:shape>
        </w:pict>
      </w:r>
      <w:r>
        <w:rPr>
          <w:rFonts w:ascii="宋体" w:eastAsia="宋体" w:hAnsi="宋体" w:cs="宋体"/>
          <w:color w:val="000000"/>
        </w:rPr>
        <w:t>的中点，则</w:t>
      </w:r>
      <w:r>
        <w:rPr>
          <w:rFonts w:ascii="Times New Roman" w:eastAsia="Times New Roman" w:hAnsi="Times New Roman" w:cs="Times New Roman"/>
          <w:i/>
          <w:color w:val="000000"/>
        </w:rPr>
        <w:t>s</w:t>
      </w:r>
      <w:r>
        <w:rPr>
          <w:rFonts w:ascii="宋体" w:eastAsia="宋体" w:hAnsi="宋体" w:cs="宋体"/>
          <w:color w:val="000000"/>
        </w:rPr>
        <w:t>秒后，点</w:t>
      </w:r>
      <w:r>
        <w:rPr>
          <w:rFonts w:ascii="Times New Roman" w:eastAsia="Times New Roman" w:hAnsi="Times New Roman" w:cs="Times New Roman"/>
          <w:i/>
          <w:color w:val="000000"/>
        </w:rPr>
        <w:t>P</w:t>
      </w:r>
      <w:r>
        <w:rPr>
          <w:rFonts w:ascii="宋体" w:eastAsia="宋体" w:hAnsi="宋体" w:cs="宋体"/>
          <w:color w:val="000000"/>
        </w:rPr>
        <w:t>表示的数为：</w:t>
      </w:r>
      <w:r>
        <w:pict>
          <v:shape id="_x0000_i712058" type="#_x0000_t75" alt="学科网(www.zxxk.com)--教育资源门户，提供试卷、教案、课件、论文、素材以及各类教学资源下载，还有大量而丰富的教学相关资讯！" style="width:37.8pt;height:13.8pt" o:oleicon="f" o:ole="">
            <v:imagedata r:id="rId2219" o:title="eqId6d42f91e9a93fa5ea35e2c08a6c1e90b"/>
          </v:shape>
        </w:pic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表示的数为：</w:t>
      </w:r>
      <w:r>
        <w:pict>
          <v:shape id="_x0000_i712059" type="#_x0000_t75" alt="学科网(www.zxxk.com)--教育资源门户，提供试卷、教案、课件、论文、素材以及各类教学资源下载，还有大量而丰富的教学相关资讯！" style="width:25.2pt;height:13.8pt" o:oleicon="f" o:ole="">
            <v:imagedata r:id="rId2220" o:title="eqIda4cccc98fe1d4869fcda1fef974c1d17"/>
          </v:shape>
        </w:pict>
      </w:r>
      <w:r>
        <w:rPr>
          <w:rFonts w:ascii="宋体" w:eastAsia="宋体" w:hAnsi="宋体" w:cs="宋体"/>
          <w:color w:val="000000"/>
        </w:rPr>
        <w:t>，根据题意得：</w:t>
      </w:r>
    </w:p>
    <w:p>
      <w:pPr>
        <w:spacing w:line="360" w:lineRule="auto"/>
        <w:jc w:val="left"/>
        <w:textAlignment w:val="center"/>
        <w:rPr>
          <w:color w:val="000000"/>
        </w:rPr>
      </w:pPr>
      <w:r>
        <w:pict>
          <v:shape id="_x0000_i712060" type="#_x0000_t75" alt="学科网(www.zxxk.com)--教育资源门户，提供试卷、教案、课件、论文、素材以及各类教学资源下载，还有大量而丰富的教学相关资讯！" style="width:88.8pt;height:31.2pt" o:oleicon="f" o:ole="">
            <v:imagedata r:id="rId2221" o:title="eqIde712f61a8b40eb02ac4adcde805b3c8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2061" type="#_x0000_t75" alt="学科网(www.zxxk.com)--教育资源门户，提供试卷、教案、课件、论文、素材以及各类教学资源下载，还有大量而丰富的教学相关资讯！" style="width:36pt;height:13.8pt" o:oleicon="f" o:ole="">
            <v:imagedata r:id="rId2222" o:title="eqIdb9f36db56aeb80323f070424cd294aa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2.5</w:t>
      </w:r>
      <w:r>
        <w:rPr>
          <w:rFonts w:ascii="宋体" w:eastAsia="宋体" w:hAnsi="宋体" w:cs="宋体"/>
          <w:color w:val="000000"/>
        </w:rPr>
        <w:t>．</w:t>
      </w:r>
    </w:p>
    <w:p>
      <w:pPr>
        <w:spacing w:line="360" w:lineRule="auto"/>
        <w:jc w:val="left"/>
        <w:textAlignment w:val="center"/>
        <w:rPr>
          <w:color w:val="000000"/>
        </w:rPr>
        <w:sectPr w:rsidSect="00C321EB">
          <w:headerReference w:type="even" r:id="rId470"/>
          <w:footerReference w:type="even" r:id="rId471"/>
          <w:headerReference w:type="first" r:id="rId472"/>
          <w:footerReference w:type="first" r:id="rId473"/>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本题主要考查了数轴上两点之间的距离，数轴上的动点问题，解绝对值方程，根据题意列出方程，是解题的关键．</w:t>
      </w:r>
    </w:p>
    <w:p>
      <w:pPr>
        <w:pStyle w:val="Heading2"/>
      </w:pPr>
      <w:r>
        <w:t>西城区北京师范大学附属实验中学</w:t>
      </w:r>
    </w:p>
    <w:p>
      <w:pPr>
        <w:spacing w:line="360" w:lineRule="auto"/>
        <w:jc w:val="left"/>
        <w:textAlignment w:val="center"/>
        <w:rPr>
          <w:color w:val="000000"/>
        </w:rPr>
      </w:pPr>
      <w:r>
        <w:rPr>
          <w:color w:val="000000"/>
        </w:rPr>
        <w:t xml:space="preserve">30. </w:t>
      </w:r>
      <w:r>
        <w:rPr>
          <w:rFonts w:ascii="宋体" w:eastAsia="宋体" w:hAnsi="宋体" w:cs="宋体"/>
          <w:color w:val="000000"/>
        </w:rPr>
        <w:t>如果两个方程的解相差</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为正整数，则称解较大的方程为另一个方程的“</w:t>
      </w:r>
      <w:r>
        <w:rPr>
          <w:rFonts w:ascii="Times New Roman" w:eastAsia="Times New Roman" w:hAnsi="Times New Roman" w:cs="Times New Roman"/>
          <w:i/>
          <w:color w:val="000000"/>
        </w:rPr>
        <w:t>k</w:t>
      </w:r>
      <w:r>
        <w:rPr>
          <w:rFonts w:ascii="宋体" w:eastAsia="宋体" w:hAnsi="宋体" w:cs="宋体"/>
          <w:color w:val="000000"/>
        </w:rPr>
        <w:t>—后移方程”．例如：方程</w:t>
      </w:r>
      <w:r>
        <w:pict>
          <v:shape id="_x0000_i712062" type="#_x0000_t75" alt="学科网(www.zxxk.com)--教育资源门户，提供试卷、教案、课件、论文、素材以及各类教学资源下载，还有大量而丰富的教学相关资讯！" style="width:42.8pt;height:14pt" o:oleicon="f" o:ole="">
            <v:imagedata r:id="rId2223" o:title="eqId815650356afb1f42207c27d3b11635f1"/>
          </v:shape>
        </w:pict>
      </w:r>
      <w:r>
        <w:rPr>
          <w:rFonts w:ascii="宋体" w:eastAsia="宋体" w:hAnsi="宋体" w:cs="宋体"/>
          <w:color w:val="000000"/>
        </w:rPr>
        <w:t>是方程</w:t>
      </w:r>
      <w:r>
        <w:pict>
          <v:shape id="_x0000_i712063" type="#_x0000_t75" alt="学科网(www.zxxk.com)--教育资源门户，提供试卷、教案、课件、论文、素材以及各类教学资源下载，还有大量而丰富的教学相关资讯！" style="width:42pt;height:14.4pt" o:oleicon="f" o:ole="">
            <v:imagedata r:id="rId2224" o:title="eqId776b26892877019247c7a50f735b0f01"/>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—后移方程”．</w:t>
      </w:r>
    </w:p>
    <w:p>
      <w:pPr>
        <w:spacing w:line="360" w:lineRule="auto"/>
        <w:jc w:val="left"/>
        <w:textAlignment w:val="center"/>
        <w:rPr>
          <w:color w:val="000000"/>
        </w:rPr>
      </w:pPr>
      <w:r>
        <w:rPr>
          <w:color w:val="000000"/>
        </w:rPr>
        <w:t>（1）</w:t>
      </w:r>
      <w:r>
        <w:rPr>
          <w:rFonts w:ascii="宋体" w:eastAsia="宋体" w:hAnsi="宋体" w:cs="宋体"/>
          <w:color w:val="000000"/>
        </w:rPr>
        <w:t>若方程</w:t>
      </w:r>
      <w:r>
        <w:pict>
          <v:shape id="_x0000_i712064" type="#_x0000_t75" alt="学科网(www.zxxk.com)--教育资源门户，提供试卷、教案、课件、论文、素材以及各类教学资源下载，还有大量而丰富的教学相关资讯！" style="width:45pt;height:12.75pt;mso-position-horizontal-relative:page;mso-position-vertical-relative:page" o:oleicon="f" o:ole="">
            <v:imagedata r:id="rId2225" o:title="eqIdb603cebf95754f7de99c2c56e2acd82f"/>
          </v:shape>
        </w:pict>
      </w:r>
      <w:r>
        <w:rPr>
          <w:rFonts w:ascii="宋体" w:eastAsia="宋体" w:hAnsi="宋体" w:cs="宋体"/>
          <w:color w:val="000000"/>
        </w:rPr>
        <w:t>是方程</w:t>
      </w:r>
      <w:r>
        <w:pict>
          <v:shape id="_x0000_i712065" type="#_x0000_t75" alt="学科网(www.zxxk.com)--教育资源门户，提供试卷、教案、课件、论文、素材以及各类教学资源下载，还有大量而丰富的教学相关资讯！" style="width:51.35pt;height:14pt" o:oleicon="f" o:ole="">
            <v:imagedata r:id="rId2226" o:title="eqId89674589f3221ddcb2d3f763ed4ea90e"/>
          </v:shape>
        </w:pict>
      </w:r>
      <w:r>
        <w:rPr>
          <w:rFonts w:ascii="宋体" w:eastAsia="宋体" w:hAnsi="宋体" w:cs="宋体"/>
          <w:color w:val="000000"/>
        </w:rPr>
        <w:t>的“</w:t>
      </w:r>
      <w:r>
        <w:rPr>
          <w:rFonts w:ascii="Times New Roman" w:eastAsia="Times New Roman" w:hAnsi="Times New Roman" w:cs="Times New Roman"/>
          <w:i/>
          <w:color w:val="000000"/>
        </w:rPr>
        <w:t>a</w:t>
      </w:r>
      <w:r>
        <w:rPr>
          <w:rFonts w:ascii="宋体" w:eastAsia="宋体" w:hAnsi="宋体" w:cs="宋体"/>
          <w:color w:val="000000"/>
        </w:rPr>
        <w:t>—后移方程”，则</w:t>
      </w:r>
      <w:r>
        <w:pict>
          <v:shape id="_x0000_i712066" type="#_x0000_t75" alt="学科网(www.zxxk.com)--教育资源门户，提供试卷、教案、课件、论文、素材以及各类教学资源下载，还有大量而丰富的教学相关资讯！" style="width:20.4pt;height:11.4pt" o:oleicon="f" o:ole="">
            <v:imagedata r:id="rId2227" o:title="eqId380bbacf854e30e2e747fc286d2b9997"/>
          </v:shape>
        </w:pi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2067" type="#_x0000_t75" alt="学科网(www.zxxk.com)--教育资源门户，提供试卷、教案、课件、论文、素材以及各类教学资源下载，还有大量而丰富的教学相关资讯！" style="width:69.6pt;height:14.4pt" o:oleicon="f" o:ole="">
            <v:imagedata r:id="rId2228" o:title="eqId2fca6f590d2fd41f0deabf1779c4b49f"/>
          </v:shape>
        </w:pi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2068" type="#_x0000_t75" alt="学科网(www.zxxk.com)--教育资源门户，提供试卷、教案、课件、论文、素材以及各类教学资源下载，还有大量而丰富的教学相关资讯！" style="width:51pt;height:14.4pt" o:oleicon="f" o:ole="">
            <v:imagedata r:id="rId2229" o:title="eqId9fb276afc01cefe1e5532d2f54645e92"/>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—后移方程”，求代数式</w:t>
      </w:r>
      <w:r>
        <w:pict>
          <v:shape id="_x0000_i712069" type="#_x0000_t75" alt="学科网(www.zxxk.com)--教育资源门户，提供试卷、教案、课件、论文、素材以及各类教学资源下载，还有大量而丰富的教学相关资讯！" style="width:54.6pt;height:20.4pt" o:oleicon="f" o:ole="">
            <v:imagedata r:id="rId2230" o:title="eqIdce4c3439e1c282e232754fc26d5af7ee"/>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当</w:t>
      </w:r>
      <w:r>
        <w:pict>
          <v:shape id="_x0000_i712070" type="#_x0000_t75" alt="学科网(www.zxxk.com)--教育资源门户，提供试卷、教案、课件、论文、素材以及各类教学资源下载，还有大量而丰富的教学相关资讯！" style="width:27.75pt;height:14.25pt" o:oleicon="f" o:ole="">
            <v:imagedata r:id="rId2231" o:title="eqId20849c00c47cbdc43f18d53341b6c4e5"/>
          </v:shape>
        </w:pict>
      </w:r>
      <w:r>
        <w:rPr>
          <w:rFonts w:ascii="宋体" w:eastAsia="宋体" w:hAnsi="宋体" w:cs="宋体"/>
          <w:color w:val="000000"/>
        </w:rPr>
        <w:t>时，如果方程</w:t>
      </w:r>
      <w:r>
        <w:pict>
          <v:shape id="_x0000_i712071" type="#_x0000_t75" alt="学科网(www.zxxk.com)--教育资源门户，提供试卷、教案、课件、论文、素材以及各类教学资源下载，还有大量而丰富的教学相关资讯！" style="width:48pt;height:14.25pt" o:oleicon="f" o:ole="">
            <v:imagedata r:id="rId2232" o:title="eqId8b927a9c710c05279eb72a961efea6d4"/>
          </v:shape>
        </w:pict>
      </w:r>
      <w:r>
        <w:rPr>
          <w:rFonts w:ascii="宋体" w:eastAsia="宋体" w:hAnsi="宋体" w:cs="宋体"/>
          <w:color w:val="000000"/>
        </w:rPr>
        <w:t>是方程</w:t>
      </w:r>
      <w:r>
        <w:pict>
          <v:shape id="_x0000_i712072" type="#_x0000_t75" alt="学科网(www.zxxk.com)--教育资源门户，提供试卷、教案、课件、论文、素材以及各类教学资源下载，还有大量而丰富的教学相关资讯！" style="width:63.6pt;height:14.4pt" o:oleicon="f" o:ole="">
            <v:imagedata r:id="rId2233" o:title="eqId70258946e5f1cd7c3f9325b7a334e702"/>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—后移方程”，求代数式</w:t>
      </w:r>
      <w:r>
        <w:pict>
          <v:shape id="_x0000_i712073" type="#_x0000_t75" alt="学科网(www.zxxk.com)--教育资源门户，提供试卷、教案、课件、论文、素材以及各类教学资源下载，还有大量而丰富的教学相关资讯！" style="width:87pt;height:20.4pt" o:oleicon="f" o:ole="">
            <v:imagedata r:id="rId2234" o:title="eqIde2bc22e7eb5b8c16578d8c264e7a4479"/>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color w:val="000000"/>
        </w:rPr>
        <w:t xml:space="preserve">    </w:t>
      </w:r>
      <w:r>
        <w:rPr>
          <w:color w:val="000000"/>
        </w:rPr>
        <w:t>（2）</w:t>
      </w:r>
      <w:r>
        <w:rPr>
          <w:rFonts w:ascii="Times New Roman" w:eastAsia="Times New Roman" w:hAnsi="Times New Roman" w:cs="Times New Roman"/>
          <w:color w:val="000000"/>
        </w:rPr>
        <w:t>71</w:t>
      </w:r>
      <w:r>
        <w:rPr>
          <w:color w:val="000000"/>
        </w:rPr>
        <w:t xml:space="preserve">    </w:t>
      </w:r>
    </w:p>
    <w:p>
      <w:pPr>
        <w:spacing w:line="360" w:lineRule="auto"/>
        <w:textAlignment w:val="center"/>
        <w:rPr>
          <w:color w:val="000000"/>
        </w:rPr>
      </w:pPr>
      <w:r>
        <w:rPr>
          <w:color w:val="000000"/>
        </w:rPr>
        <w:t>（3）</w:t>
      </w:r>
      <w:r>
        <w:pict>
          <v:shape id="_x0000_i712074" type="#_x0000_t75" alt="学科网(www.zxxk.com)--教育资源门户，提供试卷、教案、课件、论文、素材以及各类教学资源下载，还有大量而丰富的教学相关资讯！" style="width:16.2pt;height:13.8pt" o:oleicon="f" o:ole="">
            <v:imagedata r:id="rId2235" o:title="eqId01317332a203c898536b1d0459f51d23"/>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）分别求出两个方程的解即可得到答案；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）分别求出两个方程</w:t>
      </w:r>
      <w:r>
        <w:rPr>
          <w:rFonts w:ascii="宋体" w:eastAsia="宋体" w:hAnsi="宋体" w:cs="宋体"/>
          <w:color w:val="000000"/>
          <w:position w:val="0"/>
        </w:rPr>
        <w:drawing>
          <wp:inline>
            <wp:extent cx="133350" cy="177800"/>
            <wp:docPr id="329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 name=""/>
                    <pic:cNvPicPr>
                      <a:picLocks noChangeAspect="1"/>
                    </pic:cNvPicPr>
                  </pic:nvPicPr>
                  <pic:blipFill>
                    <a:blip r:embed="rId223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解，再根据“</w:t>
      </w:r>
      <w:r>
        <w:rPr>
          <w:rFonts w:ascii="Times New Roman" w:eastAsia="Times New Roman" w:hAnsi="Times New Roman" w:cs="Times New Roman"/>
          <w:color w:val="000000"/>
        </w:rPr>
        <w:t>2—</w:t>
      </w:r>
      <w:r>
        <w:rPr>
          <w:rFonts w:ascii="宋体" w:eastAsia="宋体" w:hAnsi="宋体" w:cs="宋体"/>
          <w:color w:val="000000"/>
        </w:rPr>
        <w:t>后移方程”的定义求出</w:t>
      </w:r>
      <w:r>
        <w:rPr>
          <w:rFonts w:ascii="Times New Roman" w:eastAsia="Times New Roman" w:hAnsi="Times New Roman" w:cs="Times New Roman"/>
          <w:i/>
          <w:color w:val="000000"/>
        </w:rPr>
        <w:t>m</w:t>
      </w:r>
      <w:r>
        <w:rPr>
          <w:rFonts w:ascii="宋体" w:eastAsia="宋体" w:hAnsi="宋体" w:cs="宋体"/>
          <w:color w:val="000000"/>
        </w:rPr>
        <w:t>的值即可得到答案；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）分别求出两个方程的解，再根据“</w:t>
      </w:r>
      <w:r>
        <w:rPr>
          <w:rFonts w:ascii="Times New Roman" w:eastAsia="Times New Roman" w:hAnsi="Times New Roman" w:cs="Times New Roman"/>
          <w:color w:val="000000"/>
        </w:rPr>
        <w:t>2—</w:t>
      </w:r>
      <w:r>
        <w:rPr>
          <w:rFonts w:ascii="宋体" w:eastAsia="宋体" w:hAnsi="宋体" w:cs="宋体"/>
          <w:color w:val="000000"/>
        </w:rPr>
        <w:t>后移方程”的定义求出</w:t>
      </w:r>
      <w:r>
        <w:pict>
          <v:shape id="_x0000_i712075" type="#_x0000_t75" alt="学科网(www.zxxk.com)--教育资源门户，提供试卷、教案、课件、论文、素材以及各类教学资源下载，还有大量而丰富的教学相关资讯！" style="width:67.85pt;height:14.3pt" o:oleicon="f" o:ole="">
            <v:imagedata r:id="rId2237" o:title="eqIdae8a1001476274bcba53a39323bc28f1"/>
          </v:shape>
        </w:pict>
      </w:r>
      <w:r>
        <w:rPr>
          <w:rFonts w:ascii="宋体" w:eastAsia="宋体" w:hAnsi="宋体" w:cs="宋体"/>
          <w:color w:val="000000"/>
        </w:rPr>
        <w:t>，然后把</w:t>
      </w:r>
      <w:r>
        <w:pict>
          <v:shape id="_x0000_i712076" type="#_x0000_t75" alt="学科网(www.zxxk.com)--教育资源门户，提供试卷、教案、课件、论文、素材以及各类教学资源下载，还有大量而丰富的教学相关资讯！" style="width:67.85pt;height:14.3pt" o:oleicon="f" o:ole="">
            <v:imagedata r:id="rId2237" o:title="eqIdae8a1001476274bcba53a39323bc28f1"/>
          </v:shape>
        </w:pict>
      </w:r>
      <w:r>
        <w:rPr>
          <w:rFonts w:ascii="宋体" w:eastAsia="宋体" w:hAnsi="宋体" w:cs="宋体"/>
          <w:color w:val="000000"/>
        </w:rPr>
        <w:t>整体代入所求代数式求解即可．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2077" type="#_x0000_t75" alt="学科网(www.zxxk.com)--教育资源门户，提供试卷、教案、课件、论文、素材以及各类教学资源下载，还有大量而丰富的教学相关资讯！" style="width:45pt;height:12.75pt;mso-position-horizontal-relative:page;mso-position-vertical-relative:page" o:oleicon="f" o:ole="">
            <v:imagedata r:id="rId2238" o:title="eqIdb603cebf95754f7de99c2c56e2acd82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78" type="#_x0000_t75" alt="学科网(www.zxxk.com)--教育资源门户，提供试卷、教案、课件、论文、素材以及各类教学资源下载，还有大量而丰富的教学相关资讯！" style="width:38pt;height:31pt" o:oleicon="f" o:ole="">
            <v:imagedata r:id="rId2239" o:title="eqId44ffc12c0f0e4be8074472571c9079c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79" type="#_x0000_t75" alt="学科网(www.zxxk.com)--教育资源门户，提供试卷、教案、课件、论文、素材以及各类教学资源下载，还有大量而丰富的教学相关资讯！" style="width:51.35pt;height:14pt" o:oleicon="f" o:ole="">
            <v:imagedata r:id="rId2240" o:title="eqId89674589f3221ddcb2d3f763ed4ea90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80" type="#_x0000_t75" alt="学科网(www.zxxk.com)--教育资源门户，提供试卷、教案、课件、论文、素材以及各类教学资源下载，还有大量而丰富的教学相关资讯！" style="width:38.4pt;height:31.2pt" o:oleicon="f" o:ole="">
            <v:imagedata r:id="rId2241" o:title="eqId0997aef37c85b3b959a948673bf6549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81" type="#_x0000_t75" alt="学科网(www.zxxk.com)--教育资源门户，提供试卷、教案、课件、论文、素材以及各类教学资源下载，还有大量而丰富的教学相关资讯！" style="width:75pt;height:34.2pt" o:oleicon="f" o:ole="">
            <v:imagedata r:id="rId2242" o:title="eqId02ca3bff6f01fa8fb47c2a3ed790edd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∴方程</w:t>
      </w:r>
      <w:r>
        <w:pict>
          <v:shape id="_x0000_i712082" type="#_x0000_t75" alt="学科网(www.zxxk.com)--教育资源门户，提供试卷、教案、课件、论文、素材以及各类教学资源下载，还有大量而丰富的教学相关资讯！" style="width:45pt;height:12.75pt;mso-position-horizontal-relative:page;mso-position-vertical-relative:page" o:oleicon="f" o:ole="">
            <v:imagedata r:id="rId2243" o:title="eqIdb603cebf95754f7de99c2c56e2acd82f"/>
          </v:shape>
        </w:pict>
      </w:r>
      <w:r>
        <w:rPr>
          <w:rFonts w:ascii="宋体" w:eastAsia="宋体" w:hAnsi="宋体" w:cs="宋体"/>
          <w:color w:val="000000"/>
        </w:rPr>
        <w:t>是方程</w:t>
      </w:r>
      <w:r>
        <w:pict>
          <v:shape id="_x0000_i712083" type="#_x0000_t75" alt="学科网(www.zxxk.com)--教育资源门户，提供试卷、教案、课件、论文、素材以及各类教学资源下载，还有大量而丰富的教学相关资讯！" style="width:51.35pt;height:14pt" o:oleicon="f" o:ole="">
            <v:imagedata r:id="rId2244" o:title="eqId89674589f3221ddcb2d3f763ed4ea90e"/>
          </v:shape>
        </w:pict>
      </w:r>
      <w:r>
        <w:rPr>
          <w:rFonts w:ascii="宋体" w:eastAsia="宋体" w:hAnsi="宋体" w:cs="宋体"/>
          <w:color w:val="000000"/>
        </w:rPr>
        <w:t>的“</w:t>
      </w:r>
      <w:r>
        <w:rPr>
          <w:rFonts w:ascii="Times New Roman" w:eastAsia="Times New Roman" w:hAnsi="Times New Roman" w:cs="Times New Roman"/>
          <w:color w:val="000000"/>
        </w:rPr>
        <w:t>1</w:t>
      </w:r>
      <w:r>
        <w:rPr>
          <w:rFonts w:ascii="宋体" w:eastAsia="宋体" w:hAnsi="宋体" w:cs="宋体"/>
          <w:color w:val="000000"/>
        </w:rPr>
        <w:t>—后移方程”，</w:t>
      </w:r>
    </w:p>
    <w:p>
      <w:pPr>
        <w:spacing w:line="360" w:lineRule="auto"/>
        <w:jc w:val="left"/>
        <w:textAlignment w:val="center"/>
        <w:rPr>
          <w:color w:val="000000"/>
        </w:rPr>
      </w:pPr>
      <w:r>
        <w:rPr>
          <w:rFonts w:ascii="宋体" w:eastAsia="宋体" w:hAnsi="宋体" w:cs="宋体"/>
          <w:color w:val="000000"/>
        </w:rPr>
        <w:t>∴</w:t>
      </w:r>
      <w:r>
        <w:pict>
          <v:shape id="_x0000_i712084" type="#_x0000_t75" alt="学科网(www.zxxk.com)--教育资源门户，提供试卷、教案、课件、论文、素材以及各类教学资源下载，还有大量而丰富的教学相关资讯！" style="width:26.1pt;height:13.6pt" o:oleicon="f" o:ole="">
            <v:imagedata r:id="rId2245" o:title="eqId0b550ee821ee1838384835e81fc34b6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故答案为：1；</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pict>
          <v:shape id="_x0000_i712085" type="#_x0000_t75" alt="学科网(www.zxxk.com)--教育资源门户，提供试卷、教案、课件、论文、素材以及各类教学资源下载，还有大量而丰富的教学相关资讯！" style="width:69.6pt;height:14.4pt" o:oleicon="f" o:ole="">
            <v:imagedata r:id="rId2246" o:title="eqId2fca6f590d2fd41f0deabf1779c4b49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86" type="#_x0000_t75" alt="学科网(www.zxxk.com)--教育资源门户，提供试卷、教案、课件、论文、素材以及各类教学资源下载，还有大量而丰富的教学相关资讯！" style="width:58.8pt;height:31.2pt" o:oleicon="f" o:ole="">
            <v:imagedata r:id="rId2247" o:title="eqIdc556dd5dcc87ccf04d7f812b9cf2229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87" type="#_x0000_t75" alt="学科网(www.zxxk.com)--教育资源门户，提供试卷、教案、课件、论文、素材以及各类教学资源下载，还有大量而丰富的教学相关资讯！" style="width:51pt;height:14.4pt" o:oleicon="f" o:ole="">
            <v:imagedata r:id="rId2248" o:title="eqId9fb276afc01cefe1e5532d2f54645e9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88" type="#_x0000_t75" alt="学科网(www.zxxk.com)--教育资源门户，提供试卷、教案、课件、论文、素材以及各类教学资源下载，还有大量而丰富的教学相关资讯！" style="width:38pt;height:30.9pt" o:oleicon="f" o:ole="">
            <v:imagedata r:id="rId2249" o:title="eqId3c79ca141b6f53d4a92df2b12bcffff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2089" type="#_x0000_t75" alt="学科网(www.zxxk.com)--教育资源门户，提供试卷、教案、课件、论文、素材以及各类教学资源下载，还有大量而丰富的教学相关资讯！" style="width:69.6pt;height:14.4pt" o:oleicon="f" o:ole="">
            <v:imagedata r:id="rId2250" o:title="eqId2fca6f590d2fd41f0deabf1779c4b49f"/>
          </v:shape>
        </w:pi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的方程</w:t>
      </w:r>
      <w:r>
        <w:pict>
          <v:shape id="_x0000_i712090" type="#_x0000_t75" alt="学科网(www.zxxk.com)--教育资源门户，提供试卷、教案、课件、论文、素材以及各类教学资源下载，还有大量而丰富的教学相关资讯！" style="width:51pt;height:14.4pt" o:oleicon="f" o:ole="">
            <v:imagedata r:id="rId2251" o:title="eqId9fb276afc01cefe1e5532d2f54645e92"/>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—后移方程”，</w:t>
      </w:r>
    </w:p>
    <w:p>
      <w:pPr>
        <w:spacing w:line="360" w:lineRule="auto"/>
        <w:jc w:val="left"/>
        <w:textAlignment w:val="center"/>
        <w:rPr>
          <w:color w:val="000000"/>
        </w:rPr>
      </w:pPr>
      <w:r>
        <w:rPr>
          <w:rFonts w:ascii="宋体" w:eastAsia="宋体" w:hAnsi="宋体" w:cs="宋体"/>
          <w:color w:val="000000"/>
        </w:rPr>
        <w:t>∴</w:t>
      </w:r>
      <w:r>
        <w:pict>
          <v:shape id="_x0000_i712091" type="#_x0000_t75" alt="学科网(www.zxxk.com)--教育资源门户，提供试卷、教案、课件、论文、素材以及各类教学资源下载，还有大量而丰富的教学相关资讯！" style="width:97.8pt;height:34.2pt" o:oleicon="f" o:ole="">
            <v:imagedata r:id="rId2252" o:title="eqId9325cd1e34bf184347cd1df286e7650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92" type="#_x0000_t75" alt="学科网(www.zxxk.com)--教育资源门户，提供试卷、教案、课件、论文、素材以及各类教学资源下载，还有大量而丰富的教学相关资讯！" style="width:36.75pt;height:14.25pt" o:oleicon="f" o:ole="">
            <v:imagedata r:id="rId2253" o:title="eqIde5480351b5d13af31275196e9e9be7a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93" type="#_x0000_t75" alt="学科网(www.zxxk.com)--教育资源门户，提供试卷、教案、课件、论文、素材以及各类教学资源下载，还有大量而丰富的教学相关资讯！" style="width:202.2pt;height:22.2pt" o:oleicon="f" o:ole="">
            <v:imagedata r:id="rId2254" o:title="eqIdc9242478ff6b3ce841f8df3545d6a6f7"/>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pict>
          <v:shape id="_x0000_i712094" type="#_x0000_t75" alt="学科网(www.zxxk.com)--教育资源门户，提供试卷、教案、课件、论文、素材以及各类教学资源下载，还有大量而丰富的教学相关资讯！" style="width:48pt;height:14.25pt" o:oleicon="f" o:ole="">
            <v:imagedata r:id="rId2255" o:title="eqId8b927a9c710c05279eb72a961efea6d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95" type="#_x0000_t75" alt="学科网(www.zxxk.com)--教育资源门户，提供试卷、教案、课件、论文、素材以及各类教学资源下载，还有大量而丰富的教学相关资讯！" style="width:45pt;height:31.2pt" o:oleicon="f" o:ole="">
            <v:imagedata r:id="rId2256" o:title="eqId4f5826ba896a4b465f6e87524ffd97c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96" type="#_x0000_t75" alt="学科网(www.zxxk.com)--教育资源门户，提供试卷、教案、课件、论文、素材以及各类教学资源下载，还有大量而丰富的教学相关资讯！" style="width:63.6pt;height:14.4pt" o:oleicon="f" o:ole="">
            <v:imagedata r:id="rId2257" o:title="eqId70258946e5f1cd7c3f9325b7a334e70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097" type="#_x0000_t75" alt="学科网(www.zxxk.com)--教育资源门户，提供试卷、教案、课件、论文、素材以及各类教学资源下载，还有大量而丰富的教学相关资讯！" style="width:45pt;height:31.2pt" o:oleicon="f" o:ole="">
            <v:imagedata r:id="rId2258" o:title="eqId7b5966e83190e8ca3a363c382aa0e33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∵方程</w:t>
      </w:r>
      <w:r>
        <w:pict>
          <v:shape id="_x0000_i712098" type="#_x0000_t75" alt="学科网(www.zxxk.com)--教育资源门户，提供试卷、教案、课件、论文、素材以及各类教学资源下载，还有大量而丰富的教学相关资讯！" style="width:48pt;height:14.25pt" o:oleicon="f" o:ole="">
            <v:imagedata r:id="rId2259" o:title="eqId8b927a9c710c05279eb72a961efea6d4"/>
          </v:shape>
        </w:pict>
      </w:r>
      <w:r>
        <w:rPr>
          <w:rFonts w:ascii="宋体" w:eastAsia="宋体" w:hAnsi="宋体" w:cs="宋体"/>
          <w:color w:val="000000"/>
        </w:rPr>
        <w:t>是方程</w:t>
      </w:r>
      <w:r>
        <w:pict>
          <v:shape id="_x0000_i712099" type="#_x0000_t75" alt="学科网(www.zxxk.com)--教育资源门户，提供试卷、教案、课件、论文、素材以及各类教学资源下载，还有大量而丰富的教学相关资讯！" style="width:63.6pt;height:14.4pt" o:oleicon="f" o:ole="">
            <v:imagedata r:id="rId2260" o:title="eqId70258946e5f1cd7c3f9325b7a334e702"/>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—后移方程”，</w:t>
      </w:r>
    </w:p>
    <w:p>
      <w:pPr>
        <w:spacing w:line="360" w:lineRule="auto"/>
        <w:jc w:val="left"/>
        <w:textAlignment w:val="center"/>
        <w:rPr>
          <w:color w:val="000000"/>
        </w:rPr>
      </w:pPr>
      <w:r>
        <w:rPr>
          <w:rFonts w:ascii="宋体" w:eastAsia="宋体" w:hAnsi="宋体" w:cs="宋体"/>
          <w:color w:val="000000"/>
        </w:rPr>
        <w:t>∴</w:t>
      </w:r>
      <w:r>
        <w:pict>
          <v:shape id="_x0000_i712100" type="#_x0000_t75" alt="学科网(www.zxxk.com)--教育资源门户，提供试卷、教案、课件、论文、素材以及各类教学资源下载，还有大量而丰富的教学相关资讯！" style="width:78pt;height:31.2pt" o:oleicon="f" o:ole="">
            <v:imagedata r:id="rId2261" o:title="eqIde5813ab010a3e699f94feb6ff053c15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101" type="#_x0000_t75" alt="学科网(www.zxxk.com)--教育资源门户，提供试卷、教案、课件、论文、素材以及各类教学资源下载，还有大量而丰富的教学相关资讯！" style="width:81pt;height:13.8pt" o:oleicon="f" o:ole="">
            <v:imagedata r:id="rId2262" o:title="eqIdd0dee06759467013fc55bde9f8cfb63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102" type="#_x0000_t75" alt="学科网(www.zxxk.com)--教育资源门户，提供试卷、教案、课件、论文、素材以及各类教学资源下载，还有大量而丰富的教学相关资讯！" style="width:67.85pt;height:14.3pt" o:oleicon="f" o:ole="">
            <v:imagedata r:id="rId2263" o:title="eqIdae8a1001476274bcba53a39323bc28f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103" type="#_x0000_t75" alt="学科网(www.zxxk.com)--教育资源门户，提供试卷、教案、课件、论文、素材以及各类教学资源下载，还有大量而丰富的教学相关资讯！" style="width:292.2pt;height:19.8pt" o:oleicon="f" o:ole="">
            <v:imagedata r:id="rId2264" o:title="eqIdd78295f06e2f66aede60918bdfc06f7b"/>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本题主要考查了解一元一次方程，代数式求值，正确理解题意所给的“后移方程”的定义是解题的关键．</w:t>
      </w:r>
    </w:p>
    <w:p>
      <w:pPr>
        <w:spacing w:line="360" w:lineRule="auto"/>
        <w:jc w:val="left"/>
        <w:textAlignment w:val="center"/>
        <w:rPr>
          <w:color w:val="000000"/>
        </w:rPr>
      </w:pPr>
      <w:r>
        <w:rPr>
          <w:color w:val="000000"/>
        </w:rPr>
        <w:t xml:space="preserve">31. </w:t>
      </w:r>
      <w:r>
        <w:rPr>
          <w:rFonts w:ascii="宋体" w:eastAsia="宋体" w:hAnsi="宋体" w:cs="宋体"/>
          <w:color w:val="000000"/>
        </w:rPr>
        <w:t>若一个两位数的十位和个位上的数字分别为</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，我们可将这个两位数记为</w:t>
      </w:r>
      <w:r>
        <w:pict>
          <v:shape id="_x0000_i712104" type="#_x0000_t75" alt="学科网(www.zxxk.com)--教育资源门户，提供试卷、教案、课件、论文、素材以及各类教学资源下载，还有大量而丰富的教学相关资讯！" style="width:15.6pt;height:15pt" o:oleicon="f" o:ole="">
            <v:imagedata r:id="rId2265" o:title="eqId9849398644ac4db883c21042c66d7a43"/>
          </v:shape>
        </w:pict>
      </w:r>
      <w:r>
        <w:rPr>
          <w:rFonts w:ascii="宋体" w:eastAsia="宋体" w:hAnsi="宋体" w:cs="宋体"/>
          <w:color w:val="000000"/>
        </w:rPr>
        <w:t>．同理，一个三位数的百位、十位和个位上的数字分别为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和</w:t>
      </w:r>
      <w:r>
        <w:rPr>
          <w:rFonts w:ascii="Times New Roman" w:eastAsia="Times New Roman" w:hAnsi="Times New Roman" w:cs="Times New Roman"/>
          <w:i/>
          <w:color w:val="000000"/>
        </w:rPr>
        <w:t>c</w:t>
      </w:r>
      <w:r>
        <w:rPr>
          <w:rFonts w:ascii="宋体" w:eastAsia="宋体" w:hAnsi="宋体" w:cs="宋体"/>
          <w:i/>
          <w:color w:val="000000"/>
        </w:rPr>
        <w:t>．</w:t>
      </w:r>
      <w:r>
        <w:rPr>
          <w:rFonts w:ascii="宋体" w:eastAsia="宋体" w:hAnsi="宋体" w:cs="宋体"/>
          <w:color w:val="000000"/>
        </w:rPr>
        <w:t>则这个三位数可记为</w:t>
      </w:r>
      <w:r>
        <w:pict>
          <v:shape id="_x0000_i712105" type="#_x0000_t75" alt="学科网(www.zxxk.com)--教育资源门户，提供试卷、教案、课件、论文、素材以及各类教学资源下载，还有大量而丰富的教学相关资讯！" style="width:21pt;height:17.25pt" o:oleicon="f" o:ole="">
            <v:imagedata r:id="rId2266" o:title="eqIda675d752761f68640cb84085823063bf"/>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2106" type="#_x0000_t75" alt="学科网(www.zxxk.com)--教育资源门户，提供试卷、教案、课件、论文、素材以及各类教学资源下载，还有大量而丰富的教学相关资讯！" style="width:27pt;height:14.25pt" o:oleicon="f" o:ole="">
            <v:imagedata r:id="rId2267" o:title="eqIde55aa0a20848c37c1892c567b2315e04"/>
          </v:shape>
        </w:pict>
      </w:r>
      <w:r>
        <w:rPr>
          <w:rFonts w:ascii="宋体" w:eastAsia="宋体" w:hAnsi="宋体" w:cs="宋体"/>
          <w:color w:val="000000"/>
        </w:rPr>
        <w:t>，则</w:t>
      </w:r>
      <w:r>
        <w:pict>
          <v:shape id="_x0000_i712107" type="#_x0000_t75" alt="学科网(www.zxxk.com)--教育资源门户，提供试卷、教案、课件、论文、素材以及各类教学资源下载，还有大量而丰富的教学相关资讯！" style="width:48pt;height:17.25pt" o:oleicon="f" o:ole="">
            <v:imagedata r:id="rId2268" o:title="eqId68a5d9e8676559e2dd1ddf8c92096154"/>
          </v:shape>
        </w:pict>
      </w:r>
      <w:r>
        <w:rPr>
          <w:rFonts w:ascii="Times New Roman" w:eastAsia="Times New Roman" w:hAnsi="Times New Roman" w:cs="Times New Roman"/>
          <w:color w:val="000000"/>
        </w:rPr>
        <w:t>___________</w:t>
      </w:r>
      <w:r>
        <w:rPr>
          <w:rFonts w:ascii="宋体" w:eastAsia="宋体" w:hAnsi="宋体" w:cs="宋体"/>
          <w:color w:val="000000"/>
        </w:rPr>
        <w:t>；若</w:t>
      </w:r>
      <w:r>
        <w:pict>
          <v:shape id="_x0000_i712108" type="#_x0000_t75" alt="学科网(www.zxxk.com)--教育资源门户，提供试卷、教案、课件、论文、素材以及各类教学资源下载，还有大量而丰富的教学相关资讯！" style="width:24.75pt;height:14.25pt" o:oleicon="f" o:ole="">
            <v:imagedata r:id="rId2269" o:title="eqId8cbeede118c407a800b05757b9a1393e"/>
          </v:shape>
        </w:pict>
      </w:r>
      <w:r>
        <w:rPr>
          <w:rFonts w:ascii="宋体" w:eastAsia="宋体" w:hAnsi="宋体" w:cs="宋体"/>
          <w:color w:val="000000"/>
        </w:rPr>
        <w:t>，则</w:t>
      </w:r>
      <w:r>
        <w:pict>
          <v:shape id="_x0000_i712109" type="#_x0000_t75" alt="学科网(www.zxxk.com)--教育资源门户，提供试卷、教案、课件、论文、素材以及各类教学资源下载，还有大量而丰富的教学相关资讯！" style="width:54pt;height:17.4pt" o:oleicon="f" o:ole="">
            <v:imagedata r:id="rId2270" o:title="eqId6988161f5130de4cae7abfc6fb06b810"/>
          </v:shape>
        </w:pi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pict>
          <v:shape id="_x0000_i712110" type="#_x0000_t75" alt="学科网(www.zxxk.com)--教育资源门户，提供试卷、教案、课件、论文、素材以及各类教学资源下载，还有大量而丰富的教学相关资讯！" style="width:39pt;height:17.4pt" o:oleicon="f" o:ole="">
            <v:imagedata r:id="rId2271" o:title="eqId1c2cffca02414344bc92f2482a7751af"/>
          </v:shape>
        </w:pict>
      </w:r>
      <w:r>
        <w:rPr>
          <w:rFonts w:ascii="宋体" w:eastAsia="宋体" w:hAnsi="宋体" w:cs="宋体"/>
          <w:color w:val="000000"/>
        </w:rPr>
        <w:t>一定能被</w:t>
      </w:r>
      <w:r>
        <w:rPr>
          <w:rFonts w:ascii="Times New Roman" w:eastAsia="Times New Roman" w:hAnsi="Times New Roman" w:cs="Times New Roman"/>
          <w:color w:val="000000"/>
        </w:rPr>
        <w:t>___________</w:t>
      </w:r>
      <w:r>
        <w:rPr>
          <w:rFonts w:ascii="宋体" w:eastAsia="宋体" w:hAnsi="宋体" w:cs="宋体"/>
          <w:color w:val="000000"/>
        </w:rPr>
        <w:t>整除，</w:t>
      </w:r>
      <w:r>
        <w:pict>
          <v:shape id="_x0000_i712111" type="#_x0000_t75" alt="学科网(www.zxxk.com)--教育资源门户，提供试卷、教案、课件、论文、素材以及各类教学资源下载，还有大量而丰富的教学相关资讯！" style="width:38.25pt;height:17.25pt" o:oleicon="f" o:ole="">
            <v:imagedata r:id="rId2272" o:title="eqId2265035ea64e913396128b9c7a838cb9"/>
          </v:shape>
        </w:pict>
      </w:r>
      <w:r>
        <w:rPr>
          <w:rFonts w:ascii="宋体" w:eastAsia="宋体" w:hAnsi="宋体" w:cs="宋体"/>
          <w:color w:val="000000"/>
        </w:rPr>
        <w:t>一定能被</w:t>
      </w:r>
      <w:r>
        <w:rPr>
          <w:rFonts w:ascii="Times New Roman" w:eastAsia="Times New Roman" w:hAnsi="Times New Roman" w:cs="Times New Roman"/>
          <w:color w:val="000000"/>
        </w:rPr>
        <w:t>___________</w:t>
      </w:r>
      <w:r>
        <w:rPr>
          <w:rFonts w:ascii="宋体" w:eastAsia="宋体" w:hAnsi="宋体" w:cs="宋体"/>
          <w:color w:val="000000"/>
        </w:rPr>
        <w:t>整除．（请从大于</w:t>
      </w:r>
      <w:r>
        <w:rPr>
          <w:rFonts w:ascii="Times New Roman" w:eastAsia="Times New Roman" w:hAnsi="Times New Roman" w:cs="Times New Roman"/>
          <w:color w:val="000000"/>
        </w:rPr>
        <w:t>3</w:t>
      </w:r>
      <w:r>
        <w:rPr>
          <w:rFonts w:ascii="宋体" w:eastAsia="宋体" w:hAnsi="宋体" w:cs="宋体"/>
          <w:color w:val="000000"/>
        </w:rPr>
        <w:t>的整数中选择合适的数填空）</w:t>
      </w:r>
    </w:p>
    <w:p>
      <w:pPr>
        <w:spacing w:line="360" w:lineRule="auto"/>
        <w:jc w:val="left"/>
        <w:textAlignment w:val="center"/>
        <w:rPr>
          <w:color w:val="000000"/>
        </w:rPr>
      </w:pPr>
      <w:r>
        <w:rPr>
          <w:color w:val="000000"/>
        </w:rPr>
        <w:t>（3）</w:t>
      </w:r>
      <w:r>
        <w:rPr>
          <w:rFonts w:ascii="宋体" w:eastAsia="宋体" w:hAnsi="宋体" w:cs="宋体"/>
          <w:color w:val="000000"/>
        </w:rPr>
        <w:t>任选一个三位数，要求个、十、百位的数字各不相同且不为零，把这个三位数的三个数字按大小重新排列，得出一个最大的数和一个最小的数，用得出的最大的数减去最小的数得到一个新数，再将这个新数按上述方式重新排列，再相减，像这样运算若干次后一定会得到同一个重复出现的数，这个数称为“卡普雷卡尔黑洞数”．</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“卡普雷卡尔黑洞数”是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若设三位数为</w:t>
      </w:r>
      <w:r>
        <w:pict>
          <v:shape id="_x0000_i712112" type="#_x0000_t75" alt="学科网(www.zxxk.com)--教育资源门户，提供试卷、教案、课件、论文、素材以及各类教学资源下载，还有大量而丰富的教学相关资讯！" style="width:21pt;height:17.25pt" o:oleicon="f" o:ole="">
            <v:imagedata r:id="rId2273" o:title="eqIda675d752761f68640cb84085823063bf"/>
          </v:shape>
        </w:pict>
      </w:r>
      <w:r>
        <w:rPr>
          <w:rFonts w:ascii="宋体" w:eastAsia="宋体" w:hAnsi="宋体" w:cs="宋体"/>
          <w:color w:val="000000"/>
        </w:rPr>
        <w:t>（不妨设</w:t>
      </w:r>
      <w:r>
        <w:pict>
          <v:shape id="_x0000_i712113" type="#_x0000_t75" alt="学科网(www.zxxk.com)--教育资源门户，提供试卷、教案、课件、论文、素材以及各类教学资源下载，还有大量而丰富的教学相关资讯！" style="width:63pt;height:14.25pt" o:oleicon="f" o:ole="">
            <v:imagedata r:id="rId2274" o:title="eqId497d269c30eec393e3f0e877ddbe2983"/>
          </v:shape>
        </w:pict>
      </w:r>
      <w:r>
        <w:rPr>
          <w:rFonts w:ascii="宋体" w:eastAsia="宋体" w:hAnsi="宋体" w:cs="宋体"/>
          <w:color w:val="000000"/>
        </w:rPr>
        <w:t>），试说明其可产生“卡普雷卡尔黑洞数”．</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56</w:t>
      </w:r>
      <w:r>
        <w:rPr>
          <w:rFonts w:ascii="宋体" w:eastAsia="宋体" w:hAnsi="宋体" w:cs="宋体"/>
          <w:color w:val="000000"/>
        </w:rPr>
        <w:t>；</w:t>
      </w:r>
      <w:r>
        <w:pict>
          <v:shape id="_x0000_i712114" type="#_x0000_t75" alt="学科网(www.zxxk.com)--教育资源门户，提供试卷、教案、课件、论文、素材以及各类教学资源下载，还有大量而丰富的教学相关资讯！" style="width:28.3pt;height:13.75pt" o:oleicon="f" o:ole="">
            <v:imagedata r:id="rId2275" o:title="eqId7ab1f60c8dd1e21525232c5a451139a4"/>
          </v:shape>
        </w:pic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color w:val="000000"/>
        </w:rPr>
        <w:t xml:space="preserve">    </w:t>
      </w:r>
      <w:r>
        <w:rPr>
          <w:color w:val="000000"/>
        </w:rPr>
        <w:t>（3）</w:t>
      </w:r>
      <w:r>
        <w:rPr>
          <w:rFonts w:ascii="宋体" w:eastAsia="宋体" w:hAnsi="宋体" w:cs="宋体"/>
          <w:color w:val="000000"/>
        </w:rPr>
        <w:t>①</w:t>
      </w:r>
      <w:r>
        <w:rPr>
          <w:rFonts w:ascii="Times New Roman" w:eastAsia="Times New Roman" w:hAnsi="Times New Roman" w:cs="Times New Roman"/>
          <w:color w:val="000000"/>
        </w:rPr>
        <w:t>495</w:t>
      </w:r>
      <w:r>
        <w:rPr>
          <w:rFonts w:ascii="宋体" w:eastAsia="宋体" w:hAnsi="宋体" w:cs="宋体"/>
          <w:color w:val="000000"/>
        </w:rPr>
        <w:t>；</w:t>
      </w:r>
      <w:r>
        <w:rPr>
          <w:rFonts w:ascii="Times New Roman" w:eastAsia="Times New Roman" w:hAnsi="Times New Roman" w:cs="Times New Roman"/>
          <w:color w:val="000000"/>
        </w:rPr>
        <w:t>②</w:t>
      </w:r>
      <w:r>
        <w:rPr>
          <w:rFonts w:ascii="宋体" w:eastAsia="宋体" w:hAnsi="宋体" w:cs="宋体"/>
          <w:color w:val="000000"/>
        </w:rPr>
        <w:t>说明见解析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）按照所给定义进行求解即可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）按定义可得</w:t>
      </w:r>
      <w:r>
        <w:pict>
          <v:shape id="_x0000_i712115" type="#_x0000_t75" alt="学科网(www.zxxk.com)--教育资源门户，提供试卷、教案、课件、论文、素材以及各类教学资源下载，还有大量而丰富的教学相关资讯！" style="width:96pt;height:21pt" o:oleicon="f" o:ole="">
            <v:imagedata r:id="rId2276" o:title="eqId8ce1315e873f0657b21483c5084e1f2b"/>
          </v:shape>
        </w:pict>
      </w:r>
      <w:r>
        <w:rPr>
          <w:rFonts w:ascii="宋体" w:eastAsia="宋体" w:hAnsi="宋体" w:cs="宋体"/>
          <w:color w:val="000000"/>
        </w:rPr>
        <w:t>，</w:t>
      </w:r>
      <w:r>
        <w:pict>
          <v:shape id="_x0000_i712116" type="#_x0000_t75" alt="学科网(www.zxxk.com)--教育资源门户，提供试卷、教案、课件、论文、素材以及各类教学资源下载，还有大量而丰富的教学相关资讯！" style="width:91.2pt;height:21pt" o:oleicon="f" o:ole="">
            <v:imagedata r:id="rId2277" o:title="eqId752d0d97ab812ec8c839f93af512023f"/>
          </v:shape>
        </w:pict>
      </w:r>
      <w:r>
        <w:rPr>
          <w:rFonts w:ascii="宋体" w:eastAsia="宋体" w:hAnsi="宋体" w:cs="宋体"/>
          <w:color w:val="000000"/>
        </w:rPr>
        <w:t>据此求解即可；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选取一个数据，按照定义式子展开，化简到出现循环即可；</w:t>
      </w:r>
      <w:r>
        <w:rPr>
          <w:rFonts w:ascii="Times New Roman" w:eastAsia="Times New Roman" w:hAnsi="Times New Roman" w:cs="Times New Roman"/>
          <w:color w:val="000000"/>
        </w:rPr>
        <w:t>②</w:t>
      </w:r>
      <w:r>
        <w:rPr>
          <w:rFonts w:ascii="宋体" w:eastAsia="宋体" w:hAnsi="宋体" w:cs="宋体"/>
          <w:color w:val="000000"/>
        </w:rPr>
        <w:t>按定义式子化简，注意条件</w:t>
      </w:r>
      <w:r>
        <w:pict>
          <v:shape id="_x0000_i712117" type="#_x0000_t75" alt="学科网(www.zxxk.com)--教育资源门户，提供试卷、教案、课件、论文、素材以及各类教学资源下载，还有大量而丰富的教学相关资讯！" style="width:39.75pt;height:12.75pt" o:oleicon="f" o:ole="">
            <v:imagedata r:id="rId2278" o:title="eqIdce613eaa5df46a50174085ef5d1087fb"/>
          </v:shape>
        </w:pict>
      </w:r>
      <w:r>
        <w:rPr>
          <w:rFonts w:ascii="Times New Roman" w:eastAsia="Times New Roman" w:hAnsi="Times New Roman" w:cs="Times New Roman"/>
          <w:color w:val="000000"/>
        </w:rPr>
        <w:t xml:space="preserve"> </w:t>
      </w:r>
      <w:r>
        <w:rPr>
          <w:rFonts w:ascii="宋体" w:eastAsia="宋体" w:hAnsi="宋体" w:cs="宋体"/>
          <w:color w:val="000000"/>
        </w:rPr>
        <w:t>的应用，化简到出现循环数</w:t>
      </w:r>
      <w:r>
        <w:rPr>
          <w:rFonts w:ascii="Times New Roman" w:eastAsia="Times New Roman" w:hAnsi="Times New Roman" w:cs="Times New Roman"/>
          <w:color w:val="000000"/>
        </w:rPr>
        <w:t>495</w:t>
      </w:r>
      <w:r>
        <w:rPr>
          <w:rFonts w:ascii="宋体" w:eastAsia="宋体" w:hAnsi="宋体" w:cs="宋体"/>
          <w:color w:val="000000"/>
        </w:rPr>
        <w:t>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解：由题意得</w:t>
      </w:r>
      <w:r>
        <w:pict>
          <v:shape id="_x0000_i712118" type="#_x0000_t75" alt="学科网(www.zxxk.com)--教育资源门户，提供试卷、教案、课件、论文、素材以及各类教学资源下载，还有大量而丰富的教学相关资讯！" style="width:109.2pt;height:16.8pt" o:oleicon="f" o:ole="">
            <v:imagedata r:id="rId2279" o:title="eqIde64efebd08c396a6acf0c0e96d7e6b89"/>
          </v:shape>
        </w:pict>
      </w:r>
      <w:r>
        <w:rPr>
          <w:rFonts w:ascii="宋体" w:eastAsia="宋体" w:hAnsi="宋体" w:cs="宋体"/>
          <w:color w:val="000000"/>
        </w:rPr>
        <w:t>，</w:t>
      </w:r>
      <w:r>
        <w:pict>
          <v:shape id="_x0000_i712119" type="#_x0000_t75" alt="学科网(www.zxxk.com)--教育资源门户，提供试卷、教案、课件、论文、素材以及各类教学资源下载，还有大量而丰富的教学相关资讯！" style="width:139.8pt;height:16.8pt" o:oleicon="f" o:ole="">
            <v:imagedata r:id="rId2280" o:title="eqId905e0528356cd73635117e340c17cc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56</w:t>
      </w:r>
      <w:r>
        <w:rPr>
          <w:rFonts w:ascii="宋体" w:eastAsia="宋体" w:hAnsi="宋体" w:cs="宋体"/>
          <w:color w:val="000000"/>
        </w:rPr>
        <w:t>；</w:t>
      </w:r>
      <w:r>
        <w:pict>
          <v:shape id="_x0000_i712120" type="#_x0000_t75" alt="学科网(www.zxxk.com)--教育资源门户，提供试卷、教案、课件、论文、素材以及各类教学资源下载，还有大量而丰富的教学相关资讯！" style="width:28.3pt;height:13.75pt" o:oleicon="f" o:ole="">
            <v:imagedata r:id="rId2281" o:title="eqId7ab1f60c8dd1e21525232c5a451139a4"/>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pict>
          <v:shape id="_x0000_i712121" type="#_x0000_t75" alt="学科网(www.zxxk.com)--教育资源门户，提供试卷、教案、课件、论文、素材以及各类教学资源下载，还有大量而丰富的教学相关资讯！" style="width:244.2pt;height:21pt" o:oleicon="f" o:ole="">
            <v:imagedata r:id="rId2282" o:title="eqId4253ec7e3952b2d4890dd3c6efeb1f93"/>
          </v:shape>
        </w:pict>
      </w:r>
      <w:r>
        <w:rPr>
          <w:rFonts w:ascii="宋体" w:eastAsia="宋体" w:hAnsi="宋体" w:cs="宋体"/>
          <w:color w:val="000000"/>
        </w:rPr>
        <w:t>，且</w:t>
      </w:r>
      <w:r>
        <w:pict>
          <v:shape id="_x0000_i712122" type="#_x0000_t75" alt="学科网(www.zxxk.com)--教育资源门户，提供试卷、教案、课件、论文、素材以及各类教学资源下载，还有大量而丰富的教学相关资讯！" style="width:27pt;height:14.25pt;mso-position-horizontal-relative:page;mso-position-vertical-relative:page" o:oleicon="f" o:ole="">
            <v:imagedata r:id="rId2283" o:title="eqId663a61ad241d5d874c9a9362f0ee917c"/>
          </v:shape>
        </w:pict>
      </w:r>
      <w:r>
        <w:rPr>
          <w:rFonts w:ascii="宋体" w:eastAsia="宋体" w:hAnsi="宋体" w:cs="宋体"/>
          <w:color w:val="000000"/>
        </w:rPr>
        <w:t>为整数，</w:t>
      </w:r>
    </w:p>
    <w:p>
      <w:pPr>
        <w:spacing w:line="360" w:lineRule="auto"/>
        <w:jc w:val="left"/>
        <w:textAlignment w:val="center"/>
        <w:rPr>
          <w:color w:val="000000"/>
        </w:rPr>
      </w:pPr>
      <w:r>
        <w:rPr>
          <w:rFonts w:ascii="宋体" w:eastAsia="宋体" w:hAnsi="宋体" w:cs="宋体"/>
          <w:color w:val="000000"/>
        </w:rPr>
        <w:t>∴</w:t>
      </w:r>
      <w:r>
        <w:pict>
          <v:shape id="_x0000_i712123" type="#_x0000_t75" alt="学科网(www.zxxk.com)--教育资源门户，提供试卷、教案、课件、论文、素材以及各类教学资源下载，还有大量而丰富的教学相关资讯！" style="width:47pt;height:20pt" o:oleicon="f" o:ole="">
            <v:imagedata r:id="rId2284" o:title="eqId4cd083c6fd7da272a44de72ce8052298"/>
          </v:shape>
        </w:pict>
      </w:r>
      <w:r>
        <w:rPr>
          <w:rFonts w:ascii="宋体" w:eastAsia="宋体" w:hAnsi="宋体" w:cs="宋体"/>
          <w:color w:val="000000"/>
        </w:rPr>
        <w:t>也是整数，</w:t>
      </w:r>
    </w:p>
    <w:p>
      <w:pPr>
        <w:spacing w:line="360" w:lineRule="auto"/>
        <w:jc w:val="left"/>
        <w:textAlignment w:val="center"/>
        <w:rPr>
          <w:color w:val="000000"/>
        </w:rPr>
      </w:pPr>
      <w:r>
        <w:rPr>
          <w:rFonts w:ascii="宋体" w:eastAsia="宋体" w:hAnsi="宋体" w:cs="宋体"/>
          <w:color w:val="000000"/>
        </w:rPr>
        <w:t>∴</w:t>
      </w:r>
      <w:r>
        <w:pict>
          <v:shape id="_x0000_i712124" type="#_x0000_t75" alt="学科网(www.zxxk.com)--教育资源门户，提供试卷、教案、课件、论文、素材以及各类教学资源下载，还有大量而丰富的教学相关资讯！" style="width:47pt;height:20pt" o:oleicon="f" o:ole="">
            <v:imagedata r:id="rId2285" o:title="eqId4cd083c6fd7da272a44de72ce8052298"/>
          </v:shape>
        </w:pict>
      </w:r>
      <w:r>
        <w:rPr>
          <w:rFonts w:ascii="宋体" w:eastAsia="宋体" w:hAnsi="宋体" w:cs="宋体"/>
          <w:color w:val="000000"/>
        </w:rPr>
        <w:t>一定能被</w:t>
      </w:r>
      <w:r>
        <w:rPr>
          <w:rFonts w:ascii="Times New Roman" w:eastAsia="Times New Roman" w:hAnsi="Times New Roman" w:cs="Times New Roman"/>
          <w:color w:val="000000"/>
        </w:rPr>
        <w:t>11</w:t>
      </w:r>
      <w:r>
        <w:rPr>
          <w:rFonts w:ascii="宋体" w:eastAsia="宋体" w:hAnsi="宋体" w:cs="宋体"/>
          <w:color w:val="000000"/>
        </w:rPr>
        <w:t>整除，即</w:t>
      </w:r>
      <w:r>
        <w:pict>
          <v:shape id="_x0000_i712125" type="#_x0000_t75" alt="学科网(www.zxxk.com)--教育资源门户，提供试卷、教案、课件、论文、素材以及各类教学资源下载，还有大量而丰富的教学相关资讯！" style="width:39pt;height:17.4pt" o:oleicon="f" o:ole="">
            <v:imagedata r:id="rId2286" o:title="eqId1c2cffca02414344bc92f2482a7751af"/>
          </v:shape>
        </w:pict>
      </w:r>
      <w:r>
        <w:rPr>
          <w:rFonts w:ascii="宋体" w:eastAsia="宋体" w:hAnsi="宋体" w:cs="宋体"/>
          <w:color w:val="000000"/>
        </w:rPr>
        <w:t>一定能被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left"/>
        <w:textAlignment w:val="center"/>
        <w:rPr>
          <w:color w:val="000000"/>
        </w:rPr>
      </w:pPr>
      <w:r>
        <w:rPr>
          <w:rFonts w:ascii="宋体" w:eastAsia="宋体" w:hAnsi="宋体" w:cs="宋体"/>
          <w:color w:val="000000"/>
        </w:rPr>
        <w:t>∵</w:t>
      </w:r>
      <w:r>
        <w:pict>
          <v:shape id="_x0000_i712126" type="#_x0000_t75" alt="学科网(www.zxxk.com)--教育资源门户，提供试卷、教案、课件、论文、素材以及各类教学资源下载，还有大量而丰富的教学相关资讯！" style="width:241.2pt;height:21pt" o:oleicon="f" o:ole="">
            <v:imagedata r:id="rId2287" o:title="eqId85bc3b619e52db855e6296d4412e4cb0"/>
          </v:shape>
        </w:pict>
      </w:r>
      <w:r>
        <w:rPr>
          <w:rFonts w:ascii="宋体" w:eastAsia="宋体" w:hAnsi="宋体" w:cs="宋体"/>
          <w:color w:val="000000"/>
        </w:rPr>
        <w:t>，且</w:t>
      </w:r>
      <w:r>
        <w:pict>
          <v:shape id="_x0000_i712127" type="#_x0000_t75" alt="学科网(www.zxxk.com)--教育资源门户，提供试卷、教案、课件、论文、素材以及各类教学资源下载，还有大量而丰富的教学相关资讯！" style="width:27pt;height:14.25pt;mso-position-horizontal-relative:page;mso-position-vertical-relative:page" o:oleicon="f" o:ole="">
            <v:imagedata r:id="rId2288" o:title="eqId663a61ad241d5d874c9a9362f0ee917c"/>
          </v:shape>
        </w:pict>
      </w:r>
      <w:r>
        <w:rPr>
          <w:rFonts w:ascii="宋体" w:eastAsia="宋体" w:hAnsi="宋体" w:cs="宋体"/>
          <w:color w:val="000000"/>
        </w:rPr>
        <w:t>为整数，</w:t>
      </w:r>
    </w:p>
    <w:p>
      <w:pPr>
        <w:spacing w:line="360" w:lineRule="auto"/>
        <w:jc w:val="left"/>
        <w:textAlignment w:val="center"/>
        <w:rPr>
          <w:color w:val="000000"/>
        </w:rPr>
      </w:pPr>
      <w:r>
        <w:rPr>
          <w:rFonts w:ascii="宋体" w:eastAsia="宋体" w:hAnsi="宋体" w:cs="宋体"/>
          <w:color w:val="000000"/>
        </w:rPr>
        <w:t>∴</w:t>
      </w:r>
      <w:r>
        <w:pict>
          <v:shape id="_x0000_i712128" type="#_x0000_t75" alt="学科网(www.zxxk.com)--教育资源门户，提供试卷、教案、课件、论文、素材以及各类教学资源下载，还有大量而丰富的教学相关资讯！" style="width:43.8pt;height:19.8pt" o:oleicon="f" o:ole="">
            <v:imagedata r:id="rId2289" o:title="eqId116770f58ae09ed080c7a8cfb6903f91"/>
          </v:shape>
        </w:pict>
      </w:r>
      <w:r>
        <w:rPr>
          <w:rFonts w:ascii="宋体" w:eastAsia="宋体" w:hAnsi="宋体" w:cs="宋体"/>
          <w:color w:val="000000"/>
        </w:rPr>
        <w:t>也是整数，</w:t>
      </w:r>
    </w:p>
    <w:p>
      <w:pPr>
        <w:spacing w:line="360" w:lineRule="auto"/>
        <w:jc w:val="left"/>
        <w:textAlignment w:val="center"/>
        <w:rPr>
          <w:color w:val="000000"/>
        </w:rPr>
      </w:pPr>
      <w:r>
        <w:rPr>
          <w:rFonts w:ascii="宋体" w:eastAsia="宋体" w:hAnsi="宋体" w:cs="宋体"/>
          <w:color w:val="000000"/>
        </w:rPr>
        <w:t>∴</w:t>
      </w:r>
      <w:r>
        <w:pict>
          <v:shape id="_x0000_i712129" type="#_x0000_t75" alt="学科网(www.zxxk.com)--教育资源门户，提供试卷、教案、课件、论文、素材以及各类教学资源下载，还有大量而丰富的教学相关资讯！" style="width:43.8pt;height:19.8pt" o:oleicon="f" o:ole="">
            <v:imagedata r:id="rId2290" o:title="eqId116770f58ae09ed080c7a8cfb6903f91"/>
          </v:shape>
        </w:pict>
      </w:r>
      <w:r>
        <w:rPr>
          <w:rFonts w:ascii="宋体" w:eastAsia="宋体" w:hAnsi="宋体" w:cs="宋体"/>
          <w:color w:val="000000"/>
        </w:rPr>
        <w:t>一定能被</w:t>
      </w:r>
      <w:r>
        <w:rPr>
          <w:rFonts w:ascii="Times New Roman" w:eastAsia="Times New Roman" w:hAnsi="Times New Roman" w:cs="Times New Roman"/>
          <w:color w:val="000000"/>
        </w:rPr>
        <w:t>9</w:t>
      </w:r>
      <w:r>
        <w:rPr>
          <w:rFonts w:ascii="宋体" w:eastAsia="宋体" w:hAnsi="宋体" w:cs="宋体"/>
          <w:color w:val="000000"/>
        </w:rPr>
        <w:t>整除，即</w:t>
      </w:r>
      <w:r>
        <w:pict>
          <v:shape id="_x0000_i712130" type="#_x0000_t75" alt="学科网(www.zxxk.com)--教育资源门户，提供试卷、教案、课件、论文、素材以及各类教学资源下载，还有大量而丰富的教学相关资讯！" style="width:38.25pt;height:17.25pt" o:oleicon="f" o:ole="">
            <v:imagedata r:id="rId2291" o:title="eqId2265035ea64e913396128b9c7a838cb9"/>
          </v:shape>
        </w:pict>
      </w:r>
      <w:r>
        <w:rPr>
          <w:rFonts w:ascii="宋体" w:eastAsia="宋体" w:hAnsi="宋体" w:cs="宋体"/>
          <w:color w:val="000000"/>
        </w:rPr>
        <w:t>一定能被</w:t>
      </w:r>
      <w:r>
        <w:rPr>
          <w:rFonts w:ascii="Times New Roman" w:eastAsia="Times New Roman" w:hAnsi="Times New Roman" w:cs="Times New Roman"/>
          <w:color w:val="000000"/>
        </w:rPr>
        <w:t>9</w:t>
      </w:r>
      <w:r>
        <w:rPr>
          <w:rFonts w:ascii="宋体" w:eastAsia="宋体" w:hAnsi="宋体" w:cs="宋体"/>
          <w:color w:val="000000"/>
        </w:rPr>
        <w:t>整除；</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解：①若选的数为</w:t>
      </w:r>
      <w:r>
        <w:rPr>
          <w:rFonts w:ascii="Times New Roman" w:eastAsia="Times New Roman" w:hAnsi="Times New Roman" w:cs="Times New Roman"/>
          <w:color w:val="000000"/>
        </w:rPr>
        <w:t>325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pict>
          <v:shape id="_x0000_i712131" type="#_x0000_t75" alt="学科网(www.zxxk.com)--教育资源门户，提供试卷、教案、课件、论文、素材以及各类教学资源下载，还有大量而丰富的教学相关资讯！" style="width:80pt;height:14pt" o:oleicon="f" o:ole="">
            <v:imagedata r:id="rId2292" o:title="eqId3cc22fc21ac02ebad05777657208f28c"/>
          </v:shape>
        </w:pict>
      </w:r>
      <w:r>
        <w:rPr>
          <w:rFonts w:ascii="宋体" w:eastAsia="宋体" w:hAnsi="宋体" w:cs="宋体"/>
          <w:color w:val="000000"/>
        </w:rPr>
        <w:t>，以下按照上述规则的性质计算：</w:t>
      </w:r>
    </w:p>
    <w:p>
      <w:pPr>
        <w:spacing w:line="360" w:lineRule="auto"/>
        <w:jc w:val="left"/>
        <w:textAlignment w:val="center"/>
        <w:rPr>
          <w:color w:val="000000"/>
        </w:rPr>
      </w:pPr>
      <w:r>
        <w:pict>
          <v:shape id="_x0000_i712132" type="#_x0000_t75" alt="学科网(www.zxxk.com)--教育资源门户，提供试卷、教案、课件、论文、素材以及各类教学资源下载，还有大量而丰富的教学相关资讯！" style="width:78.75pt;height:14.25pt" o:oleicon="f" o:ole="">
            <v:imagedata r:id="rId2293" o:title="eqIdd7708bd4165e0235ad3a1ab2576e52a7"/>
          </v:shape>
        </w:pict>
      </w:r>
      <w:r>
        <w:rPr>
          <w:rFonts w:ascii="宋体" w:eastAsia="宋体" w:hAnsi="宋体" w:cs="宋体"/>
          <w:color w:val="000000"/>
        </w:rPr>
        <w:t>，</w:t>
      </w:r>
    </w:p>
    <w:p>
      <w:pPr>
        <w:spacing w:line="360" w:lineRule="auto"/>
        <w:jc w:val="left"/>
        <w:textAlignment w:val="center"/>
        <w:rPr>
          <w:color w:val="000000"/>
        </w:rPr>
      </w:pPr>
      <w:r>
        <w:pict>
          <v:shape id="_x0000_i712133" type="#_x0000_t75" alt="学科网(www.zxxk.com)--教育资源门户，提供试卷、教案、课件、论文、素材以及各类教学资源下载，还有大量而丰富的教学相关资讯！" style="width:78.75pt;height:14.25pt" o:oleicon="f" o:ole="">
            <v:imagedata r:id="rId2294" o:title="eqId9bfbd3f10081eb2ec06792e73598f642"/>
          </v:shape>
        </w:pict>
      </w:r>
      <w:r>
        <w:rPr>
          <w:rFonts w:ascii="宋体" w:eastAsia="宋体" w:hAnsi="宋体" w:cs="宋体"/>
          <w:color w:val="000000"/>
        </w:rPr>
        <w:t>，</w:t>
      </w:r>
    </w:p>
    <w:p>
      <w:pPr>
        <w:spacing w:line="360" w:lineRule="auto"/>
        <w:jc w:val="left"/>
        <w:textAlignment w:val="center"/>
        <w:rPr>
          <w:color w:val="000000"/>
        </w:rPr>
      </w:pPr>
      <w:r>
        <w:pict>
          <v:shape id="_x0000_i712134" type="#_x0000_t75" alt="学科网(www.zxxk.com)--教育资源门户，提供试卷、教案、课件、论文、素材以及各类教学资源下载，还有大量而丰富的教学相关资讯！" style="width:80.25pt;height:14.25pt" o:oleicon="f" o:ole="">
            <v:imagedata r:id="rId2295" o:title="eqIda1f5fa79b53e4334575e2679341c3b52"/>
          </v:shape>
        </w:pict>
      </w:r>
      <w:r>
        <w:rPr>
          <w:rFonts w:ascii="宋体" w:eastAsia="宋体" w:hAnsi="宋体" w:cs="宋体"/>
          <w:color w:val="000000"/>
        </w:rPr>
        <w:t>，</w:t>
      </w:r>
    </w:p>
    <w:p>
      <w:pPr>
        <w:spacing w:line="360" w:lineRule="auto"/>
        <w:jc w:val="left"/>
        <w:textAlignment w:val="center"/>
        <w:rPr>
          <w:color w:val="000000"/>
        </w:rPr>
      </w:pPr>
      <w:r>
        <w:pict>
          <v:shape id="_x0000_i712135" type="#_x0000_t75" alt="学科网(www.zxxk.com)--教育资源门户，提供试卷、教案、课件、论文、素材以及各类教学资源下载，还有大量而丰富的教学相关资讯！" style="width:80.25pt;height:14.25pt" o:oleicon="f" o:ole="">
            <v:imagedata r:id="rId2296" o:title="eqIda1f5fa79b53e4334575e2679341c3b52"/>
          </v:shape>
        </w:pi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“卡普雷卡尔黑洞数”是</w:t>
      </w:r>
      <w:r>
        <w:rPr>
          <w:rFonts w:ascii="Times New Roman" w:eastAsia="Times New Roman" w:hAnsi="Times New Roman" w:cs="Times New Roman"/>
          <w:color w:val="000000"/>
        </w:rPr>
        <w:t>495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495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②当任选的三位数为</w:t>
      </w:r>
      <w:r>
        <w:pict>
          <v:shape id="_x0000_i712136" type="#_x0000_t75" alt="学科网(www.zxxk.com)--教育资源门户，提供试卷、教案、课件、论文、素材以及各类教学资源下载，还有大量而丰富的教学相关资讯！" style="width:21pt;height:17.25pt" o:oleicon="f" o:ole="">
            <v:imagedata r:id="rId2297" o:title="eqIda675d752761f68640cb84085823063bf"/>
          </v:shape>
        </w:pict>
      </w:r>
      <w:r>
        <w:rPr>
          <w:rFonts w:ascii="宋体" w:eastAsia="宋体" w:hAnsi="宋体" w:cs="宋体"/>
          <w:color w:val="000000"/>
        </w:rPr>
        <w:t>时，第一次运算后得：</w:t>
      </w:r>
    </w:p>
    <w:p>
      <w:pPr>
        <w:spacing w:line="360" w:lineRule="auto"/>
        <w:jc w:val="left"/>
        <w:textAlignment w:val="center"/>
        <w:rPr>
          <w:color w:val="000000"/>
        </w:rPr>
      </w:pPr>
      <w:r>
        <w:pict>
          <v:shape id="_x0000_i712137" type="#_x0000_t75" alt="学科网(www.zxxk.com)--教育资源门户，提供试卷、教案、课件、论文、素材以及各类教学资源下载，还有大量而丰富的教学相关资讯！" style="width:213.75pt;height:19.5pt" o:oleicon="f" o:ole="">
            <v:imagedata r:id="rId2298" o:title="eqIda662d2bc218aebc5cf66932903a0cba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结果为</w:t>
      </w:r>
      <w:r>
        <w:rPr>
          <w:rFonts w:ascii="Times New Roman" w:eastAsia="Times New Roman" w:hAnsi="Times New Roman" w:cs="Times New Roman"/>
          <w:color w:val="000000"/>
        </w:rPr>
        <w:t>99</w:t>
      </w:r>
      <w:r>
        <w:rPr>
          <w:rFonts w:ascii="宋体" w:eastAsia="宋体" w:hAnsi="宋体" w:cs="宋体"/>
          <w:color w:val="000000"/>
        </w:rPr>
        <w:t>的倍数，</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2138" type="#_x0000_t75" alt="学科网(www.zxxk.com)--教育资源门户，提供试卷、教案、课件、论文、素材以及各类教学资源下载，还有大量而丰富的教学相关资讯！" style="width:39.75pt;height:12.75pt" o:oleicon="f" o:ole="">
            <v:imagedata r:id="rId2299" o:title="eqIdce613eaa5df46a50174085ef5d1087fb"/>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2139" type="#_x0000_t75" alt="学科网(www.zxxk.com)--教育资源门户，提供试卷、教案、课件、论文、素材以及各类教学资源下载，还有大量而丰富的教学相关资讯！" style="width:75.75pt;height:14.25pt" o:oleicon="f" o:ole="">
            <v:imagedata r:id="rId2300" o:title="eqIdb0f54afebc18e060c7798452de657b76"/>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2140" type="#_x0000_t75" alt="学科网(www.zxxk.com)--教育资源门户，提供试卷、教案、课件、论文、素材以及各类教学资源下载，还有大量而丰富的教学相关资讯！" style="width:44.25pt;height:14.25pt" o:oleicon="f" o:ole="">
            <v:imagedata r:id="rId2301" o:title="eqId3c3bbd43f99235538182e4775a01c46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w:t>
      </w:r>
      <w:r>
        <w:pict>
          <v:shape id="_x0000_i712141" type="#_x0000_t75" alt="学科网(www.zxxk.com)--教育资源门户，提供试卷、教案、课件、论文、素材以及各类教学资源下载，还有大量而丰富的教学相关资讯！" style="width:63pt;height:14.25pt" o:oleicon="f" o:ole="">
            <v:imagedata r:id="rId2302" o:title="eqId01865f53bf8438d475d9c2b9ebe0faef"/>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2142" type="#_x0000_t75" alt="学科网(www.zxxk.com)--教育资源门户，提供试卷、教案、课件、论文、素材以及各类教学资源下载，还有大量而丰富的教学相关资讯！" style="width:42.75pt;height:14.25pt" o:oleicon="f" o:ole="">
            <v:imagedata r:id="rId2303" o:title="eqIdbecf61736b0180788cc7afe59675542a"/>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2143" type="#_x0000_t75" alt="学科网(www.zxxk.com)--教育资源门户，提供试卷、教案、课件、论文、素材以及各类教学资源下载，还有大量而丰富的教学相关资讯！" style="width:96pt;height:13.8pt" o:oleicon="f" o:ole="">
            <v:imagedata r:id="rId2304" o:title="eqId00aca25d6399af49c197fbbea1b0eed5"/>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第一次运算后可能得到：</w:t>
      </w:r>
      <w:r>
        <w:rPr>
          <w:rFonts w:ascii="Times New Roman" w:eastAsia="Times New Roman" w:hAnsi="Times New Roman" w:cs="Times New Roman"/>
          <w:color w:val="000000"/>
        </w:rPr>
        <w:t>198</w:t>
      </w:r>
      <w:r>
        <w:rPr>
          <w:rFonts w:ascii="宋体" w:eastAsia="宋体" w:hAnsi="宋体" w:cs="宋体"/>
          <w:color w:val="000000"/>
        </w:rPr>
        <w:t>，</w:t>
      </w:r>
      <w:r>
        <w:rPr>
          <w:rFonts w:ascii="Times New Roman" w:eastAsia="Times New Roman" w:hAnsi="Times New Roman" w:cs="Times New Roman"/>
          <w:color w:val="000000"/>
        </w:rPr>
        <w:t>297</w:t>
      </w:r>
      <w:r>
        <w:rPr>
          <w:rFonts w:ascii="宋体" w:eastAsia="宋体" w:hAnsi="宋体" w:cs="宋体"/>
          <w:color w:val="000000"/>
        </w:rPr>
        <w:t>，</w:t>
      </w:r>
      <w:r>
        <w:rPr>
          <w:rFonts w:ascii="Times New Roman" w:eastAsia="Times New Roman" w:hAnsi="Times New Roman" w:cs="Times New Roman"/>
          <w:color w:val="000000"/>
        </w:rPr>
        <w:t>396</w:t>
      </w:r>
      <w:r>
        <w:rPr>
          <w:rFonts w:ascii="宋体" w:eastAsia="宋体" w:hAnsi="宋体" w:cs="宋体"/>
          <w:color w:val="000000"/>
        </w:rPr>
        <w:t>，</w:t>
      </w:r>
      <w:r>
        <w:rPr>
          <w:rFonts w:ascii="Times New Roman" w:eastAsia="Times New Roman" w:hAnsi="Times New Roman" w:cs="Times New Roman"/>
          <w:color w:val="000000"/>
        </w:rPr>
        <w:t>496</w:t>
      </w:r>
      <w:r>
        <w:rPr>
          <w:rFonts w:ascii="宋体" w:eastAsia="宋体" w:hAnsi="宋体" w:cs="宋体"/>
          <w:color w:val="000000"/>
        </w:rPr>
        <w:t>，</w:t>
      </w:r>
      <w:r>
        <w:rPr>
          <w:rFonts w:ascii="Times New Roman" w:eastAsia="Times New Roman" w:hAnsi="Times New Roman" w:cs="Times New Roman"/>
          <w:color w:val="000000"/>
        </w:rPr>
        <w:t>594</w:t>
      </w:r>
      <w:r>
        <w:rPr>
          <w:rFonts w:ascii="宋体" w:eastAsia="宋体" w:hAnsi="宋体" w:cs="宋体"/>
          <w:color w:val="000000"/>
        </w:rPr>
        <w:t>，</w:t>
      </w:r>
      <w:r>
        <w:rPr>
          <w:rFonts w:ascii="Times New Roman" w:eastAsia="Times New Roman" w:hAnsi="Times New Roman" w:cs="Times New Roman"/>
          <w:color w:val="000000"/>
        </w:rPr>
        <w:t>693</w:t>
      </w:r>
      <w:r>
        <w:rPr>
          <w:rFonts w:ascii="宋体" w:eastAsia="宋体" w:hAnsi="宋体" w:cs="宋体"/>
          <w:color w:val="000000"/>
        </w:rPr>
        <w:t>，</w:t>
      </w:r>
      <w:r>
        <w:rPr>
          <w:rFonts w:ascii="Times New Roman" w:eastAsia="Times New Roman" w:hAnsi="Times New Roman" w:cs="Times New Roman"/>
          <w:color w:val="000000"/>
        </w:rPr>
        <w:t>792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再让这些数字经过运算，分别可以得到：</w:t>
      </w:r>
    </w:p>
    <w:p>
      <w:pPr>
        <w:spacing w:line="360" w:lineRule="auto"/>
        <w:jc w:val="left"/>
        <w:textAlignment w:val="center"/>
        <w:rPr>
          <w:color w:val="000000"/>
        </w:rPr>
      </w:pPr>
      <w:r>
        <w:pict>
          <v:shape id="_x0000_i712144" type="#_x0000_t75" alt="学科网(www.zxxk.com)--教育资源门户，提供试卷、教案、课件、论文、素材以及各类教学资源下载，还有大量而丰富的教学相关资讯！" style="width:77.25pt;height:14.25pt" o:oleicon="f" o:ole="">
            <v:imagedata r:id="rId2305" o:title="eqIdc5c533aabe236582a70671edc1e9ba74"/>
          </v:shape>
        </w:pict>
      </w:r>
      <w:r>
        <w:rPr>
          <w:rFonts w:ascii="宋体" w:eastAsia="宋体" w:hAnsi="宋体" w:cs="宋体"/>
          <w:color w:val="000000"/>
        </w:rPr>
        <w:t>，</w:t>
      </w:r>
    </w:p>
    <w:p>
      <w:pPr>
        <w:spacing w:line="360" w:lineRule="auto"/>
        <w:jc w:val="left"/>
        <w:textAlignment w:val="center"/>
        <w:rPr>
          <w:color w:val="000000"/>
        </w:rPr>
      </w:pPr>
      <w:r>
        <w:pict>
          <v:shape id="_x0000_i712145" type="#_x0000_t75" alt="学科网(www.zxxk.com)--教育资源门户，提供试卷、教案、课件、论文、素材以及各类教学资源下载，还有大量而丰富的教学相关资讯！" style="width:78.75pt;height:14.25pt" o:oleicon="f" o:ole="">
            <v:imagedata r:id="rId2306" o:title="eqIdd7708bd4165e0235ad3a1ab2576e52a7"/>
          </v:shape>
        </w:pict>
      </w:r>
      <w:r>
        <w:rPr>
          <w:rFonts w:ascii="宋体" w:eastAsia="宋体" w:hAnsi="宋体" w:cs="宋体"/>
          <w:color w:val="000000"/>
        </w:rPr>
        <w:t>，</w:t>
      </w:r>
    </w:p>
    <w:p>
      <w:pPr>
        <w:spacing w:line="360" w:lineRule="auto"/>
        <w:jc w:val="left"/>
        <w:textAlignment w:val="center"/>
        <w:rPr>
          <w:color w:val="000000"/>
        </w:rPr>
      </w:pPr>
      <w:r>
        <w:pict>
          <v:shape id="_x0000_i712146" type="#_x0000_t75" alt="学科网(www.zxxk.com)--教育资源门户，提供试卷、教案、课件、论文、素材以及各类教学资源下载，还有大量而丰富的教学相关资讯！" style="width:79.8pt;height:13.8pt" o:oleicon="f" o:ole="">
            <v:imagedata r:id="rId2307" o:title="eqIde42edb62d4e2b4e9c9a3968a3c147eef"/>
          </v:shape>
        </w:pict>
      </w:r>
      <w:r>
        <w:rPr>
          <w:rFonts w:ascii="宋体" w:eastAsia="宋体" w:hAnsi="宋体" w:cs="宋体"/>
          <w:color w:val="000000"/>
        </w:rPr>
        <w:t>，</w:t>
      </w:r>
    </w:p>
    <w:p>
      <w:pPr>
        <w:spacing w:line="360" w:lineRule="auto"/>
        <w:jc w:val="left"/>
        <w:textAlignment w:val="center"/>
        <w:rPr>
          <w:color w:val="000000"/>
        </w:rPr>
      </w:pPr>
      <w:r>
        <w:pict>
          <v:shape id="_x0000_i712147" type="#_x0000_t75" alt="学科网(www.zxxk.com)--教育资源门户，提供试卷、教案、课件、论文、素材以及各类教学资源下载，还有大量而丰富的教学相关资讯！" style="width:78.75pt;height:14.25pt" o:oleicon="f" o:ole="">
            <v:imagedata r:id="rId2308" o:title="eqId9bfbd3f10081eb2ec06792e73598f642"/>
          </v:shape>
        </w:pict>
      </w:r>
      <w:r>
        <w:rPr>
          <w:rFonts w:ascii="宋体" w:eastAsia="宋体" w:hAnsi="宋体" w:cs="宋体"/>
          <w:color w:val="000000"/>
        </w:rPr>
        <w:t>，</w:t>
      </w:r>
    </w:p>
    <w:p>
      <w:pPr>
        <w:spacing w:line="360" w:lineRule="auto"/>
        <w:jc w:val="left"/>
        <w:textAlignment w:val="center"/>
        <w:rPr>
          <w:color w:val="000000"/>
        </w:rPr>
      </w:pPr>
      <w:r>
        <w:pict>
          <v:shape id="_x0000_i712148" type="#_x0000_t75" alt="学科网(www.zxxk.com)--教育资源门户，提供试卷、教案、课件、论文、素材以及各类教学资源下载，还有大量而丰富的教学相关资讯！" style="width:80.25pt;height:14.25pt" o:oleicon="f" o:ole="">
            <v:imagedata r:id="rId2309" o:title="eqIda1f5fa79b53e4334575e2679341c3b52"/>
          </v:shape>
        </w:pict>
      </w:r>
      <w:r>
        <w:rPr>
          <w:rFonts w:ascii="宋体" w:eastAsia="宋体" w:hAnsi="宋体" w:cs="宋体"/>
          <w:color w:val="000000"/>
        </w:rPr>
        <w:t>，</w:t>
      </w:r>
    </w:p>
    <w:p>
      <w:pPr>
        <w:spacing w:line="360" w:lineRule="auto"/>
        <w:jc w:val="left"/>
        <w:textAlignment w:val="center"/>
        <w:rPr>
          <w:color w:val="000000"/>
        </w:rPr>
      </w:pPr>
      <w:r>
        <w:pict>
          <v:shape id="_x0000_i712149" type="#_x0000_t75" alt="学科网(www.zxxk.com)--教育资源门户，提供试卷、教案、课件、论文、素材以及各类教学资源下载，还有大量而丰富的教学相关资讯！" style="width:80.25pt;height:14.25pt" o:oleicon="f" o:ole="">
            <v:imagedata r:id="rId2310" o:title="eqIda1f5fa79b53e4334575e2679341c3b52"/>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可以得到“卡普雷卡尔黑洞数”是</w:t>
      </w:r>
      <w:r>
        <w:rPr>
          <w:rFonts w:ascii="Times New Roman" w:eastAsia="Times New Roman" w:hAnsi="Times New Roman" w:cs="Times New Roman"/>
          <w:color w:val="000000"/>
        </w:rPr>
        <w:t>495</w:t>
      </w:r>
      <w:r>
        <w:rPr>
          <w:rFonts w:ascii="宋体" w:eastAsia="宋体" w:hAnsi="宋体" w:cs="宋体"/>
          <w:color w:val="000000"/>
        </w:rPr>
        <w:t>．</w:t>
      </w:r>
    </w:p>
    <w:p>
      <w:pPr>
        <w:spacing w:line="360" w:lineRule="auto"/>
        <w:jc w:val="left"/>
        <w:textAlignment w:val="center"/>
        <w:rPr>
          <w:color w:val="000000"/>
        </w:rPr>
        <w:sectPr w:rsidSect="00C321EB">
          <w:headerReference w:type="even" r:id="rId750"/>
          <w:footerReference w:type="even" r:id="rId751"/>
          <w:headerReference w:type="first" r:id="rId752"/>
          <w:footerReference w:type="first" r:id="rId753"/>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本题主要考查了整式的加减计算，有理数加减计算，正确理解题意是解题的关键．</w:t>
      </w:r>
    </w:p>
    <w:p>
      <w:pPr>
        <w:pStyle w:val="Heading2"/>
      </w:pPr>
      <w:r>
        <w:t>西城区第十五中学</w:t>
      </w:r>
    </w:p>
    <w:p>
      <w:pPr>
        <w:spacing w:line="360" w:lineRule="auto"/>
        <w:jc w:val="left"/>
        <w:textAlignment w:val="center"/>
        <w:rPr>
          <w:color w:val="000000"/>
        </w:rPr>
      </w:pPr>
      <w:r>
        <w:rPr>
          <w:color w:val="000000"/>
        </w:rPr>
        <w:t xml:space="preserve">24. </w:t>
      </w:r>
      <w:r>
        <w:rPr>
          <w:rFonts w:ascii="宋体" w:eastAsia="宋体" w:hAnsi="宋体" w:cs="宋体"/>
          <w:color w:val="000000"/>
        </w:rPr>
        <w:t>如图，在数轴上点</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宋体" w:eastAsia="宋体" w:hAnsi="宋体" w:cs="宋体"/>
          <w:color w:val="000000"/>
        </w:rPr>
        <w:t>表示数</w:t>
      </w:r>
      <w:r>
        <w:rPr>
          <w:rFonts w:ascii="Times New Roman" w:eastAsia="Times New Roman" w:hAnsi="Times New Roman" w:cs="Times New Roman"/>
          <w:i/>
          <w:color w:val="000000"/>
        </w:rPr>
        <w:t>b</w:t>
      </w:r>
      <w:r>
        <w:rPr>
          <w:rFonts w:ascii="宋体" w:eastAsia="宋体" w:hAnsi="宋体" w:cs="宋体"/>
          <w:color w:val="000000"/>
        </w:rPr>
        <w:t>，点</w:t>
      </w:r>
      <w:r>
        <w:rPr>
          <w:rFonts w:ascii="Times New Roman" w:eastAsia="Times New Roman" w:hAnsi="Times New Roman" w:cs="Times New Roman"/>
          <w:i/>
          <w:color w:val="000000"/>
        </w:rPr>
        <w:t xml:space="preserve"> C </w:t>
      </w:r>
      <w:r>
        <w:rPr>
          <w:rFonts w:ascii="宋体" w:eastAsia="宋体" w:hAnsi="宋体" w:cs="宋体"/>
          <w:color w:val="000000"/>
        </w:rPr>
        <w:t>表示数</w:t>
      </w:r>
      <w:r>
        <w:rPr>
          <w:rFonts w:ascii="Times New Roman" w:eastAsia="Times New Roman" w:hAnsi="Times New Roman" w:cs="Times New Roman"/>
          <w:i/>
          <w:color w:val="000000"/>
        </w:rPr>
        <w:t>c</w:t>
      </w:r>
      <w:r>
        <w:rPr>
          <w:rFonts w:ascii="宋体" w:eastAsia="宋体" w:hAnsi="宋体" w:cs="宋体"/>
          <w:color w:val="000000"/>
        </w:rPr>
        <w:t>，其中数</w:t>
      </w:r>
      <w:r>
        <w:rPr>
          <w:rFonts w:ascii="Times New Roman" w:eastAsia="Times New Roman" w:hAnsi="Times New Roman" w:cs="Times New Roman"/>
          <w:i/>
          <w:color w:val="000000"/>
        </w:rPr>
        <w:t>b</w:t>
      </w:r>
      <w:r>
        <w:rPr>
          <w:rFonts w:ascii="宋体" w:eastAsia="宋体" w:hAnsi="宋体" w:cs="宋体"/>
          <w:color w:val="000000"/>
        </w:rPr>
        <w:t>是最小的正整数，数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满足</w:t>
      </w:r>
      <w:r>
        <w:rPr>
          <w:rFonts w:ascii="Times New Roman" w:eastAsia="Times New Roman" w:hAnsi="Times New Roman" w:cs="Times New Roman"/>
          <w:color w:val="000000"/>
        </w:rPr>
        <w:t xml:space="preserve"> </w:t>
      </w:r>
      <w:r>
        <w:pict>
          <v:shape id="_x0000_i712150" type="#_x0000_t75" alt="学科网(www.zxxk.com)--教育资源门户，提供试卷、教案、课件、论文、素材以及各类教学资源下载，还有大量而丰富的教学相关资讯！" style="width:90.75pt;height:21.75pt" o:oleicon="f" o:ole="">
            <v:imagedata r:id="rId2311" o:title="eqIdc89f41fe43bda787cad53ae10a7dd7b6"/>
          </v:shape>
        </w:pic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之间的距离表示为</w:t>
      </w:r>
      <w:r>
        <w:rPr>
          <w:rFonts w:ascii="Times New Roman" w:eastAsia="Times New Roman" w:hAnsi="Times New Roman" w:cs="Times New Roman"/>
          <w:color w:val="000000"/>
        </w:rPr>
        <w:t xml:space="preserve"> </w:t>
      </w:r>
      <w:r>
        <w:pict>
          <v:shape id="_x0000_i712151" type="#_x0000_t75" alt="学科网(www.zxxk.com)--教育资源门户，提供试卷、教案、课件、论文、素材以及各类教学资源下载，还有大量而丰富的教学相关资讯！" style="width:20.05pt;height:12.6pt" o:oleicon="f" o:ole="">
            <v:imagedata r:id="rId2312" o:title="eqIdf52a58fbaf4fea03567e88a9f0f6e37e"/>
          </v:shape>
        </w:pic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宋体" w:eastAsia="宋体" w:hAnsi="宋体" w:cs="宋体"/>
          <w:color w:val="000000"/>
        </w:rPr>
        <w:t>之间的距离表示为</w:t>
      </w:r>
      <w:r>
        <w:rPr>
          <w:rFonts w:ascii="Times New Roman" w:eastAsia="Times New Roman" w:hAnsi="Times New Roman" w:cs="Times New Roman"/>
          <w:i/>
          <w:color w:val="000000"/>
        </w:rPr>
        <w:t>AC</w:t>
      </w:r>
      <w:r>
        <w:rPr>
          <w:rFonts w:ascii="宋体" w:eastAsia="宋体" w:hAnsi="宋体" w:cs="宋体"/>
          <w:color w:val="000000"/>
        </w:rPr>
        <w:t>，点</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宋体" w:eastAsia="宋体" w:hAnsi="宋体" w:cs="宋体"/>
          <w:color w:val="000000"/>
        </w:rPr>
        <w:t>与点</w:t>
      </w:r>
      <w:r>
        <w:rPr>
          <w:rFonts w:ascii="Times New Roman" w:eastAsia="Times New Roman" w:hAnsi="Times New Roman" w:cs="Times New Roman"/>
          <w:i/>
          <w:color w:val="000000"/>
        </w:rPr>
        <w:t>C</w:t>
      </w:r>
      <w:r>
        <w:rPr>
          <w:rFonts w:ascii="宋体" w:eastAsia="宋体" w:hAnsi="宋体" w:cs="宋体"/>
          <w:color w:val="000000"/>
        </w:rPr>
        <w:t>之间的距离表示为</w:t>
      </w:r>
      <w:r>
        <w:rPr>
          <w:rFonts w:ascii="Times New Roman" w:eastAsia="Times New Roman" w:hAnsi="Times New Roman" w:cs="Times New Roman"/>
          <w:color w:val="000000"/>
        </w:rPr>
        <w:t xml:space="preserve"> </w:t>
      </w:r>
      <w:r>
        <w:pict>
          <v:shape id="_x0000_i712152" type="#_x0000_t75" alt="学科网(www.zxxk.com)--教育资源门户，提供试卷、教案、课件、论文、素材以及各类教学资源下载，还有大量而丰富的教学相关资讯！" style="width:20.2pt;height:14pt" o:oleicon="f" o:ole="">
            <v:imagedata r:id="rId2313" o:title="eqId0dc5c9827dfd0be5a9c85962d6ccbfb1"/>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23975" cy="161925"/>
            <wp:docPr id="33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 name=""/>
                    <pic:cNvPicPr>
                      <a:picLocks noChangeAspect="1"/>
                    </pic:cNvPicPr>
                  </pic:nvPicPr>
                  <pic:blipFill>
                    <a:blip r:embed="rId2314"/>
                    <a:stretch>
                      <a:fillRect/>
                    </a:stretch>
                  </pic:blipFill>
                  <pic:spPr>
                    <a:xfrm>
                      <a:off x="0" y="0"/>
                      <a:ext cx="1323975" cy="1619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由题意可得：</w:t>
      </w:r>
      <w:r>
        <w:pict>
          <v:shape id="_x0000_i712153" type="#_x0000_t75" alt="学科网(www.zxxk.com)--教育资源门户，提供试卷、教案、课件、论文、素材以及各类教学资源下载，还有大量而丰富的教学相关资讯！" style="width:20.4pt;height:11.4pt" o:oleicon="f" o:ole="">
            <v:imagedata r:id="rId2315" o:title="eqId380bbacf854e30e2e747fc286d2b9997"/>
          </v:shape>
        </w:pic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w:t>
      </w:r>
      <w:r>
        <w:pict>
          <v:shape id="_x0000_i712154" type="#_x0000_t75" alt="学科网(www.zxxk.com)--教育资源门户，提供试卷、教案、课件、论文、素材以及各类教学资源下载，还有大量而丰富的教学相关资讯！" style="width:19pt;height:13.95pt" o:oleicon="f" o:ole="">
            <v:imagedata r:id="rId2316" o:title="eqId5ccd4162c7d09f970cb77cadacdbe521"/>
          </v:shape>
        </w:pic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w:t>
      </w:r>
      <w:r>
        <w:pict>
          <v:shape id="_x0000_i712155" type="#_x0000_t75" alt="学科网(www.zxxk.com)--教育资源门户，提供试卷、教案、课件、论文、素材以及各类教学资源下载，还有大量而丰富的教学相关资讯！" style="width:18.75pt;height:11.25pt" o:oleicon="f" o:ole="">
            <v:imagedata r:id="rId2317" o:title="eqIdf4e9bb42376c12d7d21702ae8062b25a"/>
          </v:shape>
        </w:pic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以每秒</w:t>
      </w:r>
      <w:r>
        <w:rPr>
          <w:rFonts w:ascii="Times New Roman" w:eastAsia="Times New Roman" w:hAnsi="Times New Roman" w:cs="Times New Roman"/>
          <w:color w:val="000000"/>
        </w:rPr>
        <w:t>1</w:t>
      </w:r>
      <w:r>
        <w:rPr>
          <w:rFonts w:ascii="宋体" w:eastAsia="宋体" w:hAnsi="宋体" w:cs="宋体"/>
          <w:color w:val="000000"/>
        </w:rPr>
        <w:t>个单位长度的速度沿数轴向左运动，点</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宋体" w:eastAsia="宋体" w:hAnsi="宋体" w:cs="宋体"/>
          <w:color w:val="000000"/>
        </w:rPr>
        <w:t>和点</w:t>
      </w:r>
      <w:r>
        <w:rPr>
          <w:rFonts w:ascii="Times New Roman" w:eastAsia="Times New Roman" w:hAnsi="Times New Roman" w:cs="Times New Roman"/>
          <w:i/>
          <w:color w:val="000000"/>
        </w:rPr>
        <w:t>C</w:t>
      </w:r>
      <w:r>
        <w:rPr>
          <w:rFonts w:ascii="宋体" w:eastAsia="宋体" w:hAnsi="宋体" w:cs="宋体"/>
          <w:color w:val="000000"/>
        </w:rPr>
        <w:t>分别以每秒</w:t>
      </w:r>
      <w:r>
        <w:rPr>
          <w:rFonts w:ascii="Times New Roman" w:eastAsia="Times New Roman" w:hAnsi="Times New Roman" w:cs="Times New Roman"/>
          <w:color w:val="000000"/>
        </w:rPr>
        <w:t xml:space="preserve"> 2</w:t>
      </w:r>
      <w:r>
        <w:rPr>
          <w:rFonts w:ascii="宋体" w:eastAsia="宋体" w:hAnsi="宋体" w:cs="宋体"/>
          <w:color w:val="000000"/>
        </w:rPr>
        <w:t>个单位长度和</w:t>
      </w:r>
      <w:r>
        <w:rPr>
          <w:rFonts w:ascii="Times New Roman" w:eastAsia="Times New Roman" w:hAnsi="Times New Roman" w:cs="Times New Roman"/>
          <w:color w:val="000000"/>
        </w:rPr>
        <w:t>3</w:t>
      </w:r>
      <w:r>
        <w:rPr>
          <w:rFonts w:ascii="宋体" w:eastAsia="宋体" w:hAnsi="宋体" w:cs="宋体"/>
          <w:color w:val="000000"/>
        </w:rPr>
        <w:t>个单位长度的速度沿数轴向右运动，设点</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同时运动，运动时间为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①当</w:t>
      </w:r>
      <w:r>
        <w:rPr>
          <w:rFonts w:ascii="Times New Roman" w:eastAsia="Times New Roman" w:hAnsi="Times New Roman" w:cs="Times New Roman"/>
          <w:color w:val="000000"/>
        </w:rPr>
        <w:t xml:space="preserve"> </w:t>
      </w:r>
      <w:r>
        <w:pict>
          <v:shape id="_x0000_i712156" type="#_x0000_t75" alt="学科网(www.zxxk.com)--教育资源门户，提供试卷、教案、课件、论文、素材以及各类教学资源下载，还有大量而丰富的教学相关资讯！" style="width:24.75pt;height:14.25pt" o:oleicon="f" o:ole="">
            <v:imagedata r:id="rId2318" o:title="eqId8cbeede118c407a800b05757b9a1393e"/>
          </v:shape>
        </w:pict>
      </w:r>
      <w:r>
        <w:rPr>
          <w:rFonts w:ascii="Times New Roman" w:eastAsia="Times New Roman" w:hAnsi="Times New Roman" w:cs="Times New Roman"/>
          <w:color w:val="000000"/>
        </w:rPr>
        <w:t xml:space="preserve"> </w:t>
      </w:r>
      <w:r>
        <w:rPr>
          <w:rFonts w:ascii="宋体" w:eastAsia="宋体" w:hAnsi="宋体" w:cs="宋体"/>
          <w:color w:val="000000"/>
        </w:rPr>
        <w:t>时，分别求</w:t>
      </w:r>
      <w:r>
        <w:rPr>
          <w:rFonts w:ascii="Times New Roman" w:eastAsia="Times New Roman" w:hAnsi="Times New Roman" w:cs="Times New Roman"/>
          <w:color w:val="000000"/>
        </w:rPr>
        <w:t xml:space="preserve"> </w:t>
      </w:r>
      <w:r>
        <w:pict>
          <v:shape id="_x0000_i712157" type="#_x0000_t75" alt="学科网(www.zxxk.com)--教育资源门户，提供试卷、教案、课件、论文、素材以及各类教学资源下载，还有大量而丰富的教学相关资讯！" style="width:21.25pt;height:14.2pt" o:oleicon="f" o:ole="">
            <v:imagedata r:id="rId2319" o:title="eqId60ef95894ceebaf236170e8832dcf7e3"/>
          </v:shape>
        </w:pict>
      </w:r>
      <w:r>
        <w:rPr>
          <w:rFonts w:ascii="宋体" w:eastAsia="宋体" w:hAnsi="宋体" w:cs="宋体"/>
          <w:color w:val="000000"/>
        </w:rPr>
        <w:t>，</w:t>
      </w:r>
      <w:r>
        <w:pict>
          <v:shape id="_x0000_i712158" type="#_x0000_t75" alt="学科网(www.zxxk.com)--教育资源门户，提供试卷、教案、课件、论文、素材以及各类教学资源下载，还有大量而丰富的教学相关资讯！" style="width:20.05pt;height:12.6pt" o:oleicon="f" o:ole="">
            <v:imagedata r:id="rId2320" o:title="eqIdf52a58fbaf4fea03567e88a9f0f6e37e"/>
          </v:shape>
        </w:pict>
      </w:r>
      <w:r>
        <w:rPr>
          <w:rFonts w:ascii="Times New Roman" w:eastAsia="Times New Roman" w:hAnsi="Times New Roman" w:cs="Times New Roman"/>
          <w:color w:val="000000"/>
        </w:rPr>
        <w:t xml:space="preserve"> </w:t>
      </w:r>
      <w:r>
        <w:rPr>
          <w:rFonts w:ascii="宋体" w:eastAsia="宋体" w:hAnsi="宋体" w:cs="宋体"/>
          <w:color w:val="000000"/>
        </w:rPr>
        <w:t>的长度；</w:t>
      </w:r>
    </w:p>
    <w:p>
      <w:pPr>
        <w:spacing w:line="360" w:lineRule="auto"/>
        <w:jc w:val="left"/>
        <w:textAlignment w:val="center"/>
        <w:rPr>
          <w:color w:val="000000"/>
        </w:rPr>
      </w:pPr>
      <w:r>
        <w:rPr>
          <w:rFonts w:ascii="宋体" w:eastAsia="宋体" w:hAnsi="宋体" w:cs="宋体"/>
          <w:color w:val="000000"/>
        </w:rPr>
        <w:t>②在点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同时运动的过程中，</w:t>
      </w:r>
      <w:r>
        <w:pict>
          <v:shape id="_x0000_i712159" type="#_x0000_t75" alt="学科网(www.zxxk.com)--教育资源门户，提供试卷、教案、课件、论文、素材以及各类教学资源下载，还有大量而丰富的教学相关资讯！" style="width:58.5pt;height:13.5pt" o:oleicon="f" o:ole="">
            <v:imagedata r:id="rId2321" o:title="eqIdff01078fcad3e1517528d5014d8b897c"/>
          </v:shape>
        </w:pict>
      </w:r>
      <w:r>
        <w:rPr>
          <w:rFonts w:ascii="宋体" w:eastAsia="宋体" w:hAnsi="宋体" w:cs="宋体"/>
          <w:color w:val="000000"/>
        </w:rPr>
        <w:t>的值是否随着时间</w:t>
      </w:r>
      <w:r>
        <w:rPr>
          <w:rFonts w:ascii="Times New Roman" w:eastAsia="Times New Roman" w:hAnsi="Times New Roman" w:cs="Times New Roman"/>
          <w:color w:val="000000"/>
        </w:rPr>
        <w:t xml:space="preserve"> </w:t>
      </w:r>
      <w:r>
        <w:pict>
          <v:shape id="_x0000_i712160" type="#_x0000_t75" alt="学科网(www.zxxk.com)--教育资源门户，提供试卷、教案、课件、论文、素材以及各类教学资源下载，还有大量而丰富的教学相关资讯！" style="width:7.35pt;height:11.9pt" o:oleicon="f" o:ole="">
            <v:imagedata r:id="rId2322" o:title="eqId36a1b09c653185842513e24ebba60bb3"/>
          </v:shape>
        </w:pict>
      </w:r>
      <w:r>
        <w:rPr>
          <w:rFonts w:ascii="Times New Roman" w:eastAsia="Times New Roman" w:hAnsi="Times New Roman" w:cs="Times New Roman"/>
          <w:color w:val="000000"/>
        </w:rPr>
        <w:t xml:space="preserve"> </w:t>
      </w:r>
      <w:r>
        <w:rPr>
          <w:rFonts w:ascii="宋体" w:eastAsia="宋体" w:hAnsi="宋体" w:cs="宋体"/>
          <w:color w:val="000000"/>
        </w:rPr>
        <w:t>的变化而变化？若变化，说明理由；若不变，求出</w:t>
      </w:r>
      <w:r>
        <w:rPr>
          <w:rFonts w:ascii="Times New Roman" w:eastAsia="Times New Roman" w:hAnsi="Times New Roman" w:cs="Times New Roman"/>
          <w:color w:val="000000"/>
        </w:rPr>
        <w:t xml:space="preserve"> </w:t>
      </w:r>
      <w:r>
        <w:pict>
          <v:shape id="_x0000_i712161" type="#_x0000_t75" alt="学科网(www.zxxk.com)--教育资源门户，提供试卷、教案、课件、论文、素材以及各类教学资源下载，还有大量而丰富的教学相关资讯！" style="width:58.5pt;height:13.5pt" o:oleicon="f" o:ole="">
            <v:imagedata r:id="rId2321" o:title="eqIdff01078fcad3e1517528d5014d8b897c"/>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w:t>
      </w:r>
      <w:r>
        <w:rPr>
          <w:rFonts w:ascii="Times New Roman" w:eastAsia="Times New Roman" w:hAnsi="Times New Roman" w:cs="Times New Roman"/>
          <w:i/>
          <w:color w:val="000000"/>
        </w:rPr>
        <w:t>AC</w:t>
      </w: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=9</w:t>
      </w:r>
      <w:r>
        <w:rPr>
          <w:rFonts w:ascii="宋体" w:eastAsia="宋体" w:hAnsi="宋体" w:cs="宋体"/>
          <w:color w:val="000000"/>
        </w:rPr>
        <w:t>；②不变化，</w:t>
      </w:r>
      <w:r>
        <w:pict>
          <v:shape id="_x0000_i712162" type="#_x0000_t75" alt="学科网(www.zxxk.com)--教育资源门户，提供试卷、教案、课件、论文、素材以及各类教学资源下载，还有大量而丰富的教学相关资讯！" style="width:81.75pt;height:14.25pt" o:oleicon="f" o:ole="">
            <v:imagedata r:id="rId2323" o:title="eqId9f366f00372fe5f6ee2818b21dce104e"/>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）分别由题意可得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）求出</w:t>
      </w:r>
      <w:r>
        <w:rPr>
          <w:rFonts w:ascii="Times New Roman" w:eastAsia="Times New Roman" w:hAnsi="Times New Roman" w:cs="Times New Roman"/>
          <w:i/>
          <w:color w:val="000000"/>
        </w:rPr>
        <w:t>a</w:t>
      </w:r>
      <w:r>
        <w:rPr>
          <w:rFonts w:ascii="宋体" w:eastAsia="宋体" w:hAnsi="宋体" w:cs="宋体"/>
          <w:color w:val="000000"/>
        </w:rPr>
        <w:t>向左运动</w:t>
      </w:r>
      <w:r>
        <w:rPr>
          <w:rFonts w:ascii="Times New Roman" w:eastAsia="Times New Roman" w:hAnsi="Times New Roman" w:cs="Times New Roman"/>
          <w:i/>
          <w:color w:val="000000"/>
        </w:rPr>
        <w:t>t</w:t>
      </w:r>
      <w:r>
        <w:rPr>
          <w:rFonts w:ascii="宋体" w:eastAsia="宋体" w:hAnsi="宋体" w:cs="宋体"/>
          <w:color w:val="000000"/>
        </w:rPr>
        <w:t>秒后对应的数是</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向右运动</w:t>
      </w:r>
      <w:r>
        <w:rPr>
          <w:rFonts w:ascii="Times New Roman" w:eastAsia="Times New Roman" w:hAnsi="Times New Roman" w:cs="Times New Roman"/>
          <w:i/>
          <w:color w:val="000000"/>
        </w:rPr>
        <w:t>t</w:t>
      </w:r>
      <w:r>
        <w:rPr>
          <w:rFonts w:ascii="宋体" w:eastAsia="宋体" w:hAnsi="宋体" w:cs="宋体"/>
          <w:color w:val="000000"/>
        </w:rPr>
        <w:t>秒后对应的数是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向右运动</w:t>
      </w:r>
      <w:r>
        <w:rPr>
          <w:rFonts w:ascii="Times New Roman" w:eastAsia="Times New Roman" w:hAnsi="Times New Roman" w:cs="Times New Roman"/>
          <w:i/>
          <w:color w:val="000000"/>
        </w:rPr>
        <w:t>t</w:t>
      </w:r>
      <w:r>
        <w:rPr>
          <w:rFonts w:ascii="宋体" w:eastAsia="宋体" w:hAnsi="宋体" w:cs="宋体"/>
          <w:color w:val="000000"/>
        </w:rPr>
        <w:t>秒后对应的数是</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t</w:t>
      </w:r>
      <w:r>
        <w:rPr>
          <w:rFonts w:ascii="宋体" w:eastAsia="宋体" w:hAnsi="宋体" w:cs="宋体"/>
          <w:color w:val="000000"/>
        </w:rPr>
        <w:t>，①把</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代入即可得到答案；②利用数轴上两点间的距离的求法，再结合题意求解即可．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解：由数</w:t>
      </w:r>
      <w:r>
        <w:rPr>
          <w:rFonts w:ascii="Times New Roman" w:eastAsia="Times New Roman" w:hAnsi="Times New Roman" w:cs="Times New Roman"/>
          <w:i/>
          <w:color w:val="000000"/>
        </w:rPr>
        <w:t>b</w:t>
      </w:r>
      <w:r>
        <w:rPr>
          <w:rFonts w:ascii="宋体" w:eastAsia="宋体" w:hAnsi="宋体" w:cs="宋体"/>
          <w:color w:val="000000"/>
        </w:rPr>
        <w:t>是最小的正整数，数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满足</w:t>
      </w:r>
      <w:r>
        <w:rPr>
          <w:rFonts w:ascii="Times New Roman" w:eastAsia="Times New Roman" w:hAnsi="Times New Roman" w:cs="Times New Roman"/>
          <w:color w:val="000000"/>
        </w:rPr>
        <w:t xml:space="preserve"> </w:t>
      </w:r>
      <w:r>
        <w:pict>
          <v:shape id="_x0000_i712163" type="#_x0000_t75" alt="学科网(www.zxxk.com)--教育资源门户，提供试卷、教案、课件、论文、素材以及各类教学资源下载，还有大量而丰富的教学相关资讯！" style="width:90.75pt;height:21.75pt" o:oleicon="f" o:ole="">
            <v:imagedata r:id="rId2324" o:title="eqIdc89f41fe43bda787cad53ae10a7dd7b6"/>
          </v:shape>
        </w:pict>
      </w:r>
      <w:r>
        <w:rPr>
          <w:rFonts w:ascii="Times New Roman" w:eastAsia="Times New Roman" w:hAnsi="Times New Roman" w:cs="Times New Roman"/>
          <w:color w:val="000000"/>
        </w:rPr>
        <w:t>可得，</w:t>
      </w:r>
    </w:p>
    <w:p>
      <w:pPr>
        <w:spacing w:line="360" w:lineRule="auto"/>
        <w:jc w:val="left"/>
        <w:textAlignment w:val="center"/>
        <w:rPr>
          <w:color w:val="000000"/>
        </w:rPr>
      </w:pPr>
      <w:r>
        <w:pict>
          <v:shape id="_x0000_i712164" type="#_x0000_t75" alt="学科网(www.zxxk.com)--教育资源门户，提供试卷、教案、课件、论文、素材以及各类教学资源下载，还有大量而丰富的教学相关资讯！" style="width:20.4pt;height:11.4pt" o:oleicon="f" o:ole="">
            <v:imagedata r:id="rId2325" o:title="eqId380bbacf854e30e2e747fc286d2b9997"/>
          </v:shape>
        </w:pict>
      </w:r>
      <w:r>
        <w:rPr>
          <w:rFonts w:ascii="Times New Roman" w:eastAsia="Times New Roman" w:hAnsi="Times New Roman" w:cs="Times New Roman"/>
          <w:color w:val="000000"/>
        </w:rPr>
        <w:t xml:space="preserve"> -2</w:t>
      </w:r>
      <w:r>
        <w:rPr>
          <w:rFonts w:ascii="宋体" w:eastAsia="宋体" w:hAnsi="宋体" w:cs="宋体"/>
          <w:color w:val="000000"/>
        </w:rPr>
        <w:t>，</w:t>
      </w:r>
      <w:r>
        <w:pict>
          <v:shape id="_x0000_i712165" type="#_x0000_t75" alt="学科网(www.zxxk.com)--教育资源门户，提供试卷、教案、课件、论文、素材以及各类教学资源下载，还有大量而丰富的教学相关资讯！" style="width:19pt;height:13.95pt" o:oleicon="f" o:ole="">
            <v:imagedata r:id="rId2326" o:title="eqId5ccd4162c7d09f970cb77cadacdbe521"/>
          </v:shape>
        </w:pict>
      </w:r>
      <w:r>
        <w:rPr>
          <w:rFonts w:ascii="Times New Roman" w:eastAsia="Times New Roman" w:hAnsi="Times New Roman" w:cs="Times New Roman"/>
          <w:color w:val="000000"/>
        </w:rPr>
        <w:t>1</w:t>
      </w:r>
      <w:r>
        <w:rPr>
          <w:rFonts w:ascii="宋体" w:eastAsia="宋体" w:hAnsi="宋体" w:cs="宋体"/>
          <w:color w:val="000000"/>
        </w:rPr>
        <w:t>，</w:t>
      </w:r>
      <w:r>
        <w:pict>
          <v:shape id="_x0000_i712166" type="#_x0000_t75" alt="学科网(www.zxxk.com)--教育资源门户，提供试卷、教案、课件、论文、素材以及各类教学资源下载，还有大量而丰富的教学相关资讯！" style="width:18.75pt;height:11.25pt" o:oleicon="f" o:ole="">
            <v:imagedata r:id="rId2327" o:title="eqIdf4e9bb42376c12d7d21702ae8062b25a"/>
          </v:shape>
        </w:pic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2167" type="#_x0000_t75" alt="学科网(www.zxxk.com)--教育资源门户，提供试卷、教案、课件、论文、素材以及各类教学资源下载，还有大量而丰富的教学相关资讯！" style="width:9pt;height:9.75pt" o:oleicon="f" o:ole="">
            <v:imagedata r:id="rId2328" o:title="eqId0a6936d370d6a238a608ca56f87198de"/>
          </v:shape>
        </w:pict>
      </w:r>
      <w:r>
        <w:rPr>
          <w:rFonts w:ascii="Times New Roman" w:eastAsia="Times New Roman" w:hAnsi="Times New Roman" w:cs="Times New Roman"/>
          <w:color w:val="000000"/>
        </w:rPr>
        <w:t xml:space="preserve"> </w:t>
      </w:r>
      <w:r>
        <w:rPr>
          <w:rFonts w:ascii="宋体" w:eastAsia="宋体" w:hAnsi="宋体" w:cs="宋体"/>
          <w:color w:val="000000"/>
        </w:rPr>
        <w:t>向左运动</w:t>
      </w:r>
      <w:r>
        <w:rPr>
          <w:rFonts w:ascii="Times New Roman" w:eastAsia="Times New Roman" w:hAnsi="Times New Roman" w:cs="Times New Roman"/>
          <w:color w:val="000000"/>
        </w:rPr>
        <w:t xml:space="preserve"> </w:t>
      </w:r>
      <w:r>
        <w:pict>
          <v:shape id="_x0000_i712168" type="#_x0000_t75" alt="学科网(www.zxxk.com)--教育资源门户，提供试卷、教案、课件、论文、素材以及各类教学资源下载，还有大量而丰富的教学相关资讯！" style="width:7.35pt;height:11.9pt" o:oleicon="f" o:ole="">
            <v:imagedata r:id="rId2329" o:title="eqId36a1b09c653185842513e24ebba60bb3"/>
          </v:shape>
        </w:pict>
      </w:r>
      <w:r>
        <w:rPr>
          <w:rFonts w:ascii="Times New Roman" w:eastAsia="Times New Roman" w:hAnsi="Times New Roman" w:cs="Times New Roman"/>
          <w:color w:val="000000"/>
        </w:rPr>
        <w:t xml:space="preserve"> </w:t>
      </w:r>
      <w:r>
        <w:rPr>
          <w:rFonts w:ascii="宋体" w:eastAsia="宋体" w:hAnsi="宋体" w:cs="宋体"/>
          <w:color w:val="000000"/>
        </w:rPr>
        <w:t>秒后对应的数是</w:t>
      </w:r>
      <w:r>
        <w:rPr>
          <w:rFonts w:ascii="Times New Roman" w:eastAsia="Times New Roman" w:hAnsi="Times New Roman" w:cs="Times New Roman"/>
          <w:color w:val="000000"/>
        </w:rPr>
        <w:t xml:space="preserve"> </w:t>
      </w:r>
      <w:r>
        <w:pict>
          <v:shape id="_x0000_i712169" type="#_x0000_t75" alt="学科网(www.zxxk.com)--教育资源门户，提供试卷、教案、课件、论文、素材以及各类教学资源下载，还有大量而丰富的教学相关资讯！" style="width:30.75pt;height:14.25pt" o:oleicon="f" o:ole="">
            <v:imagedata r:id="rId2330" o:title="eqId818380d70156631bc651e98b62cc0427"/>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 </w:t>
      </w:r>
      <w:r>
        <w:pict>
          <v:shape id="_x0000_i712170" type="#_x0000_t75" alt="学科网(www.zxxk.com)--教育资源门户，提供试卷、教案、课件、论文、素材以及各类教学资源下载，还有大量而丰富的教学相关资讯！" style="width:9.9pt;height:14.35pt" o:oleicon="f" o:ole="">
            <v:imagedata r:id="rId2331" o:title="eqId2c94bb12cee76221e13f9ef955b0aab1"/>
          </v:shape>
        </w:pict>
      </w:r>
      <w:r>
        <w:rPr>
          <w:rFonts w:ascii="Times New Roman" w:eastAsia="Times New Roman" w:hAnsi="Times New Roman" w:cs="Times New Roman"/>
          <w:color w:val="000000"/>
        </w:rPr>
        <w:t xml:space="preserve"> </w:t>
      </w:r>
      <w:r>
        <w:rPr>
          <w:rFonts w:ascii="宋体" w:eastAsia="宋体" w:hAnsi="宋体" w:cs="宋体"/>
          <w:color w:val="000000"/>
        </w:rPr>
        <w:t>向右运动</w:t>
      </w:r>
      <w:r>
        <w:rPr>
          <w:rFonts w:ascii="Times New Roman" w:eastAsia="Times New Roman" w:hAnsi="Times New Roman" w:cs="Times New Roman"/>
          <w:color w:val="000000"/>
        </w:rPr>
        <w:t xml:space="preserve"> </w:t>
      </w:r>
      <w:r>
        <w:pict>
          <v:shape id="_x0000_i712171" type="#_x0000_t75" alt="学科网(www.zxxk.com)--教育资源门户，提供试卷、教案、课件、论文、素材以及各类教学资源下载，还有大量而丰富的教学相关资讯！" style="width:7.35pt;height:11.9pt" o:oleicon="f" o:ole="">
            <v:imagedata r:id="rId2332" o:title="eqId36a1b09c653185842513e24ebba60bb3"/>
          </v:shape>
        </w:pict>
      </w:r>
      <w:r>
        <w:rPr>
          <w:rFonts w:ascii="Times New Roman" w:eastAsia="Times New Roman" w:hAnsi="Times New Roman" w:cs="Times New Roman"/>
          <w:color w:val="000000"/>
        </w:rPr>
        <w:t xml:space="preserve"> </w:t>
      </w:r>
      <w:r>
        <w:rPr>
          <w:rFonts w:ascii="宋体" w:eastAsia="宋体" w:hAnsi="宋体" w:cs="宋体"/>
          <w:color w:val="000000"/>
        </w:rPr>
        <w:t>秒后对应的数是</w:t>
      </w:r>
      <w:r>
        <w:rPr>
          <w:rFonts w:ascii="Times New Roman" w:eastAsia="Times New Roman" w:hAnsi="Times New Roman" w:cs="Times New Roman"/>
          <w:color w:val="000000"/>
        </w:rPr>
        <w:t xml:space="preserve"> </w:t>
      </w:r>
      <w:r>
        <w:pict>
          <v:shape id="_x0000_i712172" type="#_x0000_t75" alt="学科网(www.zxxk.com)--教育资源门户，提供试卷、教案、课件、论文、素材以及各类教学资源下载，还有大量而丰富的教学相关资讯！" style="width:27.75pt;height:13.5pt" o:oleicon="f" o:ole="">
            <v:imagedata r:id="rId2333" o:title="eqId2e60a20b8d526e2c66d66b9c31aca26e"/>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 </w:t>
      </w:r>
      <w:r>
        <w:pict>
          <v:shape id="_x0000_i712173" type="#_x0000_t75" alt="学科网(www.zxxk.com)--教育资源门户，提供试卷、教案、课件、论文、素材以及各类教学资源下载，还有大量而丰富的教学相关资讯！" style="width:9pt;height:11.25pt" o:oleicon="f" o:ole="">
            <v:imagedata r:id="rId2334" o:title="eqId071a7e733d466949ac935b4b8ee8d183"/>
          </v:shape>
        </w:pict>
      </w:r>
      <w:r>
        <w:rPr>
          <w:rFonts w:ascii="Times New Roman" w:eastAsia="Times New Roman" w:hAnsi="Times New Roman" w:cs="Times New Roman"/>
          <w:color w:val="000000"/>
        </w:rPr>
        <w:t xml:space="preserve"> </w:t>
      </w:r>
      <w:r>
        <w:rPr>
          <w:rFonts w:ascii="宋体" w:eastAsia="宋体" w:hAnsi="宋体" w:cs="宋体"/>
          <w:color w:val="000000"/>
        </w:rPr>
        <w:t>向右运动</w:t>
      </w:r>
      <w:r>
        <w:rPr>
          <w:rFonts w:ascii="Times New Roman" w:eastAsia="Times New Roman" w:hAnsi="Times New Roman" w:cs="Times New Roman"/>
          <w:color w:val="000000"/>
        </w:rPr>
        <w:t xml:space="preserve"> </w:t>
      </w:r>
      <w:r>
        <w:pict>
          <v:shape id="_x0000_i712174" type="#_x0000_t75" alt="学科网(www.zxxk.com)--教育资源门户，提供试卷、教案、课件、论文、素材以及各类教学资源下载，还有大量而丰富的教学相关资讯！" style="width:7.35pt;height:11.9pt" o:oleicon="f" o:ole="">
            <v:imagedata r:id="rId2335" o:title="eqId36a1b09c653185842513e24ebba60bb3"/>
          </v:shape>
        </w:pict>
      </w:r>
      <w:r>
        <w:rPr>
          <w:rFonts w:ascii="Times New Roman" w:eastAsia="Times New Roman" w:hAnsi="Times New Roman" w:cs="Times New Roman"/>
          <w:color w:val="000000"/>
        </w:rPr>
        <w:t xml:space="preserve"> </w:t>
      </w:r>
      <w:r>
        <w:rPr>
          <w:rFonts w:ascii="宋体" w:eastAsia="宋体" w:hAnsi="宋体" w:cs="宋体"/>
          <w:color w:val="000000"/>
        </w:rPr>
        <w:t>秒后对应的数是</w:t>
      </w:r>
      <w:r>
        <w:rPr>
          <w:rFonts w:ascii="Times New Roman" w:eastAsia="Times New Roman" w:hAnsi="Times New Roman" w:cs="Times New Roman"/>
          <w:color w:val="000000"/>
        </w:rPr>
        <w:t xml:space="preserve"> </w:t>
      </w:r>
      <w:r>
        <w:pict>
          <v:shape id="_x0000_i712175" type="#_x0000_t75" alt="学科网(www.zxxk.com)--教育资源门户，提供试卷、教案、课件、论文、素材以及各类教学资源下载，还有大量而丰富的教学相关资讯！" style="width:29.25pt;height:14.25pt" o:oleicon="f" o:ole="">
            <v:imagedata r:id="rId2336" o:title="eqId547e807b534992a154cd1efe92df126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rPr>
          <w:rFonts w:ascii="Times New Roman" w:eastAsia="Times New Roman" w:hAnsi="Times New Roman" w:cs="Times New Roman"/>
          <w:color w:val="000000"/>
        </w:rPr>
        <w:t xml:space="preserve"> </w:t>
      </w:r>
      <w:r>
        <w:pict>
          <v:shape id="_x0000_i712176" type="#_x0000_t75" alt="学科网(www.zxxk.com)--教育资源门户，提供试卷、教案、课件、论文、素材以及各类教学资源下载，还有大量而丰富的教学相关资讯！" style="width:24.75pt;height:14.25pt" o:oleicon="f" o:ole="">
            <v:imagedata r:id="rId2337" o:title="eqId8cbeede118c407a800b05757b9a1393e"/>
          </v:shape>
        </w:pict>
      </w:r>
      <w:r>
        <w:rPr>
          <w:rFonts w:ascii="Times New Roman" w:eastAsia="Times New Roman" w:hAnsi="Times New Roman" w:cs="Times New Roman"/>
          <w:color w:val="000000"/>
        </w:rPr>
        <w:t xml:space="preserve"> </w: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点对应的数是</w:t>
      </w:r>
      <w:r>
        <w:rPr>
          <w:rFonts w:ascii="Times New Roman" w:eastAsia="Times New Roman" w:hAnsi="Times New Roman" w:cs="Times New Roman"/>
          <w:color w:val="000000"/>
        </w:rPr>
        <w:t xml:space="preserve"> </w:t>
      </w:r>
      <w:r>
        <w:pict>
          <v:shape id="_x0000_i712177" type="#_x0000_t75" alt="学科网(www.zxxk.com)--教育资源门户，提供试卷、教案、课件、论文、素材以及各类教学资源下载，还有大量而丰富的教学相关资讯！" style="width:16.2pt;height:13.2pt" o:oleicon="f" o:ole="">
            <v:imagedata r:id="rId2338" o:title="eqId3edbd40e04e2a943051fa83d6e511add"/>
          </v:shape>
        </w:pic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点对应的数是</w:t>
      </w:r>
      <w:r>
        <w:rPr>
          <w:rFonts w:ascii="Times New Roman" w:eastAsia="Times New Roman" w:hAnsi="Times New Roman" w:cs="Times New Roman"/>
          <w:color w:val="000000"/>
        </w:rPr>
        <w:t>5</w:t>
      </w:r>
      <w:r>
        <w:rPr>
          <w:rFonts w:ascii="宋体" w:eastAsia="宋体" w:hAnsi="宋体" w:cs="宋体"/>
          <w:color w:val="000000"/>
        </w:rPr>
        <w:t>，</w:t>
      </w:r>
      <w:r>
        <w:pict>
          <v:shape id="_x0000_i712178" type="#_x0000_t75" alt="学科网(www.zxxk.com)--教育资源门户，提供试卷、教案、课件、论文、素材以及各类教学资源下载，还有大量而丰富的教学相关资讯！" style="width:11.9pt;height:14.4pt" o:oleicon="f" o:ole="">
            <v:imagedata r:id="rId2339" o:title="eqIdc5db41a1f31d6baee7c69990811edb9f"/>
          </v:shape>
        </w:pict>
      </w:r>
      <w:r>
        <w:rPr>
          <w:rFonts w:ascii="Times New Roman" w:eastAsia="Times New Roman" w:hAnsi="Times New Roman" w:cs="Times New Roman"/>
          <w:color w:val="000000"/>
        </w:rPr>
        <w:t xml:space="preserve"> </w:t>
      </w:r>
      <w:r>
        <w:rPr>
          <w:rFonts w:ascii="宋体" w:eastAsia="宋体" w:hAnsi="宋体" w:cs="宋体"/>
          <w:color w:val="000000"/>
        </w:rPr>
        <w:t>点对应的数是</w:t>
      </w:r>
      <w:r>
        <w:rPr>
          <w:rFonts w:ascii="Times New Roman" w:eastAsia="Times New Roman" w:hAnsi="Times New Roman" w:cs="Times New Roman"/>
          <w:color w:val="000000"/>
        </w:rPr>
        <w:t xml:space="preserve"> </w:t>
      </w:r>
      <w:r>
        <w:pict>
          <v:shape id="_x0000_i712179" type="#_x0000_t75" alt="学科网(www.zxxk.com)--教育资源门户，提供试卷、教案、课件、论文、素材以及各类教学资源下载，还有大量而丰富的教学相关资讯！" style="width:14pt;height:13.05pt" o:oleicon="f" o:ole="">
            <v:imagedata r:id="rId2340" o:title="eqId8da45c443af7994a26ffa9d8894e7262"/>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 </w:t>
      </w:r>
      <w:r>
        <w:pict>
          <v:shape id="_x0000_i712180" type="#_x0000_t75" alt="学科网(www.zxxk.com)--教育资源门户，提供试卷、教案、课件、论文、素材以及各类教学资源下载，还有大量而丰富的教学相关资讯！" style="width:52.8pt;height:13.8pt" o:oleicon="f" o:ole="">
            <v:imagedata r:id="rId2341" o:title="eqId8dcc9a9fcf7636d565730a605b7086e4"/>
          </v:shape>
        </w:pict>
      </w:r>
      <w:r>
        <w:rPr>
          <w:rFonts w:ascii="宋体" w:eastAsia="宋体" w:hAnsi="宋体" w:cs="宋体"/>
          <w:color w:val="000000"/>
        </w:rPr>
        <w:t>，</w:t>
      </w:r>
      <w:r>
        <w:pict>
          <v:shape id="_x0000_i712181" type="#_x0000_t75" alt="学科网(www.zxxk.com)--教育资源门户，提供试卷、教案、课件、论文、素材以及各类教学资源下载，还有大量而丰富的教学相关资讯！" style="width:38.25pt;height:14.25pt" o:oleicon="f" o:ole="">
            <v:imagedata r:id="rId2342" o:title="eqId3d649afbddd907f0dfec1420f02f82f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12182" type="#_x0000_t75" alt="学科网(www.zxxk.com)--教育资源门户，提供试卷、教案、课件、论文、素材以及各类教学资源下载，还有大量而丰富的教学相关资讯！" style="width:143.25pt;height:20.25pt" o:oleicon="f" o:ole="">
            <v:imagedata r:id="rId2343" o:title="eqIdc252187c79157e3454fb54987c2b420d"/>
          </v:shape>
        </w:pict>
      </w:r>
      <w:r>
        <w:rPr>
          <w:rFonts w:ascii="宋体" w:eastAsia="宋体" w:hAnsi="宋体" w:cs="宋体"/>
          <w:color w:val="000000"/>
        </w:rPr>
        <w:t>，</w:t>
      </w:r>
      <w:r>
        <w:pict>
          <v:shape id="_x0000_i712183" type="#_x0000_t75" alt="学科网(www.zxxk.com)--教育资源门户，提供试卷、教案、课件、论文、素材以及各类教学资源下载，还有大量而丰富的教学相关资讯！" style="width:140.25pt;height:20.25pt" o:oleicon="f" o:ole="">
            <v:imagedata r:id="rId2344" o:title="eqId21b9a014a21d5bcf9d053462296ff9e5"/>
          </v:shape>
        </w:pict>
      </w:r>
      <w:r>
        <w:rPr>
          <w:rFonts w:ascii="宋体" w:eastAsia="宋体" w:hAnsi="宋体" w:cs="宋体"/>
          <w:color w:val="000000"/>
        </w:rPr>
        <w:t xml:space="preserve">， </w:t>
      </w:r>
    </w:p>
    <w:p>
      <w:pPr>
        <w:spacing w:line="360" w:lineRule="auto"/>
        <w:jc w:val="left"/>
        <w:textAlignment w:val="center"/>
        <w:rPr>
          <w:color w:val="000000"/>
        </w:rPr>
      </w:pPr>
      <w:r>
        <w:pict>
          <v:shape id="_x0000_i712184" type="#_x0000_t75" alt="学科网(www.zxxk.com)--教育资源门户，提供试卷、教案、课件、论文、素材以及各类教学资源下载，还有大量而丰富的教学相关资讯！" style="width:165pt;height:51.75pt" o:oleicon="f" o:ole="">
            <v:imagedata r:id="rId2345" o:title="eqId7c75add7584c861c712af5b520b90f22"/>
          </v:shape>
        </w:pict>
      </w:r>
    </w:p>
    <w:p>
      <w:pPr>
        <w:spacing w:line="360" w:lineRule="auto"/>
        <w:jc w:val="left"/>
        <w:textAlignment w:val="center"/>
        <w:rPr>
          <w:color w:val="000000"/>
        </w:rPr>
      </w:pPr>
      <w:r>
        <w:pict>
          <v:shape id="_x0000_i712185" type="#_x0000_t75" alt="学科网(www.zxxk.com)--教育资源门户，提供试卷、教案、课件、论文、素材以及各类教学资源下载，还有大量而丰富的教学相关资讯！" style="width:9.75pt;height:9pt" o:oleicon="f" o:ole="">
            <v:imagedata r:id="rId2346" o:title="eqId2de0d10ef8b748d4531250c37c5d3f9e"/>
          </v:shape>
        </w:pic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同时运动的过程中，</w:t>
      </w:r>
      <w:r>
        <w:pict>
          <v:shape id="_x0000_i712186" type="#_x0000_t75" alt="学科网(www.zxxk.com)--教育资源门户，提供试卷、教案、课件、论文、素材以及各类教学资源下载，还有大量而丰富的教学相关资讯！" style="width:58.5pt;height:13.5pt" o:oleicon="f" o:ole="">
            <v:imagedata r:id="rId2347" o:title="eqIdff01078fcad3e1517528d5014d8b897c"/>
          </v:shape>
        </w:pict>
      </w:r>
      <w:r>
        <w:rPr>
          <w:rFonts w:ascii="宋体" w:eastAsia="宋体" w:hAnsi="宋体" w:cs="宋体"/>
          <w:color w:val="000000"/>
        </w:rPr>
        <w:t>的值保持不变，值为</w:t>
      </w:r>
      <w:r>
        <w:rPr>
          <w:rFonts w:ascii="Times New Roman" w:eastAsia="Times New Roman" w:hAnsi="Times New Roman" w:cs="Times New Roman"/>
          <w:color w:val="000000"/>
        </w:rPr>
        <w:t xml:space="preserve"> </w:t>
      </w:r>
      <w:r>
        <w:pict>
          <v:shape id="_x0000_i712187" type="#_x0000_t75" alt="学科网(www.zxxk.com)--教育资源门户，提供试卷、教案、课件、论文、素材以及各类教学资源下载，还有大量而丰富的教学相关资讯！" style="width:14pt;height:13.05pt" o:oleicon="f" o:ole="">
            <v:imagedata r:id="rId2348" o:title="eqId8da45c443af7994a26ffa9d8894e7262"/>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本题考查数轴，有理数的运算，能够根据数轴上点的特点，分别表示出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运动后所对应的数，再结合数轴上两点间的距离求解是解题的关键．</w:t>
      </w:r>
    </w:p>
    <w:p>
      <w:pPr>
        <w:spacing w:line="360" w:lineRule="auto"/>
        <w:jc w:val="left"/>
        <w:textAlignment w:val="center"/>
        <w:rPr>
          <w:color w:val="000000"/>
        </w:rPr>
      </w:pPr>
      <w:r>
        <w:rPr>
          <w:color w:val="000000"/>
        </w:rPr>
        <w:t xml:space="preserve">25. </w:t>
      </w:r>
      <w:r>
        <w:rPr>
          <w:rFonts w:ascii="宋体" w:eastAsia="宋体" w:hAnsi="宋体" w:cs="宋体"/>
          <w:color w:val="000000"/>
        </w:rPr>
        <w:t>将网格中相邻的两个数分别加上同一个数，称为一步变换．比如，我们可以用三步变换将网格</w:t>
      </w:r>
      <w:r>
        <w:rPr>
          <w:rFonts w:ascii="Times New Roman" w:eastAsia="Times New Roman" w:hAnsi="Times New Roman" w:cs="Times New Roman"/>
          <w:color w:val="000000"/>
        </w:rPr>
        <w:t>1</w:t>
      </w:r>
      <w:r>
        <w:rPr>
          <w:rFonts w:ascii="宋体" w:eastAsia="宋体" w:hAnsi="宋体" w:cs="宋体"/>
          <w:color w:val="000000"/>
        </w:rPr>
        <w:t>变成网格</w:t>
      </w:r>
      <w:r>
        <w:rPr>
          <w:rFonts w:ascii="Times New Roman" w:eastAsia="Times New Roman" w:hAnsi="Times New Roman" w:cs="Times New Roman"/>
          <w:color w:val="000000"/>
        </w:rPr>
        <w:t>2</w:t>
      </w:r>
      <w:r>
        <w:rPr>
          <w:rFonts w:ascii="宋体" w:eastAsia="宋体" w:hAnsi="宋体" w:cs="宋体"/>
          <w:color w:val="000000"/>
        </w:rPr>
        <w:t>，变换过程如图：</w:t>
      </w:r>
    </w:p>
    <w:p>
      <w:pPr>
        <w:spacing w:line="360" w:lineRule="auto"/>
        <w:jc w:val="left"/>
        <w:textAlignment w:val="center"/>
        <w:rPr>
          <w:color w:val="000000"/>
        </w:rPr>
      </w:pPr>
      <w:r>
        <w:rPr>
          <w:color w:val="000000"/>
        </w:rPr>
        <w:drawing>
          <wp:inline>
            <wp:extent cx="5238750" cy="1357347"/>
            <wp:docPr id="33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 name=""/>
                    <pic:cNvPicPr>
                      <a:picLocks noChangeAspect="1"/>
                    </pic:cNvPicPr>
                  </pic:nvPicPr>
                  <pic:blipFill>
                    <a:blip r:embed="rId2349"/>
                    <a:stretch>
                      <a:fillRect/>
                    </a:stretch>
                  </pic:blipFill>
                  <pic:spPr>
                    <a:xfrm>
                      <a:off x="0" y="0"/>
                      <a:ext cx="5238750" cy="1357347"/>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用两步变换将网格</w:t>
      </w:r>
      <w:r>
        <w:rPr>
          <w:rFonts w:ascii="Times New Roman" w:eastAsia="Times New Roman" w:hAnsi="Times New Roman" w:cs="Times New Roman"/>
          <w:color w:val="000000"/>
        </w:rPr>
        <w:t>3</w:t>
      </w:r>
      <w:r>
        <w:rPr>
          <w:rFonts w:ascii="宋体" w:eastAsia="宋体" w:hAnsi="宋体" w:cs="宋体"/>
          <w:color w:val="000000"/>
        </w:rPr>
        <w:t>变成网格</w:t>
      </w:r>
      <w:r>
        <w:rPr>
          <w:rFonts w:ascii="Times New Roman" w:eastAsia="Times New Roman" w:hAnsi="Times New Roman" w:cs="Times New Roman"/>
          <w:color w:val="000000"/>
        </w:rPr>
        <w:t>4</w:t>
      </w:r>
      <w:r>
        <w:rPr>
          <w:rFonts w:ascii="宋体" w:eastAsia="宋体" w:hAnsi="宋体" w:cs="宋体"/>
          <w:color w:val="000000"/>
        </w:rPr>
        <w:t>，请在网格中填写第一步变换后的结果；</w:t>
      </w:r>
    </w:p>
    <w:p>
      <w:pPr>
        <w:spacing w:line="360" w:lineRule="auto"/>
        <w:jc w:val="left"/>
        <w:textAlignment w:val="center"/>
        <w:rPr>
          <w:color w:val="000000"/>
        </w:rPr>
      </w:pPr>
      <w:r>
        <w:rPr>
          <w:color w:val="000000"/>
        </w:rPr>
        <w:drawing>
          <wp:inline>
            <wp:extent cx="4724400" cy="1666875"/>
            <wp:docPr id="33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 name=""/>
                    <pic:cNvPicPr>
                      <a:picLocks noChangeAspect="1"/>
                    </pic:cNvPicPr>
                  </pic:nvPicPr>
                  <pic:blipFill>
                    <a:blip r:embed="rId2350"/>
                    <a:stretch>
                      <a:fillRect/>
                    </a:stretch>
                  </pic:blipFill>
                  <pic:spPr>
                    <a:xfrm>
                      <a:off x="0" y="0"/>
                      <a:ext cx="4724400" cy="166687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eastAsia="宋体" w:hAnsi="宋体" w:cs="宋体"/>
          <w:color w:val="000000"/>
        </w:rPr>
        <w:t>若网格</w:t>
      </w:r>
      <w:r>
        <w:rPr>
          <w:rFonts w:ascii="Times New Roman" w:eastAsia="Times New Roman" w:hAnsi="Times New Roman" w:cs="Times New Roman"/>
          <w:color w:val="000000"/>
        </w:rPr>
        <w:t>5</w:t>
      </w:r>
      <w:r>
        <w:rPr>
          <w:rFonts w:ascii="宋体" w:eastAsia="宋体" w:hAnsi="宋体" w:cs="宋体"/>
          <w:color w:val="000000"/>
        </w:rPr>
        <w:t>经过若干步变换可以变成网格</w:t>
      </w:r>
      <w:r>
        <w:rPr>
          <w:rFonts w:ascii="Times New Roman" w:eastAsia="Times New Roman" w:hAnsi="Times New Roman" w:cs="Times New Roman"/>
          <w:color w:val="000000"/>
        </w:rPr>
        <w:t>6</w:t>
      </w:r>
      <w:r>
        <w:rPr>
          <w:rFonts w:ascii="宋体" w:eastAsia="宋体" w:hAnsi="宋体" w:cs="宋体"/>
          <w:color w:val="000000"/>
        </w:rPr>
        <w:t>，请直接写出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之间满足的关系．</w:t>
      </w:r>
    </w:p>
    <w:p>
      <w:pPr>
        <w:spacing w:line="360" w:lineRule="auto"/>
        <w:jc w:val="left"/>
        <w:textAlignment w:val="center"/>
        <w:rPr>
          <w:color w:val="000000"/>
        </w:rPr>
      </w:pPr>
      <w:r>
        <w:rPr>
          <w:color w:val="000000"/>
        </w:rPr>
        <w:drawing>
          <wp:inline>
            <wp:extent cx="2962275" cy="1647825"/>
            <wp:docPr id="33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 name=""/>
                    <pic:cNvPicPr>
                      <a:picLocks noChangeAspect="1"/>
                    </pic:cNvPicPr>
                  </pic:nvPicPr>
                  <pic:blipFill>
                    <a:blip r:embed="rId2351"/>
                    <a:stretch>
                      <a:fillRect/>
                    </a:stretch>
                  </pic:blipFill>
                  <pic:spPr>
                    <a:xfrm>
                      <a:off x="0" y="0"/>
                      <a:ext cx="2962275" cy="16478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pict>
          <v:shape id="_x0000_i712188" type="#_x0000_t75" alt="学科网(www.zxxk.com)--教育资源门户，提供试卷、教案、课件、论文、素材以及各类教学资源下载，还有大量而丰富的教学相关资讯！" style="width:56pt;height:13.95pt" o:oleicon="f" o:ole="">
            <v:imagedata r:id="rId2352" o:title="eqIda09a64a91312339d5d41b234d3aa049f"/>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）根据第一步第一行减</w:t>
      </w:r>
      <w:r>
        <w:rPr>
          <w:rFonts w:ascii="Times New Roman" w:eastAsia="Times New Roman" w:hAnsi="Times New Roman" w:cs="Times New Roman"/>
          <w:color w:val="000000"/>
        </w:rPr>
        <w:t>2</w:t>
      </w:r>
      <w:r>
        <w:rPr>
          <w:rFonts w:ascii="宋体" w:eastAsia="宋体" w:hAnsi="宋体" w:cs="宋体"/>
          <w:color w:val="000000"/>
        </w:rPr>
        <w:t>，第二步第二列加</w:t>
      </w:r>
      <w:r>
        <w:rPr>
          <w:rFonts w:ascii="Times New Roman" w:eastAsia="Times New Roman" w:hAnsi="Times New Roman" w:cs="Times New Roman"/>
          <w:color w:val="000000"/>
        </w:rPr>
        <w:t>6</w:t>
      </w:r>
      <w:r>
        <w:rPr>
          <w:rFonts w:ascii="宋体" w:eastAsia="宋体" w:hAnsi="宋体" w:cs="宋体"/>
          <w:color w:val="000000"/>
        </w:rPr>
        <w:t>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）根据第一步第二列上的数减</w:t>
      </w:r>
      <w:r>
        <w:rPr>
          <w:rFonts w:ascii="Times New Roman" w:eastAsia="Times New Roman" w:hAnsi="Times New Roman" w:cs="Times New Roman"/>
          <w:i/>
          <w:color w:val="000000"/>
        </w:rPr>
        <w:t>a</w:t>
      </w:r>
      <w:r>
        <w:rPr>
          <w:rFonts w:ascii="宋体" w:eastAsia="宋体" w:hAnsi="宋体" w:cs="宋体"/>
          <w:color w:val="000000"/>
        </w:rPr>
        <w:t>，第二步第一列上的数减</w:t>
      </w:r>
      <w:r>
        <w:pict>
          <v:shape id="_x0000_i712189" type="#_x0000_t75" alt="学科网(www.zxxk.com)--教育资源门户，提供试卷、教案、课件、论文、素材以及各类教学资源下载，还有大量而丰富的教学相关资讯！" style="width:37.8pt;height:19.8pt" o:oleicon="f" o:ole="">
            <v:imagedata r:id="rId2353" o:title="eqIdefe7e514156b3507f816fe430cc8f8b1"/>
          </v:shape>
        </w:pict>
      </w:r>
      <w:r>
        <w:rPr>
          <w:rFonts w:ascii="宋体" w:eastAsia="宋体" w:hAnsi="宋体" w:cs="宋体"/>
          <w:color w:val="000000"/>
        </w:rPr>
        <w:t>，第三步第一行上的数减去</w:t>
      </w:r>
      <w:r>
        <w:pict>
          <v:shape id="_x0000_i712190" type="#_x0000_t75" alt="学科网(www.zxxk.com)--教育资源门户，提供试卷、教案、课件、论文、素材以及各类教学资源下载，还有大量而丰富的教学相关资讯！" style="width:52.2pt;height:19.8pt" o:oleicon="f" o:ole="">
            <v:imagedata r:id="rId2354" o:title="eqId88d4a98ae2d335ad37f59681c5314fd6"/>
          </v:shape>
        </w:pict>
      </w:r>
      <w:r>
        <w:rPr>
          <w:rFonts w:ascii="宋体" w:eastAsia="宋体" w:hAnsi="宋体" w:cs="宋体"/>
          <w:color w:val="000000"/>
        </w:rPr>
        <w:t>可得等式，整理后可得解．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解：第一步：第一行减去</w:t>
      </w:r>
      <w:r>
        <w:rPr>
          <w:rFonts w:ascii="Times New Roman" w:eastAsia="Times New Roman" w:hAnsi="Times New Roman" w:cs="Times New Roman"/>
          <w:color w:val="000000"/>
        </w:rPr>
        <w:t>2</w:t>
      </w:r>
      <w:r>
        <w:rPr>
          <w:rFonts w:ascii="宋体" w:eastAsia="宋体" w:hAnsi="宋体" w:cs="宋体"/>
          <w:color w:val="000000"/>
        </w:rPr>
        <w:t>，得，</w:t>
      </w:r>
    </w:p>
    <w:p>
      <w:pPr>
        <w:spacing w:line="360" w:lineRule="auto"/>
        <w:jc w:val="left"/>
        <w:textAlignment w:val="center"/>
        <w:rPr>
          <w:color w:val="000000"/>
        </w:rPr>
      </w:pPr>
      <w:r>
        <w:rPr>
          <w:color w:val="000000"/>
        </w:rPr>
        <w:drawing>
          <wp:inline>
            <wp:extent cx="1181100" cy="1181100"/>
            <wp:docPr id="33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 name=""/>
                    <pic:cNvPicPr>
                      <a:picLocks noChangeAspect="1"/>
                    </pic:cNvPicPr>
                  </pic:nvPicPr>
                  <pic:blipFill>
                    <a:blip r:embed="rId2355"/>
                    <a:stretch>
                      <a:fillRect/>
                    </a:stretch>
                  </pic:blipFill>
                  <pic:spPr>
                    <a:xfrm>
                      <a:off x="0" y="0"/>
                      <a:ext cx="1181100" cy="11811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第二步：第二列加</w:t>
      </w:r>
      <w:r>
        <w:rPr>
          <w:rFonts w:ascii="Times New Roman" w:eastAsia="Times New Roman" w:hAnsi="Times New Roman" w:cs="Times New Roman"/>
          <w:color w:val="000000"/>
        </w:rPr>
        <w:t>6</w:t>
      </w:r>
      <w:r>
        <w:rPr>
          <w:rFonts w:ascii="宋体" w:eastAsia="宋体" w:hAnsi="宋体" w:cs="宋体"/>
          <w:color w:val="000000"/>
        </w:rPr>
        <w:t>，得，</w:t>
      </w:r>
    </w:p>
    <w:p>
      <w:pPr>
        <w:spacing w:line="360" w:lineRule="auto"/>
        <w:jc w:val="left"/>
        <w:textAlignment w:val="center"/>
        <w:rPr>
          <w:color w:val="000000"/>
        </w:rPr>
      </w:pPr>
      <w:r>
        <w:rPr>
          <w:color w:val="000000"/>
        </w:rPr>
        <w:drawing>
          <wp:inline>
            <wp:extent cx="1181100" cy="1181100"/>
            <wp:docPr id="33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 name=""/>
                    <pic:cNvPicPr>
                      <a:picLocks noChangeAspect="1"/>
                    </pic:cNvPicPr>
                  </pic:nvPicPr>
                  <pic:blipFill>
                    <a:blip r:embed="rId2356"/>
                    <a:stretch>
                      <a:fillRect/>
                    </a:stretch>
                  </pic:blipFill>
                  <pic:spPr>
                    <a:xfrm>
                      <a:off x="0" y="0"/>
                      <a:ext cx="1181100" cy="118110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解：第一步：第二列上的数都减去</w:t>
      </w:r>
      <w:r>
        <w:rPr>
          <w:rFonts w:ascii="Times New Roman" w:eastAsia="Times New Roman" w:hAnsi="Times New Roman" w:cs="Times New Roman"/>
          <w:i/>
          <w:color w:val="000000"/>
        </w:rPr>
        <w:t>a</w:t>
      </w:r>
      <w:r>
        <w:rPr>
          <w:rFonts w:ascii="宋体" w:eastAsia="宋体" w:hAnsi="宋体" w:cs="宋体"/>
          <w:color w:val="000000"/>
        </w:rPr>
        <w:t>，得，</w:t>
      </w:r>
    </w:p>
    <w:p>
      <w:pPr>
        <w:spacing w:line="360" w:lineRule="auto"/>
        <w:jc w:val="left"/>
        <w:textAlignment w:val="center"/>
        <w:rPr>
          <w:color w:val="000000"/>
        </w:rPr>
      </w:pPr>
      <w:r>
        <w:rPr>
          <w:color w:val="000000"/>
        </w:rPr>
        <w:drawing>
          <wp:inline>
            <wp:extent cx="1209675" cy="1181100"/>
            <wp:docPr id="33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 name=""/>
                    <pic:cNvPicPr>
                      <a:picLocks noChangeAspect="1"/>
                    </pic:cNvPicPr>
                  </pic:nvPicPr>
                  <pic:blipFill>
                    <a:blip r:embed="rId2357"/>
                    <a:stretch>
                      <a:fillRect/>
                    </a:stretch>
                  </pic:blipFill>
                  <pic:spPr>
                    <a:xfrm>
                      <a:off x="0" y="0"/>
                      <a:ext cx="1209675" cy="11811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第二步：第一列上的数都减去</w:t>
      </w:r>
      <w:r>
        <w:pict>
          <v:shape id="_x0000_i712191" type="#_x0000_t75" alt="学科网(www.zxxk.com)--教育资源门户，提供试卷、教案、课件、论文、素材以及各类教学资源下载，还有大量而丰富的教学相关资讯！" style="width:37.8pt;height:19.8pt" o:oleicon="f" o:ole="">
            <v:imagedata r:id="rId2358" o:title="eqIdefe7e514156b3507f816fe430cc8f8b1"/>
          </v:shape>
        </w:pict>
      </w:r>
      <w:r>
        <w:rPr>
          <w:rFonts w:ascii="宋体" w:eastAsia="宋体" w:hAnsi="宋体" w:cs="宋体"/>
          <w:color w:val="000000"/>
        </w:rPr>
        <w:t>，得，</w:t>
      </w:r>
    </w:p>
    <w:p>
      <w:pPr>
        <w:spacing w:line="360" w:lineRule="auto"/>
        <w:jc w:val="left"/>
        <w:textAlignment w:val="center"/>
        <w:rPr>
          <w:color w:val="000000"/>
        </w:rPr>
      </w:pPr>
      <w:r>
        <w:rPr>
          <w:color w:val="000000"/>
        </w:rPr>
        <w:drawing>
          <wp:inline>
            <wp:extent cx="1685925" cy="1181100"/>
            <wp:docPr id="33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 name=""/>
                    <pic:cNvPicPr>
                      <a:picLocks noChangeAspect="1"/>
                    </pic:cNvPicPr>
                  </pic:nvPicPr>
                  <pic:blipFill>
                    <a:blip r:embed="rId2359"/>
                    <a:stretch>
                      <a:fillRect/>
                    </a:stretch>
                  </pic:blipFill>
                  <pic:spPr>
                    <a:xfrm>
                      <a:off x="0" y="0"/>
                      <a:ext cx="1685925" cy="11811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第三步：第一行上的数都减去</w:t>
      </w:r>
      <w:r>
        <w:pict>
          <v:shape id="_x0000_i712192" type="#_x0000_t75" alt="学科网(www.zxxk.com)--教育资源门户，提供试卷、教案、课件、论文、素材以及各类教学资源下载，还有大量而丰富的教学相关资讯！" style="width:52.2pt;height:19.8pt" o:oleicon="f" o:ole="">
            <v:imagedata r:id="rId2360" o:title="eqId88d4a98ae2d335ad37f59681c5314fd6"/>
          </v:shape>
        </w:pict>
      </w:r>
      <w:r>
        <w:rPr>
          <w:rFonts w:ascii="宋体" w:eastAsia="宋体" w:hAnsi="宋体" w:cs="宋体"/>
          <w:color w:val="000000"/>
        </w:rPr>
        <w:t>，得，</w:t>
      </w:r>
    </w:p>
    <w:p>
      <w:pPr>
        <w:spacing w:line="360" w:lineRule="auto"/>
        <w:jc w:val="left"/>
        <w:textAlignment w:val="center"/>
        <w:rPr>
          <w:color w:val="000000"/>
        </w:rPr>
      </w:pPr>
      <w:r>
        <w:rPr>
          <w:color w:val="000000"/>
        </w:rPr>
        <w:drawing>
          <wp:inline>
            <wp:extent cx="2190750" cy="1181100"/>
            <wp:docPr id="33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 name=""/>
                    <pic:cNvPicPr>
                      <a:picLocks noChangeAspect="1"/>
                    </pic:cNvPicPr>
                  </pic:nvPicPr>
                  <pic:blipFill>
                    <a:blip r:embed="rId2361"/>
                    <a:stretch>
                      <a:fillRect/>
                    </a:stretch>
                  </pic:blipFill>
                  <pic:spPr>
                    <a:xfrm>
                      <a:off x="0" y="0"/>
                      <a:ext cx="2190750" cy="11811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pict>
          <v:shape id="_x0000_i712193" type="#_x0000_t75" alt="学科网(www.zxxk.com)--教育资源门户，提供试卷、教案、课件、论文、素材以及各类教学资源下载，还有大量而丰富的教学相关资讯！" style="width:145.8pt;height:19.8pt" o:oleicon="f" o:ole="">
            <v:imagedata r:id="rId2362" o:title="eqId96ffd6b32767a1a52cd5dc3a95d56bd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整理得：</w:t>
      </w:r>
      <w:r>
        <w:pict>
          <v:shape id="_x0000_i712194" type="#_x0000_t75" alt="学科网(www.zxxk.com)--教育资源门户，提供试卷、教案、课件、论文、素材以及各类教学资源下载，还有大量而丰富的教学相关资讯！" style="width:56pt;height:13.95pt" o:oleicon="f" o:ole="">
            <v:imagedata r:id="rId2363" o:title="eqIda09a64a91312339d5d41b234d3aa049f"/>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本题考查了数字的变化规律，整式的加减，读懂题意，弄清数字之间的关系是解决本题的关键．</w:t>
      </w:r>
    </w:p>
    <w:p>
      <w:pPr>
        <w:spacing w:line="360" w:lineRule="auto"/>
        <w:jc w:val="left"/>
        <w:textAlignment w:val="center"/>
        <w:rPr>
          <w:color w:val="000000"/>
        </w:rPr>
      </w:pPr>
      <w:r>
        <w:rPr>
          <w:color w:val="000000"/>
        </w:rPr>
        <w:t xml:space="preserve">26. </w:t>
      </w:r>
      <w:r>
        <w:rPr>
          <w:rFonts w:ascii="宋体" w:eastAsia="宋体" w:hAnsi="宋体" w:cs="宋体"/>
          <w:color w:val="000000"/>
        </w:rPr>
        <w:t>阅读材料，并回答问题</w:t>
      </w:r>
    </w:p>
    <w:p>
      <w:pPr>
        <w:spacing w:line="360" w:lineRule="auto"/>
        <w:jc w:val="left"/>
        <w:textAlignment w:val="center"/>
        <w:rPr>
          <w:color w:val="000000"/>
        </w:rPr>
      </w:pPr>
      <w:r>
        <w:rPr>
          <w:rFonts w:ascii="宋体" w:eastAsia="宋体" w:hAnsi="宋体" w:cs="宋体"/>
          <w:color w:val="000000"/>
        </w:rPr>
        <w:t>钟表中蕴含着有趣的数学运算，不用负数也可以作减法，例如现在是</w:t>
      </w:r>
      <w:r>
        <w:rPr>
          <w:rFonts w:ascii="Times New Roman" w:eastAsia="Times New Roman" w:hAnsi="Times New Roman" w:cs="Times New Roman"/>
          <w:color w:val="000000"/>
        </w:rPr>
        <w:t>10</w:t>
      </w:r>
      <w:r>
        <w:rPr>
          <w:rFonts w:ascii="宋体" w:eastAsia="宋体" w:hAnsi="宋体" w:cs="宋体"/>
          <w:color w:val="000000"/>
        </w:rPr>
        <w:t>点钟，</w:t>
      </w:r>
      <w:r>
        <w:rPr>
          <w:rFonts w:ascii="Times New Roman" w:eastAsia="Times New Roman" w:hAnsi="Times New Roman" w:cs="Times New Roman"/>
          <w:color w:val="000000"/>
        </w:rPr>
        <w:t>4</w:t>
      </w:r>
      <w:r>
        <w:rPr>
          <w:rFonts w:ascii="宋体" w:eastAsia="宋体" w:hAnsi="宋体" w:cs="宋体"/>
          <w:color w:val="000000"/>
        </w:rPr>
        <w:t>小时以后是几点钟？虽然</w:t>
      </w:r>
      <w:r>
        <w:pict>
          <v:shape id="_x0000_i712195" type="#_x0000_t75" alt="学科网(www.zxxk.com)--教育资源门户，提供试卷、教案、课件、论文、素材以及各类教学资源下载，还有大量而丰富的教学相关资讯！" style="width:54pt;height:13.95pt" o:oleicon="f" o:ole="">
            <v:imagedata r:id="rId2364" o:title="eqIdc3d1ea5488efe4c782aff627fed52fe5"/>
          </v:shape>
        </w:pict>
      </w:r>
      <w:r>
        <w:rPr>
          <w:rFonts w:ascii="宋体" w:eastAsia="宋体" w:hAnsi="宋体" w:cs="宋体"/>
          <w:color w:val="000000"/>
        </w:rPr>
        <w:t>，但在表盘上看到的是</w:t>
      </w:r>
      <w:r>
        <w:rPr>
          <w:rFonts w:ascii="Times New Roman" w:eastAsia="Times New Roman" w:hAnsi="Times New Roman" w:cs="Times New Roman"/>
          <w:color w:val="000000"/>
        </w:rPr>
        <w:t>2</w:t>
      </w:r>
      <w:r>
        <w:rPr>
          <w:rFonts w:ascii="宋体" w:eastAsia="宋体" w:hAnsi="宋体" w:cs="宋体"/>
          <w:color w:val="000000"/>
        </w:rPr>
        <w:t>点钟．如果用符号“</w:t>
      </w:r>
      <w:r>
        <w:pict>
          <v:shape id="_x0000_i712196" type="#_x0000_t75" alt="学科网(www.zxxk.com)--教育资源门户，提供试卷、教案、课件、论文、素材以及各类教学资源下载，还有大量而丰富的教学相关资讯！" style="width:12.75pt;height:14.25pt" o:oleicon="f" o:ole="">
            <v:imagedata r:id="rId2365" o:title="eqId4c3c2f679d53b91088ba6eb14c16cbc0"/>
          </v:shape>
        </w:pict>
      </w:r>
      <w:r>
        <w:rPr>
          <w:rFonts w:ascii="宋体" w:eastAsia="宋体" w:hAnsi="宋体" w:cs="宋体"/>
          <w:color w:val="000000"/>
        </w:rPr>
        <w:t>”表示钟表上的加法，则</w:t>
      </w:r>
      <w:r>
        <w:pict>
          <v:shape id="_x0000_i712197" type="#_x0000_t75" alt="学科网(www.zxxk.com)--教育资源门户，提供试卷、教案、课件、论文、素材以及各类教学资源下载，还有大量而丰富的教学相关资讯！" style="width:51pt;height:13.95pt" o:oleicon="f" o:ole="">
            <v:imagedata r:id="rId2366" o:title="eqId42e8224198b4587c41c3b170cd2c1c48"/>
          </v:shape>
        </w:pict>
      </w:r>
      <w:r>
        <w:rPr>
          <w:rFonts w:ascii="宋体" w:eastAsia="宋体" w:hAnsi="宋体" w:cs="宋体"/>
          <w:color w:val="000000"/>
        </w:rPr>
        <w:t>．若问</w:t>
      </w:r>
      <w:r>
        <w:rPr>
          <w:rFonts w:ascii="Times New Roman" w:eastAsia="Times New Roman" w:hAnsi="Times New Roman" w:cs="Times New Roman"/>
          <w:color w:val="000000"/>
        </w:rPr>
        <w:t>2</w:t>
      </w:r>
      <w:r>
        <w:rPr>
          <w:rFonts w:ascii="宋体" w:eastAsia="宋体" w:hAnsi="宋体" w:cs="宋体"/>
          <w:color w:val="000000"/>
        </w:rPr>
        <w:t>点钟之前</w:t>
      </w:r>
      <w:r>
        <w:rPr>
          <w:rFonts w:ascii="Times New Roman" w:eastAsia="Times New Roman" w:hAnsi="Times New Roman" w:cs="Times New Roman"/>
          <w:color w:val="000000"/>
        </w:rPr>
        <w:t>4</w:t>
      </w:r>
      <w:r>
        <w:rPr>
          <w:rFonts w:ascii="宋体" w:eastAsia="宋体" w:hAnsi="宋体" w:cs="宋体"/>
          <w:color w:val="000000"/>
        </w:rPr>
        <w:t>小时是几点钟，就得到钟表上的减法概念，用符号“</w:t>
      </w:r>
      <w:r>
        <w:pict>
          <v:shape id="_x0000_i712198" type="#_x0000_t75" alt="学科网(www.zxxk.com)--教育资源门户，提供试卷、教案、课件、论文、素材以及各类教学资源下载，还有大量而丰富的教学相关资讯！" style="width:13pt;height:14pt" o:oleicon="f" o:ole="">
            <v:imagedata r:id="rId2367" o:title="eqId311dc8c9eda7c8700fab0034155f6070"/>
          </v:shape>
        </w:pict>
      </w:r>
      <w:r>
        <w:rPr>
          <w:rFonts w:ascii="宋体" w:eastAsia="宋体" w:hAnsi="宋体" w:cs="宋体"/>
          <w:color w:val="000000"/>
        </w:rPr>
        <w:t>”表示钟表上的减法．（注：我们用</w:t>
      </w:r>
      <w:r>
        <w:rPr>
          <w:rFonts w:ascii="Times New Roman" w:eastAsia="Times New Roman" w:hAnsi="Times New Roman" w:cs="Times New Roman"/>
          <w:color w:val="000000"/>
        </w:rPr>
        <w:t>0</w:t>
      </w:r>
      <w:r>
        <w:rPr>
          <w:rFonts w:ascii="宋体" w:eastAsia="宋体" w:hAnsi="宋体" w:cs="宋体"/>
          <w:color w:val="000000"/>
        </w:rPr>
        <w:t>点钟代替</w:t>
      </w:r>
      <w:r>
        <w:rPr>
          <w:rFonts w:ascii="Times New Roman" w:eastAsia="Times New Roman" w:hAnsi="Times New Roman" w:cs="Times New Roman"/>
          <w:color w:val="000000"/>
        </w:rPr>
        <w:t>12</w:t>
      </w:r>
      <w:r>
        <w:rPr>
          <w:rFonts w:ascii="宋体" w:eastAsia="宋体" w:hAnsi="宋体" w:cs="宋体"/>
          <w:color w:val="000000"/>
        </w:rPr>
        <w:t>点钟）由．上述材料可知：</w:t>
      </w:r>
    </w:p>
    <w:p>
      <w:pPr>
        <w:spacing w:line="360" w:lineRule="auto"/>
        <w:jc w:val="left"/>
        <w:textAlignment w:val="center"/>
        <w:rPr>
          <w:color w:val="000000"/>
        </w:rPr>
      </w:pPr>
      <w:r>
        <w:rPr>
          <w:color w:val="000000"/>
        </w:rPr>
        <w:t>（1）</w:t>
      </w:r>
      <w:r>
        <w:pict>
          <v:shape id="_x0000_i712199" type="#_x0000_t75" alt="学科网(www.zxxk.com)--教育资源门户，提供试卷、教案、课件、论文、素材以及各类教学资源下载，还有大量而丰富的教学相关资讯！" style="width:37pt;height:13.95pt" o:oleicon="f" o:ole="">
            <v:imagedata r:id="rId2368" o:title="eqId85a5a3c3434389ed16d53f00bb784199"/>
          </v:shape>
        </w:pict>
      </w:r>
      <w:r>
        <w:rPr>
          <w:rFonts w:ascii="Times New Roman" w:eastAsia="Times New Roman" w:hAnsi="Times New Roman" w:cs="Times New Roman"/>
          <w:color w:val="000000"/>
        </w:rPr>
        <w:t>___________</w:t>
      </w:r>
      <w:r>
        <w:rPr>
          <w:rFonts w:ascii="宋体" w:eastAsia="宋体" w:hAnsi="宋体" w:cs="宋体"/>
          <w:color w:val="000000"/>
        </w:rPr>
        <w:t>，</w:t>
      </w:r>
      <w:r>
        <w:pict>
          <v:shape id="_x0000_i712200" type="#_x0000_t75" alt="学科网(www.zxxk.com)--教育资源门户，提供试卷、教案、课件、论文、素材以及各类教学资源下载，还有大量而丰富的教学相关资讯！" style="width:38pt;height:15pt" o:oleicon="f" o:ole="">
            <v:imagedata r:id="rId2369" o:title="eqId3105a8810326c0af5884cb23b85a22db"/>
          </v:shape>
        </w:pi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在有理数运算中，相加得零的两个数互为相反数，如果在钟表运算中沿用这个概念，则</w:t>
      </w:r>
      <w:r>
        <w:rPr>
          <w:rFonts w:ascii="Times New Roman" w:eastAsia="Times New Roman" w:hAnsi="Times New Roman" w:cs="Times New Roman"/>
          <w:color w:val="000000"/>
        </w:rPr>
        <w:t>5</w:t>
      </w:r>
      <w:r>
        <w:rPr>
          <w:rFonts w:ascii="宋体" w:eastAsia="宋体" w:hAnsi="宋体" w:cs="宋体"/>
          <w:color w:val="000000"/>
        </w:rPr>
        <w:t>的相反数是</w:t>
      </w:r>
      <w:r>
        <w:rPr>
          <w:rFonts w:ascii="Times New Roman" w:eastAsia="Times New Roman" w:hAnsi="Times New Roman" w:cs="Times New Roman"/>
          <w:color w:val="000000"/>
        </w:rPr>
        <w:t>___________</w:t>
      </w:r>
      <w:r>
        <w:rPr>
          <w:rFonts w:ascii="宋体" w:eastAsia="宋体" w:hAnsi="宋体" w:cs="宋体"/>
          <w:color w:val="000000"/>
        </w:rPr>
        <w:t>，举例说明有理数减法法则：减去一个数等于加上这个数的相反数，在钟表运算中是否仍然成立；</w:t>
      </w:r>
    </w:p>
    <w:p>
      <w:pPr>
        <w:spacing w:line="360" w:lineRule="auto"/>
        <w:jc w:val="left"/>
        <w:textAlignment w:val="center"/>
        <w:rPr>
          <w:color w:val="000000"/>
        </w:rPr>
      </w:pPr>
      <w:r>
        <w:rPr>
          <w:color w:val="000000"/>
        </w:rPr>
        <w:t>（3）</w:t>
      </w:r>
      <w:r>
        <w:rPr>
          <w:rFonts w:ascii="宋体" w:eastAsia="宋体" w:hAnsi="宋体" w:cs="宋体"/>
          <w:color w:val="000000"/>
        </w:rPr>
        <w:t>规定在钟表运算中也有</w:t>
      </w:r>
      <w:r>
        <w:pict>
          <v:shape id="_x0000_i712201" type="#_x0000_t75" alt="学科网(www.zxxk.com)--教育资源门户，提供试卷、教案、课件、论文、素材以及各类教学资源下载，还有大量而丰富的教学相关资讯！" style="width:209pt;height:13.95pt" o:oleicon="f" o:ole="">
            <v:imagedata r:id="rId2371" o:title="eqId34010be1246ada3e45057cfb361751d1"/>
          </v:shape>
        </w:pict>
      </w:r>
      <w:r>
        <w:rPr>
          <w:rFonts w:ascii="宋体" w:eastAsia="宋体" w:hAnsi="宋体" w:cs="宋体"/>
          <w:color w:val="000000"/>
        </w:rPr>
        <w:t>．对于钟表上</w:t>
      </w:r>
      <w:r>
        <w:rPr>
          <w:rFonts w:ascii="宋体" w:eastAsia="宋体" w:hAnsi="宋体" w:cs="宋体"/>
          <w:color w:val="000000"/>
          <w:position w:val="0"/>
        </w:rPr>
        <w:drawing>
          <wp:inline>
            <wp:extent cx="133350" cy="177800"/>
            <wp:docPr id="33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 name=""/>
                    <pic:cNvPicPr>
                      <a:picLocks noChangeAspect="1"/>
                    </pic:cNvPicPr>
                  </pic:nvPicPr>
                  <pic:blipFill>
                    <a:blip r:embed="rId237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任意数字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，若</w:t>
      </w:r>
      <w:r>
        <w:pict>
          <v:shape id="_x0000_i712202" type="#_x0000_t75" alt="学科网(www.zxxk.com)--教育资源门户，提供试卷、教案、课件、论文、素材以及各类教学资源下载，还有大量而丰富的教学相关资讯！" style="width:27.75pt;height:14.25pt" o:oleicon="f" o:ole="">
            <v:imagedata r:id="rId2372" o:title="eqIdc6a46e678bf9d2df5ad4c782b3dc22f5"/>
          </v:shape>
        </w:pict>
      </w:r>
      <w:r>
        <w:rPr>
          <w:rFonts w:ascii="宋体" w:eastAsia="宋体" w:hAnsi="宋体" w:cs="宋体"/>
          <w:color w:val="000000"/>
        </w:rPr>
        <w:t>，判断</w:t>
      </w:r>
      <w:r>
        <w:pict>
          <v:shape id="_x0000_i712203" type="#_x0000_t75" alt="学科网(www.zxxk.com)--教育资源门户，提供试卷、教案、课件、论文、素材以及各类教学资源下载，还有大量而丰富的教学相关资讯！" style="width:45.6pt;height:14.4pt" o:oleicon="f" o:ole="">
            <v:imagedata r:id="rId2373" o:title="eqId068449a6bc5f8f99f5efee2439fa2a5c"/>
          </v:shape>
        </w:pict>
      </w:r>
      <w:r>
        <w:rPr>
          <w:rFonts w:ascii="宋体" w:eastAsia="宋体" w:hAnsi="宋体" w:cs="宋体"/>
          <w:color w:val="000000"/>
        </w:rPr>
        <w:t>是否一定成立．</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10</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7</w:t>
      </w:r>
      <w:r>
        <w:rPr>
          <w:rFonts w:ascii="宋体" w:eastAsia="宋体" w:hAnsi="宋体" w:cs="宋体"/>
          <w:color w:val="000000"/>
        </w:rPr>
        <w:t>；成立，例子见解析</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不一定成立，理由见解析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）根据钟表的定义及钟表上的加减法定义即可求解；</w:t>
      </w:r>
    </w:p>
    <w:p>
      <w:pPr>
        <w:spacing w:before="150"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）根据钟表运算中相反数的定义即可求解，再举例即可验证有理数减法法则在钟表运算中是否仍然成立；</w:t>
      </w:r>
    </w:p>
    <w:p>
      <w:pPr>
        <w:spacing w:before="150"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）根据钟表运算的定义举出反例即可验证．</w:t>
      </w:r>
    </w:p>
    <w:p>
      <w:pPr>
        <w:spacing w:before="150" w:line="360" w:lineRule="auto"/>
        <w:jc w:val="left"/>
        <w:textAlignment w:val="center"/>
        <w:rPr>
          <w:color w:val="000000"/>
        </w:rPr>
      </w:pPr>
      <w:r>
        <w:rPr>
          <w:color w:val="000000"/>
        </w:rPr>
        <w:t>【小问1详解】</w:t>
      </w:r>
    </w:p>
    <w:p>
      <w:pPr>
        <w:spacing w:line="360" w:lineRule="auto"/>
        <w:jc w:val="left"/>
        <w:textAlignment w:val="center"/>
        <w:rPr>
          <w:color w:val="000000"/>
        </w:rPr>
      </w:pPr>
      <w:r>
        <w:pict>
          <v:shape id="_x0000_i712204" type="#_x0000_t75" alt="学科网(www.zxxk.com)--教育资源门户，提供试卷、教案、课件、论文、素材以及各类教学资源下载，还有大量而丰富的教学相关资讯！" style="width:27.95pt;height:13.95pt" o:oleicon="f" o:ole="">
            <v:imagedata r:id="rId2374" o:title="eqId03db3778c01779b2b8dfbd71c217b1e9"/>
          </v:shape>
        </w:pict>
      </w:r>
      <w:r>
        <w:rPr>
          <w:rFonts w:ascii="宋体" w:eastAsia="宋体" w:hAnsi="宋体" w:cs="宋体"/>
          <w:color w:val="000000"/>
        </w:rPr>
        <w:t>表示</w:t>
      </w:r>
      <w:r>
        <w:rPr>
          <w:rFonts w:ascii="Times New Roman" w:eastAsia="Times New Roman" w:hAnsi="Times New Roman" w:cs="Times New Roman"/>
          <w:color w:val="000000"/>
        </w:rPr>
        <w:t>9</w:t>
      </w:r>
      <w:r>
        <w:rPr>
          <w:rFonts w:ascii="宋体" w:eastAsia="宋体" w:hAnsi="宋体" w:cs="宋体"/>
          <w:color w:val="000000"/>
        </w:rPr>
        <w:t>点钟再过去</w:t>
      </w:r>
      <w:r>
        <w:rPr>
          <w:rFonts w:ascii="Times New Roman" w:eastAsia="Times New Roman" w:hAnsi="Times New Roman" w:cs="Times New Roman"/>
          <w:color w:val="000000"/>
        </w:rPr>
        <w:t>6</w:t>
      </w:r>
      <w:r>
        <w:rPr>
          <w:rFonts w:ascii="宋体" w:eastAsia="宋体" w:hAnsi="宋体" w:cs="宋体"/>
          <w:color w:val="000000"/>
        </w:rPr>
        <w:t>小时，</w:t>
      </w:r>
    </w:p>
    <w:p>
      <w:pPr>
        <w:spacing w:line="360" w:lineRule="auto"/>
        <w:jc w:val="left"/>
        <w:textAlignment w:val="center"/>
        <w:rPr>
          <w:color w:val="000000"/>
        </w:rPr>
      </w:pPr>
      <w:r>
        <w:rPr>
          <w:rFonts w:ascii="宋体" w:eastAsia="宋体" w:hAnsi="宋体" w:cs="宋体"/>
          <w:color w:val="000000"/>
        </w:rPr>
        <w:t>故为</w:t>
      </w:r>
      <w:r>
        <w:pict>
          <v:shape id="_x0000_i712205" type="#_x0000_t75" alt="学科网(www.zxxk.com)--教育资源门户，提供试卷、教案、课件、论文、素材以及各类教学资源下载，还有大量而丰富的教学相关资讯！" style="width:48pt;height:14.1pt" o:oleicon="f" o:ole="">
            <v:imagedata r:id="rId2375" o:title="eqIdf4be952b53404575e5146e08e04e5362"/>
          </v:shape>
        </w:pict>
      </w:r>
      <w:r>
        <w:rPr>
          <w:rFonts w:ascii="宋体" w:eastAsia="宋体" w:hAnsi="宋体" w:cs="宋体"/>
          <w:color w:val="000000"/>
        </w:rPr>
        <w:t>小时，即为</w:t>
      </w:r>
      <w:r>
        <w:rPr>
          <w:rFonts w:ascii="Times New Roman" w:eastAsia="Times New Roman" w:hAnsi="Times New Roman" w:cs="Times New Roman"/>
          <w:color w:val="000000"/>
        </w:rPr>
        <w:t>3</w:t>
      </w:r>
      <w:r>
        <w:rPr>
          <w:rFonts w:ascii="宋体" w:eastAsia="宋体" w:hAnsi="宋体" w:cs="宋体"/>
          <w:color w:val="000000"/>
        </w:rPr>
        <w:t>时，</w:t>
      </w:r>
    </w:p>
    <w:p>
      <w:pPr>
        <w:spacing w:line="360" w:lineRule="auto"/>
        <w:jc w:val="left"/>
        <w:textAlignment w:val="center"/>
        <w:rPr>
          <w:color w:val="000000"/>
        </w:rPr>
      </w:pPr>
      <w:r>
        <w:pict>
          <v:shape id="_x0000_i712206" type="#_x0000_t75" alt="学科网(www.zxxk.com)--教育资源门户，提供试卷、教案、课件、论文、素材以及各类教学资源下载，还有大量而丰富的教学相关资讯！" style="width:27.95pt;height:15.05pt" o:oleicon="f" o:ole="">
            <v:imagedata r:id="rId2376" o:title="eqId29a5d84f862dd5537c74687e9cf67a6d"/>
          </v:shape>
        </w:pict>
      </w:r>
      <w:r>
        <w:rPr>
          <w:rFonts w:ascii="宋体" w:eastAsia="宋体" w:hAnsi="宋体" w:cs="宋体"/>
          <w:color w:val="000000"/>
        </w:rPr>
        <w:t>表示</w:t>
      </w:r>
      <w:r>
        <w:rPr>
          <w:rFonts w:ascii="Times New Roman" w:eastAsia="Times New Roman" w:hAnsi="Times New Roman" w:cs="Times New Roman"/>
          <w:color w:val="000000"/>
        </w:rPr>
        <w:t>2</w:t>
      </w:r>
      <w:r>
        <w:rPr>
          <w:rFonts w:ascii="宋体" w:eastAsia="宋体" w:hAnsi="宋体" w:cs="宋体"/>
          <w:color w:val="000000"/>
        </w:rPr>
        <w:t>点钟之前</w:t>
      </w:r>
      <w:r>
        <w:rPr>
          <w:rFonts w:ascii="Times New Roman" w:eastAsia="Times New Roman" w:hAnsi="Times New Roman" w:cs="Times New Roman"/>
          <w:color w:val="000000"/>
        </w:rPr>
        <w:t>4</w:t>
      </w:r>
      <w:r>
        <w:rPr>
          <w:rFonts w:ascii="宋体" w:eastAsia="宋体" w:hAnsi="宋体" w:cs="宋体"/>
          <w:color w:val="000000"/>
        </w:rPr>
        <w:t>小时，</w:t>
      </w:r>
    </w:p>
    <w:p>
      <w:pPr>
        <w:spacing w:line="360" w:lineRule="auto"/>
        <w:jc w:val="left"/>
        <w:textAlignment w:val="center"/>
        <w:rPr>
          <w:color w:val="000000"/>
        </w:rPr>
      </w:pPr>
      <w:r>
        <w:rPr>
          <w:rFonts w:ascii="宋体" w:eastAsia="宋体" w:hAnsi="宋体" w:cs="宋体"/>
          <w:color w:val="000000"/>
        </w:rPr>
        <w:t>故为</w:t>
      </w:r>
      <w:r>
        <w:pict>
          <v:shape id="_x0000_i712207" type="#_x0000_t75" alt="学科网(www.zxxk.com)--教育资源门户，提供试卷、教案、课件、论文、素材以及各类教学资源下载，还有大量而丰富的教学相关资讯！" style="width:70.2pt;height:13.8pt" o:oleicon="f" o:ole="">
            <v:imagedata r:id="rId2377" o:title="eqId62f576065c7a9cc76ed3c1e0e7b6be8b"/>
          </v:shape>
        </w:pict>
      </w:r>
      <w:r>
        <w:rPr>
          <w:rFonts w:ascii="宋体" w:eastAsia="宋体" w:hAnsi="宋体" w:cs="宋体"/>
          <w:color w:val="000000"/>
        </w:rPr>
        <w:t>小时，即为</w:t>
      </w:r>
      <w:r>
        <w:rPr>
          <w:rFonts w:ascii="Times New Roman" w:eastAsia="Times New Roman" w:hAnsi="Times New Roman" w:cs="Times New Roman"/>
          <w:color w:val="000000"/>
        </w:rPr>
        <w:t>10</w:t>
      </w:r>
      <w:r>
        <w:rPr>
          <w:rFonts w:ascii="宋体" w:eastAsia="宋体" w:hAnsi="宋体" w:cs="宋体"/>
          <w:color w:val="000000"/>
        </w:rPr>
        <w:t>时，</w:t>
      </w:r>
    </w:p>
    <w:p>
      <w:pPr>
        <w:spacing w:before="150"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p>
    <w:p>
      <w:pPr>
        <w:spacing w:before="150" w:line="360" w:lineRule="auto"/>
        <w:jc w:val="left"/>
        <w:textAlignment w:val="center"/>
        <w:rPr>
          <w:color w:val="000000"/>
        </w:rPr>
      </w:pPr>
      <w:r>
        <w:rPr>
          <w:color w:val="000000"/>
        </w:rPr>
        <w:t>【小问2详解】</w:t>
      </w:r>
    </w:p>
    <w:p>
      <w:pPr>
        <w:spacing w:before="150" w:line="360" w:lineRule="auto"/>
        <w:jc w:val="both"/>
        <w:textAlignment w:val="center"/>
        <w:rPr>
          <w:color w:val="000000"/>
        </w:rPr>
      </w:pPr>
      <w:r>
        <w:rPr>
          <w:rFonts w:ascii="宋体" w:eastAsia="宋体" w:hAnsi="宋体" w:cs="宋体"/>
          <w:color w:val="000000"/>
        </w:rPr>
        <w:t>在钟表运算中相反数的定义为相加为</w:t>
      </w:r>
      <w:r>
        <w:rPr>
          <w:rFonts w:ascii="Times New Roman" w:eastAsia="Times New Roman" w:hAnsi="Times New Roman" w:cs="Times New Roman"/>
          <w:color w:val="000000"/>
        </w:rPr>
        <w:t>12</w:t>
      </w:r>
      <w:r>
        <w:rPr>
          <w:rFonts w:ascii="宋体" w:eastAsia="宋体" w:hAnsi="宋体" w:cs="宋体"/>
          <w:color w:val="000000"/>
        </w:rPr>
        <w:t>时，</w:t>
      </w:r>
    </w:p>
    <w:p>
      <w:pPr>
        <w:spacing w:before="150" w:line="360" w:lineRule="auto"/>
        <w:jc w:val="both"/>
        <w:textAlignment w:val="center"/>
        <w:rPr>
          <w:color w:val="000000"/>
        </w:rPr>
      </w:pPr>
      <w:r>
        <w:rPr>
          <w:rFonts w:ascii="宋体" w:eastAsia="宋体" w:hAnsi="宋体" w:cs="宋体"/>
          <w:color w:val="000000"/>
        </w:rPr>
        <w:t>故钟表中，</w:t>
      </w:r>
      <w:r>
        <w:rPr>
          <w:rFonts w:ascii="Times New Roman" w:eastAsia="Times New Roman" w:hAnsi="Times New Roman" w:cs="Times New Roman"/>
          <w:color w:val="000000"/>
        </w:rPr>
        <w:t>5</w:t>
      </w:r>
      <w:r>
        <w:rPr>
          <w:rFonts w:ascii="宋体" w:eastAsia="宋体" w:hAnsi="宋体" w:cs="宋体"/>
          <w:color w:val="000000"/>
        </w:rPr>
        <w:t>的相反数是</w:t>
      </w:r>
      <w:r>
        <w:pict>
          <v:shape id="_x0000_i712208" type="#_x0000_t75" alt="学科网(www.zxxk.com)--教育资源门户，提供试卷、教案、课件、论文、素材以及各类教学资源下载，还有大量而丰富的教学相关资讯！" style="width:47.8pt;height:13.8pt" o:oleicon="f" o:ole="">
            <v:imagedata r:id="rId2378" o:title="eqId7538fda1adef9caf336476b130385663"/>
          </v:shape>
        </w:pict>
      </w:r>
      <w:r>
        <w:rPr>
          <w:rFonts w:ascii="宋体" w:eastAsia="宋体" w:hAnsi="宋体" w:cs="宋体"/>
          <w:color w:val="000000"/>
        </w:rPr>
        <w:t>，</w:t>
      </w:r>
    </w:p>
    <w:p>
      <w:pPr>
        <w:spacing w:before="150"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p>
    <w:p>
      <w:pPr>
        <w:spacing w:before="150" w:line="360" w:lineRule="auto"/>
        <w:jc w:val="both"/>
        <w:textAlignment w:val="center"/>
        <w:rPr>
          <w:color w:val="000000"/>
        </w:rPr>
      </w:pPr>
      <w:r>
        <w:rPr>
          <w:rFonts w:ascii="宋体" w:eastAsia="宋体" w:hAnsi="宋体" w:cs="宋体"/>
          <w:color w:val="000000"/>
        </w:rPr>
        <w:t>有理数减法法则在钟表运算中仍然成立．</w:t>
      </w:r>
    </w:p>
    <w:p>
      <w:pPr>
        <w:spacing w:before="150" w:line="360" w:lineRule="auto"/>
        <w:jc w:val="both"/>
        <w:textAlignment w:val="center"/>
        <w:rPr>
          <w:color w:val="000000"/>
        </w:rPr>
      </w:pPr>
      <w:r>
        <w:rPr>
          <w:rFonts w:ascii="宋体" w:eastAsia="宋体" w:hAnsi="宋体" w:cs="宋体"/>
          <w:color w:val="000000"/>
        </w:rPr>
        <w:t>举例如下：</w:t>
      </w:r>
    </w:p>
    <w:p>
      <w:pPr>
        <w:spacing w:line="360" w:lineRule="auto"/>
        <w:jc w:val="both"/>
        <w:textAlignment w:val="center"/>
        <w:rPr>
          <w:color w:val="000000"/>
        </w:rPr>
      </w:pPr>
      <w:r>
        <w:rPr>
          <w:rFonts w:ascii="宋体" w:eastAsia="宋体" w:hAnsi="宋体" w:cs="宋体"/>
          <w:color w:val="000000"/>
        </w:rPr>
        <w:t>∵</w:t>
      </w:r>
      <w:r>
        <w:pict>
          <v:shape id="_x0000_i712209" type="#_x0000_t75" alt="学科网(www.zxxk.com)--教育资源门户，提供试卷、教案、课件、论文、素材以及各类教学资源下载，还有大量而丰富的教学相关资讯！" style="width:100.2pt;height:15pt" o:oleicon="f" o:ole="">
            <v:imagedata r:id="rId2379" o:title="eqId9ebd980d53d2929851a6d149438340c0"/>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210" type="#_x0000_t75" alt="学科网(www.zxxk.com)--教育资源门户，提供试卷、教案、课件、论文、素材以及各类教学资源下载，还有大量而丰富的教学相关资讯！" style="width:64pt;height:15pt" o:oleicon="f" o:ole="">
            <v:imagedata r:id="rId2380" o:title="eqId7d674fa87fbf9033502413b32671ebe1"/>
          </v:shape>
        </w:pict>
      </w:r>
      <w:r>
        <w:rPr>
          <w:rFonts w:ascii="宋体" w:eastAsia="宋体" w:hAnsi="宋体" w:cs="宋体"/>
          <w:color w:val="000000"/>
        </w:rPr>
        <w:t>．</w:t>
      </w:r>
    </w:p>
    <w:p>
      <w:pPr>
        <w:spacing w:before="150" w:line="360" w:lineRule="auto"/>
        <w:jc w:val="both"/>
        <w:textAlignment w:val="center"/>
        <w:rPr>
          <w:color w:val="000000"/>
        </w:rPr>
      </w:pPr>
      <w:r>
        <w:rPr>
          <w:rFonts w:ascii="宋体" w:eastAsia="宋体" w:hAnsi="宋体" w:cs="宋体"/>
          <w:color w:val="000000"/>
        </w:rPr>
        <w:t>即减去一个数等于加上这个数的相反数．</w:t>
      </w:r>
    </w:p>
    <w:p>
      <w:pPr>
        <w:spacing w:before="150" w:line="360" w:lineRule="auto"/>
        <w:jc w:val="both"/>
        <w:textAlignment w:val="center"/>
        <w:rPr>
          <w:color w:val="000000"/>
        </w:rPr>
      </w:pPr>
      <w:r>
        <w:rPr>
          <w:color w:val="000000"/>
        </w:rPr>
        <w:t>【小问3详解】</w:t>
      </w:r>
    </w:p>
    <w:p>
      <w:pPr>
        <w:spacing w:before="150" w:line="360" w:lineRule="auto"/>
        <w:jc w:val="both"/>
        <w:textAlignment w:val="center"/>
        <w:rPr>
          <w:color w:val="000000"/>
        </w:rPr>
      </w:pPr>
      <w:r>
        <w:rPr>
          <w:rFonts w:ascii="宋体" w:eastAsia="宋体" w:hAnsi="宋体" w:cs="宋体"/>
          <w:color w:val="000000"/>
        </w:rPr>
        <w:t>不一定成立，</w:t>
      </w:r>
    </w:p>
    <w:p>
      <w:pPr>
        <w:spacing w:before="150" w:line="360" w:lineRule="auto"/>
        <w:jc w:val="both"/>
        <w:textAlignment w:val="center"/>
        <w:rPr>
          <w:color w:val="000000"/>
        </w:rPr>
      </w:pPr>
      <w:r>
        <w:rPr>
          <w:rFonts w:ascii="宋体" w:eastAsia="宋体" w:hAnsi="宋体" w:cs="宋体"/>
          <w:color w:val="000000"/>
        </w:rPr>
        <w:t>一组反例如下：</w:t>
      </w:r>
    </w:p>
    <w:p>
      <w:pPr>
        <w:spacing w:line="360" w:lineRule="auto"/>
        <w:jc w:val="both"/>
        <w:textAlignment w:val="center"/>
        <w:rPr>
          <w:color w:val="000000"/>
        </w:rPr>
      </w:pPr>
      <w:r>
        <w:rPr>
          <w:rFonts w:ascii="宋体" w:eastAsia="宋体" w:hAnsi="宋体" w:cs="宋体"/>
          <w:color w:val="000000"/>
        </w:rPr>
        <w:t>取</w:t>
      </w:r>
      <w:r>
        <w:pict>
          <v:shape id="_x0000_i712211" type="#_x0000_t75" alt="学科网(www.zxxk.com)--教育资源门户，提供试卷、教案、课件、论文、素材以及各类教学资源下载，还有大量而丰富的教学相关资讯！" style="width:96pt;height:15pt" o:oleicon="f" o:ole="">
            <v:imagedata r:id="rId2381" o:title="eqId7d47bf53e6149d22f97d705ec6e4cd8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212" type="#_x0000_t75" alt="学科网(www.zxxk.com)--教育资源门户，提供试卷、教案、课件、论文、素材以及各类教学资源下载，还有大量而丰富的教学相关资讯！" style="width:82.2pt;height:15pt" o:oleicon="f" o:ole="">
            <v:imagedata r:id="rId2382" o:title="eqId3ae0965bf85df0bee1909c82ae4dce8d"/>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pict>
          <v:shape id="_x0000_i712213" type="#_x0000_t75" alt="学科网(www.zxxk.com)--教育资源门户，提供试卷、教案、课件、论文、素材以及各类教学资源下载，还有大量而丰富的教学相关资讯！" style="width:27.75pt;height:14.25pt" o:oleicon="f" o:ole="">
            <v:imagedata r:id="rId2383" o:title="eqId8caf002571693bf5eb7db028e7ca221a"/>
          </v:shape>
        </w:pict>
      </w:r>
      <w:r>
        <w:rPr>
          <w:rFonts w:ascii="宋体" w:eastAsia="宋体" w:hAnsi="宋体" w:cs="宋体"/>
          <w:color w:val="000000"/>
        </w:rPr>
        <w:t>时，</w:t>
      </w:r>
      <w:r>
        <w:pict>
          <v:shape id="_x0000_i712214" type="#_x0000_t75" alt="学科网(www.zxxk.com)--教育资源门户，提供试卷、教案、课件、论文、素材以及各类教学资源下载，还有大量而丰富的教学相关资讯！" style="width:45pt;height:13.8pt" o:oleicon="f" o:ole="">
            <v:imagedata r:id="rId2384" o:title="eqId70765cc4b2ab19a54120410b181ebfd8"/>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515"/>
          <w:footerReference w:type="even" r:id="rId516"/>
          <w:headerReference w:type="first" r:id="rId517"/>
          <w:footerReference w:type="first" r:id="rId518"/>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此题主要考查有理数运算的应用和相反数的定义，解题的关键是根据题意找到运算法则进行求解．</w:t>
      </w:r>
    </w:p>
    <w:p>
      <w:pPr>
        <w:pStyle w:val="Heading2"/>
      </w:pPr>
      <w:r>
        <w:t>西城外国语学校</w:t>
      </w:r>
    </w:p>
    <w:p>
      <w:pPr>
        <w:spacing w:line="360" w:lineRule="auto"/>
        <w:jc w:val="left"/>
        <w:textAlignment w:val="center"/>
        <w:rPr>
          <w:color w:val="000000"/>
        </w:rPr>
      </w:pPr>
      <w:r>
        <w:rPr>
          <w:color w:val="000000"/>
        </w:rPr>
        <w:t xml:space="preserve">27. </w:t>
      </w:r>
      <w:r>
        <w:rPr>
          <w:rFonts w:ascii="宋体" w:eastAsia="宋体" w:hAnsi="宋体" w:cs="宋体"/>
          <w:color w:val="000000"/>
        </w:rPr>
        <w:t>对于三个数</w:t>
      </w:r>
      <w:r>
        <w:pict>
          <v:shape id="_x0000_i712215" type="#_x0000_t75" alt="学科网(www.zxxk.com)--教育资源门户，提供试卷、教案、课件、论文、素材以及各类教学资源下载，还有大量而丰富的教学相关资讯！" style="width:9pt;height:9.75pt" o:oleicon="f" o:ole="">
            <v:imagedata r:id="rId2385" o:title="eqId0a6936d370d6a238a608ca56f87198de"/>
          </v:shape>
        </w:pict>
      </w:r>
      <w:r>
        <w:rPr>
          <w:rFonts w:ascii="宋体" w:eastAsia="宋体" w:hAnsi="宋体" w:cs="宋体"/>
          <w:color w:val="000000"/>
        </w:rPr>
        <w:t>，</w:t>
      </w:r>
      <w:r>
        <w:pict>
          <v:shape id="_x0000_i712216" type="#_x0000_t75" alt="学科网(www.zxxk.com)--教育资源门户，提供试卷、教案、课件、论文、素材以及各类教学资源下载，还有大量而丰富的教学相关资讯！" style="width:9.9pt;height:14.35pt" o:oleicon="f" o:ole="">
            <v:imagedata r:id="rId2386" o:title="eqId2c94bb12cee76221e13f9ef955b0aab1"/>
          </v:shape>
        </w:pict>
      </w:r>
      <w:r>
        <w:rPr>
          <w:rFonts w:ascii="宋体" w:eastAsia="宋体" w:hAnsi="宋体" w:cs="宋体"/>
          <w:color w:val="000000"/>
        </w:rPr>
        <w:t>，</w:t>
      </w:r>
      <w:r>
        <w:pict>
          <v:shape id="_x0000_i712217" type="#_x0000_t75" alt="学科网(www.zxxk.com)--教育资源门户，提供试卷、教案、课件、论文、素材以及各类教学资源下载，还有大量而丰富的教学相关资讯！" style="width:9pt;height:11.25pt" o:oleicon="f" o:ole="">
            <v:imagedata r:id="rId2387" o:title="eqId071a7e733d466949ac935b4b8ee8d183"/>
          </v:shape>
        </w:pict>
      </w:r>
      <w:r>
        <w:rPr>
          <w:rFonts w:ascii="宋体" w:eastAsia="宋体" w:hAnsi="宋体" w:cs="宋体"/>
          <w:color w:val="000000"/>
        </w:rPr>
        <w:t>，用</w:t>
      </w:r>
      <w:r>
        <w:pict>
          <v:shape id="_x0000_i712218" type="#_x0000_t75" alt="学科网(www.zxxk.com)--教育资源门户，提供试卷、教案、课件、论文、素材以及各类教学资源下载，还有大量而丰富的教学相关资讯！" style="width:51pt;height:15.75pt" o:oleicon="f" o:ole="">
            <v:imagedata r:id="rId2388" o:title="eqId20e4ebab67ebbf9fa04ede2bed699657"/>
          </v:shape>
        </w:pict>
      </w:r>
      <w:r>
        <w:rPr>
          <w:rFonts w:ascii="宋体" w:eastAsia="宋体" w:hAnsi="宋体" w:cs="宋体"/>
          <w:color w:val="000000"/>
        </w:rPr>
        <w:t>表示这三个数的平均数，用</w:t>
      </w:r>
      <w:r>
        <w:pict>
          <v:shape id="_x0000_i712219" type="#_x0000_t75" alt="学科网(www.zxxk.com)--教育资源门户，提供试卷、教案、课件、论文、素材以及各类教学资源下载，还有大量而丰富的教学相关资讯！" style="width:60pt;height:16pt" o:oleicon="f" o:ole="">
            <v:imagedata r:id="rId2389" o:title="eqId89e08e328ef89b7d172b2e5be96b5353"/>
          </v:shape>
        </w:pict>
      </w:r>
      <w:r>
        <w:rPr>
          <w:rFonts w:ascii="宋体" w:eastAsia="宋体" w:hAnsi="宋体" w:cs="宋体"/>
          <w:color w:val="000000"/>
        </w:rPr>
        <w:t>表示这三个数中最大的数，例如：</w:t>
      </w:r>
      <w:r>
        <w:pict>
          <v:shape id="_x0000_i712220" type="#_x0000_t75" alt="学科网(www.zxxk.com)--教育资源门户，提供试卷、教案、课件、论文、素材以及各类教学资源下载，还有大量而丰富的教学相关资讯！" style="width:136.2pt;height:31.2pt" o:oleicon="f" o:ole="">
            <v:imagedata r:id="rId2390" o:title="eqIdd342cbae3e033e5d0ff6fae96d34f347"/>
          </v:shape>
        </w:pict>
      </w:r>
      <w:r>
        <w:rPr>
          <w:rFonts w:ascii="宋体" w:eastAsia="宋体" w:hAnsi="宋体" w:cs="宋体"/>
          <w:color w:val="000000"/>
        </w:rPr>
        <w:t>，</w:t>
      </w:r>
      <w:r>
        <w:pict>
          <v:shape id="_x0000_i712221" type="#_x0000_t75" alt="学科网(www.zxxk.com)--教育资源门户，提供试卷、教案、课件、论文、素材以及各类教学资源下载，还有大量而丰富的教学相关资讯！" style="width:84pt;height:20.27pt" o:oleicon="f" o:ole="">
            <v:imagedata r:id="rId2391" o:title="eqIdbe1a9c8b71908f3635f0e62df01c7a1c"/>
          </v:shape>
        </w:pict>
      </w:r>
      <w:r>
        <w:rPr>
          <w:rFonts w:ascii="宋体" w:eastAsia="宋体" w:hAnsi="宋体" w:cs="宋体"/>
          <w:color w:val="000000"/>
        </w:rPr>
        <w:t>，如果</w:t>
      </w:r>
      <w:r>
        <w:pict>
          <v:shape id="_x0000_i712222" type="#_x0000_t75" alt="学科网(www.zxxk.com)--教育资源门户，提供试卷、教案、课件、论文、素材以及各类教学资源下载，还有大量而丰富的教学相关资讯！" style="width:204.55pt;height:20.2pt" o:oleicon="f" o:ole="">
            <v:imagedata r:id="rId2392" o:title="eqId19b45a322261caaec9879d0709d9895d"/>
          </v:shape>
        </w:pict>
      </w:r>
      <w:r>
        <w:rPr>
          <w:rFonts w:ascii="宋体" w:eastAsia="宋体" w:hAnsi="宋体" w:cs="宋体"/>
          <w:color w:val="000000"/>
        </w:rPr>
        <w:t>，那么</w:t>
      </w:r>
      <w:r>
        <w:pict>
          <v:shape id="_x0000_i712223" type="#_x0000_t75" alt="学科网(www.zxxk.com)--教育资源门户，提供试卷、教案、课件、论文、素材以及各类教学资源下载，还有大量而丰富的教学相关资讯！" style="width:18.75pt;height:11.25pt" o:oleicon="f" o:ole="">
            <v:imagedata r:id="rId2393" o:title="eqId4ec0618ae3a4fde6d6220010af229b9a"/>
          </v:shape>
        </w:pict>
      </w:r>
      <w:r>
        <w:rPr>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2##2或7</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根据求出平均数</w:t>
      </w:r>
      <w:r>
        <w:rPr>
          <w:rFonts w:ascii="Times New Roman" w:eastAsia="Times New Roman" w:hAnsi="Times New Roman" w:cs="Times New Roman"/>
          <w:i/>
          <w:color w:val="000000"/>
        </w:rPr>
        <w:t>M</w:t>
      </w:r>
      <w:r>
        <w:rPr>
          <w:rFonts w:ascii="宋体" w:eastAsia="宋体" w:hAnsi="宋体" w:cs="宋体"/>
          <w:color w:val="000000"/>
        </w:rPr>
        <w:t>，然后再对最大的数分三种情况进行讨论，分别列出关于</w:t>
      </w:r>
      <w:r>
        <w:rPr>
          <w:rFonts w:ascii="Times New Roman" w:eastAsia="Times New Roman" w:hAnsi="Times New Roman" w:cs="Times New Roman"/>
          <w:i/>
          <w:color w:val="000000"/>
        </w:rPr>
        <w:t>x</w:t>
      </w:r>
      <w:r>
        <w:rPr>
          <w:rFonts w:ascii="宋体" w:eastAsia="宋体" w:hAnsi="宋体" w:cs="宋体"/>
          <w:color w:val="000000"/>
        </w:rPr>
        <w:t>的方程求解即可．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12224" type="#_x0000_t75" alt="学科网(www.zxxk.com)--教育资源门户，提供试卷、教案、课件、论文、素材以及各类教学资源下载，还有大量而丰富的教学相关资讯！" style="width:9.75pt;height:8.25pt" o:oleicon="f" o:ole="">
            <v:imagedata r:id="rId2394" o:title="eqId16f3d198e76391779fa3badc848c8ac8"/>
          </v:shape>
        </w:pict>
      </w:r>
      <w:r>
        <w:pict>
          <v:shape id="_x0000_i712225" type="#_x0000_t75" alt="学科网(www.zxxk.com)--教育资源门户，提供试卷、教案、课件、论文、素材以及各类教学资源下载，还有大量而丰富的教学相关资讯！" style="width:208.8pt;height:31.2pt" o:oleicon="f" o:ole="">
            <v:imagedata r:id="rId2395" o:title="eqIdbd0b7faac7a6c8f5ff48dd3cee804cd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pict>
          <v:shape id="_x0000_i712226" type="#_x0000_t75" alt="学科网(www.zxxk.com)--教育资源门户，提供试卷、教案、课件、论文、素材以及各类教学资源下载，还有大量而丰富的教学相关资讯！" style="width:127.2pt;height:19.8pt" o:oleicon="f" o:ole="">
            <v:imagedata r:id="rId2396" o:title="eqId7e1eb4fd286167fbd0363c1077d46ee0"/>
          </v:shape>
        </w:pict>
      </w:r>
      <w:r>
        <w:rPr>
          <w:rFonts w:ascii="宋体" w:eastAsia="宋体" w:hAnsi="宋体" w:cs="宋体"/>
          <w:color w:val="000000"/>
        </w:rPr>
        <w:t>时，</w:t>
      </w:r>
    </w:p>
    <w:p>
      <w:pPr>
        <w:spacing w:line="360" w:lineRule="auto"/>
        <w:jc w:val="left"/>
        <w:textAlignment w:val="center"/>
        <w:rPr>
          <w:color w:val="000000"/>
        </w:rPr>
      </w:pPr>
      <w:r>
        <w:pict>
          <v:shape id="_x0000_i712227" type="#_x0000_t75" alt="学科网(www.zxxk.com)--教育资源门户，提供试卷、教案、课件、论文、素材以及各类教学资源下载，还有大量而丰富的教学相关资讯！" style="width:51.75pt;height:14.25pt" o:oleicon="f" o:ole="">
            <v:imagedata r:id="rId2397" o:title="eqIdda03a88f2db423e78e8adc4e3a22dca2"/>
          </v:shape>
        </w:pict>
      </w:r>
      <w:r>
        <w:rPr>
          <w:rFonts w:ascii="宋体" w:eastAsia="宋体" w:hAnsi="宋体" w:cs="宋体"/>
          <w:color w:val="000000"/>
        </w:rPr>
        <w:t>，</w:t>
      </w:r>
    </w:p>
    <w:p>
      <w:pPr>
        <w:spacing w:line="360" w:lineRule="auto"/>
        <w:jc w:val="left"/>
        <w:textAlignment w:val="center"/>
        <w:rPr>
          <w:color w:val="000000"/>
        </w:rPr>
      </w:pPr>
      <w:r>
        <w:pict>
          <v:shape id="_x0000_i712228" type="#_x0000_t75" alt="学科网(www.zxxk.com)--教育资源门户，提供试卷、教案、课件、论文、素材以及各类教学资源下载，还有大量而丰富的教学相关资讯！" style="width:35.05pt;height:13.9pt" o:oleicon="f" o:ole="">
            <v:imagedata r:id="rId2398" o:title="eqId452f1a5f8279877f0902cb15a8f24a9d"/>
          </v:shape>
        </w:pict>
      </w:r>
      <w:r>
        <w:rPr>
          <w:rFonts w:ascii="宋体" w:eastAsia="宋体" w:hAnsi="宋体" w:cs="宋体"/>
          <w:color w:val="000000"/>
        </w:rPr>
        <w:t>，</w:t>
      </w:r>
    </w:p>
    <w:p>
      <w:pPr>
        <w:spacing w:line="360" w:lineRule="auto"/>
        <w:jc w:val="left"/>
        <w:textAlignment w:val="center"/>
        <w:rPr>
          <w:color w:val="000000"/>
        </w:rPr>
      </w:pPr>
      <w:r>
        <w:pict>
          <v:shape id="_x0000_i712229" type="#_x0000_t75" alt="学科网(www.zxxk.com)--教育资源门户，提供试卷、教案、课件、论文、素材以及各类教学资源下载，还有大量而丰富的教学相关资讯！" style="width:76.8pt;height:16.2pt" o:oleicon="f" o:ole="">
            <v:imagedata r:id="rId2399" o:title="eqIdc0b84a58c11822af07acb123dd7a7abf"/>
          </v:shape>
        </w:pict>
      </w:r>
      <w:r>
        <w:rPr>
          <w:rFonts w:ascii="Times New Roman" w:eastAsia="Times New Roman" w:hAnsi="Times New Roman" w:cs="Times New Roman"/>
          <w:color w:val="000000"/>
        </w:rPr>
        <w:t>=4</w:t>
      </w:r>
      <w:r>
        <w:rPr>
          <w:rFonts w:ascii="宋体" w:eastAsia="宋体" w:hAnsi="宋体" w:cs="宋体"/>
          <w:color w:val="000000"/>
        </w:rPr>
        <w:t>与题设不符，</w:t>
      </w:r>
    </w:p>
    <w:p>
      <w:pPr>
        <w:spacing w:line="360" w:lineRule="auto"/>
        <w:jc w:val="left"/>
        <w:textAlignment w:val="center"/>
        <w:rPr>
          <w:color w:val="000000"/>
        </w:rPr>
      </w:pPr>
      <w:r>
        <w:rPr>
          <w:rFonts w:ascii="宋体" w:eastAsia="宋体" w:hAnsi="宋体" w:cs="宋体"/>
          <w:color w:val="000000"/>
        </w:rPr>
        <w:t>故</w:t>
      </w:r>
      <w:r>
        <w:pict>
          <v:shape id="_x0000_i712230" type="#_x0000_t75" alt="学科网(www.zxxk.com)--教育资源门户，提供试卷、教案、课件、论文、素材以及各类教学资源下载，还有大量而丰富的教学相关资讯！" style="width:26.1pt;height:14.15pt" o:oleicon="f" o:ole="">
            <v:imagedata r:id="rId2400" o:title="eqId9b384412acba251d87902ab928902f16"/>
          </v:shape>
        </w:pict>
      </w:r>
      <w:r>
        <w:rPr>
          <w:rFonts w:ascii="宋体" w:eastAsia="宋体" w:hAnsi="宋体" w:cs="宋体"/>
          <w:color w:val="000000"/>
        </w:rPr>
        <w:t>不成立；</w:t>
      </w:r>
    </w:p>
    <w:p>
      <w:pPr>
        <w:spacing w:line="360" w:lineRule="auto"/>
        <w:jc w:val="left"/>
        <w:textAlignment w:val="center"/>
        <w:rPr>
          <w:color w:val="000000"/>
        </w:rPr>
      </w:pPr>
      <w:r>
        <w:rPr>
          <w:rFonts w:ascii="宋体" w:eastAsia="宋体" w:hAnsi="宋体" w:cs="宋体"/>
          <w:color w:val="000000"/>
        </w:rPr>
        <w:t>②当</w:t>
      </w:r>
      <w:r>
        <w:pict>
          <v:shape id="_x0000_i712231" type="#_x0000_t75" alt="学科网(www.zxxk.com)--教育资源门户，提供试卷、教案、课件、论文、素材以及各类教学资源下载，还有大量而丰富的教学相关资讯！" style="width:150pt;height:19.8pt" o:oleicon="f" o:ole="">
            <v:imagedata r:id="rId2401" o:title="eqId3e06ea4f354d907577027c85096351b1"/>
          </v:shape>
        </w:pict>
      </w:r>
      <w:r>
        <w:rPr>
          <w:rFonts w:ascii="宋体" w:eastAsia="宋体" w:hAnsi="宋体" w:cs="宋体"/>
          <w:color w:val="000000"/>
        </w:rPr>
        <w:t>时，</w:t>
      </w:r>
    </w:p>
    <w:p>
      <w:pPr>
        <w:spacing w:line="360" w:lineRule="auto"/>
        <w:jc w:val="left"/>
        <w:textAlignment w:val="center"/>
        <w:rPr>
          <w:color w:val="000000"/>
        </w:rPr>
      </w:pPr>
      <w:r>
        <w:pict>
          <v:shape id="_x0000_i712232" type="#_x0000_t75" alt="学科网(www.zxxk.com)--教育资源门户，提供试卷、教案、课件、论文、素材以及各类教学资源下载，还有大量而丰富的教学相关资讯！" style="width:75pt;height:13.8pt" o:oleicon="f" o:ole="">
            <v:imagedata r:id="rId2402" o:title="eqId6737b83e57bc03f5173eba34c22435dd"/>
          </v:shape>
        </w:pict>
      </w:r>
      <w:r>
        <w:rPr>
          <w:rFonts w:ascii="宋体" w:eastAsia="宋体" w:hAnsi="宋体" w:cs="宋体"/>
          <w:color w:val="000000"/>
        </w:rPr>
        <w:t>，</w:t>
      </w:r>
    </w:p>
    <w:p>
      <w:pPr>
        <w:spacing w:line="360" w:lineRule="auto"/>
        <w:jc w:val="left"/>
        <w:textAlignment w:val="center"/>
        <w:rPr>
          <w:color w:val="000000"/>
        </w:rPr>
      </w:pPr>
      <w:r>
        <w:pict>
          <v:shape id="_x0000_i712233" type="#_x0000_t75" alt="学科网(www.zxxk.com)--教育资源门户，提供试卷、教案、课件、论文、素材以及各类教学资源下载，还有大量而丰富的教学相关资讯！" style="width:36.75pt;height:14.25pt" o:oleicon="f" o:ole="">
            <v:imagedata r:id="rId2403" o:title="eqId5a5343a621cab76a03e05c68461a2591"/>
          </v:shape>
        </w:pict>
      </w:r>
      <w:r>
        <w:rPr>
          <w:rFonts w:ascii="宋体" w:eastAsia="宋体" w:hAnsi="宋体" w:cs="宋体"/>
          <w:color w:val="000000"/>
        </w:rPr>
        <w:t>，</w:t>
      </w:r>
    </w:p>
    <w:p>
      <w:pPr>
        <w:spacing w:line="360" w:lineRule="auto"/>
        <w:jc w:val="left"/>
        <w:textAlignment w:val="center"/>
        <w:rPr>
          <w:color w:val="000000"/>
        </w:rPr>
      </w:pPr>
      <w:r>
        <w:pict>
          <v:shape id="_x0000_i712234" type="#_x0000_t75" alt="学科网(www.zxxk.com)--教育资源门户，提供试卷、教案、课件、论文、素材以及各类教学资源下载，还有大量而丰富的教学相关资讯！" style="width:79.8pt;height:16.2pt" o:oleicon="f" o:ole="">
            <v:imagedata r:id="rId2404" o:title="eqIda6840beabc89cb741edf24e737d395c9"/>
          </v:shape>
        </w:pict>
      </w:r>
      <w:r>
        <w:rPr>
          <w:rFonts w:ascii="Times New Roman" w:eastAsia="Times New Roman" w:hAnsi="Times New Roman" w:cs="Times New Roman"/>
          <w:color w:val="000000"/>
        </w:rPr>
        <w:t>=8</w: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故</w:t>
      </w:r>
      <w:r>
        <w:pict>
          <v:shape id="_x0000_i712235" type="#_x0000_t75" alt="学科网(www.zxxk.com)--教育资源门户，提供试卷、教案、课件、论文、素材以及各类教学资源下载，还有大量而丰富的教学相关资讯！" style="width:28.2pt;height:13.2pt" o:oleicon="f" o:ole="">
            <v:imagedata r:id="rId2405" o:title="eqIdc2c9d44deafbbbb631c4c0db884c8874"/>
          </v:shape>
        </w:pict>
      </w:r>
      <w:r>
        <w:rPr>
          <w:rFonts w:ascii="宋体" w:eastAsia="宋体" w:hAnsi="宋体" w:cs="宋体"/>
          <w:color w:val="000000"/>
        </w:rPr>
        <w:t>成立；</w:t>
      </w:r>
    </w:p>
    <w:p>
      <w:pPr>
        <w:spacing w:line="360" w:lineRule="auto"/>
        <w:jc w:val="left"/>
        <w:textAlignment w:val="center"/>
        <w:rPr>
          <w:color w:val="000000"/>
        </w:rPr>
      </w:pPr>
      <w:r>
        <w:rPr>
          <w:rFonts w:ascii="宋体" w:eastAsia="宋体" w:hAnsi="宋体" w:cs="宋体"/>
          <w:color w:val="000000"/>
        </w:rPr>
        <w:t>③当</w:t>
      </w:r>
      <w:r>
        <w:pict>
          <v:shape id="_x0000_i712236" type="#_x0000_t75" alt="学科网(www.zxxk.com)--教育资源门户，提供试卷、教案、课件、论文、素材以及各类教学资源下载，还有大量而丰富的教学相关资讯！" style="width:150pt;height:19.8pt" o:oleicon="f" o:ole="">
            <v:imagedata r:id="rId2406" o:title="eqIdbf9eb8918b35cceecc2a276fc082f755"/>
          </v:shape>
        </w:pict>
      </w:r>
      <w:r>
        <w:rPr>
          <w:rFonts w:ascii="宋体" w:eastAsia="宋体" w:hAnsi="宋体" w:cs="宋体"/>
          <w:color w:val="000000"/>
        </w:rPr>
        <w:t>时，</w:t>
      </w:r>
    </w:p>
    <w:p>
      <w:pPr>
        <w:spacing w:line="360" w:lineRule="auto"/>
        <w:jc w:val="left"/>
        <w:textAlignment w:val="center"/>
        <w:rPr>
          <w:color w:val="000000"/>
        </w:rPr>
      </w:pPr>
      <w:r>
        <w:pict>
          <v:shape id="_x0000_i712237" type="#_x0000_t75" alt="学科网(www.zxxk.com)--教育资源门户，提供试卷、教案、课件、论文、素材以及各类教学资源下载，还有大量而丰富的教学相关资讯！" style="width:75pt;height:13.8pt" o:oleicon="f" o:ole="">
            <v:imagedata r:id="rId2407" o:title="eqId0f9131fd37e4353fa27c4503bd0d265c"/>
          </v:shape>
        </w:pict>
      </w:r>
      <w:r>
        <w:rPr>
          <w:rFonts w:ascii="宋体" w:eastAsia="宋体" w:hAnsi="宋体" w:cs="宋体"/>
          <w:color w:val="000000"/>
        </w:rPr>
        <w:t>，</w:t>
      </w:r>
    </w:p>
    <w:p>
      <w:pPr>
        <w:spacing w:line="360" w:lineRule="auto"/>
        <w:jc w:val="left"/>
        <w:textAlignment w:val="center"/>
        <w:rPr>
          <w:color w:val="000000"/>
        </w:rPr>
      </w:pPr>
      <w:r>
        <w:pict>
          <v:shape id="_x0000_i712238" type="#_x0000_t75" alt="学科网(www.zxxk.com)--教育资源门户，提供试卷、教案、课件、论文、素材以及各类教学资源下载，还有大量而丰富的教学相关资讯！" style="width:37.05pt;height:13.95pt" o:oleicon="f" o:ole="">
            <v:imagedata r:id="rId2408" o:title="eqId042ce35bf466b92be6b96ecd3a6dff1f"/>
          </v:shape>
        </w:pict>
      </w:r>
      <w:r>
        <w:rPr>
          <w:rFonts w:ascii="宋体" w:eastAsia="宋体" w:hAnsi="宋体" w:cs="宋体"/>
          <w:color w:val="000000"/>
        </w:rPr>
        <w:t>，</w:t>
      </w:r>
    </w:p>
    <w:p>
      <w:pPr>
        <w:spacing w:line="360" w:lineRule="auto"/>
        <w:jc w:val="left"/>
        <w:textAlignment w:val="center"/>
        <w:rPr>
          <w:color w:val="000000"/>
        </w:rPr>
      </w:pPr>
      <w:r>
        <w:pict>
          <v:shape id="_x0000_i712239" type="#_x0000_t75" alt="学科网(www.zxxk.com)--教育资源门户，提供试卷、教案、课件、论文、素材以及各类教学资源下载，还有大量而丰富的教学相关资讯！" style="width:76.2pt;height:16.2pt" o:oleicon="f" o:ole="">
            <v:imagedata r:id="rId2409" o:title="eqId69c2e52773c6f5e1c1dd1e5c791ec90e"/>
          </v:shape>
        </w:pict>
      </w:r>
      <w:r>
        <w:rPr>
          <w:rFonts w:ascii="Times New Roman" w:eastAsia="Times New Roman" w:hAnsi="Times New Roman" w:cs="Times New Roman"/>
          <w:color w:val="000000"/>
        </w:rPr>
        <w:t>=3</w: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故</w:t>
      </w:r>
      <w:r>
        <w:pict>
          <v:shape id="_x0000_i712240" type="#_x0000_t75" alt="学科网(www.zxxk.com)--教育资源门户，提供试卷、教案、课件、论文、素材以及各类教学资源下载，还有大量而丰富的教学相关资讯！" style="width:24.75pt;height:12.75pt" o:oleicon="f" o:ole="">
            <v:imagedata r:id="rId2410" o:title="eqId707ea658f3a9359f5740d5aab48f7948"/>
          </v:shape>
        </w:pict>
      </w:r>
      <w:r>
        <w:rPr>
          <w:rFonts w:ascii="宋体" w:eastAsia="宋体" w:hAnsi="宋体" w:cs="宋体"/>
          <w:color w:val="000000"/>
        </w:rPr>
        <w:t>成立；</w:t>
      </w:r>
    </w:p>
    <w:p>
      <w:pPr>
        <w:spacing w:line="360" w:lineRule="auto"/>
        <w:jc w:val="left"/>
        <w:textAlignment w:val="center"/>
        <w:rPr>
          <w:color w:val="000000"/>
        </w:rPr>
      </w:pPr>
      <w:r>
        <w:rPr>
          <w:rFonts w:ascii="宋体" w:eastAsia="宋体" w:hAnsi="宋体" w:cs="宋体"/>
          <w:color w:val="000000"/>
        </w:rPr>
        <w:t>综上所述</w:t>
      </w:r>
      <w:r>
        <w:rPr>
          <w:rFonts w:ascii="宋体" w:eastAsia="宋体" w:hAnsi="宋体" w:cs="宋体"/>
          <w:i/>
          <w:color w:val="000000"/>
        </w:rPr>
        <w:t>，</w:t>
      </w:r>
      <w:r>
        <w:rPr>
          <w:rFonts w:ascii="Times New Roman" w:eastAsia="Times New Roman" w:hAnsi="Times New Roman" w:cs="Times New Roman"/>
          <w:i/>
          <w:color w:val="000000"/>
        </w:rPr>
        <w:t>x</w:t>
      </w:r>
      <w:r>
        <w:rPr>
          <w:rFonts w:ascii="宋体" w:eastAsia="宋体" w:hAnsi="宋体" w:cs="宋体"/>
          <w:color w:val="000000"/>
        </w:rPr>
        <w:t>的值为</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此题考查新定义题型与一元一次方程的应用，正确理解新定义列出方程与分类讨论的思想方法是解此题的关键．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现有若干有理数排成一个圆圈，规定一次操作为：将任意相邻的两个数都减去同一个有理数，其余各数不变．图</w:t>
      </w:r>
      <w:r>
        <w:rPr>
          <w:rFonts w:ascii="Times New Roman" w:eastAsia="Times New Roman" w:hAnsi="Times New Roman" w:cs="Times New Roman"/>
          <w:color w:val="000000"/>
        </w:rPr>
        <w:t>1</w:t>
      </w:r>
      <w:r>
        <w:rPr>
          <w:rFonts w:ascii="宋体" w:eastAsia="宋体" w:hAnsi="宋体" w:cs="宋体"/>
          <w:color w:val="000000"/>
        </w:rPr>
        <w:t>是小云两次操作的示意图，将圆圈上的三个数变为了相同的数：</w:t>
      </w:r>
    </w:p>
    <w:p>
      <w:pPr>
        <w:spacing w:line="360" w:lineRule="auto"/>
        <w:jc w:val="left"/>
        <w:textAlignment w:val="center"/>
        <w:rPr>
          <w:color w:val="000000"/>
        </w:rPr>
      </w:pPr>
      <w:r>
        <w:rPr>
          <w:color w:val="000000"/>
        </w:rPr>
        <w:drawing>
          <wp:inline>
            <wp:extent cx="5238750" cy="1455935"/>
            <wp:docPr id="33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 name=""/>
                    <pic:cNvPicPr>
                      <a:picLocks noChangeAspect="1"/>
                    </pic:cNvPicPr>
                  </pic:nvPicPr>
                  <pic:blipFill>
                    <a:blip r:embed="rId2411"/>
                    <a:stretch>
                      <a:fillRect/>
                    </a:stretch>
                  </pic:blipFill>
                  <pic:spPr>
                    <a:xfrm>
                      <a:off x="0" y="0"/>
                      <a:ext cx="5238750" cy="145593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请画出相应的操作示意图，将图</w:t>
      </w:r>
      <w:r>
        <w:rPr>
          <w:rFonts w:ascii="Times New Roman" w:eastAsia="Times New Roman" w:hAnsi="Times New Roman" w:cs="Times New Roman"/>
          <w:color w:val="000000"/>
        </w:rPr>
        <w:t>2</w:t>
      </w:r>
      <w:r>
        <w:rPr>
          <w:rFonts w:ascii="宋体" w:eastAsia="宋体" w:hAnsi="宋体" w:cs="宋体"/>
          <w:color w:val="000000"/>
        </w:rPr>
        <w:t>圆圈上的有理数都变为相同的数；（箭头上不需标注具体操作）</w:t>
      </w:r>
    </w:p>
    <w:p>
      <w:pPr>
        <w:spacing w:line="360" w:lineRule="auto"/>
        <w:jc w:val="left"/>
        <w:textAlignment w:val="center"/>
        <w:rPr>
          <w:color w:val="000000"/>
        </w:rPr>
      </w:pPr>
      <w:r>
        <w:rPr>
          <w:color w:val="000000"/>
        </w:rPr>
        <w:drawing>
          <wp:inline>
            <wp:extent cx="1981200" cy="1466850"/>
            <wp:docPr id="33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 name=""/>
                    <pic:cNvPicPr>
                      <a:picLocks noChangeAspect="1"/>
                    </pic:cNvPicPr>
                  </pic:nvPicPr>
                  <pic:blipFill>
                    <a:blip r:embed="rId2412"/>
                    <a:stretch>
                      <a:fillRect/>
                    </a:stretch>
                  </pic:blipFill>
                  <pic:spPr>
                    <a:xfrm>
                      <a:off x="0" y="0"/>
                      <a:ext cx="1981200" cy="146685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，若要将圆圈上的四个数都变为相同的数，最少需要通过几次操作？给出你的判断，并说明理由；</w:t>
      </w:r>
    </w:p>
    <w:p>
      <w:pPr>
        <w:spacing w:line="360" w:lineRule="auto"/>
        <w:jc w:val="left"/>
        <w:textAlignment w:val="center"/>
        <w:rPr>
          <w:color w:val="000000"/>
        </w:rPr>
      </w:pPr>
      <w:r>
        <w:rPr>
          <w:color w:val="000000"/>
        </w:rPr>
        <w:drawing>
          <wp:inline>
            <wp:extent cx="1228725" cy="1514475"/>
            <wp:docPr id="33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 name=""/>
                    <pic:cNvPicPr>
                      <a:picLocks noChangeAspect="1"/>
                    </pic:cNvPicPr>
                  </pic:nvPicPr>
                  <pic:blipFill>
                    <a:blip r:embed="rId2413"/>
                    <a:stretch>
                      <a:fillRect/>
                    </a:stretch>
                  </pic:blipFill>
                  <pic:spPr>
                    <a:xfrm>
                      <a:off x="0" y="0"/>
                      <a:ext cx="1228725" cy="1514475"/>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能否将</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这</w:t>
      </w:r>
      <w:r>
        <w:rPr>
          <w:rFonts w:ascii="Times New Roman" w:eastAsia="Times New Roman" w:hAnsi="Times New Roman" w:cs="Times New Roman"/>
          <w:color w:val="000000"/>
        </w:rPr>
        <w:t>4</w:t>
      </w:r>
      <w:r>
        <w:rPr>
          <w:rFonts w:ascii="宋体" w:eastAsia="宋体" w:hAnsi="宋体" w:cs="宋体"/>
          <w:color w:val="000000"/>
        </w:rPr>
        <w:t>个有理数以某种方式排列在圆圈上，使得通过若干次操作将这</w:t>
      </w:r>
      <w:r>
        <w:rPr>
          <w:rFonts w:ascii="Times New Roman" w:eastAsia="Times New Roman" w:hAnsi="Times New Roman" w:cs="Times New Roman"/>
          <w:color w:val="000000"/>
        </w:rPr>
        <w:t>4</w:t>
      </w:r>
      <w:r>
        <w:rPr>
          <w:rFonts w:ascii="宋体" w:eastAsia="宋体" w:hAnsi="宋体" w:cs="宋体"/>
          <w:color w:val="000000"/>
        </w:rPr>
        <w:t>个有理数变为相同的数？如果可以，请画出最初的排列方式与具体的操作步骤；如果不能，请说明理由．</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答案见详解；</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2</w:t>
      </w:r>
      <w:r>
        <w:rPr>
          <w:rFonts w:ascii="宋体" w:eastAsia="宋体" w:hAnsi="宋体" w:cs="宋体"/>
          <w:color w:val="000000"/>
        </w:rPr>
        <w:t>；理由见详解；</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不能；理由见详解．</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）按照题中规定操作，即可求解，但答案不唯一；</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）如果只进行一次，只能改变相邻</w:t>
      </w:r>
      <w:r>
        <w:rPr>
          <w:rFonts w:ascii="Times New Roman" w:eastAsia="Times New Roman" w:hAnsi="Times New Roman" w:cs="Times New Roman"/>
          <w:color w:val="000000"/>
        </w:rPr>
        <w:t>2</w:t>
      </w:r>
      <w:r>
        <w:rPr>
          <w:rFonts w:ascii="宋体" w:eastAsia="宋体" w:hAnsi="宋体" w:cs="宋体"/>
          <w:color w:val="000000"/>
        </w:rPr>
        <w:t>个数，剩下</w:t>
      </w:r>
      <w:r>
        <w:rPr>
          <w:rFonts w:ascii="Times New Roman" w:eastAsia="Times New Roman" w:hAnsi="Times New Roman" w:cs="Times New Roman"/>
          <w:color w:val="000000"/>
        </w:rPr>
        <w:t>2</w:t>
      </w:r>
      <w:r>
        <w:rPr>
          <w:rFonts w:ascii="宋体" w:eastAsia="宋体" w:hAnsi="宋体" w:cs="宋体"/>
          <w:color w:val="000000"/>
        </w:rPr>
        <w:t>个数不相等，故至少</w:t>
      </w:r>
      <w:r>
        <w:rPr>
          <w:rFonts w:ascii="Times New Roman" w:eastAsia="Times New Roman" w:hAnsi="Times New Roman" w:cs="Times New Roman"/>
          <w:color w:val="000000"/>
        </w:rPr>
        <w:t>2</w:t>
      </w:r>
      <w:r>
        <w:rPr>
          <w:rFonts w:ascii="宋体" w:eastAsia="宋体" w:hAnsi="宋体" w:cs="宋体"/>
          <w:color w:val="000000"/>
        </w:rPr>
        <w:t>次操作；</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）按照每次操作后，四个数的和是奇数（或偶数）的不变性，可以得出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不管以何种方式排列，通过若干次操作后都不能变成相等的</w:t>
      </w:r>
      <w:r>
        <w:rPr>
          <w:rFonts w:ascii="Times New Roman" w:eastAsia="Times New Roman" w:hAnsi="Times New Roman" w:cs="Times New Roman"/>
          <w:color w:val="000000"/>
        </w:rPr>
        <w:t>4</w:t>
      </w:r>
      <w:r>
        <w:rPr>
          <w:rFonts w:ascii="宋体" w:eastAsia="宋体" w:hAnsi="宋体" w:cs="宋体"/>
          <w:color w:val="000000"/>
        </w:rPr>
        <w:t>个数．</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2</w:t>
      </w:r>
      <w:r>
        <w:rPr>
          <w:rFonts w:ascii="宋体" w:eastAsia="宋体" w:hAnsi="宋体" w:cs="宋体"/>
          <w:color w:val="000000"/>
        </w:rPr>
        <w:t>所示，答案不唯一；</w:t>
      </w:r>
    </w:p>
    <w:p>
      <w:pPr>
        <w:spacing w:line="360" w:lineRule="auto"/>
        <w:jc w:val="left"/>
        <w:textAlignment w:val="center"/>
        <w:rPr>
          <w:color w:val="000000"/>
        </w:rPr>
      </w:pPr>
      <w:r>
        <w:rPr>
          <w:color w:val="000000"/>
        </w:rPr>
        <w:drawing>
          <wp:inline>
            <wp:extent cx="5238750" cy="1379995"/>
            <wp:docPr id="33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 name=""/>
                    <pic:cNvPicPr>
                      <a:picLocks noChangeAspect="1"/>
                    </pic:cNvPicPr>
                  </pic:nvPicPr>
                  <pic:blipFill>
                    <a:blip r:embed="rId2414"/>
                    <a:stretch>
                      <a:fillRect/>
                    </a:stretch>
                  </pic:blipFill>
                  <pic:spPr>
                    <a:xfrm>
                      <a:off x="0" y="0"/>
                      <a:ext cx="5238750" cy="137999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解：最少需要操作两次，理由如下：</w:t>
      </w:r>
    </w:p>
    <w:p>
      <w:pPr>
        <w:spacing w:line="360" w:lineRule="auto"/>
        <w:jc w:val="left"/>
        <w:textAlignment w:val="center"/>
        <w:rPr>
          <w:color w:val="000000"/>
        </w:rPr>
      </w:pPr>
      <w:r>
        <w:rPr>
          <w:rFonts w:ascii="宋体" w:eastAsia="宋体" w:hAnsi="宋体" w:cs="宋体"/>
          <w:color w:val="000000"/>
        </w:rPr>
        <w:t>如果只进行一次操作，只能改变相邻</w:t>
      </w:r>
      <w:r>
        <w:rPr>
          <w:rFonts w:ascii="Times New Roman" w:eastAsia="Times New Roman" w:hAnsi="Times New Roman" w:cs="Times New Roman"/>
          <w:color w:val="000000"/>
        </w:rPr>
        <w:t>2</w:t>
      </w:r>
      <w:r>
        <w:rPr>
          <w:rFonts w:ascii="宋体" w:eastAsia="宋体" w:hAnsi="宋体" w:cs="宋体"/>
          <w:color w:val="000000"/>
        </w:rPr>
        <w:t>个数，剩下</w:t>
      </w:r>
      <w:r>
        <w:rPr>
          <w:rFonts w:ascii="Times New Roman" w:eastAsia="Times New Roman" w:hAnsi="Times New Roman" w:cs="Times New Roman"/>
          <w:color w:val="000000"/>
        </w:rPr>
        <w:t>2</w:t>
      </w:r>
      <w:r>
        <w:rPr>
          <w:rFonts w:ascii="宋体" w:eastAsia="宋体" w:hAnsi="宋体" w:cs="宋体"/>
          <w:color w:val="000000"/>
        </w:rPr>
        <w:t>个数不相等，因此至少</w:t>
      </w:r>
      <w:r>
        <w:rPr>
          <w:rFonts w:ascii="Times New Roman" w:eastAsia="Times New Roman" w:hAnsi="Times New Roman" w:cs="Times New Roman"/>
          <w:color w:val="000000"/>
        </w:rPr>
        <w:t>2</w:t>
      </w:r>
      <w:r>
        <w:rPr>
          <w:rFonts w:ascii="宋体" w:eastAsia="宋体" w:hAnsi="宋体" w:cs="宋体"/>
          <w:color w:val="000000"/>
        </w:rPr>
        <w:t>次，具体操作如图</w:t>
      </w:r>
      <w:r>
        <w:rPr>
          <w:rFonts w:ascii="Times New Roman" w:eastAsia="Times New Roman" w:hAnsi="Times New Roman" w:cs="Times New Roman"/>
          <w:color w:val="000000"/>
        </w:rPr>
        <w:t>3</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5238750" cy="1458873"/>
            <wp:docPr id="33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 name=""/>
                    <pic:cNvPicPr>
                      <a:picLocks noChangeAspect="1"/>
                    </pic:cNvPicPr>
                  </pic:nvPicPr>
                  <pic:blipFill>
                    <a:blip r:embed="rId2415"/>
                    <a:stretch>
                      <a:fillRect/>
                    </a:stretch>
                  </pic:blipFill>
                  <pic:spPr>
                    <a:xfrm>
                      <a:off x="0" y="0"/>
                      <a:ext cx="5238750" cy="1458873"/>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解：不能将</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这</w:t>
      </w:r>
      <w:r>
        <w:rPr>
          <w:rFonts w:ascii="Times New Roman" w:eastAsia="Times New Roman" w:hAnsi="Times New Roman" w:cs="Times New Roman"/>
          <w:color w:val="000000"/>
        </w:rPr>
        <w:t>4</w:t>
      </w:r>
      <w:r>
        <w:rPr>
          <w:rFonts w:ascii="宋体" w:eastAsia="宋体" w:hAnsi="宋体" w:cs="宋体"/>
          <w:color w:val="000000"/>
        </w:rPr>
        <w:t>个有理数以某种方式排列在圆圈上，使得通过若干次操作将这</w:t>
      </w:r>
      <w:r>
        <w:rPr>
          <w:rFonts w:ascii="Times New Roman" w:eastAsia="Times New Roman" w:hAnsi="Times New Roman" w:cs="Times New Roman"/>
          <w:color w:val="000000"/>
        </w:rPr>
        <w:t>4</w:t>
      </w:r>
      <w:r>
        <w:rPr>
          <w:rFonts w:ascii="宋体" w:eastAsia="宋体" w:hAnsi="宋体" w:cs="宋体"/>
          <w:color w:val="000000"/>
        </w:rPr>
        <w:t>个有理数变为相同的数；理由如下：</w:t>
      </w:r>
    </w:p>
    <w:p>
      <w:pPr>
        <w:spacing w:line="360" w:lineRule="auto"/>
        <w:jc w:val="left"/>
        <w:textAlignment w:val="center"/>
        <w:rPr>
          <w:color w:val="000000"/>
        </w:rPr>
      </w:pPr>
      <w:r>
        <w:pict>
          <v:shape id="_x0000_i712241" type="#_x0000_t75" alt="学科网(www.zxxk.com)--教育资源门户，提供试卷、教案、课件、论文、素材以及各类教学资源下载，还有大量而丰富的教学相关资讯！" style="width:9.75pt;height:8.25pt" o:oleicon="f" o:ole="">
            <v:imagedata r:id="rId2416" o:title="eqId16f3d198e76391779fa3badc848c8ac8"/>
          </v:shape>
        </w:pict>
      </w:r>
      <w:r>
        <w:pict>
          <v:shape id="_x0000_i712242" type="#_x0000_t75" alt="学科网(www.zxxk.com)--教育资源门户，提供试卷、教案、课件、论文、素材以及各类教学资源下载，还有大量而丰富的教学相关资讯！" style="width:81pt;height:13.8pt" o:oleicon="f" o:ole="">
            <v:imagedata r:id="rId2417" o:title="eqId02c2063debe1fee4d59cbd9c4291437d"/>
          </v:shape>
        </w:pict>
      </w:r>
      <w:r>
        <w:rPr>
          <w:rFonts w:ascii="宋体" w:eastAsia="宋体" w:hAnsi="宋体" w:cs="宋体"/>
          <w:color w:val="000000"/>
        </w:rPr>
        <w:t>，和是一个奇数，</w:t>
      </w:r>
    </w:p>
    <w:p>
      <w:pPr>
        <w:spacing w:line="360" w:lineRule="auto"/>
        <w:jc w:val="left"/>
        <w:textAlignment w:val="center"/>
        <w:rPr>
          <w:color w:val="000000"/>
        </w:rPr>
      </w:pPr>
      <w:r>
        <w:rPr>
          <w:rFonts w:ascii="宋体" w:eastAsia="宋体" w:hAnsi="宋体" w:cs="宋体"/>
          <w:color w:val="000000"/>
        </w:rPr>
        <w:t>又</w:t>
      </w:r>
      <w:r>
        <w:pict>
          <v:shape id="_x0000_i712243" type="#_x0000_t75" alt="学科网(www.zxxk.com)--教育资源门户，提供试卷、教案、课件、论文、素材以及各类教学资源下载，还有大量而丰富的教学相关资讯！" style="width:9.75pt;height:8.25pt" o:oleicon="f" o:ole="">
            <v:imagedata r:id="rId2418" o:title="eqId16f3d198e76391779fa3badc848c8ac8"/>
          </v:shape>
        </w:pict>
      </w:r>
      <w:r>
        <w:rPr>
          <w:rFonts w:ascii="宋体" w:eastAsia="宋体" w:hAnsi="宋体" w:cs="宋体"/>
          <w:color w:val="000000"/>
        </w:rPr>
        <w:t>操作一次，是将相邻两个数都减去同一个数，其余数不变，即其和减去了一个偶数，</w:t>
      </w:r>
    </w:p>
    <w:p>
      <w:pPr>
        <w:spacing w:line="360" w:lineRule="auto"/>
        <w:jc w:val="left"/>
        <w:textAlignment w:val="center"/>
        <w:rPr>
          <w:color w:val="000000"/>
        </w:rPr>
      </w:pPr>
      <w:r>
        <w:pict>
          <v:shape id="_x0000_i712244" type="#_x0000_t75" alt="学科网(www.zxxk.com)--教育资源门户，提供试卷、教案、课件、论文、素材以及各类教学资源下载，还有大量而丰富的教学相关资讯！" style="width:9.75pt;height:9pt" o:oleicon="f" o:ole="">
            <v:imagedata r:id="rId2419" o:title="eqId2de0d10ef8b748d4531250c37c5d3f9e"/>
          </v:shape>
        </w:pict>
      </w:r>
      <w:r>
        <w:rPr>
          <w:rFonts w:ascii="宋体" w:eastAsia="宋体" w:hAnsi="宋体" w:cs="宋体"/>
          <w:color w:val="000000"/>
        </w:rPr>
        <w:t>操作若干次后，它们的和减去了若干次偶数，所得的差仍然是奇数，</w:t>
      </w:r>
    </w:p>
    <w:p>
      <w:pPr>
        <w:spacing w:line="360" w:lineRule="auto"/>
        <w:jc w:val="left"/>
        <w:textAlignment w:val="center"/>
        <w:rPr>
          <w:color w:val="000000"/>
        </w:rPr>
      </w:pPr>
      <w:r>
        <w:pict>
          <v:shape id="_x0000_i712245" type="#_x0000_t75" alt="学科网(www.zxxk.com)--教育资源门户，提供试卷、教案、课件、论文、素材以及各类教学资源下载，还有大量而丰富的教学相关资讯！" style="width:9.75pt;height:9pt" o:oleicon="f" o:ole="">
            <v:imagedata r:id="rId2420" o:title="eqId2de0d10ef8b748d4531250c37c5d3f9e"/>
          </v:shape>
        </w:pict>
      </w:r>
      <w:r>
        <w:rPr>
          <w:rFonts w:ascii="宋体" w:eastAsia="宋体" w:hAnsi="宋体" w:cs="宋体"/>
          <w:color w:val="000000"/>
        </w:rPr>
        <w:t>操作若干次后，若这四个数相同，则它们的和是</w:t>
      </w:r>
      <w:r>
        <w:rPr>
          <w:rFonts w:ascii="Times New Roman" w:eastAsia="Times New Roman" w:hAnsi="Times New Roman" w:cs="Times New Roman"/>
          <w:color w:val="000000"/>
        </w:rPr>
        <w:t>4</w:t>
      </w:r>
      <w:r>
        <w:rPr>
          <w:rFonts w:ascii="宋体" w:eastAsia="宋体" w:hAnsi="宋体" w:cs="宋体"/>
          <w:color w:val="000000"/>
        </w:rPr>
        <w:t>的倍数，是偶数，</w:t>
      </w:r>
    </w:p>
    <w:p>
      <w:pPr>
        <w:spacing w:line="360" w:lineRule="auto"/>
        <w:jc w:val="left"/>
        <w:textAlignment w:val="center"/>
        <w:rPr>
          <w:color w:val="000000"/>
        </w:rPr>
      </w:pPr>
      <w:r>
        <w:pict>
          <v:shape id="_x0000_i712246" type="#_x0000_t75" alt="学科网(www.zxxk.com)--教育资源门户，提供试卷、教案、课件、论文、素材以及各类教学资源下载，还有大量而丰富的教学相关资讯！" style="width:9.75pt;height:9pt" o:oleicon="f" o:ole="">
            <v:imagedata r:id="rId2421" o:title="eqId2de0d10ef8b748d4531250c37c5d3f9e"/>
          </v:shape>
        </w:pict>
      </w:r>
      <w:r>
        <w:rPr>
          <w:rFonts w:ascii="宋体" w:eastAsia="宋体" w:hAnsi="宋体" w:cs="宋体"/>
          <w:color w:val="000000"/>
        </w:rPr>
        <w:t>不能将</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这</w:t>
      </w:r>
      <w:r>
        <w:rPr>
          <w:rFonts w:ascii="Times New Roman" w:eastAsia="Times New Roman" w:hAnsi="Times New Roman" w:cs="Times New Roman"/>
          <w:color w:val="000000"/>
        </w:rPr>
        <w:t>4</w:t>
      </w:r>
      <w:r>
        <w:rPr>
          <w:rFonts w:ascii="宋体" w:eastAsia="宋体" w:hAnsi="宋体" w:cs="宋体"/>
          <w:color w:val="000000"/>
        </w:rPr>
        <w:t>个有理数以某种方式排列在圆圈上，使得通过若干次操作将这</w:t>
      </w:r>
      <w:r>
        <w:rPr>
          <w:rFonts w:ascii="Times New Roman" w:eastAsia="Times New Roman" w:hAnsi="Times New Roman" w:cs="Times New Roman"/>
          <w:color w:val="000000"/>
        </w:rPr>
        <w:t>4</w:t>
      </w:r>
      <w:r>
        <w:rPr>
          <w:rFonts w:ascii="宋体" w:eastAsia="宋体" w:hAnsi="宋体" w:cs="宋体"/>
          <w:color w:val="000000"/>
        </w:rPr>
        <w:t>个有理数变为相同的数．</w:t>
      </w:r>
    </w:p>
    <w:p>
      <w:pPr>
        <w:spacing w:line="360" w:lineRule="auto"/>
        <w:jc w:val="left"/>
        <w:textAlignment w:val="center"/>
        <w:rPr>
          <w:color w:val="000000"/>
        </w:rPr>
      </w:pPr>
      <w:r>
        <w:rPr>
          <w:color w:val="000000"/>
        </w:rPr>
        <w:t>【点睛】</w:t>
      </w:r>
      <w:r>
        <w:rPr>
          <w:rFonts w:ascii="宋体" w:eastAsia="宋体" w:hAnsi="宋体" w:cs="宋体"/>
          <w:color w:val="000000"/>
        </w:rPr>
        <w:t>此题考查了数字的变化规律，正确理解题中的操作规定，探索出数字之间的变化规律是解题的关键．</w:t>
      </w:r>
    </w:p>
    <w:p>
      <w:pPr>
        <w:pStyle w:val="Heading2"/>
      </w:pPr>
      <w:r>
        <w:t>通州区</w:t>
      </w:r>
    </w:p>
    <w:p>
      <w:pPr>
        <w:spacing w:line="360" w:lineRule="auto"/>
        <w:jc w:val="left"/>
        <w:textAlignment w:val="center"/>
        <w:rPr>
          <w:color w:val="000000"/>
        </w:rPr>
      </w:pPr>
      <w:r>
        <w:rPr>
          <w:color w:val="000000"/>
        </w:rPr>
        <w:t xml:space="preserve">24. </w:t>
      </w:r>
      <w:r>
        <w:rPr>
          <w:rFonts w:ascii="宋体" w:eastAsia="宋体" w:hAnsi="宋体" w:cs="宋体"/>
          <w:color w:val="000000"/>
        </w:rPr>
        <w:t>对于数轴上的两点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两点到原点</w:t>
      </w:r>
      <w:r>
        <w:rPr>
          <w:rFonts w:ascii="Times New Roman" w:eastAsia="Times New Roman" w:hAnsi="Times New Roman" w:cs="Times New Roman"/>
          <w:i/>
          <w:color w:val="000000"/>
        </w:rPr>
        <w:t>O</w:t>
      </w:r>
      <w:r>
        <w:rPr>
          <w:rFonts w:ascii="宋体" w:eastAsia="宋体" w:hAnsi="宋体" w:cs="宋体"/>
          <w:color w:val="000000"/>
        </w:rPr>
        <w:t>的距离之差的绝对值称为</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两点的绝对距离，记为</w:t>
      </w:r>
      <w:r>
        <w:pict>
          <v:shape id="_x0000_i712247" type="#_x0000_t75" alt="学科网(www.zxxk.com)--教育资源门户，提供试卷、教案、课件、论文、素材以及各类教学资源下载，还有大量而丰富的教学相关资讯！" style="width:100.7pt;height:16.45pt" o:oleicon="f" o:ole="">
            <v:imagedata r:id="rId2422" o:title="eqIdd3753a31d966ae30c00997604b905fcf"/>
          </v:shape>
        </w:pict>
      </w:r>
      <w:r>
        <w:rPr>
          <w:rFonts w:ascii="宋体" w:eastAsia="宋体" w:hAnsi="宋体" w:cs="宋体"/>
          <w:color w:val="000000"/>
        </w:rPr>
        <w:t>．例如：</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两点表示的数如图</w:t>
      </w:r>
      <w:r>
        <w:rPr>
          <w:rFonts w:ascii="Times New Roman" w:eastAsia="Times New Roman" w:hAnsi="Times New Roman" w:cs="Times New Roman"/>
          <w:color w:val="000000"/>
        </w:rPr>
        <w:t>1</w:t>
      </w:r>
      <w:r>
        <w:rPr>
          <w:rFonts w:ascii="宋体" w:eastAsia="宋体" w:hAnsi="宋体" w:cs="宋体"/>
          <w:color w:val="000000"/>
        </w:rPr>
        <w:t>所示，因为点</w:t>
      </w:r>
      <w:r>
        <w:rPr>
          <w:rFonts w:ascii="Times New Roman" w:eastAsia="Times New Roman" w:hAnsi="Times New Roman" w:cs="Times New Roman"/>
          <w:i/>
          <w:color w:val="000000"/>
        </w:rPr>
        <w:t>P</w:t>
      </w:r>
      <w:r>
        <w:rPr>
          <w:rFonts w:ascii="宋体" w:eastAsia="宋体" w:hAnsi="宋体" w:cs="宋体"/>
          <w:color w:val="000000"/>
        </w:rPr>
        <w:t>表示的数是</w:t>
      </w:r>
      <w:r>
        <w:pict>
          <v:shape id="_x0000_i712248" type="#_x0000_t75" alt="学科网(www.zxxk.com)--教育资源门户，提供试卷、教案、课件、论文、素材以及各类教学资源下载，还有大量而丰富的教学相关资讯！" style="width:16.05pt;height:13.9pt" o:oleicon="f" o:ole="">
            <v:imagedata r:id="rId2423" o:title="eqId81fb134b2b48acc99213fff6ccfee65f"/>
          </v:shape>
        </w:pic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，所以</w:t>
      </w:r>
      <w:r>
        <w:pict>
          <v:shape id="_x0000_i712249" type="#_x0000_t75" alt="学科网(www.zxxk.com)--教育资源门户，提供试卷、教案、课件、论文、素材以及各类教学资源下载，还有大量而丰富的教学相关资讯！" style="width:49.8pt;height:16.2pt" o:oleicon="f" o:ole="">
            <v:imagedata r:id="rId2424" o:title="eqId21122ce0c2ea26f997a55f13ddc59fd1"/>
          </v:shape>
        </w:pict>
      </w:r>
      <w:r>
        <w:rPr>
          <w:rFonts w:ascii="宋体" w:eastAsia="宋体" w:hAnsi="宋体" w:cs="宋体"/>
          <w:color w:val="000000"/>
        </w:rPr>
        <w:t>，则</w:t>
      </w:r>
      <w:r>
        <w:pict>
          <v:shape id="_x0000_i712250" type="#_x0000_t75" alt="学科网(www.zxxk.com)--教育资源门户，提供试卷、教案、课件、论文、素材以及各类教学资源下载，还有大量而丰富的教学相关资讯！" style="width:204.75pt;height:15.75pt" o:oleicon="f" o:ole="">
            <v:imagedata r:id="rId2425" o:title="eqIdeb725f2324f5871de069e4b166dc253f"/>
          </v:shape>
        </w:pi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两点表示的数如图</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5000625" cy="1228725"/>
            <wp:docPr id="33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 name=""/>
                    <pic:cNvPicPr>
                      <a:picLocks noChangeAspect="1"/>
                    </pic:cNvPicPr>
                  </pic:nvPicPr>
                  <pic:blipFill>
                    <a:blip r:embed="rId2426"/>
                    <a:stretch>
                      <a:fillRect/>
                    </a:stretch>
                  </pic:blipFill>
                  <pic:spPr>
                    <a:xfrm>
                      <a:off x="0" y="0"/>
                      <a:ext cx="5000625" cy="1228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两点的绝对距离；</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i/>
          <w:color w:val="000000"/>
        </w:rPr>
        <w:t>C</w:t>
      </w:r>
      <w:r>
        <w:rPr>
          <w:rFonts w:ascii="宋体" w:eastAsia="宋体" w:hAnsi="宋体" w:cs="宋体"/>
          <w:color w:val="000000"/>
        </w:rPr>
        <w:t>为数轴上一点，且</w:t>
      </w:r>
      <w:r>
        <w:pict>
          <v:shape id="_x0000_i712251" type="#_x0000_t75" alt="学科网(www.zxxk.com)--教育资源门户，提供试卷、教案、课件、论文、素材以及各类教学资源下载，还有大量而丰富的教学相关资讯！" style="width:91.9pt;height:14.95pt" o:oleicon="f" o:ole="">
            <v:imagedata r:id="rId2427" o:title="eqIdaa8340d41c17ee354a52985f428a7d7b"/>
          </v:shape>
        </w:pict>
      </w:r>
      <w:r>
        <w:rPr>
          <w:rFonts w:ascii="宋体" w:eastAsia="宋体" w:hAnsi="宋体" w:cs="宋体"/>
          <w:color w:val="000000"/>
        </w:rPr>
        <w:t>，求点</w:t>
      </w:r>
      <w:r>
        <w:rPr>
          <w:rFonts w:ascii="Times New Roman" w:eastAsia="Times New Roman" w:hAnsi="Times New Roman" w:cs="Times New Roman"/>
          <w:i/>
          <w:color w:val="000000"/>
        </w:rPr>
        <w:t>C</w:t>
      </w:r>
      <w:r>
        <w:rPr>
          <w:rFonts w:ascii="宋体" w:eastAsia="宋体" w:hAnsi="宋体" w:cs="宋体"/>
          <w:color w:val="000000"/>
        </w:rPr>
        <w:t>表示的数．</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w:t>
      </w:r>
      <w:r>
        <w:rPr>
          <w:color w:val="000000"/>
        </w:rPr>
        <w:t xml:space="preserve">    </w:t>
      </w:r>
      <w:r>
        <w:rPr>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或</w:t>
      </w:r>
      <w:r>
        <w:pict>
          <v:shape id="_x0000_i712252" type="#_x0000_t75" alt="学科网(www.zxxk.com)--教育资源门户，提供试卷、教案、课件、论文、素材以及各类教学资源下载，还有大量而丰富的教学相关资讯！" style="width:15.75pt;height:14.25pt" o:oleicon="f" o:ole="">
            <v:imagedata r:id="rId2428" o:title="eqIdd13ce3ebd1112220c639562739f1f9d1"/>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）利用绝对距离的定义解题即可．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）运用</w:t>
      </w:r>
      <w:r>
        <w:pict>
          <v:shape id="_x0000_i712253" type="#_x0000_t75" alt="学科网(www.zxxk.com)--教育资源门户，提供试卷、教案、课件、论文、素材以及各类教学资源下载，还有大量而丰富的教学相关资讯！" style="width:88.5pt;height:20.25pt" o:oleicon="f" o:ole="">
            <v:imagedata r:id="rId2429" o:title="eqId7ce682cb8fb1280a040bef51e2f10b93"/>
          </v:shape>
        </w:pict>
      </w:r>
      <w:r>
        <w:rPr>
          <w:rFonts w:ascii="宋体" w:eastAsia="宋体" w:hAnsi="宋体" w:cs="宋体"/>
          <w:color w:val="000000"/>
        </w:rPr>
        <w:t>及绝对距离的定义解题即可．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12254" type="#_x0000_t75" alt="学科网(www.zxxk.com)--教育资源门户，提供试卷、教案、课件、论文、素材以及各类教学资源下载，还有大量而丰富的教学相关资讯！" style="width:149pt;height:19.95pt" o:oleicon="f" o:ole="">
            <v:imagedata r:id="rId2430" o:title="eqId03269467269dc423c45edb6cc28bbbea"/>
          </v:shape>
        </w:pict>
      </w:r>
    </w:p>
    <w:p>
      <w:pPr>
        <w:spacing w:line="360" w:lineRule="auto"/>
        <w:jc w:val="left"/>
        <w:textAlignment w:val="center"/>
        <w:rPr>
          <w:color w:val="000000"/>
        </w:rPr>
      </w:pPr>
      <w:r>
        <w:rPr>
          <w:color w:val="000000"/>
          <w:position w:val="0"/>
        </w:rPr>
        <w:drawing>
          <wp:inline>
            <wp:extent cx="95250" cy="171450"/>
            <wp:docPr id="33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 name=""/>
                    <pic:cNvPicPr>
                      <a:picLocks noChangeAspect="1"/>
                    </pic:cNvPicPr>
                  </pic:nvPicPr>
                  <pic:blipFill>
                    <a:blip r:embed="rId2431"/>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2255" type="#_x0000_t75" alt="学科网(www.zxxk.com)--教育资源门户，提供试卷、教案、课件、论文、素材以及各类教学资源下载，还有大量而丰富的教学相关资讯！" style="width:53.25pt;height:20.25pt" o:oleicon="f" o:ole="">
            <v:imagedata r:id="rId2432" o:title="eqId7431518cfc967ccbee8cac2b6ee77b2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256" type="#_x0000_t75" alt="学科网(www.zxxk.com)--教育资源门户，提供试卷、教案、课件、论文、素材以及各类教学资源下载，还有大量而丰富的教学相关资讯！" style="width:54.75pt;height:20.25pt" o:oleicon="f" o:ole="">
            <v:imagedata r:id="rId2433" o:title="eqIdcbde6ff458faa8df5fadf4f83e590dc3"/>
          </v:shape>
        </w:pict>
      </w:r>
      <w:r>
        <w:rPr>
          <w:rFonts w:ascii="宋体" w:eastAsia="宋体" w:hAnsi="宋体" w:cs="宋体"/>
          <w:color w:val="000000"/>
        </w:rPr>
        <w:t>，</w:t>
      </w:r>
      <w:r>
        <w:pict>
          <v:shape id="_x0000_i712257" type="#_x0000_t75" alt="学科网(www.zxxk.com)--教育资源门户，提供试卷、教案、课件、论文、素材以及各类教学资源下载，还有大量而丰富的教学相关资讯！" style="width:162pt;height:20.25pt" o:oleicon="f" o:ole="">
            <v:imagedata r:id="rId2434" o:title="eqId427019593c2c2035d904f0c4362accf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258" type="#_x0000_t75" alt="学科网(www.zxxk.com)--教育资源门户，提供试卷、教案、课件、论文、素材以及各类教学资源下载，还有大量而丰富的教学相关资讯！" style="width:38.35pt;height:14.05pt" o:oleicon="f" o:ole="">
            <v:imagedata r:id="rId2435" o:title="eqIdb72e4fade3cbe15c7af8673a4eb38769"/>
          </v:shape>
        </w:pict>
      </w:r>
      <w:r>
        <w:rPr>
          <w:rFonts w:ascii="宋体" w:eastAsia="宋体" w:hAnsi="宋体" w:cs="宋体"/>
          <w:color w:val="000000"/>
        </w:rPr>
        <w:t>或</w:t>
      </w:r>
      <w:r>
        <w:pict>
          <v:shape id="_x0000_i712259" type="#_x0000_t75" alt="学科网(www.zxxk.com)--教育资源门户，提供试卷、教案、课件、论文、素材以及各类教学资源下载，还有大量而丰富的教学相关资讯！" style="width:45pt;height:14.25pt" o:oleicon="f" o:ole="">
            <v:imagedata r:id="rId2436" o:title="eqId4a460dd9494374f1bb16ce66296b89cb"/>
          </v:shape>
        </w:pic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w:t>
      </w:r>
      <w:r>
        <w:pict>
          <v:shape id="_x0000_i712260" type="#_x0000_t75" alt="学科网(www.zxxk.com)--教育资源门户，提供试卷、教案、课件、论文、素材以及各类教学资源下载，还有大量而丰富的教学相关资讯！" style="width:11.9pt;height:14.4pt" o:oleicon="f" o:ole="">
            <v:imagedata r:id="rId2437" o:title="eqIdc5db41a1f31d6baee7c69990811edb9f"/>
          </v:shape>
        </w:pic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或</w:t>
      </w:r>
      <w:r>
        <w:pict>
          <v:shape id="_x0000_i712261" type="#_x0000_t75" alt="学科网(www.zxxk.com)--教育资源门户，提供试卷、教案、课件、论文、素材以及各类教学资源下载，还有大量而丰富的教学相关资讯！" style="width:15.75pt;height:14.25pt" o:oleicon="f" o:ole="">
            <v:imagedata r:id="rId2438" o:title="eqIdd13ce3ebd1112220c639562739f1f9d1"/>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本题主要考查数轴上用绝对值表示距离，能够熟练运用条件给的定义利用绝对值表示距离是解题关键．</w:t>
      </w:r>
    </w:p>
    <w:p>
      <w:pPr>
        <w:spacing w:line="360" w:lineRule="auto"/>
        <w:jc w:val="left"/>
        <w:textAlignment w:val="center"/>
        <w:rPr>
          <w:color w:val="000000"/>
        </w:rPr>
      </w:pPr>
      <w:r>
        <w:rPr>
          <w:color w:val="000000"/>
        </w:rPr>
        <w:t xml:space="preserve">25. </w:t>
      </w:r>
      <w:r>
        <w:rPr>
          <w:rFonts w:ascii="宋体" w:eastAsia="宋体" w:hAnsi="宋体" w:cs="宋体"/>
          <w:color w:val="000000"/>
        </w:rPr>
        <w:t>求几个相同的不为零的有理数的除法运算叫做除方，如</w:t>
      </w:r>
      <w:r>
        <w:pict>
          <v:shape id="_x0000_i712262" type="#_x0000_t75" alt="学科网(www.zxxk.com)--教育资源门户，提供试卷、教案、课件、论文、素材以及各类教学资源下载，还有大量而丰富的教学相关资讯！" style="width:42pt;height:12.75pt" o:oleicon="f" o:ole="">
            <v:imagedata r:id="rId2439" o:title="eqId6fbfa18465de74e7a3a414704f38ba39"/>
          </v:shape>
        </w:pict>
      </w:r>
      <w:r>
        <w:rPr>
          <w:rFonts w:ascii="宋体" w:eastAsia="宋体" w:hAnsi="宋体" w:cs="宋体"/>
          <w:color w:val="000000"/>
        </w:rPr>
        <w:t>，</w:t>
      </w:r>
      <w:r>
        <w:pict>
          <v:shape id="_x0000_i712263" type="#_x0000_t75" alt="学科网(www.zxxk.com)--教育资源门户，提供试卷、教案、课件、论文、素材以及各类教学资源下载，还有大量而丰富的教学相关资讯！" style="width:116pt;height:16pt" o:oleicon="f" o:ole="">
            <v:imagedata r:id="rId2440" o:title="eqId41e2f110a2e0da0007ee61e1feb7472f"/>
          </v:shape>
        </w:pict>
      </w:r>
      <w:r>
        <w:rPr>
          <w:rFonts w:ascii="宋体" w:eastAsia="宋体" w:hAnsi="宋体" w:cs="宋体"/>
          <w:color w:val="000000"/>
        </w:rPr>
        <w:t>等，类比有理数的乘方，我们把</w:t>
      </w:r>
      <w:r>
        <w:pict>
          <v:shape id="_x0000_i712264" type="#_x0000_t75" alt="学科网(www.zxxk.com)--教育资源门户，提供试卷、教案、课件、论文、素材以及各类教学资源下载，还有大量而丰富的教学相关资讯！" style="width:42pt;height:12.75pt" o:oleicon="f" o:ole="">
            <v:imagedata r:id="rId2439" o:title="eqId6fbfa18465de74e7a3a414704f38ba39"/>
          </v:shape>
        </w:pict>
      </w:r>
      <w:r>
        <w:rPr>
          <w:rFonts w:ascii="宋体" w:eastAsia="宋体" w:hAnsi="宋体" w:cs="宋体"/>
          <w:color w:val="000000"/>
        </w:rPr>
        <w:t>记作</w:t>
      </w:r>
      <w:r>
        <w:pict>
          <v:shape id="_x0000_i712265" type="#_x0000_t75" alt="学科网(www.zxxk.com)--教育资源门户，提供试卷、教案、课件、论文、素材以及各类教学资源下载，还有大量而丰富的教学相关资讯！" style="width:16.95pt;height:15.9pt" o:oleicon="f" o:ole="">
            <v:imagedata r:id="rId2441" o:title="eqIde62ba56692ea408c868037cb082c5d76"/>
          </v:shape>
        </w:pict>
      </w:r>
      <w:r>
        <w:rPr>
          <w:rFonts w:ascii="宋体" w:eastAsia="宋体" w:hAnsi="宋体" w:cs="宋体"/>
          <w:color w:val="000000"/>
        </w:rPr>
        <w:t>，读作“</w:t>
      </w:r>
      <w:r>
        <w:rPr>
          <w:rFonts w:ascii="Times New Roman" w:eastAsia="Times New Roman" w:hAnsi="Times New Roman" w:cs="Times New Roman"/>
          <w:color w:val="000000"/>
        </w:rPr>
        <w:t>2</w:t>
      </w:r>
      <w:r>
        <w:rPr>
          <w:rFonts w:ascii="宋体" w:eastAsia="宋体" w:hAnsi="宋体" w:cs="宋体"/>
          <w:color w:val="000000"/>
        </w:rPr>
        <w:t>的圈</w:t>
      </w:r>
      <w:r>
        <w:rPr>
          <w:rFonts w:ascii="Times New Roman" w:eastAsia="Times New Roman" w:hAnsi="Times New Roman" w:cs="Times New Roman"/>
          <w:color w:val="000000"/>
        </w:rPr>
        <w:t>3</w:t>
      </w:r>
      <w:r>
        <w:rPr>
          <w:rFonts w:ascii="宋体" w:eastAsia="宋体" w:hAnsi="宋体" w:cs="宋体"/>
          <w:color w:val="000000"/>
        </w:rPr>
        <w:t>次方”，</w:t>
      </w:r>
      <w:r>
        <w:pict>
          <v:shape id="_x0000_i712266" type="#_x0000_t75" alt="学科网(www.zxxk.com)--教育资源门户，提供试卷、教案、课件、论文、素材以及各类教学资源下载，还有大量而丰富的教学相关资讯！" style="width:116pt;height:16pt" o:oleicon="f" o:ole="">
            <v:imagedata r:id="rId2440" o:title="eqId41e2f110a2e0da0007ee61e1feb7472f"/>
          </v:shape>
        </w:pict>
      </w:r>
      <w:r>
        <w:rPr>
          <w:rFonts w:ascii="宋体" w:eastAsia="宋体" w:hAnsi="宋体" w:cs="宋体"/>
          <w:color w:val="000000"/>
        </w:rPr>
        <w:t>记作</w:t>
      </w:r>
      <w:r>
        <w:pict>
          <v:shape id="_x0000_i712267" type="#_x0000_t75" alt="学科网(www.zxxk.com)--教育资源门户，提供试卷、教案、课件、论文、素材以及各类教学资源下载，还有大量而丰富的教学相关资讯！" style="width:33.35pt;height:21.7pt" o:oleicon="f" o:ole="">
            <v:imagedata r:id="rId2442" o:title="eqId2df1191c76b35c12934a6ba5bf43575c"/>
          </v:shape>
        </w:pict>
      </w:r>
      <w:r>
        <w:rPr>
          <w:rFonts w:ascii="宋体" w:eastAsia="宋体" w:hAnsi="宋体" w:cs="宋体"/>
          <w:color w:val="000000"/>
        </w:rPr>
        <w:t>，读作“</w:t>
      </w:r>
      <w:r>
        <w:pict>
          <v:shape id="_x0000_i712268" type="#_x0000_t75" alt="学科网(www.zxxk.com)--教育资源门户，提供试卷、教案、课件、论文、素材以及各类教学资源下载，还有大量而丰富的教学相关资讯！" style="width:15.75pt;height:14.25pt" o:oleicon="f" o:ole="">
            <v:imagedata r:id="rId2443" o:title="eqId2ebcc56131dfadafd02e473c8fd44384"/>
          </v:shape>
        </w:pict>
      </w:r>
      <w:r>
        <w:rPr>
          <w:rFonts w:ascii="宋体" w:eastAsia="宋体" w:hAnsi="宋体" w:cs="宋体"/>
          <w:color w:val="000000"/>
        </w:rPr>
        <w:t>的圈</w:t>
      </w:r>
      <w:r>
        <w:rPr>
          <w:rFonts w:ascii="Times New Roman" w:eastAsia="Times New Roman" w:hAnsi="Times New Roman" w:cs="Times New Roman"/>
          <w:color w:val="000000"/>
        </w:rPr>
        <w:t>4</w:t>
      </w:r>
      <w:r>
        <w:rPr>
          <w:rFonts w:ascii="宋体" w:eastAsia="宋体" w:hAnsi="宋体" w:cs="宋体"/>
          <w:color w:val="000000"/>
        </w:rPr>
        <w:t>次方”．一般地，把</w:t>
      </w:r>
      <w:r>
        <w:pict>
          <v:shape id="_x0000_i712269" type="#_x0000_t75" alt="学科网(www.zxxk.com)--教育资源门户，提供试卷、教案、课件、论文、素材以及各类教学资源下载，还有大量而丰富的教学相关资讯！" style="width:114.75pt;height:27pt" o:oleicon="f" o:ole="">
            <v:imagedata r:id="rId2444" o:title="eqIdd5282c0f7b1ebb63a2cfe26ae7f7cda8"/>
          </v:shape>
        </w:pict>
      </w:r>
      <w:r>
        <w:rPr>
          <w:rFonts w:ascii="宋体" w:eastAsia="宋体" w:hAnsi="宋体" w:cs="宋体"/>
          <w:color w:val="000000"/>
        </w:rPr>
        <w:t>记作</w:t>
      </w:r>
      <w:r>
        <w:pict>
          <v:shape id="_x0000_i712270" type="#_x0000_t75" alt="学科网(www.zxxk.com)--教育资源门户，提供试卷、教案、课件、论文、素材以及各类教学资源下载，还有大量而丰富的教学相关资讯！" style="width:18.75pt;height:15.75pt" o:oleicon="f" o:ole="">
            <v:imagedata r:id="rId2445" o:title="eqIde1a74cb7072e390822418121f1116565"/>
          </v:shape>
        </w:pict>
      </w:r>
      <w:r>
        <w:rPr>
          <w:rFonts w:ascii="宋体" w:eastAsia="宋体" w:hAnsi="宋体" w:cs="宋体"/>
          <w:color w:val="000000"/>
        </w:rPr>
        <w:t>．读作“</w:t>
      </w:r>
      <w:r>
        <w:rPr>
          <w:rFonts w:ascii="Times New Roman" w:eastAsia="Times New Roman" w:hAnsi="Times New Roman" w:cs="Times New Roman"/>
          <w:i/>
          <w:color w:val="000000"/>
        </w:rPr>
        <w:t>a</w:t>
      </w:r>
      <w:r>
        <w:rPr>
          <w:rFonts w:ascii="宋体" w:eastAsia="宋体" w:hAnsi="宋体" w:cs="宋体"/>
          <w:color w:val="000000"/>
        </w:rPr>
        <w:t>的圈</w:t>
      </w:r>
      <w:r>
        <w:rPr>
          <w:rFonts w:ascii="Times New Roman" w:eastAsia="Times New Roman" w:hAnsi="Times New Roman" w:cs="Times New Roman"/>
          <w:i/>
          <w:color w:val="000000"/>
        </w:rPr>
        <w:t>n</w:t>
      </w:r>
      <w:r>
        <w:rPr>
          <w:rFonts w:ascii="宋体" w:eastAsia="宋体" w:hAnsi="宋体" w:cs="宋体"/>
          <w:color w:val="000000"/>
        </w:rPr>
        <w:t>次方”．</w:t>
      </w:r>
    </w:p>
    <w:p>
      <w:pPr>
        <w:spacing w:line="360" w:lineRule="auto"/>
        <w:jc w:val="left"/>
        <w:textAlignment w:val="center"/>
        <w:rPr>
          <w:color w:val="000000"/>
        </w:rPr>
      </w:pPr>
      <w:r>
        <w:rPr>
          <w:color w:val="000000"/>
        </w:rPr>
        <w:drawing>
          <wp:inline>
            <wp:extent cx="4257675" cy="457200"/>
            <wp:docPr id="33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 name=""/>
                    <pic:cNvPicPr>
                      <a:picLocks noChangeAspect="1"/>
                    </pic:cNvPicPr>
                  </pic:nvPicPr>
                  <pic:blipFill>
                    <a:blip r:embed="rId2446"/>
                    <a:stretch>
                      <a:fillRect/>
                    </a:stretch>
                  </pic:blipFill>
                  <pic:spPr>
                    <a:xfrm>
                      <a:off x="0" y="0"/>
                      <a:ext cx="4257675" cy="4572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直接写出计算结果：</w:t>
      </w:r>
      <w:r>
        <w:pict>
          <v:shape id="_x0000_i712271" type="#_x0000_t75" alt="学科网(www.zxxk.com)--教育资源门户，提供试卷、教案、课件、论文、素材以及各类教学资源下载，还有大量而丰富的教学相关资讯！" style="width:26.25pt;height:15.75pt" o:oleicon="f" o:ole="">
            <v:imagedata r:id="rId2447" o:title="eqId50cdf969a6165769ef6ed919992b87ab"/>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r>
        <w:pict>
          <v:shape id="_x0000_i712272" type="#_x0000_t75" alt="学科网(www.zxxk.com)--教育资源门户，提供试卷、教案、课件、论文、素材以及各类教学资源下载，还有大量而丰富的教学相关资讯！" style="width:48.75pt;height:36.75pt" o:oleicon="f" o:ole="">
            <v:imagedata r:id="rId2448" o:title="eqIdac5d81f2076b08a56bda47fb9298625f"/>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我们知道，有理数的减法运算可以转化为加法运算，除法运算可以转化为乘法运算，有理数的除方运算如何转化为乘方运算呢？</w:t>
      </w:r>
    </w:p>
    <w:p>
      <w:pPr>
        <w:spacing w:line="360" w:lineRule="auto"/>
        <w:jc w:val="left"/>
        <w:textAlignment w:val="center"/>
        <w:rPr>
          <w:color w:val="000000"/>
        </w:rPr>
      </w:pPr>
      <w:r>
        <w:rPr>
          <w:rFonts w:ascii="宋体" w:eastAsia="宋体" w:hAnsi="宋体" w:cs="宋体"/>
          <w:color w:val="000000"/>
        </w:rPr>
        <w:t>仿照上面的算式，将下列运算结果直接写成乘方的形式．</w:t>
      </w:r>
    </w:p>
    <w:p>
      <w:pPr>
        <w:spacing w:line="360" w:lineRule="auto"/>
        <w:jc w:val="left"/>
        <w:textAlignment w:val="center"/>
        <w:rPr>
          <w:color w:val="000000"/>
        </w:rPr>
      </w:pPr>
      <w:r>
        <w:pict>
          <v:shape id="_x0000_i712273" type="#_x0000_t75" alt="学科网(www.zxxk.com)--教育资源门户，提供试卷、教案、课件、论文、素材以及各类教学资源下载，还有大量而丰富的教学相关资讯！" style="width:42pt;height:21.75pt" o:oleicon="f" o:ole="">
            <v:imagedata r:id="rId2449" o:title="eqIdcfa757a7fdeb40d12637ae4bbc74cfc2"/>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r>
        <w:pict>
          <v:shape id="_x0000_i712274" type="#_x0000_t75" alt="学科网(www.zxxk.com)--教育资源门户，提供试卷、教案、课件、论文、素材以及各类教学资源下载，还有大量而丰富的教学相关资讯！" style="width:24.75pt;height:17.25pt" o:oleicon="f" o:ole="">
            <v:imagedata r:id="rId2450" o:title="eqIdb36b8f397783261b58ef072ca58e1995"/>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r>
        <w:pict>
          <v:shape id="_x0000_i712275" type="#_x0000_t75" alt="学科网(www.zxxk.com)--教育资源门户，提供试卷、教案、课件、论文、素材以及各类教学资源下载，还有大量而丰富的教学相关资讯！" style="width:48.75pt;height:36.75pt" o:oleicon="f" o:ole="">
            <v:imagedata r:id="rId2451" o:title="eqIdfadfa1923255e61520f5d5cc6469e3c6"/>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）中的算式归纳：有理数</w:t>
      </w:r>
      <w:r>
        <w:pict>
          <v:shape id="_x0000_i712276" type="#_x0000_t75" alt="学科网(www.zxxk.com)--教育资源门户，提供试卷、教案、课件、论文、素材以及各类教学资源下载，还有大量而丰富的教学相关资讯！" style="width:43.5pt;height:16.5pt" o:oleicon="f" o:ole="">
            <v:imagedata r:id="rId2452" o:title="eqId0a12ea6f9d2bbcc5a3d7980dbe79922d"/>
          </v:shape>
        </w:pict>
      </w:r>
      <w:r>
        <w:rPr>
          <w:rFonts w:ascii="宋体" w:eastAsia="宋体" w:hAnsi="宋体" w:cs="宋体"/>
          <w:color w:val="000000"/>
        </w:rPr>
        <w:t>的圈</w:t>
      </w:r>
      <w:r>
        <w:pict>
          <v:shape id="_x0000_i712277" type="#_x0000_t75" alt="学科网(www.zxxk.com)--教育资源门户，提供试卷、教案、课件、论文、素材以及各类教学资源下载，还有大量而丰富的教学相关资讯！" style="width:33.75pt;height:15pt" o:oleicon="f" o:ole="">
            <v:imagedata r:id="rId2453" o:title="eqId30c237996a0eabc38c342364127603fc"/>
          </v:shape>
        </w:pict>
      </w:r>
      <w:r>
        <w:rPr>
          <w:rFonts w:ascii="宋体" w:eastAsia="宋体" w:hAnsi="宋体" w:cs="宋体"/>
          <w:color w:val="000000"/>
        </w:rPr>
        <w:t>次方写成乘方的形式等于</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w:t>
      </w:r>
      <w:r>
        <w:rPr>
          <w:rFonts w:ascii="宋体" w:eastAsia="宋体" w:hAnsi="宋体" w:cs="宋体"/>
          <w:color w:val="000000"/>
        </w:rPr>
        <w:t>；</w:t>
      </w:r>
      <w:r>
        <w:pict>
          <v:shape id="_x0000_i712278" type="#_x0000_t75" alt="学科网(www.zxxk.com)--教育资源门户，提供试卷、教案、课件、论文、素材以及各类教学资源下载，还有大量而丰富的教学相关资讯！" style="width:15.75pt;height:12.75pt" o:oleicon="f" o:ole="">
            <v:imagedata r:id="rId2454" o:title="eqId274a9dc37509f01c2606fb3086a46f4f"/>
          </v:shape>
        </w:pict>
      </w:r>
      <w:r>
        <w:rPr>
          <w:color w:val="000000"/>
        </w:rPr>
        <w:t xml:space="preserve">    </w:t>
      </w:r>
    </w:p>
    <w:p>
      <w:pPr>
        <w:spacing w:line="360" w:lineRule="auto"/>
        <w:textAlignment w:val="center"/>
        <w:rPr>
          <w:color w:val="000000"/>
        </w:rPr>
      </w:pPr>
      <w:r>
        <w:rPr>
          <w:color w:val="000000"/>
        </w:rPr>
        <w:t>（2）</w:t>
      </w:r>
      <w:r>
        <w:pict>
          <v:shape id="_x0000_i712279" type="#_x0000_t75" alt="学科网(www.zxxk.com)--教育资源门户，提供试卷、教案、课件、论文、素材以及各类教学资源下载，还有大量而丰富的教学相关资讯！" style="width:29.2pt;height:21.75pt" o:oleicon="f" o:ole="">
            <v:imagedata r:id="rId2455" o:title="eqIdfde09e20ba782ca576c51e1b93b50b85"/>
          </v:shape>
        </w:pict>
      </w:r>
      <w:r>
        <w:rPr>
          <w:rFonts w:ascii="宋体" w:eastAsia="宋体" w:hAnsi="宋体" w:cs="宋体"/>
          <w:color w:val="000000"/>
        </w:rPr>
        <w:t>；</w:t>
      </w:r>
      <w:r>
        <w:pict>
          <v:shape id="_x0000_i712280" type="#_x0000_t75" alt="学科网(www.zxxk.com)--教育资源门户，提供试卷、教案、课件、论文、素材以及各类教学资源下载，还有大量而丰富的教学相关资讯！" style="width:26.2pt;height:37.1pt" o:oleicon="f" o:ole="">
            <v:imagedata r:id="rId2456" o:title="eqId794491977c855f50822ff57e7e7ce074"/>
          </v:shape>
        </w:pict>
      </w:r>
      <w:r>
        <w:rPr>
          <w:rFonts w:ascii="宋体" w:eastAsia="宋体" w:hAnsi="宋体" w:cs="宋体"/>
          <w:color w:val="000000"/>
        </w:rPr>
        <w:t>；</w:t>
      </w:r>
      <w:r>
        <w:pict>
          <v:shape id="_x0000_i712281" type="#_x0000_t75" alt="学科网(www.zxxk.com)--教育资源门户，提供试卷、教案、课件、论文、素材以及各类教学资源下载，还有大量而丰富的教学相关资讯！" style="width:33.75pt;height:24pt;mso-position-horizontal-relative:page;mso-position-vertical-relative:page;mso-wrap-style:square" o:oleicon="f" o:ole="">
            <v:imagedata r:id="rId2457" o:title="eqIde887c9caebc4235bb69070ede5bd9482"/>
          </v:shape>
        </w:pict>
      </w:r>
      <w:r>
        <w:rPr>
          <w:color w:val="000000"/>
        </w:rPr>
        <w:t xml:space="preserve">    </w:t>
      </w:r>
    </w:p>
    <w:p>
      <w:pPr>
        <w:spacing w:line="360" w:lineRule="auto"/>
        <w:textAlignment w:val="center"/>
        <w:rPr>
          <w:color w:val="000000"/>
        </w:rPr>
      </w:pPr>
      <w:r>
        <w:rPr>
          <w:color w:val="000000"/>
        </w:rPr>
        <w:t>（3）</w:t>
      </w:r>
      <w:r>
        <w:pict>
          <v:shape id="_x0000_i712282" type="#_x0000_t75" alt="学科网(www.zxxk.com)--教育资源门户，提供试卷、教案、课件、论文、素材以及各类教学资源下载，还有大量而丰富的教学相关资讯！" style="width:62.25pt;height:36.75pt" o:oleicon="f" o:ole="">
            <v:imagedata r:id="rId2458" o:title="eqIda6f2d49d57ec90fb0a22ac2b1a28d151"/>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）分别按公式进行计算即可；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）把除法化为乘法，第一个数不变，从第二个数开始依次变为倒数，由此分别得出结果；</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）结果前两个数相除为</w:t>
      </w:r>
      <w:r>
        <w:rPr>
          <w:rFonts w:ascii="Times New Roman" w:eastAsia="Times New Roman" w:hAnsi="Times New Roman" w:cs="Times New Roman"/>
          <w:color w:val="000000"/>
        </w:rPr>
        <w:t>1</w:t>
      </w:r>
      <w:r>
        <w:rPr>
          <w:rFonts w:ascii="宋体" w:eastAsia="宋体" w:hAnsi="宋体" w:cs="宋体"/>
          <w:color w:val="000000"/>
        </w:rPr>
        <w:t>，第三个数及后面的数变为</w:t>
      </w:r>
      <w:r>
        <w:pict>
          <v:shape id="_x0000_i712283" type="#_x0000_t75" alt="学科网(www.zxxk.com)--教育资源门户，提供试卷、教案、课件、论文、素材以及各类教学资源下载，还有大量而丰富的教学相关资讯！" style="width:10.75pt;height:27.8pt" o:oleicon="f" o:ole="">
            <v:imagedata r:id="rId2459" o:title="eqIda2c70fcaa661df4fbcad820b439accda"/>
          </v:shape>
        </w:pict>
      </w:r>
      <w:r>
        <w:rPr>
          <w:rFonts w:ascii="宋体" w:eastAsia="宋体" w:hAnsi="宋体" w:cs="宋体"/>
          <w:color w:val="000000"/>
        </w:rPr>
        <w:t>，则</w:t>
      </w:r>
      <w:r>
        <w:pict>
          <v:shape id="_x0000_i712284" type="#_x0000_t75" alt="学科网(www.zxxk.com)--教育资源门户，提供试卷、教案、课件、论文、素材以及各类教学资源下载，还有大量而丰富的教学相关资讯！" style="width:60.75pt;height:36.75pt" o:oleicon="f" o:ole="">
            <v:imagedata r:id="rId2460" o:title="eqId9dd653562c3d22d0bd24fb2fadc54882"/>
          </v:shape>
        </w:pict>
      </w:r>
      <w:r>
        <w:rPr>
          <w:rFonts w:ascii="宋体" w:eastAsia="宋体" w:hAnsi="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pict>
          <v:shape id="_x0000_i712285" type="#_x0000_t75" alt="学科网(www.zxxk.com)--教育资源门户，提供试卷、教案、课件、论文、素材以及各类教学资源下载，还有大量而丰富的教学相关资讯！" style="width:32.25pt;height:15.75pt" o:oleicon="f" o:ole="">
            <v:imagedata r:id="rId2461" o:title="eqIda08f088eeb40107d0536710183bcb91d"/>
          </v:shape>
        </w:pict>
      </w:r>
      <w:r>
        <w:rPr>
          <w:rFonts w:ascii="宋体" w:eastAsia="宋体" w:hAnsi="宋体" w:cs="宋体"/>
          <w:color w:val="000000"/>
        </w:rPr>
        <w:t>，</w:t>
      </w:r>
      <w:r>
        <w:pict>
          <v:shape id="_x0000_i712286" type="#_x0000_t75" alt="学科网(www.zxxk.com)--教育资源门户，提供试卷、教案、课件、论文、素材以及各类教学资源下载，还有大量而丰富的教学相关资讯！" style="width:180pt;height:36.75pt" o:oleicon="f" o:ole="">
            <v:imagedata r:id="rId2462" o:title="eqId211590a2ce095dc80b8a870ff25f2ae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r>
        <w:pict>
          <v:shape id="_x0000_i712287" type="#_x0000_t75" alt="学科网(www.zxxk.com)--教育资源门户，提供试卷、教案、课件、论文、素材以及各类教学资源下载，还有大量而丰富的教学相关资讯！" style="width:15.75pt;height:12.75pt" o:oleicon="f" o:ole="">
            <v:imagedata r:id="rId2463" o:title="eqId274a9dc37509f01c2606fb3086a46f4f"/>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12288" type="#_x0000_t75" alt="学科网(www.zxxk.com)--教育资源门户，提供试卷、教案、课件、论文、素材以及各类教学资源下载，还有大量而丰富的教学相关资讯！" style="width:195.75pt;height:21.75pt" o:oleicon="f" o:ole="">
            <v:imagedata r:id="rId2464" o:title="eqId747190c6400d9e7e33c5cb49eb28b45c"/>
          </v:shape>
        </w:pict>
      </w:r>
      <w:r>
        <w:rPr>
          <w:rFonts w:ascii="宋体" w:eastAsia="宋体" w:hAnsi="宋体" w:cs="宋体"/>
          <w:color w:val="000000"/>
        </w:rPr>
        <w:t>；</w:t>
      </w:r>
    </w:p>
    <w:p>
      <w:pPr>
        <w:spacing w:line="360" w:lineRule="auto"/>
        <w:jc w:val="left"/>
        <w:textAlignment w:val="center"/>
        <w:rPr>
          <w:color w:val="000000"/>
        </w:rPr>
      </w:pPr>
      <w:r>
        <w:pict>
          <v:shape id="_x0000_i712289" type="#_x0000_t75" alt="学科网(www.zxxk.com)--教育资源门户，提供试卷、教案、课件、论文、素材以及各类教学资源下载，还有大量而丰富的教学相关资讯！" style="width:125.25pt;height:36.75pt" o:oleicon="f" o:ole="">
            <v:imagedata r:id="rId2465" o:title="eqIdcaa69efb9a6e6380a930b8d3573bbc7f"/>
          </v:shape>
        </w:pict>
      </w:r>
      <w:r>
        <w:rPr>
          <w:rFonts w:ascii="宋体" w:eastAsia="宋体" w:hAnsi="宋体" w:cs="宋体"/>
          <w:color w:val="000000"/>
        </w:rPr>
        <w:t>；</w:t>
      </w:r>
    </w:p>
    <w:p>
      <w:pPr>
        <w:spacing w:line="360" w:lineRule="auto"/>
        <w:jc w:val="left"/>
        <w:textAlignment w:val="center"/>
        <w:rPr>
          <w:color w:val="000000"/>
        </w:rPr>
      </w:pPr>
      <w:r>
        <w:pict>
          <v:shape id="_x0000_i712290" type="#_x0000_t75" alt="学科网(www.zxxk.com)--教育资源门户，提供试卷、教案、课件、论文、素材以及各类教学资源下载，还有大量而丰富的教学相关资讯！" style="width:305.25pt;height:36.75pt" o:oleicon="f" o:ole="">
            <v:imagedata r:id="rId2466" o:title="eqIdc07dab978ac88191d4e1ff029d35633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2291" type="#_x0000_t75" alt="学科网(www.zxxk.com)--教育资源门户，提供试卷、教案、课件、论文、素材以及各类教学资源下载，还有大量而丰富的教学相关资讯！" style="width:29.2pt;height:21.75pt" o:oleicon="f" o:ole="">
            <v:imagedata r:id="rId2467" o:title="eqIdfde09e20ba782ca576c51e1b93b50b85"/>
          </v:shape>
        </w:pict>
      </w:r>
      <w:r>
        <w:rPr>
          <w:rFonts w:ascii="宋体" w:eastAsia="宋体" w:hAnsi="宋体" w:cs="宋体"/>
          <w:color w:val="000000"/>
        </w:rPr>
        <w:t>；</w:t>
      </w:r>
      <w:r>
        <w:pict>
          <v:shape id="_x0000_i712292" type="#_x0000_t75" alt="学科网(www.zxxk.com)--教育资源门户，提供试卷、教案、课件、论文、素材以及各类教学资源下载，还有大量而丰富的教学相关资讯！" style="width:26.2pt;height:37.1pt" o:oleicon="f" o:ole="">
            <v:imagedata r:id="rId2468" o:title="eqId794491977c855f50822ff57e7e7ce074"/>
          </v:shape>
        </w:pict>
      </w:r>
      <w:r>
        <w:rPr>
          <w:rFonts w:ascii="宋体" w:eastAsia="宋体" w:hAnsi="宋体" w:cs="宋体"/>
          <w:color w:val="000000"/>
        </w:rPr>
        <w:t>；</w:t>
      </w:r>
      <w:r>
        <w:pict>
          <v:shape id="_x0000_i712293" type="#_x0000_t75" alt="学科网(www.zxxk.com)--教育资源门户，提供试卷、教案、课件、论文、素材以及各类教学资源下载，还有大量而丰富的教学相关资讯！" style="width:33.75pt;height:24pt;mso-position-horizontal-relative:page;mso-position-vertical-relative:page;mso-wrap-style:square" o:oleicon="f" o:ole="">
            <v:imagedata r:id="rId2469" o:title="eqIde887c9caebc4235bb69070ede5bd9482"/>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pict>
          <v:shape id="_x0000_i712294" type="#_x0000_t75" alt="学科网(www.zxxk.com)--教育资源门户，提供试卷、教案、课件、论文、素材以及各类教学资源下载，还有大量而丰富的教学相关资讯！" style="width:231.75pt;height:56.25pt" o:oleicon="f" o:ole="">
            <v:imagedata r:id="rId2470" o:title="eqId2b4c537b560f8b82efb024d891d71bf6"/>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358"/>
          <w:footerReference w:type="even" r:id="rId359"/>
          <w:headerReference w:type="first" r:id="rId360"/>
          <w:footerReference w:type="first" r:id="rId36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是有理数的混合运算，也是一个新定义的理解与运用；一方面考查了有理数的乘除法及乘方运算，另一方面也考查了学生的阅读理解能力；注意：负数的奇数次方为负数，负数的偶数次方为正数，同时也要注意分数的乘方要加括号，对新定义，其实就是多个数的除法运算，要注意运算顺序．</w:t>
      </w:r>
    </w:p>
    <w:p>
      <w:pPr>
        <w:pStyle w:val="Heading2"/>
      </w:pPr>
      <w:r>
        <w:t>通州区北关中学</w:t>
      </w:r>
    </w:p>
    <w:p>
      <w:pPr>
        <w:spacing w:line="360" w:lineRule="auto"/>
        <w:jc w:val="left"/>
        <w:textAlignment w:val="center"/>
        <w:rPr>
          <w:color w:val="000000"/>
        </w:rPr>
      </w:pPr>
      <w:r>
        <w:rPr>
          <w:color w:val="000000"/>
        </w:rPr>
        <w:t xml:space="preserve">21. </w:t>
      </w:r>
      <w:r>
        <w:rPr>
          <w:rFonts w:ascii="宋体" w:eastAsia="宋体" w:hAnsi="宋体" w:cs="宋体"/>
          <w:color w:val="000000"/>
        </w:rPr>
        <w:t>某空调厂计划平均每天生产</w:t>
      </w:r>
      <w:r>
        <w:rPr>
          <w:rFonts w:ascii="Times New Roman" w:eastAsia="Times New Roman" w:hAnsi="Times New Roman" w:cs="Times New Roman"/>
          <w:color w:val="000000"/>
        </w:rPr>
        <w:t>100</w:t>
      </w:r>
      <w:r>
        <w:rPr>
          <w:rFonts w:ascii="宋体" w:eastAsia="宋体" w:hAnsi="宋体" w:cs="宋体"/>
          <w:color w:val="000000"/>
        </w:rPr>
        <w:t>台空调，但由于各种原因，实际每天生产量与计划量相比有出入，下表是某周的生产情况（增产记为正，减产记为负）：</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15"/>
        <w:gridCol w:w="984"/>
        <w:gridCol w:w="984"/>
        <w:gridCol w:w="984"/>
        <w:gridCol w:w="984"/>
        <w:gridCol w:w="984"/>
        <w:gridCol w:w="984"/>
        <w:gridCol w:w="984"/>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星期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一</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三</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四</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五</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六</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日</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增减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2295" type="#_x0000_t75" alt="学科网(www.zxxk.com)--教育资源门户，提供试卷、教案、课件、论文、素材以及各类教学资源下载，还有大量而丰富的教学相关资讯！" style="width:16pt;height:13.95pt" o:oleicon="f" o:ole="">
                  <v:imagedata r:id="rId2471" o:title="eqIdd5ceec0d3f3d8d2978fe4729c70fd991"/>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2296" type="#_x0000_t75" alt="学科网(www.zxxk.com)--教育资源门户，提供试卷、教案、课件、论文、素材以及各类教学资源下载，还有大量而丰富的教学相关资讯！" style="width:12.9pt;height:10.8pt" o:oleicon="f" o:ole="">
                  <v:imagedata r:id="rId2472" o:title="eqId4a94acdfb41489d5694b5a64b9e99754"/>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2297" type="#_x0000_t75" alt="学科网(www.zxxk.com)--教育资源门户，提供试卷、教案、课件、论文、素材以及各类教学资源下载，还有大量而丰富的教学相关资讯！" style="width:16.05pt;height:13.9pt" o:oleicon="f" o:ole="">
                  <v:imagedata r:id="rId2473" o:title="eqId81fb134b2b48acc99213fff6ccfee65f"/>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2298" type="#_x0000_t75" alt="学科网(www.zxxk.com)--教育资源门户，提供试卷、教案、课件、论文、素材以及各类教学资源下载，还有大量而丰富的教学相关资讯！" style="width:16pt;height:14.5pt" o:oleicon="f" o:ole="">
                  <v:imagedata r:id="rId2474" o:title="eqId6489852d310f01375f213b3bdf0406c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2299" type="#_x0000_t75" alt="学科网(www.zxxk.com)--教育资源门户，提供试卷、教案、课件、论文、素材以及各类教学资源下载，还有大量而丰富的教学相关资讯！" style="width:15.75pt;height:14.25pt" o:oleicon="f" o:ole="">
                  <v:imagedata r:id="rId2475" o:title="eqIdd3aab28a20b5bf47040aaec03b1eb550"/>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2300" type="#_x0000_t75" alt="学科网(www.zxxk.com)--教育资源门户，提供试卷、教案、课件、论文、素材以及各类教学资源下载，还有大量而丰富的教学相关资讯！" style="width:15.75pt;height:12.75pt" o:oleicon="f" o:ole="">
                  <v:imagedata r:id="rId2476" o:title="eqId274a9dc37509f01c2606fb3086a46f4f"/>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12301" type="#_x0000_t75" alt="学科网(www.zxxk.com)--教育资源门户，提供试卷、教案、课件、论文、素材以及各类教学资源下载，还有大量而丰富的教学相关资讯！" style="width:15pt;height:12.75pt" o:oleicon="f" o:ole="">
                  <v:imagedata r:id="rId2477" o:title="eqIde9c5f697359886700a47bc94bebae8d5"/>
                </v:shape>
              </w:pict>
            </w:r>
          </w:p>
        </w:tc>
      </w:tr>
    </w:tbl>
    <w:p>
      <w:pPr>
        <w:spacing w:line="360" w:lineRule="auto"/>
        <w:jc w:val="left"/>
        <w:textAlignment w:val="center"/>
        <w:rPr>
          <w:color w:val="000000"/>
        </w:rPr>
      </w:pPr>
      <w:r>
        <w:rPr>
          <w:color w:val="000000"/>
        </w:rPr>
        <w:t>（1）</w:t>
      </w:r>
      <w:r>
        <w:rPr>
          <w:rFonts w:ascii="宋体" w:eastAsia="宋体" w:hAnsi="宋体" w:cs="宋体"/>
          <w:color w:val="000000"/>
        </w:rPr>
        <w:t>根据记录的数据可知，该厂星期二生产空调多少台？</w:t>
      </w:r>
    </w:p>
    <w:p>
      <w:pPr>
        <w:spacing w:line="360" w:lineRule="auto"/>
        <w:jc w:val="left"/>
        <w:textAlignment w:val="center"/>
        <w:rPr>
          <w:color w:val="000000"/>
        </w:rPr>
      </w:pPr>
      <w:r>
        <w:rPr>
          <w:color w:val="000000"/>
        </w:rPr>
        <w:t>（2）</w:t>
      </w:r>
      <w:r>
        <w:rPr>
          <w:rFonts w:ascii="宋体" w:eastAsia="宋体" w:hAnsi="宋体" w:cs="宋体"/>
          <w:color w:val="000000"/>
        </w:rPr>
        <w:t>产量最多的一天比产量最少的一天多生产空调多少台？</w:t>
      </w:r>
    </w:p>
    <w:p>
      <w:pPr>
        <w:spacing w:line="360" w:lineRule="auto"/>
        <w:jc w:val="left"/>
        <w:textAlignment w:val="center"/>
        <w:rPr>
          <w:color w:val="000000"/>
        </w:rPr>
      </w:pPr>
      <w:r>
        <w:rPr>
          <w:color w:val="000000"/>
        </w:rPr>
        <w:t>（3）</w:t>
      </w:r>
      <w:r>
        <w:rPr>
          <w:rFonts w:ascii="宋体" w:eastAsia="宋体" w:hAnsi="宋体" w:cs="宋体"/>
          <w:color w:val="000000"/>
        </w:rPr>
        <w:t>根据记录的数据可知，该厂这一周实际共生产空调多少台？</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该厂星期二生产空调的数量是</w:t>
      </w:r>
      <w:r>
        <w:pict>
          <v:shape id="_x0000_i712302" type="#_x0000_t75" alt="学科网(www.zxxk.com)--教育资源门户，提供试卷、教案、课件、论文、素材以及各类教学资源下载，还有大量而丰富的教学相关资讯！" style="width:15pt;height:13.8pt" o:oleicon="f" o:ole="">
            <v:imagedata r:id="rId2478" o:title="eqId6e4c1474b253f01cb4766a9e742b9dc2"/>
          </v:shape>
        </w:pict>
      </w:r>
      <w:r>
        <w:rPr>
          <w:rFonts w:ascii="宋体" w:eastAsia="宋体" w:hAnsi="宋体" w:cs="宋体"/>
          <w:color w:val="000000"/>
        </w:rPr>
        <w:t>（台）；</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产量最多的一天比产量最少的一天多生产空调</w:t>
      </w:r>
      <w:r>
        <w:rPr>
          <w:rFonts w:ascii="Times New Roman" w:eastAsia="Times New Roman" w:hAnsi="Times New Roman" w:cs="Times New Roman"/>
          <w:color w:val="000000"/>
        </w:rPr>
        <w:t>17</w:t>
      </w:r>
      <w:r>
        <w:rPr>
          <w:rFonts w:ascii="宋体" w:eastAsia="宋体" w:hAnsi="宋体" w:cs="宋体"/>
          <w:color w:val="000000"/>
        </w:rPr>
        <w:t>台；</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该厂这一周实际共生产空调</w:t>
      </w:r>
      <w:r>
        <w:rPr>
          <w:rFonts w:ascii="Times New Roman" w:eastAsia="Times New Roman" w:hAnsi="Times New Roman" w:cs="Times New Roman"/>
          <w:color w:val="000000"/>
        </w:rPr>
        <w:t>698</w:t>
      </w:r>
      <w:r>
        <w:rPr>
          <w:rFonts w:ascii="宋体" w:eastAsia="宋体" w:hAnsi="宋体" w:cs="宋体"/>
          <w:color w:val="000000"/>
        </w:rPr>
        <w:t>台</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position w:val="0"/>
        </w:rPr>
        <w:drawing>
          <wp:inline>
            <wp:extent cx="95250" cy="171450"/>
            <wp:docPr id="33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 name=""/>
                    <pic:cNvPicPr>
                      <a:picLocks noChangeAspect="1"/>
                    </pic:cNvPicPr>
                  </pic:nvPicPr>
                  <pic:blipFill>
                    <a:blip r:embed="rId2479"/>
                    <a:stretch>
                      <a:fillRect/>
                    </a:stretch>
                  </pic:blipFill>
                  <pic:spPr>
                    <a:xfrm>
                      <a:off x="0" y="0"/>
                      <a:ext cx="95250" cy="171450"/>
                    </a:xfrm>
                    <a:prstGeom prst="rect">
                      <a:avLst/>
                    </a:prstGeom>
                  </pic:spPr>
                </pic:pic>
              </a:graphicData>
            </a:graphic>
          </wp:inline>
        </w:drawing>
      </w: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）用平均每天生产</w:t>
      </w:r>
      <w:r>
        <w:rPr>
          <w:rFonts w:ascii="Times New Roman" w:eastAsia="Times New Roman" w:hAnsi="Times New Roman" w:cs="Times New Roman"/>
          <w:color w:val="000000"/>
        </w:rPr>
        <w:t>100</w:t>
      </w:r>
      <w:r>
        <w:rPr>
          <w:rFonts w:ascii="宋体" w:eastAsia="宋体" w:hAnsi="宋体" w:cs="宋体"/>
          <w:color w:val="000000"/>
        </w:rPr>
        <w:t>台空调加上</w:t>
      </w:r>
      <w:r>
        <w:rPr>
          <w:rFonts w:ascii="Times New Roman" w:eastAsia="Times New Roman" w:hAnsi="Times New Roman" w:cs="Times New Roman"/>
          <w:color w:val="000000"/>
        </w:rPr>
        <w:t>-7</w:t>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）用记录中的最大数减去最小的数，可得答案；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）用计划一周生产空调数加上记录的数据即可得答案．</w:t>
      </w:r>
    </w:p>
    <w:p>
      <w:pPr>
        <w:spacing w:line="360" w:lineRule="auto"/>
        <w:jc w:val="left"/>
        <w:textAlignment w:val="center"/>
        <w:rPr>
          <w:color w:val="000000"/>
        </w:rPr>
      </w:pPr>
      <w:r>
        <w:rPr>
          <w:color w:val="000000"/>
          <w:position w:val="0"/>
        </w:rPr>
        <w:drawing>
          <wp:inline>
            <wp:extent cx="95250" cy="171450"/>
            <wp:docPr id="33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 name=""/>
                    <pic:cNvPicPr>
                      <a:picLocks noChangeAspect="1"/>
                    </pic:cNvPicPr>
                  </pic:nvPicPr>
                  <pic:blipFill>
                    <a:blip r:embed="rId2480"/>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eastAsia="宋体" w:hAnsi="宋体" w:cs="宋体"/>
          <w:color w:val="000000"/>
        </w:rPr>
        <w:t>解：由题意可得，</w:t>
      </w:r>
    </w:p>
    <w:p>
      <w:pPr>
        <w:spacing w:line="360" w:lineRule="auto"/>
        <w:jc w:val="left"/>
        <w:textAlignment w:val="center"/>
        <w:rPr>
          <w:color w:val="000000"/>
        </w:rPr>
      </w:pPr>
      <w:r>
        <w:rPr>
          <w:rFonts w:ascii="宋体" w:eastAsia="宋体" w:hAnsi="宋体" w:cs="宋体"/>
          <w:color w:val="000000"/>
        </w:rPr>
        <w:t>该厂星期二生产空调的数量是</w:t>
      </w:r>
      <w:r>
        <w:pict>
          <v:shape id="_x0000_i712303" type="#_x0000_t75" alt="学科网(www.zxxk.com)--教育资源门户，提供试卷、教案、课件、论文、素材以及各类教学资源下载，还有大量而丰富的教学相关资讯！" style="width:74pt;height:20pt" o:oleicon="f" o:ole="">
            <v:imagedata r:id="rId2481" o:title="eqId48a115d707079ee865c95eaed36c1376"/>
          </v:shape>
        </w:pict>
      </w:r>
      <w:r>
        <w:rPr>
          <w:rFonts w:ascii="宋体" w:eastAsia="宋体" w:hAnsi="宋体" w:cs="宋体"/>
          <w:color w:val="000000"/>
        </w:rPr>
        <w:t>（台）；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解：由表格可知，产量最多的一天是星期四，最少的一天是星期五</w:t>
      </w:r>
    </w:p>
    <w:p>
      <w:pPr>
        <w:spacing w:line="360" w:lineRule="auto"/>
        <w:jc w:val="left"/>
        <w:textAlignment w:val="center"/>
        <w:rPr>
          <w:color w:val="000000"/>
        </w:rPr>
      </w:pPr>
      <w:r>
        <w:pict>
          <v:shape id="_x0000_i712304" type="#_x0000_t75" alt="学科网(www.zxxk.com)--教育资源门户，提供试卷、教案、课件、论文、素材以及各类教学资源下载，还有大量而丰富的教学相关资讯！" style="width:64.2pt;height:19.8pt" o:oleicon="f" o:ole="">
            <v:imagedata r:id="rId2482" o:title="eqId720063bd71e0a23755d9638494d88cd8"/>
          </v:shape>
        </w:pict>
      </w:r>
      <w:r>
        <w:rPr>
          <w:rFonts w:ascii="宋体" w:eastAsia="宋体" w:hAnsi="宋体" w:cs="宋体"/>
          <w:color w:val="000000"/>
        </w:rPr>
        <w:t>（台）；</w:t>
      </w:r>
    </w:p>
    <w:p>
      <w:pPr>
        <w:spacing w:line="360" w:lineRule="auto"/>
        <w:jc w:val="left"/>
        <w:textAlignment w:val="center"/>
        <w:rPr>
          <w:color w:val="000000"/>
        </w:rPr>
      </w:pPr>
      <w:r>
        <w:rPr>
          <w:rFonts w:ascii="宋体" w:eastAsia="宋体" w:hAnsi="宋体" w:cs="宋体"/>
          <w:color w:val="000000"/>
        </w:rPr>
        <w:t>即产量最多的一天比产量最少的一天多生产空调</w:t>
      </w:r>
      <w:r>
        <w:rPr>
          <w:rFonts w:ascii="Times New Roman" w:eastAsia="Times New Roman" w:hAnsi="Times New Roman" w:cs="Times New Roman"/>
          <w:color w:val="000000"/>
        </w:rPr>
        <w:t>17</w:t>
      </w:r>
      <w:r>
        <w:rPr>
          <w:rFonts w:ascii="宋体" w:eastAsia="宋体" w:hAnsi="宋体" w:cs="宋体"/>
          <w:color w:val="000000"/>
        </w:rPr>
        <w:t>台．</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pict>
          <v:shape id="_x0000_i712305" type="#_x0000_t75" alt="学科网(www.zxxk.com)--教育资源门户，提供试卷、教案、课件、论文、素材以及各类教学资源下载，还有大量而丰富的教学相关资讯！" style="width:158.25pt;height:20.25pt" o:oleicon="f" o:ole="">
            <v:imagedata r:id="rId2483" o:title="eqIdcb4d6f1a8fbfe19930d54efa17f62c39"/>
          </v:shape>
        </w:pict>
      </w:r>
    </w:p>
    <w:p>
      <w:pPr>
        <w:spacing w:line="360" w:lineRule="auto"/>
        <w:jc w:val="left"/>
        <w:textAlignment w:val="center"/>
        <w:rPr>
          <w:color w:val="000000"/>
        </w:rPr>
      </w:pPr>
      <w:r>
        <w:pict>
          <v:shape id="_x0000_i712306" type="#_x0000_t75" alt="学科网(www.zxxk.com)--教育资源门户，提供试卷、教案、课件、论文、素材以及各类教学资源下载，还有大量而丰富的教学相关资讯！" style="width:47.25pt;height:14.25pt" o:oleicon="f" o:ole="">
            <v:imagedata r:id="rId2484" o:title="eqIda8277dd7ab8e491f88fdc1ba280a6b6a"/>
          </v:shape>
        </w:pict>
      </w:r>
    </w:p>
    <w:p>
      <w:pPr>
        <w:spacing w:line="360" w:lineRule="auto"/>
        <w:jc w:val="left"/>
        <w:textAlignment w:val="center"/>
        <w:rPr>
          <w:color w:val="000000"/>
        </w:rPr>
      </w:pPr>
      <w:r>
        <w:pict>
          <v:shape id="_x0000_i712307" type="#_x0000_t75" alt="学科网(www.zxxk.com)--教育资源门户，提供试卷、教案、课件、论文、素材以及各类教学资源下载，还有大量而丰富的教学相关资讯！" style="width:30.75pt;height:14.25pt" o:oleicon="f" o:ole="">
            <v:imagedata r:id="rId2485" o:title="eqId0a34385e3e9c3ae80179e498782c90c0"/>
          </v:shape>
        </w:pict>
      </w:r>
      <w:r>
        <w:rPr>
          <w:rFonts w:ascii="宋体" w:eastAsia="宋体" w:hAnsi="宋体" w:cs="宋体"/>
          <w:color w:val="000000"/>
        </w:rPr>
        <w:t>（台），</w:t>
      </w:r>
    </w:p>
    <w:p>
      <w:pPr>
        <w:spacing w:line="360" w:lineRule="auto"/>
        <w:jc w:val="left"/>
        <w:textAlignment w:val="center"/>
        <w:rPr>
          <w:color w:val="000000"/>
        </w:rPr>
      </w:pPr>
      <w:r>
        <w:rPr>
          <w:rFonts w:ascii="宋体" w:eastAsia="宋体" w:hAnsi="宋体" w:cs="宋体"/>
          <w:color w:val="000000"/>
        </w:rPr>
        <w:t>答：该厂这一周实际共生产空调</w:t>
      </w:r>
      <w:r>
        <w:rPr>
          <w:rFonts w:ascii="Times New Roman" w:eastAsia="Times New Roman" w:hAnsi="Times New Roman" w:cs="Times New Roman"/>
          <w:color w:val="000000"/>
        </w:rPr>
        <w:t>698</w:t>
      </w:r>
      <w:r>
        <w:rPr>
          <w:rFonts w:ascii="宋体" w:eastAsia="宋体" w:hAnsi="宋体" w:cs="宋体"/>
          <w:color w:val="000000"/>
        </w:rPr>
        <w:t>台．</w:t>
      </w:r>
    </w:p>
    <w:p>
      <w:pPr>
        <w:spacing w:line="360" w:lineRule="auto"/>
        <w:jc w:val="left"/>
        <w:textAlignment w:val="center"/>
        <w:rPr>
          <w:color w:val="000000"/>
        </w:rPr>
      </w:pPr>
      <w:r>
        <w:rPr>
          <w:color w:val="000000"/>
        </w:rPr>
        <w:t>【点睛】</w:t>
      </w:r>
      <w:r>
        <w:rPr>
          <w:rFonts w:ascii="宋体" w:eastAsia="宋体" w:hAnsi="宋体" w:cs="宋体"/>
          <w:color w:val="000000"/>
        </w:rPr>
        <w:t>本题主要考查正数和负数以及有理数的混合运算，正确理解正负数的意义是解题的关键．</w:t>
      </w:r>
    </w:p>
    <w:p>
      <w:pPr>
        <w:spacing w:line="360" w:lineRule="auto"/>
        <w:jc w:val="left"/>
        <w:textAlignment w:val="center"/>
        <w:rPr>
          <w:color w:val="000000"/>
        </w:rPr>
      </w:pPr>
      <w:r>
        <w:rPr>
          <w:color w:val="000000"/>
        </w:rPr>
        <w:t xml:space="preserve">22.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）计算：</w:t>
      </w:r>
    </w:p>
    <w:p>
      <w:pPr>
        <w:spacing w:line="360" w:lineRule="auto"/>
        <w:jc w:val="left"/>
        <w:textAlignment w:val="center"/>
        <w:rPr>
          <w:color w:val="000000"/>
        </w:rPr>
      </w:pPr>
      <w:r>
        <w:rPr>
          <w:rFonts w:ascii="Times New Roman" w:eastAsia="Times New Roman" w:hAnsi="Times New Roman" w:cs="Times New Roman"/>
          <w:color w:val="000000"/>
        </w:rPr>
        <w:t>①</w:t>
      </w:r>
      <w:r>
        <w:pict>
          <v:shape id="_x0000_i712308" type="#_x0000_t75" alt="学科网(www.zxxk.com)--教育资源门户，提供试卷、教案、课件、论文、素材以及各类教学资源下载，还有大量而丰富的教学相关资讯！" style="width:36pt;height:18pt" o:oleicon="f" o:ole="">
            <v:imagedata r:id="rId2486" o:title="eqIdcd2500368e32d4bbce6489a6108de817"/>
          </v:shape>
        </w:pict>
      </w:r>
      <w:r>
        <w:rPr>
          <w:rFonts w:ascii="宋体" w:eastAsia="宋体" w:hAnsi="宋体" w:cs="宋体"/>
          <w:color w:val="000000"/>
        </w:rPr>
        <w:t>与</w:t>
      </w:r>
      <w:r>
        <w:pict>
          <v:shape id="_x0000_i712309" type="#_x0000_t75" alt="学科网(www.zxxk.com)--教育资源门户，提供试卷、教案、课件、论文、素材以及各类教学资源下载，还有大量而丰富的教学相关资讯！" style="width:33pt;height:16pt" o:oleicon="f" o:ole="">
            <v:imagedata r:id="rId2487" o:title="eqIdf52b8fbf81702db9b4b941794668b4aa"/>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pict>
          <v:shape id="_x0000_i712310" type="#_x0000_t75" alt="学科网(www.zxxk.com)--教育资源门户，提供试卷、教案、课件、论文、素材以及各类教学资源下载，还有大量而丰富的教学相关资讯！" style="width:49.8pt;height:18pt;mso-position-horizontal-relative:page;mso-position-vertical-relative:page" o:oleicon="f" o:ole="">
            <v:imagedata r:id="rId2488" o:title="eqId7c0506cecd49da80b1bbd046a14cac65"/>
          </v:shape>
        </w:pict>
      </w:r>
      <w:r>
        <w:rPr>
          <w:rFonts w:ascii="宋体" w:eastAsia="宋体" w:hAnsi="宋体" w:cs="宋体"/>
          <w:color w:val="000000"/>
        </w:rPr>
        <w:t>与</w:t>
      </w:r>
      <w:r>
        <w:pict>
          <v:shape id="_x0000_i712311" type="#_x0000_t75" alt="学科网(www.zxxk.com)--教育资源门户，提供试卷、教案、课件、论文、素材以及各类教学资源下载，还有大量而丰富的教学相关资讯！" style="width:48.9pt;height:18.25pt" o:oleicon="f" o:ole="">
            <v:imagedata r:id="rId2489" o:title="eqId1e63ac616d9014b127b200a89ea0a7e5"/>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③</w:t>
      </w:r>
      <w:r>
        <w:pict>
          <v:shape id="_x0000_i712312" type="#_x0000_t75" alt="学科网(www.zxxk.com)--教育资源门户，提供试卷、教案、课件、论文、素材以及各类教学资源下载，还有大量而丰富的教学相关资讯！" style="width:66.1pt;height:18.25pt" o:oleicon="f" o:ole="">
            <v:imagedata r:id="rId2490" o:title="eqIdbce5fc013de63e928ef7f1962753b4c6"/>
          </v:shape>
        </w:pict>
      </w:r>
      <w:r>
        <w:rPr>
          <w:rFonts w:ascii="宋体" w:eastAsia="宋体" w:hAnsi="宋体" w:cs="宋体"/>
          <w:color w:val="000000"/>
        </w:rPr>
        <w:t>与</w:t>
      </w:r>
      <w:r>
        <w:pict>
          <v:shape id="_x0000_i712313" type="#_x0000_t75" alt="学科网(www.zxxk.com)--教育资源门户，提供试卷、教案、课件、论文、素材以及各类教学资源下载，还有大量而丰富的教学相关资讯！" style="width:63.95pt;height:18.25pt" o:oleicon="f" o:ole="">
            <v:imagedata r:id="rId2491" o:title="eqIda7f85038ae2e35f182b13000bf12efd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）根据以上计算结果猜想：</w:t>
      </w:r>
      <w:r>
        <w:pict>
          <v:shape id="_x0000_i712314" type="#_x0000_t75" alt="学科网(www.zxxk.com)--教育资源门户，提供试卷、教案、课件、论文、素材以及各类教学资源下载，还有大量而丰富的教学相关资讯！" style="width:27.95pt;height:18.25pt" o:oleicon="f" o:ole="">
            <v:imagedata r:id="rId2492" o:title="eqIdd5aff139ebd99f36e83cb0f05ad9eb15"/>
          </v:shape>
        </w:pict>
      </w:r>
      <w:r>
        <w:rPr>
          <w:rFonts w:ascii="宋体" w:eastAsia="宋体" w:hAnsi="宋体" w:cs="宋体"/>
          <w:color w:val="000000"/>
        </w:rPr>
        <w:t>，</w:t>
      </w:r>
      <w:r>
        <w:pict>
          <v:shape id="_x0000_i712315" type="#_x0000_t75" alt="学科网(www.zxxk.com)--教育资源门户，提供试卷、教案、课件、论文、素材以及各类教学资源下载，还有大量而丰富的教学相关资讯！" style="width:27.95pt;height:18.25pt" o:oleicon="f" o:ole="">
            <v:imagedata r:id="rId2493" o:title="eqId98439657954c8034a5310bebaec0ac7d"/>
          </v:shape>
        </w:pict>
      </w:r>
      <w:r>
        <w:rPr>
          <w:rFonts w:ascii="宋体" w:eastAsia="宋体" w:hAnsi="宋体" w:cs="宋体"/>
          <w:color w:val="000000"/>
        </w:rPr>
        <w:t>分别等于什么？（直接写出结果）</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）猜想与验证：当</w:t>
      </w:r>
      <w:r>
        <w:pict>
          <v:shape id="_x0000_i712316" type="#_x0000_t75" alt="学科网(www.zxxk.com)--教育资源门户，提供试卷、教案、课件、论文、素材以及各类教学资源下载，还有大量而丰富的教学相关资讯！" style="width:9.75pt;height:11.25pt" o:oleicon="f" o:ole="">
            <v:imagedata r:id="rId2494" o:title="eqIdb6a24198bd04c29321ae5dc5a28fe421"/>
          </v:shape>
        </w:pict>
      </w:r>
      <w:r>
        <w:rPr>
          <w:rFonts w:ascii="宋体" w:eastAsia="宋体" w:hAnsi="宋体" w:cs="宋体"/>
          <w:color w:val="000000"/>
        </w:rPr>
        <w:t>为正整数时，</w:t>
      </w:r>
      <w:r>
        <w:pict>
          <v:shape id="_x0000_i712317" type="#_x0000_t75" alt="学科网(www.zxxk.com)--教育资源门户，提供试卷、教案、课件、论文、素材以及各类教学资源下载，还有大量而丰富的教学相关资讯！" style="width:28pt;height:18pt" o:oleicon="f" o:ole="">
            <v:imagedata r:id="rId2495" o:title="eqIdd0ad50ffefbb2dc5a3cf687cc0c7ebd2"/>
          </v:shape>
        </w:pict>
      </w:r>
      <w:r>
        <w:rPr>
          <w:rFonts w:ascii="宋体" w:eastAsia="宋体" w:hAnsi="宋体" w:cs="宋体"/>
          <w:color w:val="000000"/>
        </w:rPr>
        <w:t>等于什么？请你利用乘方的意义说明理由；</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）利用上述结论，求</w:t>
      </w:r>
      <w:r>
        <w:pict>
          <v:shape id="_x0000_i712318" type="#_x0000_t75" alt="学科网(www.zxxk.com)--教育资源门户，提供试卷、教案、课件、论文、素材以及各类教学资源下载，还有大量而丰富的教学相关资讯！" style="width:90.25pt;height:18.25pt" o:oleicon="f" o:ole="">
            <v:imagedata r:id="rId2496" o:title="eqId816b5eb1855371a7d2dc494f04be42d9"/>
          </v:shape>
        </w:pic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①225</w:t>
      </w:r>
      <w:r>
        <w:rPr>
          <w:rFonts w:ascii="宋体" w:eastAsia="宋体" w:hAnsi="宋体" w:cs="宋体"/>
          <w:color w:val="000000"/>
        </w:rPr>
        <w:t>，</w:t>
      </w:r>
      <w:r>
        <w:rPr>
          <w:rFonts w:ascii="Times New Roman" w:eastAsia="Times New Roman" w:hAnsi="Times New Roman" w:cs="Times New Roman"/>
          <w:color w:val="000000"/>
        </w:rPr>
        <w:t>225②36</w:t>
      </w:r>
      <w:r>
        <w:rPr>
          <w:rFonts w:ascii="宋体" w:eastAsia="宋体" w:hAnsi="宋体" w:cs="宋体"/>
          <w:color w:val="000000"/>
        </w:rPr>
        <w:t>，</w:t>
      </w:r>
      <w:r>
        <w:rPr>
          <w:rFonts w:ascii="Times New Roman" w:eastAsia="Times New Roman" w:hAnsi="Times New Roman" w:cs="Times New Roman"/>
          <w:color w:val="000000"/>
        </w:rPr>
        <w:t>36③144</w:t>
      </w:r>
      <w:r>
        <w:rPr>
          <w:rFonts w:ascii="宋体" w:eastAsia="宋体" w:hAnsi="宋体" w:cs="宋体"/>
          <w:color w:val="000000"/>
        </w:rPr>
        <w:t>，</w:t>
      </w:r>
      <w:r>
        <w:rPr>
          <w:rFonts w:ascii="Times New Roman" w:eastAsia="Times New Roman" w:hAnsi="Times New Roman" w:cs="Times New Roman"/>
          <w:color w:val="000000"/>
        </w:rPr>
        <w:t>144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3</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perscript"/>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i/>
          <w:color w:val="000000"/>
          <w:vertAlign w:val="superscript"/>
        </w:rPr>
        <w:t>n</w:t>
      </w:r>
      <w:r>
        <w:rPr>
          <w:rFonts w:ascii="Times New Roman" w:eastAsia="Times New Roman" w:hAnsi="Times New Roman" w:cs="Times New Roman"/>
          <w:i/>
          <w:color w:val="000000"/>
        </w:rPr>
        <w:t>b</w:t>
      </w:r>
      <w:r>
        <w:rPr>
          <w:rFonts w:ascii="Times New Roman" w:eastAsia="Times New Roman" w:hAnsi="Times New Roman" w:cs="Times New Roman"/>
          <w:i/>
          <w:color w:val="000000"/>
          <w:vertAlign w:val="superscript"/>
        </w:rPr>
        <w:t>n</w:t>
      </w:r>
      <w:r>
        <w:rPr>
          <w:rFonts w:ascii="宋体" w:eastAsia="宋体" w:hAnsi="宋体" w:cs="宋体"/>
          <w:color w:val="000000"/>
        </w:rPr>
        <w:t>，理由见解析（</w:t>
      </w:r>
      <w:r>
        <w:rPr>
          <w:rFonts w:ascii="Times New Roman" w:eastAsia="Times New Roman" w:hAnsi="Times New Roman" w:cs="Times New Roman"/>
          <w:color w:val="000000"/>
        </w:rPr>
        <w:t>4</w:t>
      </w:r>
      <w:r>
        <w:rPr>
          <w:rFonts w:ascii="宋体" w:eastAsia="宋体" w:hAnsi="宋体" w:cs="宋体"/>
          <w:color w:val="000000"/>
        </w:rPr>
        <w:t>）</w:t>
      </w:r>
      <w:r>
        <w:pict>
          <v:shape id="_x0000_i712319" type="#_x0000_t75" alt="学科网(www.zxxk.com)--教育资源门户，提供试卷、教案、课件、论文、素材以及各类教学资源下载，还有大量而丰富的教学相关资讯！" style="width:36.75pt;height:14.25pt" o:oleicon="f" o:ole="">
            <v:imagedata r:id="rId2497" o:title="eqId68a8702cf2c1a98248227852fe17db35"/>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）①先算括号内的数，再算平方；先算平方，再计算乘法即可，比较计算结果，</w:t>
      </w:r>
    </w:p>
    <w:p>
      <w:pPr>
        <w:spacing w:line="360" w:lineRule="auto"/>
        <w:jc w:val="left"/>
        <w:textAlignment w:val="center"/>
        <w:rPr>
          <w:color w:val="000000"/>
        </w:rPr>
      </w:pPr>
      <w:r>
        <w:rPr>
          <w:rFonts w:ascii="宋体" w:eastAsia="宋体" w:hAnsi="宋体" w:cs="宋体"/>
          <w:color w:val="000000"/>
        </w:rPr>
        <w:t>②先算括号内的数，再算平方；先算平方，再计算乘法即可，比较计算结果，</w:t>
      </w:r>
      <w:r>
        <w:rPr>
          <w:rFonts w:ascii="Times New Roman" w:eastAsia="Times New Roman" w:hAnsi="Times New Roman" w:cs="Times New Roman"/>
          <w:color w:val="000000"/>
        </w:rPr>
        <w:t>③</w:t>
      </w:r>
      <w:r>
        <w:rPr>
          <w:rFonts w:ascii="宋体" w:eastAsia="宋体" w:hAnsi="宋体" w:cs="宋体"/>
          <w:color w:val="000000"/>
        </w:rPr>
        <w:t>先算括号内的数，再算平方；先算平方，再计算乘法即可，比较计算结果；</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）直接按（</w:t>
      </w:r>
      <w:r>
        <w:rPr>
          <w:rFonts w:ascii="Times New Roman" w:eastAsia="Times New Roman" w:hAnsi="Times New Roman" w:cs="Times New Roman"/>
          <w:color w:val="000000"/>
        </w:rPr>
        <w:t>1</w:t>
      </w:r>
      <w:r>
        <w:rPr>
          <w:rFonts w:ascii="宋体" w:eastAsia="宋体" w:hAnsi="宋体" w:cs="宋体"/>
          <w:color w:val="000000"/>
        </w:rPr>
        <w:t>）写结果即可；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）利用乘方</w:t>
      </w:r>
      <w:r>
        <w:pict>
          <v:shape id="_x0000_i712320" type="#_x0000_t75" alt="学科网(www.zxxk.com)--教育资源门户，提供试卷、教案、课件、论文、素材以及各类教学资源下载，还有大量而丰富的教学相关资讯！" style="width:28pt;height:18pt" o:oleicon="f" o:ole="">
            <v:imagedata r:id="rId2498" o:title="eqIdd0ad50ffefbb2dc5a3cf687cc0c7ebd2"/>
          </v:shape>
        </w:pict>
      </w:r>
      <w:r>
        <w:rPr>
          <w:rFonts w:ascii="宋体" w:eastAsia="宋体" w:hAnsi="宋体" w:cs="宋体"/>
          <w:color w:val="000000"/>
        </w:rPr>
        <w:t>的意义写成</w:t>
      </w:r>
      <w:r>
        <w:rPr>
          <w:rFonts w:ascii="Times New Roman" w:eastAsia="Times New Roman" w:hAnsi="Times New Roman" w:cs="Times New Roman"/>
          <w:i/>
          <w:color w:val="000000"/>
        </w:rPr>
        <w:t>n</w:t>
      </w:r>
      <w:r>
        <w:rPr>
          <w:rFonts w:ascii="宋体" w:eastAsia="宋体" w:hAnsi="宋体" w:cs="宋体"/>
          <w:color w:val="000000"/>
        </w:rPr>
        <w:t>个数相乘，利用交换律转化为</w:t>
      </w:r>
      <w:r>
        <w:pict>
          <v:shape id="_x0000_i712321" type="#_x0000_t75" alt="学科网(www.zxxk.com)--教育资源门户，提供试卷、教案、课件、论文、素材以及各类教学资源下载，还有大量而丰富的教学相关资讯！" style="width:54pt;height:28pt" o:oleicon="f" o:ole="">
            <v:imagedata r:id="rId2499" o:title="eqIde2b737ed99adbc3e3f3ffab491e2f96e"/>
          </v:shape>
        </w:pict>
      </w:r>
      <w:r>
        <w:rPr>
          <w:rFonts w:ascii="宋体" w:eastAsia="宋体" w:hAnsi="宋体" w:cs="宋体"/>
          <w:color w:val="000000"/>
        </w:rPr>
        <w:t>与</w:t>
      </w:r>
      <w:r>
        <w:pict>
          <v:shape id="_x0000_i712322" type="#_x0000_t75" alt="学科网(www.zxxk.com)--教育资源门户，提供试卷、教案、课件、论文、素材以及各类教学资源下载，还有大量而丰富的教学相关资讯！" style="width:52pt;height:28pt" o:oleicon="f" o:ole="">
            <v:imagedata r:id="rId2500" o:title="eqId207317f6d72fa7ab173b60c860d6db10"/>
          </v:shape>
        </w:pict>
      </w:r>
      <w:r>
        <w:rPr>
          <w:rFonts w:ascii="宋体" w:eastAsia="宋体" w:hAnsi="宋体" w:cs="宋体"/>
          <w:color w:val="000000"/>
        </w:rPr>
        <w:t>的乘积即可；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）利用积的乘方的逆运算，先将</w:t>
      </w:r>
      <w:r>
        <w:pict>
          <v:shape id="_x0000_i712323" type="#_x0000_t75" alt="学科网(www.zxxk.com)--教育资源门户，提供试卷、教案、课件、论文、素材以及各类教学资源下载，还有大量而丰富的教学相关资讯！" style="width:45pt;height:16pt" o:oleicon="f" o:ole="">
            <v:imagedata r:id="rId2501" o:title="eqId633c3c0704d0982b299b9e95bda8d78d"/>
          </v:shape>
        </w:pict>
      </w:r>
      <w:r>
        <w:rPr>
          <w:rFonts w:ascii="宋体" w:eastAsia="宋体" w:hAnsi="宋体" w:cs="宋体"/>
          <w:color w:val="000000"/>
        </w:rPr>
        <w:t>化成</w:t>
      </w:r>
      <w:r>
        <w:pict>
          <v:shape id="_x0000_i712324" type="#_x0000_t75" alt="学科网(www.zxxk.com)--教育资源门户，提供试卷、教案、课件、论文、素材以及各类教学资源下载，还有大量而丰富的教学相关资讯！" style="width:81pt;height:16pt" o:oleicon="f" o:ole="">
            <v:imagedata r:id="rId2502" o:title="eqIddabb7997bfe41d3b2c694ab68a8eb190"/>
          </v:shape>
        </w:pict>
      </w:r>
      <w:r>
        <w:rPr>
          <w:rFonts w:ascii="宋体" w:eastAsia="宋体" w:hAnsi="宋体" w:cs="宋体"/>
          <w:color w:val="000000"/>
        </w:rPr>
        <w:t>，再进行简便运算即可．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w:t>
      </w:r>
      <w:r>
        <w:rPr>
          <w:rFonts w:ascii="Times New Roman" w:eastAsia="Times New Roman" w:hAnsi="Times New Roman" w:cs="Times New Roman"/>
          <w:color w:val="000000"/>
        </w:rPr>
        <w:t>3×5</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宋体" w:eastAsia="宋体" w:hAnsi="宋体" w:cs="宋体"/>
          <w:color w:val="000000"/>
        </w:rPr>
        <w:t>＝</w:t>
      </w:r>
      <w:r>
        <w:pict>
          <v:shape id="_x0000_i712325" type="#_x0000_t75" alt="学科网(www.zxxk.com)--教育资源门户，提供试卷、教案、课件、论文、素材以及各类教学资源下载，还有大量而丰富的教学相关资讯！" style="width:29.15pt;height:15.5pt" o:oleicon="f" o:ole="">
            <v:imagedata r:id="rId2503" o:title="eqId090e43e439ca1678551fdadfb5f95cef"/>
          </v:shape>
        </w:pict>
      </w:r>
      <w:r>
        <w:rPr>
          <w:rFonts w:ascii="Times New Roman" w:eastAsia="Times New Roman" w:hAnsi="Times New Roman" w:cs="Times New Roman"/>
          <w:color w:val="000000"/>
        </w:rPr>
        <w:t>225</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×5</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9×25</w:t>
      </w:r>
      <w:r>
        <w:rPr>
          <w:rFonts w:ascii="宋体" w:eastAsia="宋体" w:hAnsi="宋体" w:cs="宋体"/>
          <w:color w:val="000000"/>
        </w:rPr>
        <w:t>＝</w:t>
      </w:r>
      <w:r>
        <w:rPr>
          <w:rFonts w:ascii="Times New Roman" w:eastAsia="Times New Roman" w:hAnsi="Times New Roman" w:cs="Times New Roman"/>
          <w:color w:val="000000"/>
        </w:rPr>
        <w:t>225</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w:t>
      </w:r>
      <w:r>
        <w:pict>
          <v:shape id="_x0000_i712326" type="#_x0000_t75" alt="学科网(www.zxxk.com)--教育资源门户，提供试卷、教案、课件、论文、素材以及各类教学资源下载，还有大量而丰富的教学相关资讯！" style="width:10pt;height:8pt" o:oleicon="f" o:ole="">
            <v:imagedata r:id="rId2504" o:title="eqId4bfc339cf6dd66599db64fa3fa44e608"/>
          </v:shape>
        </w:pic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color w:val="000000"/>
          <w:vertAlign w:val="superscript"/>
        </w:rPr>
        <w:t>2</w:t>
      </w:r>
      <w:r>
        <w:rPr>
          <w:rFonts w:ascii="宋体" w:eastAsia="宋体" w:hAnsi="宋体" w:cs="宋体"/>
          <w:color w:val="000000"/>
        </w:rPr>
        <w:t>＝</w:t>
      </w:r>
      <w:r>
        <w:pict>
          <v:shape id="_x0000_i712327" type="#_x0000_t75" alt="学科网(www.zxxk.com)--教育资源门户，提供试卷、教案、课件、论文、素材以及各类教学资源下载，还有大量而丰富的教学相关资讯！" style="width:29.25pt;height:18pt" o:oleicon="f" o:ole="">
            <v:imagedata r:id="rId2505" o:title="eqIdc7b337c7be3ab5b8187b569254280fe8"/>
          </v:shape>
        </w:pict>
      </w:r>
      <w:r>
        <w:rPr>
          <w:rFonts w:ascii="宋体" w:eastAsia="宋体" w:hAnsi="宋体" w:cs="宋体"/>
          <w:color w:val="000000"/>
        </w:rPr>
        <w:t>＝</w:t>
      </w:r>
      <w:r>
        <w:rPr>
          <w:rFonts w:ascii="Times New Roman" w:eastAsia="Times New Roman" w:hAnsi="Times New Roman" w:cs="Times New Roman"/>
          <w:color w:val="000000"/>
        </w:rPr>
        <w:t>36</w:t>
      </w:r>
      <w:r>
        <w:rPr>
          <w:rFonts w:ascii="宋体" w:eastAsia="宋体" w:hAnsi="宋体" w:cs="宋体"/>
          <w:color w:val="000000"/>
        </w:rPr>
        <w:t>；（</w:t>
      </w:r>
      <w:r>
        <w:pict>
          <v:shape id="_x0000_i712328" type="#_x0000_t75" alt="学科网(www.zxxk.com)--教育资源门户，提供试卷、教案、课件、论文、素材以及各类教学资源下载，还有大量而丰富的教学相关资讯！" style="width:10pt;height:8pt" o:oleicon="f" o:ole="">
            <v:imagedata r:id="rId2504" o:title="eqId4bfc339cf6dd66599db64fa3fa44e608"/>
          </v:shape>
        </w:pic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4×9</w:t>
      </w:r>
      <w:r>
        <w:rPr>
          <w:rFonts w:ascii="宋体" w:eastAsia="宋体" w:hAnsi="宋体" w:cs="宋体"/>
          <w:color w:val="000000"/>
        </w:rPr>
        <w:t>＝</w:t>
      </w:r>
      <w:r>
        <w:rPr>
          <w:rFonts w:ascii="Times New Roman" w:eastAsia="Times New Roman" w:hAnsi="Times New Roman" w:cs="Times New Roman"/>
          <w:color w:val="000000"/>
        </w:rPr>
        <w:t>36</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③</w:t>
      </w:r>
      <w:r>
        <w:pict>
          <v:shape id="_x0000_i712329" type="#_x0000_t75" alt="学科网(www.zxxk.com)--教育资源门户，提供试卷、教案、课件、论文、素材以及各类教学资源下载，还有大量而丰富的教学相关资讯！" style="width:59pt;height:19pt" o:oleicon="f" o:ole="">
            <v:imagedata r:id="rId2506" o:title="eqIdc7b041d133ab8a5620cbcda8b26b2ab3"/>
          </v:shape>
        </w:pict>
      </w:r>
      <w:r>
        <w:pict>
          <v:shape id="_x0000_i712330" type="#_x0000_t75" alt="学科网(www.zxxk.com)--教育资源门户，提供试卷、教案、课件、论文、素材以及各类教学资源下载，还有大量而丰富的教学相关资讯！" style="width:51.05pt;height:14.5pt" o:oleicon="f" o:ole="">
            <v:imagedata r:id="rId2507" o:title="eqIddd32b85a31689bf47f257d291c673f2f"/>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331" type="#_x0000_t75" alt="学科网(www.zxxk.com)--教育资源门户，提供试卷、教案、课件、论文、素材以及各类教学资源下载，还有大量而丰富的教学相关资讯！" style="width:63.95pt;height:18.25pt" o:oleicon="f" o:ole="">
            <v:imagedata r:id="rId2508" o:title="eqIda7f85038ae2e35f182b13000bf12efdc"/>
          </v:shape>
        </w:pict>
      </w:r>
      <w:r>
        <w:pict>
          <v:shape id="_x0000_i712332" type="#_x0000_t75" alt="学科网(www.zxxk.com)--教育资源门户，提供试卷、教案、课件、论文、素材以及各类教学资源下载，还有大量而丰富的教学相关资讯！" style="width:60.2pt;height:12.9pt" o:oleicon="f" o:ole="">
            <v:imagedata r:id="rId2509" o:title="eqIda543cd82639304a9a9b4d3f701a32ebf"/>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1</w:t>
      </w:r>
      <w:r>
        <w:rPr>
          <w:rFonts w:ascii="宋体" w:eastAsia="宋体" w:hAnsi="宋体" w:cs="宋体"/>
          <w:color w:val="000000"/>
        </w:rPr>
        <w:t>）计算结果猜想：（</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vertAlign w:val="super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3</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perscript"/>
        </w:rPr>
        <w:t>3</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i/>
          <w:color w:val="000000"/>
        </w:rPr>
        <w:t>n</w:t>
      </w:r>
      <w:r>
        <w:rPr>
          <w:rFonts w:ascii="宋体" w:eastAsia="宋体" w:hAnsi="宋体" w:cs="宋体"/>
          <w:color w:val="000000"/>
        </w:rPr>
        <w:t>为正整数时，（</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vertAlign w:val="superscript"/>
        </w:rPr>
        <w:t>n</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i/>
          <w:color w:val="000000"/>
          <w:vertAlign w:val="superscript"/>
        </w:rPr>
        <w:t>n</w:t>
      </w:r>
      <w:r>
        <w:rPr>
          <w:rFonts w:ascii="Times New Roman" w:eastAsia="Times New Roman" w:hAnsi="Times New Roman" w:cs="Times New Roman"/>
          <w:i/>
          <w:color w:val="000000"/>
        </w:rPr>
        <w:t>b</w:t>
      </w:r>
      <w:r>
        <w:rPr>
          <w:rFonts w:ascii="Times New Roman" w:eastAsia="Times New Roman" w:hAnsi="Times New Roman" w:cs="Times New Roman"/>
          <w:i/>
          <w:color w:val="000000"/>
          <w:vertAlign w:val="superscript"/>
        </w:rPr>
        <w:t>n</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理由：当</w:t>
      </w:r>
      <w:r>
        <w:rPr>
          <w:rFonts w:ascii="Times New Roman" w:eastAsia="Times New Roman" w:hAnsi="Times New Roman" w:cs="Times New Roman"/>
          <w:i/>
          <w:color w:val="000000"/>
        </w:rPr>
        <w:t>n</w:t>
      </w:r>
      <w:r>
        <w:rPr>
          <w:rFonts w:ascii="宋体" w:eastAsia="宋体" w:hAnsi="宋体" w:cs="宋体"/>
          <w:color w:val="000000"/>
        </w:rPr>
        <w:t>为正整数时．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pict>
          <v:shape id="_x0000_i712333" type="#_x0000_t75" alt="学科网(www.zxxk.com)--教育资源门户，提供试卷、教案、课件、论文、素材以及各类教学资源下载，还有大量而丰富的教学相关资讯！" style="width:244pt;height:29pt" o:oleicon="f" o:ole="">
            <v:imagedata r:id="rId2510" o:title="eqIdf54f55a36268fbdba1f57b2140bb4217"/>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12334" type="#_x0000_t75" alt="学科网(www.zxxk.com)--教育资源门户，提供试卷、教案、课件、论文、素材以及各类教学资源下载，还有大量而丰富的教学相关资讯！" style="width:15.6pt;height:14.4pt" o:oleicon="f" o:ole="">
            <v:imagedata r:id="rId2511" o:title="eqId8bf3d3564c61e5e9c39a9e2cf2de048b"/>
          </v:shape>
        </w:pict>
      </w:r>
      <w:r>
        <w:rPr>
          <w:rFonts w:ascii="宋体" w:eastAsia="宋体" w:hAnsi="宋体" w:cs="宋体"/>
          <w:color w:val="000000"/>
        </w:rPr>
        <w:t>）</w:t>
      </w:r>
      <w:r>
        <w:rPr>
          <w:rFonts w:ascii="Times New Roman" w:eastAsia="Times New Roman" w:hAnsi="Times New Roman" w:cs="Times New Roman"/>
          <w:color w:val="000000"/>
          <w:vertAlign w:val="superscript"/>
        </w:rPr>
        <w:t>2021</w:t>
      </w:r>
      <w:r>
        <w:rPr>
          <w:rFonts w:ascii="Times New Roman" w:eastAsia="Times New Roman" w:hAnsi="Times New Roman" w:cs="Times New Roman"/>
          <w:color w:val="000000"/>
        </w:rPr>
        <w:t>×0.125</w:t>
      </w:r>
      <w:r>
        <w:rPr>
          <w:rFonts w:ascii="Times New Roman" w:eastAsia="Times New Roman" w:hAnsi="Times New Roman" w:cs="Times New Roman"/>
          <w:color w:val="000000"/>
          <w:vertAlign w:val="superscript"/>
        </w:rPr>
        <w:t>2022</w:t>
      </w:r>
    </w:p>
    <w:p>
      <w:pPr>
        <w:spacing w:line="360" w:lineRule="auto"/>
        <w:jc w:val="left"/>
        <w:textAlignment w:val="center"/>
        <w:rPr>
          <w:color w:val="000000"/>
        </w:rPr>
      </w:pPr>
      <w:r>
        <w:rPr>
          <w:rFonts w:ascii="宋体" w:eastAsia="宋体" w:hAnsi="宋体" w:cs="宋体"/>
          <w:color w:val="000000"/>
        </w:rPr>
        <w:t>＝（</w:t>
      </w:r>
      <w:r>
        <w:pict>
          <v:shape id="_x0000_i712335" type="#_x0000_t75" alt="学科网(www.zxxk.com)--教育资源门户，提供试卷、教案、课件、论文、素材以及各类教学资源下载，还有大量而丰富的教学相关资讯！" style="width:15.6pt;height:14.4pt" o:oleicon="f" o:ole="">
            <v:imagedata r:id="rId2512" o:title="eqId8bf3d3564c61e5e9c39a9e2cf2de048b"/>
          </v:shape>
        </w:pict>
      </w:r>
      <w:r>
        <w:rPr>
          <w:rFonts w:ascii="宋体" w:eastAsia="宋体" w:hAnsi="宋体" w:cs="宋体"/>
          <w:color w:val="000000"/>
        </w:rPr>
        <w:t>）</w:t>
      </w:r>
      <w:r>
        <w:rPr>
          <w:rFonts w:ascii="Times New Roman" w:eastAsia="Times New Roman" w:hAnsi="Times New Roman" w:cs="Times New Roman"/>
          <w:color w:val="000000"/>
          <w:vertAlign w:val="superscript"/>
        </w:rPr>
        <w:t>2021</w:t>
      </w:r>
      <w:r>
        <w:rPr>
          <w:rFonts w:ascii="Times New Roman" w:eastAsia="Times New Roman" w:hAnsi="Times New Roman" w:cs="Times New Roman"/>
          <w:color w:val="000000"/>
        </w:rPr>
        <w:t>×0.125</w:t>
      </w:r>
      <w:r>
        <w:rPr>
          <w:rFonts w:ascii="Times New Roman" w:eastAsia="Times New Roman" w:hAnsi="Times New Roman" w:cs="Times New Roman"/>
          <w:color w:val="000000"/>
          <w:vertAlign w:val="superscript"/>
        </w:rPr>
        <w:t>2021</w:t>
      </w:r>
      <w:r>
        <w:rPr>
          <w:rFonts w:ascii="Times New Roman" w:eastAsia="Times New Roman" w:hAnsi="Times New Roman" w:cs="Times New Roman"/>
          <w:color w:val="000000"/>
        </w:rPr>
        <w:t>×0.125</w:t>
      </w:r>
    </w:p>
    <w:p>
      <w:pPr>
        <w:spacing w:line="360" w:lineRule="auto"/>
        <w:jc w:val="left"/>
        <w:textAlignment w:val="center"/>
        <w:rPr>
          <w:color w:val="000000"/>
        </w:rPr>
      </w:pPr>
      <w:r>
        <w:rPr>
          <w:rFonts w:ascii="宋体" w:eastAsia="宋体" w:hAnsi="宋体" w:cs="宋体"/>
          <w:color w:val="000000"/>
        </w:rPr>
        <w:t>＝（</w:t>
      </w:r>
      <w:r>
        <w:pict>
          <v:shape id="_x0000_i712336" type="#_x0000_t75" alt="学科网(www.zxxk.com)--教育资源门户，提供试卷、教案、课件、论文、素材以及各类教学资源下载，还有大量而丰富的教学相关资讯！" style="width:15.6pt;height:14.4pt" o:oleicon="f" o:ole="">
            <v:imagedata r:id="rId2513" o:title="eqId8bf3d3564c61e5e9c39a9e2cf2de048b"/>
          </v:shape>
        </w:pict>
      </w:r>
      <w:r>
        <w:rPr>
          <w:rFonts w:ascii="Times New Roman" w:eastAsia="Times New Roman" w:hAnsi="Times New Roman" w:cs="Times New Roman"/>
          <w:color w:val="000000"/>
        </w:rPr>
        <w:t>×0.125</w:t>
      </w:r>
      <w:r>
        <w:rPr>
          <w:rFonts w:ascii="宋体" w:eastAsia="宋体" w:hAnsi="宋体" w:cs="宋体"/>
          <w:color w:val="000000"/>
        </w:rPr>
        <w:t>）</w:t>
      </w:r>
      <w:r>
        <w:rPr>
          <w:rFonts w:ascii="Times New Roman" w:eastAsia="Times New Roman" w:hAnsi="Times New Roman" w:cs="Times New Roman"/>
          <w:color w:val="000000"/>
          <w:vertAlign w:val="superscript"/>
        </w:rPr>
        <w:t>2021</w:t>
      </w:r>
      <w:r>
        <w:rPr>
          <w:rFonts w:ascii="Times New Roman" w:eastAsia="Times New Roman" w:hAnsi="Times New Roman" w:cs="Times New Roman"/>
          <w:color w:val="000000"/>
        </w:rPr>
        <w:t>×0.125</w:t>
      </w:r>
    </w:p>
    <w:p>
      <w:pPr>
        <w:spacing w:line="360" w:lineRule="auto"/>
        <w:jc w:val="left"/>
        <w:textAlignment w:val="center"/>
        <w:rPr>
          <w:color w:val="000000"/>
        </w:rPr>
      </w:pPr>
      <w:r>
        <w:rPr>
          <w:rFonts w:ascii="宋体" w:eastAsia="宋体" w:hAnsi="宋体" w:cs="宋体"/>
          <w:color w:val="000000"/>
        </w:rPr>
        <w:t>＝</w:t>
      </w:r>
      <w:r>
        <w:pict>
          <v:shape id="_x0000_i712337" type="#_x0000_t75" alt="学科网(www.zxxk.com)--教育资源门户，提供试卷、教案、课件、论文、素材以及各类教学资源下载，还有大量而丰富的教学相关资讯！" style="width:21pt;height:12pt" o:oleicon="f" o:ole="">
            <v:imagedata r:id="rId2514" o:title="eqIdab9c0beccf47df0ea37322260e84be7b"/>
          </v:shape>
        </w:pict>
      </w:r>
      <w:r>
        <w:rPr>
          <w:rFonts w:ascii="Times New Roman" w:eastAsia="Times New Roman" w:hAnsi="Times New Roman" w:cs="Times New Roman"/>
          <w:color w:val="000000"/>
        </w:rPr>
        <w:t>0.125</w:t>
      </w:r>
    </w:p>
    <w:p>
      <w:pPr>
        <w:spacing w:line="360" w:lineRule="auto"/>
        <w:jc w:val="left"/>
        <w:textAlignment w:val="center"/>
        <w:rPr>
          <w:color w:val="000000"/>
        </w:rPr>
      </w:pPr>
      <w:r>
        <w:rPr>
          <w:rFonts w:ascii="宋体" w:eastAsia="宋体" w:hAnsi="宋体" w:cs="宋体"/>
          <w:color w:val="000000"/>
        </w:rPr>
        <w:t>＝</w:t>
      </w:r>
      <w:r>
        <w:pict>
          <v:shape id="_x0000_i712338" type="#_x0000_t75" alt="学科网(www.zxxk.com)--教育资源门户，提供试卷、教案、课件、论文、素材以及各类教学资源下载，还有大量而丰富的教学相关资讯！" style="width:36.75pt;height:14.25pt" o:oleicon="f" o:ole="">
            <v:imagedata r:id="rId2515" o:title="eqId68a8702cf2c1a98248227852fe17db35"/>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336"/>
          <w:footerReference w:type="even" r:id="rId337"/>
          <w:headerReference w:type="first" r:id="rId338"/>
          <w:footerReference w:type="first" r:id="rId339"/>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有理数乘法法则问题，先通过不同形式的计算，验证结果相同，达到初步认证，再次认证结果，通过证明先算计积再算乘法，与先算每个数的乘方再算积，验证结论成立，会逆用积的乘方运算来简便运算是解题关键．</w:t>
      </w:r>
    </w:p>
    <w:p>
      <w:pPr>
        <w:pStyle w:val="Heading2"/>
      </w:pPr>
      <w:r>
        <w:t>通州区北关中学</w:t>
      </w:r>
    </w:p>
    <w:p>
      <w:pPr>
        <w:spacing w:line="360" w:lineRule="auto"/>
        <w:jc w:val="both"/>
        <w:textAlignment w:val="center"/>
        <w:rPr>
          <w:color w:val="000000"/>
        </w:rPr>
      </w:pPr>
      <w:r>
        <w:rPr>
          <w:color w:val="000000"/>
        </w:rPr>
        <w:t xml:space="preserve">21. </w:t>
      </w:r>
      <w:r>
        <w:rPr>
          <w:rFonts w:ascii="宋体" w:eastAsia="宋体" w:hAnsi="宋体" w:cs="宋体"/>
          <w:color w:val="000000"/>
        </w:rPr>
        <w:t>某品牌衣服进价为</w:t>
      </w:r>
      <w:r>
        <w:rPr>
          <w:rFonts w:ascii="Times New Roman" w:eastAsia="Times New Roman" w:hAnsi="Times New Roman" w:cs="Times New Roman"/>
          <w:i/>
          <w:color w:val="000000"/>
        </w:rPr>
        <w:t>m</w:t>
      </w:r>
      <w:r>
        <w:rPr>
          <w:rFonts w:ascii="宋体" w:eastAsia="宋体" w:hAnsi="宋体" w:cs="宋体"/>
          <w:color w:val="000000"/>
        </w:rPr>
        <w:t>元，出售时的价格比进价高</w:t>
      </w:r>
      <w:r>
        <w:pict>
          <v:shape id="_x0000_i712339" type="#_x0000_t75" alt="学科网(www.zxxk.com)--教育资源门户，提供试卷、教案、课件、论文、素材以及各类教学资源下载，还有大量而丰富的教学相关资讯！" style="width:24.4pt;height:14.15pt" o:oleicon="f" o:ole="">
            <v:imagedata r:id="rId2516" o:title="eqId7ac0823df5508f12b6978a62218f0647"/>
          </v:shape>
        </w:pict>
      </w:r>
      <w:r>
        <w:rPr>
          <w:rFonts w:ascii="宋体" w:eastAsia="宋体" w:hAnsi="宋体" w:cs="宋体"/>
          <w:color w:val="000000"/>
        </w:rPr>
        <w:t>，现在由于衣服积压，按原出售价的</w:t>
      </w:r>
      <w:r>
        <w:pict>
          <v:shape id="_x0000_i712340" type="#_x0000_t75" alt="学科网(www.zxxk.com)--教育资源门户，提供试卷、教案、课件、论文、素材以及各类教学资源下载，还有大量而丰富的教学相关资讯！" style="width:24.95pt;height:13.95pt" o:oleicon="f" o:ole="">
            <v:imagedata r:id="rId2517" o:title="eqIdd45c55f4b7cf4394ab8f05dd79473325"/>
          </v:shape>
        </w:pict>
      </w:r>
      <w:r>
        <w:rPr>
          <w:rFonts w:ascii="宋体" w:eastAsia="宋体" w:hAnsi="宋体" w:cs="宋体"/>
          <w:color w:val="000000"/>
        </w:rPr>
        <w:t>出售，现售价是多少元（用含有</w:t>
      </w:r>
      <w:r>
        <w:rPr>
          <w:rFonts w:ascii="Times New Roman" w:eastAsia="Times New Roman" w:hAnsi="Times New Roman" w:cs="Times New Roman"/>
          <w:i/>
          <w:color w:val="000000"/>
        </w:rPr>
        <w:t>m</w:t>
      </w:r>
      <w:r>
        <w:rPr>
          <w:rFonts w:ascii="宋体" w:eastAsia="宋体" w:hAnsi="宋体" w:cs="宋体"/>
          <w:color w:val="000000"/>
        </w:rPr>
        <w:t>的式子表示出来），并说明此时老板卖一件衣服是赚了还是亏了．</w:t>
      </w:r>
    </w:p>
    <w:p>
      <w:pPr>
        <w:spacing w:line="360" w:lineRule="auto"/>
        <w:textAlignment w:val="center"/>
        <w:rPr>
          <w:color w:val="000000"/>
        </w:rPr>
      </w:pPr>
      <w:r>
        <w:rPr>
          <w:color w:val="2E75B6"/>
        </w:rPr>
        <w:t>【答案】</w:t>
      </w:r>
      <w:r>
        <w:rPr>
          <w:rFonts w:ascii="宋体" w:eastAsia="宋体" w:hAnsi="宋体" w:cs="宋体"/>
          <w:color w:val="000000"/>
        </w:rPr>
        <w:t>现售价为</w:t>
      </w:r>
      <w:r>
        <w:pict>
          <v:shape id="_x0000_i712341" type="#_x0000_t75" alt="学科网(www.zxxk.com)--教育资源门户，提供试卷、教案、课件、论文、素材以及各类教学资源下载，还有大量而丰富的教学相关资讯！" style="width:33.75pt;height:14.25pt" o:oleicon="f" o:ole="">
            <v:imagedata r:id="rId2518" o:title="eqIdf2994da450e46550c757d44d29e84cff"/>
          </v:shape>
        </w:pict>
      </w:r>
      <w:r>
        <w:rPr>
          <w:rFonts w:ascii="宋体" w:eastAsia="宋体" w:hAnsi="宋体" w:cs="宋体"/>
          <w:color w:val="000000"/>
        </w:rPr>
        <w:t>元，此时老板卖一件衣服是亏了</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根据题意可直接进行求解，进而问题可求解．</w:t>
      </w:r>
    </w:p>
    <w:p>
      <w:pPr>
        <w:spacing w:line="360" w:lineRule="auto"/>
        <w:jc w:val="left"/>
        <w:textAlignment w:val="center"/>
        <w:rPr>
          <w:color w:val="000000"/>
        </w:rPr>
      </w:pPr>
      <w:r>
        <w:rPr>
          <w:color w:val="000000"/>
        </w:rPr>
        <w:t>【详解】</w:t>
      </w:r>
      <w:r>
        <w:rPr>
          <w:rFonts w:ascii="宋体" w:eastAsia="宋体" w:hAnsi="宋体" w:cs="宋体"/>
          <w:color w:val="000000"/>
        </w:rPr>
        <w:t>解：由题意得：</w:t>
      </w:r>
    </w:p>
    <w:p>
      <w:pPr>
        <w:spacing w:line="360" w:lineRule="auto"/>
        <w:jc w:val="left"/>
        <w:textAlignment w:val="center"/>
        <w:rPr>
          <w:color w:val="000000"/>
        </w:rPr>
      </w:pPr>
      <w:r>
        <w:rPr>
          <w:rFonts w:ascii="宋体" w:eastAsia="宋体" w:hAnsi="宋体" w:cs="宋体"/>
          <w:color w:val="000000"/>
        </w:rPr>
        <w:t>现在的售价为</w:t>
      </w:r>
      <w:r>
        <w:pict>
          <v:shape id="_x0000_i712342" type="#_x0000_t75" alt="学科网(www.zxxk.com)--教育资源门户，提供试卷、教案、课件、论文、素材以及各类教学资源下载，还有大量而丰富的教学相关资讯！" style="width:130.8pt;height:19.8pt" o:oleicon="f" o:ole="">
            <v:imagedata r:id="rId2519" o:title="eqId7560bc9b56a45c5e9c7f0ae094341895"/>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w:t>
      </w:r>
      <w:r>
        <w:pict>
          <v:shape id="_x0000_i712343" type="#_x0000_t75" alt="学科网(www.zxxk.com)--教育资源门户，提供试卷、教案、课件、论文、素材以及各类教学资源下载，还有大量而丰富的教学相关资讯！" style="width:54pt;height:13.8pt" o:oleicon="f" o:ole="">
            <v:imagedata r:id="rId2520" o:title="eqIdcb89b53c51cdf2d517d669d79ebeaf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∴此时老板卖一件衣服是亏了．</w:t>
      </w:r>
    </w:p>
    <w:p>
      <w:pPr>
        <w:spacing w:line="360" w:lineRule="auto"/>
        <w:jc w:val="left"/>
        <w:textAlignment w:val="center"/>
        <w:rPr>
          <w:color w:val="000000"/>
        </w:rPr>
      </w:pPr>
      <w:r>
        <w:rPr>
          <w:color w:val="000000"/>
        </w:rPr>
        <w:t>【点睛】</w:t>
      </w:r>
      <w:r>
        <w:rPr>
          <w:rFonts w:ascii="宋体" w:eastAsia="宋体" w:hAnsi="宋体" w:cs="宋体"/>
          <w:color w:val="000000"/>
        </w:rPr>
        <w:t>本题主要考查有理数的乘法的应用，解题的关键是读懂题意．</w:t>
      </w:r>
    </w:p>
    <w:p>
      <w:pPr>
        <w:spacing w:line="360" w:lineRule="auto"/>
        <w:jc w:val="left"/>
        <w:textAlignment w:val="center"/>
        <w:rPr>
          <w:color w:val="000000"/>
        </w:rPr>
      </w:pPr>
      <w:r>
        <w:rPr>
          <w:color w:val="000000"/>
        </w:rPr>
        <w:t xml:space="preserve">22. </w:t>
      </w:r>
      <w:r>
        <w:rPr>
          <w:rFonts w:ascii="宋体" w:eastAsia="宋体" w:hAnsi="宋体" w:cs="宋体"/>
          <w:color w:val="000000"/>
        </w:rPr>
        <w:t>某商场老板以</w:t>
      </w:r>
      <w:r>
        <w:rPr>
          <w:rFonts w:ascii="Times New Roman" w:eastAsia="Times New Roman" w:hAnsi="Times New Roman" w:cs="Times New Roman"/>
          <w:color w:val="000000"/>
        </w:rPr>
        <w:t>32</w:t>
      </w:r>
      <w:r>
        <w:rPr>
          <w:rFonts w:ascii="宋体" w:eastAsia="宋体" w:hAnsi="宋体" w:cs="宋体"/>
          <w:color w:val="000000"/>
        </w:rPr>
        <w:t>元</w:t>
      </w:r>
      <w:r>
        <w:rPr>
          <w:rFonts w:ascii="宋体" w:eastAsia="宋体" w:hAnsi="宋体" w:cs="宋体"/>
          <w:color w:val="000000"/>
          <w:position w:val="0"/>
        </w:rPr>
        <w:drawing>
          <wp:inline>
            <wp:extent cx="133350" cy="177800"/>
            <wp:docPr id="33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 name=""/>
                    <pic:cNvPicPr>
                      <a:picLocks noChangeAspect="1"/>
                    </pic:cNvPicPr>
                  </pic:nvPicPr>
                  <pic:blipFill>
                    <a:blip r:embed="rId252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价格购进</w:t>
      </w:r>
      <w:r>
        <w:rPr>
          <w:rFonts w:ascii="Times New Roman" w:eastAsia="Times New Roman" w:hAnsi="Times New Roman" w:cs="Times New Roman"/>
          <w:color w:val="000000"/>
        </w:rPr>
        <w:t>30</w:t>
      </w:r>
      <w:r>
        <w:rPr>
          <w:rFonts w:ascii="宋体" w:eastAsia="宋体" w:hAnsi="宋体" w:cs="宋体"/>
          <w:color w:val="000000"/>
        </w:rPr>
        <w:t>件儿童服装，针对不同的顾客，</w:t>
      </w:r>
      <w:r>
        <w:rPr>
          <w:rFonts w:ascii="Times New Roman" w:eastAsia="Times New Roman" w:hAnsi="Times New Roman" w:cs="Times New Roman"/>
          <w:color w:val="000000"/>
        </w:rPr>
        <w:t>30</w:t>
      </w:r>
      <w:r>
        <w:rPr>
          <w:rFonts w:ascii="宋体" w:eastAsia="宋体" w:hAnsi="宋体" w:cs="宋体"/>
          <w:color w:val="000000"/>
        </w:rPr>
        <w:t>件儿童服装的售价不完全相同．若以</w:t>
      </w:r>
      <w:r>
        <w:rPr>
          <w:rFonts w:ascii="Times New Roman" w:eastAsia="Times New Roman" w:hAnsi="Times New Roman" w:cs="Times New Roman"/>
          <w:color w:val="000000"/>
        </w:rPr>
        <w:t>47</w:t>
      </w:r>
      <w:r>
        <w:rPr>
          <w:rFonts w:ascii="宋体" w:eastAsia="宋体" w:hAnsi="宋体" w:cs="宋体"/>
          <w:color w:val="000000"/>
        </w:rPr>
        <w:t>元为标准，超过的钱数记为正数，不足的钱数记为负数．记录结果如下表所示：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323"/>
        <w:gridCol w:w="586"/>
        <w:gridCol w:w="586"/>
        <w:gridCol w:w="586"/>
        <w:gridCol w:w="376"/>
        <w:gridCol w:w="586"/>
        <w:gridCol w:w="586"/>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售出件数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售价（元）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p>
        </w:tc>
      </w:tr>
    </w:tbl>
    <w:p>
      <w:pPr>
        <w:spacing w:line="360" w:lineRule="auto"/>
        <w:jc w:val="left"/>
        <w:textAlignment w:val="center"/>
        <w:rPr>
          <w:color w:val="000000"/>
        </w:rPr>
      </w:pPr>
      <w:r>
        <w:rPr>
          <w:color w:val="000000"/>
        </w:rPr>
        <w:t>（1）</w:t>
      </w:r>
      <w:r>
        <w:rPr>
          <w:rFonts w:ascii="宋体" w:eastAsia="宋体" w:hAnsi="宋体" w:cs="宋体"/>
          <w:color w:val="000000"/>
        </w:rPr>
        <w:t>在销售这</w:t>
      </w:r>
      <w:r>
        <w:rPr>
          <w:rFonts w:ascii="Times New Roman" w:eastAsia="Times New Roman" w:hAnsi="Times New Roman" w:cs="Times New Roman"/>
          <w:color w:val="000000"/>
        </w:rPr>
        <w:t>30</w:t>
      </w:r>
      <w:r>
        <w:rPr>
          <w:rFonts w:ascii="宋体" w:eastAsia="宋体" w:hAnsi="宋体" w:cs="宋体"/>
          <w:color w:val="000000"/>
        </w:rPr>
        <w:t>件儿童服装中，价格最高的一件比价格最低的一件多多少元？</w:t>
      </w:r>
    </w:p>
    <w:p>
      <w:pPr>
        <w:spacing w:line="360" w:lineRule="auto"/>
        <w:jc w:val="left"/>
        <w:textAlignment w:val="center"/>
        <w:rPr>
          <w:color w:val="000000"/>
        </w:rPr>
      </w:pPr>
      <w:r>
        <w:rPr>
          <w:color w:val="000000"/>
        </w:rPr>
        <w:t>（2）</w:t>
      </w:r>
      <w:r>
        <w:rPr>
          <w:rFonts w:ascii="宋体" w:eastAsia="宋体" w:hAnsi="宋体" w:cs="宋体"/>
          <w:color w:val="000000"/>
        </w:rPr>
        <w:t>与标准售价比较，</w:t>
      </w:r>
      <w:r>
        <w:rPr>
          <w:rFonts w:ascii="Times New Roman" w:eastAsia="Times New Roman" w:hAnsi="Times New Roman" w:cs="Times New Roman"/>
          <w:color w:val="000000"/>
        </w:rPr>
        <w:t>30</w:t>
      </w:r>
      <w:r>
        <w:rPr>
          <w:rFonts w:ascii="宋体" w:eastAsia="宋体" w:hAnsi="宋体" w:cs="宋体"/>
          <w:color w:val="000000"/>
        </w:rPr>
        <w:t>件儿童服装总售价超过或不足多少元？</w:t>
      </w:r>
    </w:p>
    <w:p>
      <w:pPr>
        <w:spacing w:line="360" w:lineRule="auto"/>
        <w:jc w:val="left"/>
        <w:textAlignment w:val="center"/>
        <w:rPr>
          <w:color w:val="000000"/>
        </w:rPr>
      </w:pPr>
      <w:r>
        <w:rPr>
          <w:color w:val="000000"/>
        </w:rPr>
        <w:t>（3）</w:t>
      </w:r>
      <w:r>
        <w:rPr>
          <w:rFonts w:ascii="宋体" w:eastAsia="宋体" w:hAnsi="宋体" w:cs="宋体"/>
          <w:color w:val="000000"/>
        </w:rPr>
        <w:t>请问该商场在售完这</w:t>
      </w:r>
      <w:r>
        <w:rPr>
          <w:rFonts w:ascii="Times New Roman" w:eastAsia="Times New Roman" w:hAnsi="Times New Roman" w:cs="Times New Roman"/>
          <w:color w:val="000000"/>
        </w:rPr>
        <w:t>30</w:t>
      </w:r>
      <w:r>
        <w:rPr>
          <w:rFonts w:ascii="宋体" w:eastAsia="宋体" w:hAnsi="宋体" w:cs="宋体"/>
          <w:color w:val="000000"/>
        </w:rPr>
        <w:t>件儿童服装后，赚了多少钱？</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价格最高的一件比价格最低一件多</w:t>
      </w:r>
      <w:r>
        <w:rPr>
          <w:rFonts w:ascii="Times New Roman" w:eastAsia="Times New Roman" w:hAnsi="Times New Roman" w:cs="Times New Roman"/>
          <w:color w:val="000000"/>
        </w:rPr>
        <w:t>5</w:t>
      </w:r>
      <w:r>
        <w:rPr>
          <w:rFonts w:ascii="宋体" w:eastAsia="宋体" w:hAnsi="宋体" w:cs="宋体"/>
          <w:color w:val="000000"/>
        </w:rPr>
        <w:t>元</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总售价超过</w:t>
      </w:r>
      <w:r>
        <w:rPr>
          <w:rFonts w:ascii="Times New Roman" w:eastAsia="Times New Roman" w:hAnsi="Times New Roman" w:cs="Times New Roman"/>
          <w:color w:val="000000"/>
        </w:rPr>
        <w:t>22</w:t>
      </w:r>
      <w:r>
        <w:rPr>
          <w:rFonts w:ascii="宋体" w:eastAsia="宋体" w:hAnsi="宋体" w:cs="宋体"/>
          <w:color w:val="000000"/>
        </w:rPr>
        <w:t>元</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赚了</w:t>
      </w:r>
      <w:r>
        <w:rPr>
          <w:rFonts w:ascii="Times New Roman" w:eastAsia="Times New Roman" w:hAnsi="Times New Roman" w:cs="Times New Roman"/>
          <w:color w:val="000000"/>
        </w:rPr>
        <w:t>472</w:t>
      </w:r>
      <w:r>
        <w:rPr>
          <w:rFonts w:ascii="宋体" w:eastAsia="宋体" w:hAnsi="宋体" w:cs="宋体"/>
          <w:color w:val="000000"/>
        </w:rPr>
        <w:t>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）求出价格最高的售价和价格最低的售价，相减即可；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）用售出件数乘以超出的售价和不足的售价，相加即可；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）先求出按标准售价出售时赚的钱数，再加上与标准售价比较超过的钱数即可．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解：由题意得：价格最高的一件售价为</w:t>
      </w:r>
      <w:r>
        <w:rPr>
          <w:rFonts w:ascii="Times New Roman" w:eastAsia="Times New Roman" w:hAnsi="Times New Roman" w:cs="Times New Roman"/>
          <w:color w:val="000000"/>
        </w:rPr>
        <w:t>47+3=50</w:t>
      </w:r>
      <w:r>
        <w:rPr>
          <w:rFonts w:ascii="宋体" w:eastAsia="宋体" w:hAnsi="宋体" w:cs="宋体"/>
          <w:color w:val="000000"/>
        </w:rPr>
        <w:t>（元），价格最低的一件售价为</w:t>
      </w:r>
      <w:r>
        <w:rPr>
          <w:rFonts w:ascii="Times New Roman" w:eastAsia="Times New Roman" w:hAnsi="Times New Roman" w:cs="Times New Roman"/>
          <w:color w:val="000000"/>
        </w:rPr>
        <w:t>47</w:t>
      </w:r>
      <w:r>
        <w:rPr>
          <w:rFonts w:ascii="宋体" w:eastAsia="宋体" w:hAnsi="宋体" w:cs="宋体"/>
          <w:color w:val="000000"/>
        </w:rPr>
        <w:t>－</w:t>
      </w:r>
      <w:r>
        <w:rPr>
          <w:rFonts w:ascii="Times New Roman" w:eastAsia="Times New Roman" w:hAnsi="Times New Roman" w:cs="Times New Roman"/>
          <w:color w:val="000000"/>
        </w:rPr>
        <w:t>2=45</w:t>
      </w:r>
      <w:r>
        <w:rPr>
          <w:rFonts w:ascii="宋体" w:eastAsia="宋体" w:hAnsi="宋体" w:cs="宋体"/>
          <w:color w:val="000000"/>
        </w:rPr>
        <w:t>（元）</w:t>
      </w:r>
    </w:p>
    <w:p>
      <w:pPr>
        <w:spacing w:line="360" w:lineRule="auto"/>
        <w:jc w:val="left"/>
        <w:textAlignment w:val="center"/>
        <w:rPr>
          <w:color w:val="000000"/>
        </w:rPr>
      </w:pPr>
      <w:r>
        <w:rPr>
          <w:rFonts w:ascii="Times New Roman" w:eastAsia="Times New Roman" w:hAnsi="Times New Roman" w:cs="Times New Roman"/>
          <w:color w:val="000000"/>
        </w:rPr>
        <w:t>50</w:t>
      </w:r>
      <w:r>
        <w:rPr>
          <w:rFonts w:ascii="宋体" w:eastAsia="宋体" w:hAnsi="宋体" w:cs="宋体"/>
          <w:color w:val="000000"/>
        </w:rPr>
        <w:t>－</w:t>
      </w:r>
      <w:r>
        <w:rPr>
          <w:rFonts w:ascii="Times New Roman" w:eastAsia="Times New Roman" w:hAnsi="Times New Roman" w:cs="Times New Roman"/>
          <w:color w:val="000000"/>
        </w:rPr>
        <w:t>45=5</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答：价格最高的一件比价格最低一件多</w:t>
      </w:r>
      <w:r>
        <w:rPr>
          <w:rFonts w:ascii="Times New Roman" w:eastAsia="Times New Roman" w:hAnsi="Times New Roman" w:cs="Times New Roman"/>
          <w:color w:val="000000"/>
        </w:rPr>
        <w:t>5</w:t>
      </w:r>
      <w:r>
        <w:rPr>
          <w:rFonts w:ascii="宋体" w:eastAsia="宋体" w:hAnsi="宋体" w:cs="宋体"/>
          <w:color w:val="000000"/>
        </w:rPr>
        <w:t>元．</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12344" type="#_x0000_t75" alt="学科网(www.zxxk.com)--教育资源门户，提供试卷、教案、课件、论文、素材以及各类教学资源下载，还有大量而丰富的教学相关资讯！" style="width:235.2pt;height:19.8pt" o:oleicon="f" o:ole="">
            <v:imagedata r:id="rId2522" o:title="eqIde590be1cb40d3a7ee81257070474f315"/>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答：总售价超过</w:t>
      </w:r>
      <w:r>
        <w:rPr>
          <w:rFonts w:ascii="Times New Roman" w:eastAsia="Times New Roman" w:hAnsi="Times New Roman" w:cs="Times New Roman"/>
          <w:color w:val="000000"/>
        </w:rPr>
        <w:t>22</w:t>
      </w:r>
      <w:r>
        <w:rPr>
          <w:rFonts w:ascii="宋体" w:eastAsia="宋体" w:hAnsi="宋体" w:cs="宋体"/>
          <w:color w:val="000000"/>
        </w:rPr>
        <w:t>元；</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pict>
          <v:shape id="_x0000_i712345" type="#_x0000_t75" alt="学科网(www.zxxk.com)--教育资源门户，提供试卷、教案、课件、论文、素材以及各类教学资源下载，还有大量而丰富的教学相关资讯！" style="width:101pt;height:22pt" o:oleicon="f" o:ole="">
            <v:imagedata r:id="rId2523" o:title="eqId1f44101e9704f08a132d8a73593d4ba4"/>
          </v:shape>
        </w:pict>
      </w:r>
      <w:r>
        <w:rPr>
          <w:rFonts w:ascii="宋体" w:eastAsia="宋体" w:hAnsi="宋体" w:cs="宋体"/>
          <w:color w:val="000000"/>
        </w:rPr>
        <w:t>（元），</w:t>
      </w:r>
    </w:p>
    <w:p>
      <w:pPr>
        <w:spacing w:line="360" w:lineRule="auto"/>
        <w:jc w:val="left"/>
        <w:textAlignment w:val="center"/>
        <w:rPr>
          <w:color w:val="000000"/>
        </w:rPr>
      </w:pPr>
      <w:r>
        <w:rPr>
          <w:rFonts w:ascii="Times New Roman" w:eastAsia="Times New Roman" w:hAnsi="Times New Roman" w:cs="Times New Roman"/>
          <w:color w:val="000000"/>
        </w:rPr>
        <w:t>450+22=472</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答：赚了</w:t>
      </w:r>
      <w:r>
        <w:rPr>
          <w:rFonts w:ascii="Times New Roman" w:eastAsia="Times New Roman" w:hAnsi="Times New Roman" w:cs="Times New Roman"/>
          <w:color w:val="000000"/>
        </w:rPr>
        <w:t>472</w:t>
      </w:r>
      <w:r>
        <w:rPr>
          <w:rFonts w:ascii="宋体" w:eastAsia="宋体" w:hAnsi="宋体" w:cs="宋体"/>
          <w:color w:val="000000"/>
        </w:rPr>
        <w:t>元．</w:t>
      </w:r>
    </w:p>
    <w:p>
      <w:pPr>
        <w:spacing w:line="360" w:lineRule="auto"/>
        <w:jc w:val="left"/>
        <w:textAlignment w:val="center"/>
        <w:rPr>
          <w:color w:val="000000"/>
        </w:rPr>
        <w:sectPr w:rsidSect="00C321EB">
          <w:headerReference w:type="even" r:id="rId214"/>
          <w:footerReference w:type="even" r:id="rId215"/>
          <w:headerReference w:type="first" r:id="rId216"/>
          <w:footerReference w:type="first" r:id="rId217"/>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本题主要考查有理数混合运算的实际应用，关键在于理解正负数的意义．</w:t>
      </w:r>
    </w:p>
    <w:p>
      <w:pPr>
        <w:pStyle w:val="Heading2"/>
      </w:pPr>
      <w:r>
        <w:t>陈经纶中学</w:t>
      </w:r>
    </w:p>
    <w:p>
      <w:pPr>
        <w:spacing w:line="360" w:lineRule="auto"/>
        <w:jc w:val="left"/>
        <w:textAlignment w:val="center"/>
        <w:rPr>
          <w:color w:val="000000"/>
        </w:rPr>
      </w:pPr>
      <w:r>
        <w:rPr>
          <w:color w:val="000000"/>
        </w:rPr>
        <w:t xml:space="preserve">26. </w:t>
      </w:r>
      <w:r>
        <w:rPr>
          <w:rFonts w:ascii="宋体" w:eastAsia="宋体" w:hAnsi="宋体" w:cs="宋体"/>
          <w:color w:val="000000"/>
        </w:rPr>
        <w:t>在学习完《有理数》后，小奇对运算产生了浓厚的兴趣．借助有理数的运算，定义了一种新运算</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，规则如下：</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宋体" w:eastAsia="宋体" w:hAnsi="宋体" w:cs="宋体"/>
          <w:color w:val="000000"/>
          <w:position w:val="0"/>
        </w:rPr>
        <w:drawing>
          <wp:inline>
            <wp:extent cx="133350" cy="177800"/>
            <wp:docPr id="33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 name=""/>
                    <pic:cNvPicPr>
                      <a:picLocks noChangeAspect="1"/>
                    </pic:cNvPicPr>
                  </pic:nvPicPr>
                  <pic:blipFill>
                    <a:blip r:embed="rId252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12346" type="#_x0000_t75" alt="学科网(www.zxxk.com)--教育资源门户，提供试卷、教案、课件、论文、素材以及各类教学资源下载，还有大量而丰富的教学相关资讯！" style="width:10.5pt;height:21pt" o:oleicon="f" o:ole="">
            <v:imagedata r:id="rId2525" o:title="eqIdf89eef3148f2d4d09379767b4af69132"/>
          </v:shape>
        </w:pi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）试用学习有理数的经验和方法来探究这种新运算</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是否具有交换律？请写出你的探究过程．</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）不具有交换律</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代入</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b+2</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计算可得；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）根据法则，先计算﹣</w:t>
      </w:r>
      <w:r>
        <w:rPr>
          <w:rFonts w:ascii="Times New Roman" w:eastAsia="Times New Roman" w:hAnsi="Times New Roman" w:cs="Times New Roman"/>
          <w:color w:val="000000"/>
        </w:rPr>
        <w:t>4</w:t>
      </w:r>
      <w:r>
        <w:rPr>
          <w:rFonts w:ascii="宋体" w:eastAsia="宋体" w:hAnsi="宋体" w:cs="宋体"/>
          <w:color w:val="000000"/>
        </w:rPr>
        <w:t>⊕</w:t>
      </w:r>
      <w:r>
        <w:pict>
          <v:shape id="_x0000_i712347" type="#_x0000_t75" alt="学科网(www.zxxk.com)--教育资源门户，提供试卷、教案、课件、论文、素材以及各类教学资源下载，还有大量而丰富的教学相关资讯！" style="width:10.5pt;height:21pt" o:oleicon="f" o:ole="">
            <v:imagedata r:id="rId2526"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，再计算﹣</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）计算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即可得出答案．</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2+4</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12348" type="#_x0000_t75" alt="学科网(www.zxxk.com)--教育资源门户，提供试卷、教案、课件、论文、素材以及各类教学资源下载，还有大量而丰富的教学相关资讯！" style="width:10.5pt;height:21pt" o:oleicon="f" o:ole="">
            <v:imagedata r:id="rId2527" o:title="eqIdf89eef3148f2d4d09379767b4af6913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12349" type="#_x0000_t75" alt="学科网(www.zxxk.com)--教育资源门户，提供试卷、教案、课件、论文、素材以及各类教学资源下载，还有大量而丰富的教学相关资讯！" style="width:10.5pt;height:21pt" o:oleicon="f" o:ole="">
            <v:imagedata r:id="rId2528" o:title="eqIdf89eef3148f2d4d09379767b4af69132"/>
          </v:shape>
        </w:pic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color w:val="000000"/>
        </w:rPr>
        <w:t>6</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）不具有交换律，</w:t>
      </w:r>
    </w:p>
    <w:p>
      <w:pPr>
        <w:spacing w:line="360" w:lineRule="auto"/>
        <w:jc w:val="left"/>
        <w:textAlignment w:val="center"/>
        <w:rPr>
          <w:color w:val="000000"/>
        </w:rPr>
      </w:pP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∴不具有交换律．</w:t>
      </w:r>
    </w:p>
    <w:p>
      <w:pPr>
        <w:spacing w:line="360" w:lineRule="auto"/>
        <w:jc w:val="left"/>
        <w:textAlignment w:val="center"/>
        <w:rPr>
          <w:color w:val="000000"/>
        </w:rPr>
      </w:pPr>
      <w:r>
        <w:rPr>
          <w:color w:val="000000"/>
        </w:rPr>
        <w:t>【点睛】</w:t>
      </w:r>
      <w:r>
        <w:rPr>
          <w:rFonts w:ascii="宋体" w:eastAsia="宋体" w:hAnsi="宋体" w:cs="宋体"/>
          <w:color w:val="000000"/>
        </w:rPr>
        <w:t>本题考查了有理数的混合运算，解题的关键是熟练掌握有理数的混合运算顺序和运算法则及新定义的运用．</w:t>
      </w:r>
    </w:p>
    <w:p>
      <w:pPr>
        <w:spacing w:line="360" w:lineRule="auto"/>
        <w:jc w:val="left"/>
        <w:textAlignment w:val="center"/>
        <w:rPr>
          <w:color w:val="000000"/>
        </w:rPr>
      </w:pPr>
      <w:r>
        <w:rPr>
          <w:color w:val="000000"/>
        </w:rPr>
        <w:t xml:space="preserve">27. </w:t>
      </w:r>
      <w:r>
        <w:rPr>
          <w:rFonts w:ascii="宋体" w:eastAsia="宋体" w:hAnsi="宋体" w:cs="宋体"/>
          <w:color w:val="000000"/>
        </w:rPr>
        <w:t>对数轴上的点</w:t>
      </w:r>
      <w:r>
        <w:pict>
          <v:shape id="_x0000_i712350" type="#_x0000_t75" alt="学科网(www.zxxk.com)--教育资源门户，提供试卷、教案、课件、论文、素材以及各类教学资源下载，还有大量而丰富的教学相关资讯！" style="width:11.25pt;height:12pt" o:oleicon="f" o:ole="">
            <v:imagedata r:id="rId2529" o:title="eqIddad2a36927223bd70f426ba06aea4b45"/>
          </v:shape>
        </w:pict>
      </w:r>
      <w:r>
        <w:rPr>
          <w:rFonts w:ascii="宋体" w:eastAsia="宋体" w:hAnsi="宋体" w:cs="宋体"/>
          <w:color w:val="000000"/>
        </w:rPr>
        <w:t>进行如下操作：先把点</w:t>
      </w:r>
      <w:r>
        <w:pict>
          <v:shape id="_x0000_i712351" type="#_x0000_t75" alt="学科网(www.zxxk.com)--教育资源门户，提供试卷、教案、课件、论文、素材以及各类教学资源下载，还有大量而丰富的教学相关资讯！" style="width:11.25pt;height:12pt" o:oleicon="f" o:ole="">
            <v:imagedata r:id="rId2529" o:title="eqIddad2a36927223bd70f426ba06aea4b45"/>
          </v:shape>
        </w:pict>
      </w:r>
      <w:r>
        <w:rPr>
          <w:rFonts w:ascii="宋体" w:eastAsia="宋体" w:hAnsi="宋体" w:cs="宋体"/>
          <w:color w:val="000000"/>
        </w:rPr>
        <w:t>表示的数乘以</w:t>
      </w:r>
      <w:r>
        <w:pict>
          <v:shape id="_x0000_i712352" type="#_x0000_t75" alt="学科网(www.zxxk.com)--教育资源门户，提供试卷、教案、课件、论文、素材以及各类教学资源下载，还有大量而丰富的教学相关资讯！" style="width:48pt;height:18pt" o:oleicon="f" o:ole="">
            <v:imagedata r:id="rId2530" o:title="eqId87484a879f450ab097f720fb2a0f4a2f"/>
          </v:shape>
        </w:pict>
      </w:r>
      <w:r>
        <w:rPr>
          <w:rFonts w:ascii="宋体" w:eastAsia="宋体" w:hAnsi="宋体" w:cs="宋体"/>
          <w:color w:val="000000"/>
        </w:rPr>
        <w:t>，再把所得数对应的点沿数轴向右平移</w:t>
      </w:r>
      <w:r>
        <w:pict>
          <v:shape id="_x0000_i712353" type="#_x0000_t75" alt="学科网(www.zxxk.com)--教育资源门户，提供试卷、教案、课件、论文、素材以及各类教学资源下载，还有大量而丰富的教学相关资讯！" style="width:9.75pt;height:11.25pt" o:oleicon="f" o:ole="">
            <v:imagedata r:id="rId2531" o:title="eqIdb6a24198bd04c29321ae5dc5a28fe421"/>
          </v:shape>
        </w:pict>
      </w:r>
      <w:r>
        <w:rPr>
          <w:rFonts w:ascii="宋体" w:eastAsia="宋体" w:hAnsi="宋体" w:cs="宋体"/>
          <w:color w:val="000000"/>
        </w:rPr>
        <w:t>个单位长度，得到点</w:t>
      </w:r>
      <w:r>
        <w:pict>
          <v:shape id="_x0000_i712354" type="#_x0000_t75" alt="学科网(www.zxxk.com)--教育资源门户，提供试卷、教案、课件、论文、素材以及各类教学资源下载，还有大量而丰富的教学相关资讯！" style="width:15pt;height:14.25pt" o:oleicon="f" o:ole="">
            <v:imagedata r:id="rId2532" o:title="eqIdcee6765a83140d745a6de4c85d9b6b50"/>
          </v:shape>
        </w:pict>
      </w:r>
      <w:r>
        <w:rPr>
          <w:rFonts w:ascii="宋体" w:eastAsia="宋体" w:hAnsi="宋体" w:cs="宋体"/>
          <w:color w:val="000000"/>
        </w:rPr>
        <w:t>，称这样的操作为点</w:t>
      </w:r>
      <w:r>
        <w:pict>
          <v:shape id="_x0000_i712355" type="#_x0000_t75" alt="学科网(www.zxxk.com)--教育资源门户，提供试卷、教案、课件、论文、素材以及各类教学资源下载，还有大量而丰富的教学相关资讯！" style="width:11.25pt;height:12pt" o:oleicon="f" o:ole="">
            <v:imagedata r:id="rId2529" o:title="eqIddad2a36927223bd70f426ba06aea4b45"/>
          </v:shape>
        </w:pict>
      </w:r>
      <w:r>
        <w:rPr>
          <w:rFonts w:ascii="宋体" w:eastAsia="宋体" w:hAnsi="宋体" w:cs="宋体"/>
          <w:color w:val="000000"/>
        </w:rPr>
        <w:t>的</w:t>
      </w:r>
      <w:r>
        <w:rPr>
          <w:rFonts w:ascii="Times New Roman" w:eastAsia="Times New Roman" w:hAnsi="Times New Roman" w:cs="Times New Roman"/>
          <w:color w:val="000000"/>
        </w:rPr>
        <w:t>“</w:t>
      </w:r>
      <w:r>
        <w:pict>
          <v:shape id="_x0000_i712356" type="#_x0000_t75" alt="学科网(www.zxxk.com)--教育资源门户，提供试卷、教案、课件、论文、素材以及各类教学资源下载，还有大量而丰富的教学相关资讯！" style="width:29.3pt;height:10.9pt" o:oleicon="f" o:ole="">
            <v:imagedata r:id="rId2533" o:title="eqId72850427e83ff19a24305783e080b280"/>
          </v:shape>
        </w:pict>
      </w:r>
      <w:r>
        <w:rPr>
          <w:rFonts w:ascii="宋体" w:eastAsia="宋体" w:hAnsi="宋体" w:cs="宋体"/>
          <w:color w:val="000000"/>
        </w:rPr>
        <w:t>变换</w:t>
      </w:r>
      <w:r>
        <w:rPr>
          <w:rFonts w:ascii="Times New Roman" w:eastAsia="Times New Roman" w:hAnsi="Times New Roman" w:cs="Times New Roman"/>
          <w:color w:val="000000"/>
        </w:rPr>
        <w:t>”</w:t>
      </w:r>
      <w:r>
        <w:rPr>
          <w:rFonts w:ascii="宋体" w:eastAsia="宋体" w:hAnsi="宋体" w:cs="宋体"/>
          <w:color w:val="000000"/>
        </w:rPr>
        <w:t>，对数轴上的点</w:t>
      </w:r>
      <w:r>
        <w:pict>
          <v:shape id="_x0000_i712357" type="#_x0000_t75" alt="学科网(www.zxxk.com)--教育资源门户，提供试卷、教案、课件、论文、素材以及各类教学资源下载，还有大量而丰富的教学相关资讯！" style="width:12pt;height:12pt" o:oleicon="f" o:ole="">
            <v:imagedata r:id="rId2534" o:title="eqId5963abe8f421bd99a2aaa94831a951e9"/>
          </v:shape>
        </w:pict>
      </w:r>
      <w:r>
        <w:rPr>
          <w:rFonts w:ascii="宋体" w:eastAsia="宋体" w:hAnsi="宋体" w:cs="宋体"/>
          <w:color w:val="000000"/>
        </w:rPr>
        <w:t>，</w:t>
      </w:r>
      <w:r>
        <w:pict>
          <v:shape id="_x0000_i712358" type="#_x0000_t75" alt="学科网(www.zxxk.com)--教育资源门户，提供试卷、教案、课件、论文、素材以及各类教学资源下载，还有大量而丰富的教学相关资讯！" style="width:9.75pt;height:10.5pt" o:oleicon="f" o:ole="">
            <v:imagedata r:id="rId2535" o:title="eqId7f9e8449aad35c5d840a3395ea86df6d"/>
          </v:shape>
        </w:pict>
      </w:r>
      <w:r>
        <w:rPr>
          <w:rFonts w:ascii="宋体" w:eastAsia="宋体" w:hAnsi="宋体" w:cs="宋体"/>
          <w:color w:val="000000"/>
        </w:rPr>
        <w:t>，</w:t>
      </w:r>
      <w:r>
        <w:pict>
          <v:shape id="_x0000_i712359" type="#_x0000_t75" alt="学科网(www.zxxk.com)--教育资源门户，提供试卷、教案、课件、论文、素材以及各类教学资源下载，还有大量而丰富的教学相关资讯！" style="width:11.9pt;height:14.4pt" o:oleicon="f" o:ole="">
            <v:imagedata r:id="rId2536" o:title="eqIdc5db41a1f31d6baee7c69990811edb9f"/>
          </v:shape>
        </w:pict>
      </w:r>
      <w:r>
        <w:rPr>
          <w:rFonts w:ascii="宋体" w:eastAsia="宋体" w:hAnsi="宋体" w:cs="宋体"/>
          <w:color w:val="000000"/>
        </w:rPr>
        <w:t>，</w:t>
      </w:r>
      <w:r>
        <w:pict>
          <v:shape id="_x0000_i712360" type="#_x0000_t75" alt="学科网(www.zxxk.com)--教育资源门户，提供试卷、教案、课件、论文、素材以及各类教学资源下载，还有大量而丰富的教学相关资讯！" style="width:11.25pt;height:11.25pt" o:oleicon="f" o:ole="">
            <v:imagedata r:id="rId2537" o:title="eqId8455657dde27aabe6adb7b188e031c11"/>
          </v:shape>
        </w:pict>
      </w:r>
      <w:r>
        <w:rPr>
          <w:rFonts w:ascii="宋体" w:eastAsia="宋体" w:hAnsi="宋体" w:cs="宋体"/>
          <w:color w:val="000000"/>
        </w:rPr>
        <w:t>进行</w:t>
      </w:r>
      <w:r>
        <w:rPr>
          <w:rFonts w:ascii="Times New Roman" w:eastAsia="Times New Roman" w:hAnsi="Times New Roman" w:cs="Times New Roman"/>
          <w:color w:val="000000"/>
        </w:rPr>
        <w:t>“</w:t>
      </w:r>
      <w:r>
        <w:pict>
          <v:shape id="_x0000_i712361" type="#_x0000_t75" alt="学科网(www.zxxk.com)--教育资源门户，提供试卷、教案、课件、论文、素材以及各类教学资源下载，还有大量而丰富的教学相关资讯！" style="width:29.3pt;height:10.9pt" o:oleicon="f" o:ole="">
            <v:imagedata r:id="rId2533" o:title="eqId72850427e83ff19a24305783e080b280"/>
          </v:shape>
        </w:pict>
      </w:r>
      <w:r>
        <w:rPr>
          <w:rFonts w:ascii="宋体" w:eastAsia="宋体" w:hAnsi="宋体" w:cs="宋体"/>
          <w:color w:val="000000"/>
        </w:rPr>
        <w:t>变换</w:t>
      </w:r>
      <w:r>
        <w:rPr>
          <w:rFonts w:ascii="Times New Roman" w:eastAsia="Times New Roman" w:hAnsi="Times New Roman" w:cs="Times New Roman"/>
          <w:color w:val="000000"/>
        </w:rPr>
        <w:t>”</w:t>
      </w:r>
      <w:r>
        <w:rPr>
          <w:rFonts w:ascii="宋体" w:eastAsia="宋体" w:hAnsi="宋体" w:cs="宋体"/>
          <w:color w:val="000000"/>
        </w:rPr>
        <w:t>后得到的点分别为</w:t>
      </w:r>
      <w:r>
        <w:pict>
          <v:shape id="_x0000_i712362" type="#_x0000_t75" alt="学科网(www.zxxk.com)--教育资源门户，提供试卷、教案、课件、论文、素材以及各类教学资源下载，还有大量而丰富的教学相关资讯！" style="width:12.75pt;height:12pt" o:oleicon="f" o:ole="">
            <v:imagedata r:id="rId2538" o:title="eqIde7c314398e26ffc7164b82946eeb4273"/>
          </v:shape>
        </w:pict>
      </w:r>
      <w:r>
        <w:rPr>
          <w:rFonts w:ascii="宋体" w:eastAsia="宋体" w:hAnsi="宋体" w:cs="宋体"/>
          <w:color w:val="000000"/>
        </w:rPr>
        <w:t>，</w:t>
      </w:r>
      <w:r>
        <w:pict>
          <v:shape id="_x0000_i712363" type="#_x0000_t75" alt="学科网(www.zxxk.com)--教育资源门户，提供试卷、教案、课件、论文、素材以及各类教学资源下载，还有大量而丰富的教学相关资讯！" style="width:13.95pt;height:13pt" o:oleicon="f" o:ole="">
            <v:imagedata r:id="rId2539" o:title="eqId3953cec61ac602ce5eb59b7912352179"/>
          </v:shape>
        </w:pict>
      </w:r>
      <w:r>
        <w:rPr>
          <w:rFonts w:ascii="宋体" w:eastAsia="宋体" w:hAnsi="宋体" w:cs="宋体"/>
          <w:color w:val="000000"/>
        </w:rPr>
        <w:t>，</w:t>
      </w:r>
      <w:r>
        <w:pict>
          <v:shape id="_x0000_i712364" type="#_x0000_t75" alt="学科网(www.zxxk.com)--教育资源门户，提供试卷、教案、课件、论文、素材以及各类教学资源下载，还有大量而丰富的教学相关资讯！" style="width:15pt;height:13.95pt" o:oleicon="f" o:ole="">
            <v:imagedata r:id="rId2540" o:title="eqIdb4c8a9c4957431681ddfc77895a88508"/>
          </v:shape>
        </w:pict>
      </w:r>
      <w:r>
        <w:rPr>
          <w:rFonts w:ascii="宋体" w:eastAsia="宋体" w:hAnsi="宋体" w:cs="宋体"/>
          <w:color w:val="000000"/>
        </w:rPr>
        <w:t>，</w:t>
      </w:r>
      <w:r>
        <w:pict>
          <v:shape id="_x0000_i712365" type="#_x0000_t75" alt="学科网(www.zxxk.com)--教育资源门户，提供试卷、教案、课件、论文、素材以及各类教学资源下载，还有大量而丰富的教学相关资讯！" style="width:15pt;height:12pt" o:oleicon="f" o:ole="">
            <v:imagedata r:id="rId2541" o:title="eqIde5b3bd5e6bc2a0a277d279bb01af9584"/>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当</w:t>
      </w:r>
      <w:r>
        <w:pict>
          <v:shape id="_x0000_i712366" type="#_x0000_t75" alt="学科网(www.zxxk.com)--教育资源门户，提供试卷、教案、课件、论文、素材以及各类教学资源下载，还有大量而丰富的教学相关资讯！" style="width:31.3pt;height:13.75pt" o:oleicon="f" o:ole="">
            <v:imagedata r:id="rId2542" o:title="eqIde94f16d5ed858699bfea5039a7bf8ae6"/>
          </v:shape>
        </w:pict>
      </w:r>
      <w:r>
        <w:rPr>
          <w:rFonts w:ascii="宋体" w:eastAsia="宋体" w:hAnsi="宋体" w:cs="宋体"/>
          <w:color w:val="000000"/>
        </w:rPr>
        <w:t>，</w:t>
      </w:r>
      <w:r>
        <w:pict>
          <v:shape id="_x0000_i712367" type="#_x0000_t75" alt="学科网(www.zxxk.com)--教育资源门户，提供试卷、教案、课件、论文、素材以及各类教学资源下载，还有大量而丰富的教学相关资讯！" style="width:27pt;height:14.4pt" o:oleicon="f" o:ole="">
            <v:imagedata r:id="rId2543" o:title="eqIdbe604061cf1591f7069472269d4c971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①若点</w:t>
      </w:r>
      <w:r>
        <w:pict>
          <v:shape id="_x0000_i712368" type="#_x0000_t75" alt="学科网(www.zxxk.com)--教育资源门户，提供试卷、教案、课件、论文、素材以及各类教学资源下载，还有大量而丰富的教学相关资讯！" style="width:12pt;height:12pt" o:oleicon="f" o:ole="">
            <v:imagedata r:id="rId2544" o:title="eqId5963abe8f421bd99a2aaa94831a951e9"/>
          </v:shape>
        </w:pict>
      </w:r>
      <w:r>
        <w:rPr>
          <w:rFonts w:ascii="宋体" w:eastAsia="宋体" w:hAnsi="宋体" w:cs="宋体"/>
          <w:color w:val="000000"/>
        </w:rPr>
        <w:t>表示的数为</w:t>
      </w:r>
      <w:r>
        <w:pict>
          <v:shape id="_x0000_i712369" type="#_x0000_t75" alt="学科网(www.zxxk.com)--教育资源门户，提供试卷、教案、课件、论文、素材以及各类教学资源下载，还有大量而丰富的教学相关资讯！" style="width:16.2pt;height:13.2pt" o:oleicon="f" o:ole="">
            <v:imagedata r:id="rId2545" o:title="eqId3edbd40e04e2a943051fa83d6e511add"/>
          </v:shape>
        </w:pict>
      </w:r>
      <w:r>
        <w:rPr>
          <w:rFonts w:ascii="宋体" w:eastAsia="宋体" w:hAnsi="宋体" w:cs="宋体"/>
          <w:color w:val="000000"/>
        </w:rPr>
        <w:t>，则它的对应点</w:t>
      </w:r>
      <w:r>
        <w:pict>
          <v:shape id="_x0000_i712370" type="#_x0000_t75" alt="学科网(www.zxxk.com)--教育资源门户，提供试卷、教案、课件、论文、素材以及各类教学资源下载，还有大量而丰富的教学相关资讯！" style="width:12.75pt;height:12pt" o:oleicon="f" o:ole="">
            <v:imagedata r:id="rId2546" o:title="eqIde7c314398e26ffc7164b82946eeb4273"/>
          </v:shape>
        </w:pict>
      </w:r>
      <w:r>
        <w:rPr>
          <w:rFonts w:ascii="宋体" w:eastAsia="宋体" w:hAnsi="宋体" w:cs="宋体"/>
          <w:color w:val="000000"/>
        </w:rPr>
        <w:t>表示的数为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②数轴上</w:t>
      </w:r>
      <w:r>
        <w:rPr>
          <w:rFonts w:ascii="宋体" w:eastAsia="宋体" w:hAnsi="宋体" w:cs="宋体"/>
          <w:color w:val="000000"/>
          <w:position w:val="0"/>
        </w:rPr>
        <w:drawing>
          <wp:inline>
            <wp:extent cx="133350" cy="177800"/>
            <wp:docPr id="33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 name=""/>
                    <pic:cNvPicPr>
                      <a:picLocks noChangeAspect="1"/>
                    </pic:cNvPicPr>
                  </pic:nvPicPr>
                  <pic:blipFill>
                    <a:blip r:embed="rId254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点</w:t>
      </w:r>
      <w:r>
        <w:pict>
          <v:shape id="_x0000_i712371" type="#_x0000_t75" alt="学科网(www.zxxk.com)--教育资源门户，提供试卷、教案、课件、论文、素材以及各类教学资源下载，还有大量而丰富的教学相关资讯！" style="width:14.25pt;height:10.5pt" o:oleicon="f" o:ole="">
            <v:imagedata r:id="rId2548" o:title="eqIdac047e91852b91af639feec23a9598b2"/>
          </v:shape>
        </w:pic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，若点</w:t>
      </w:r>
      <w:r>
        <w:pict>
          <v:shape id="_x0000_i712372" type="#_x0000_t75" alt="学科网(www.zxxk.com)--教育资源门户，提供试卷、教案、课件、论文、素材以及各类教学资源下载，还有大量而丰富的教学相关资讯！" style="width:11.9pt;height:14.4pt" o:oleicon="f" o:ole="">
            <v:imagedata r:id="rId2549" o:title="eqIdc5db41a1f31d6baee7c69990811edb9f"/>
          </v:shape>
        </w:pict>
      </w:r>
      <w:r>
        <w:rPr>
          <w:rFonts w:ascii="宋体" w:eastAsia="宋体" w:hAnsi="宋体" w:cs="宋体"/>
          <w:color w:val="000000"/>
        </w:rPr>
        <w:t>到点</w:t>
      </w:r>
      <w:r>
        <w:pict>
          <v:shape id="_x0000_i712373" type="#_x0000_t75" alt="学科网(www.zxxk.com)--教育资源门户，提供试卷、教案、课件、论文、素材以及各类教学资源下载，还有大量而丰富的教学相关资讯！" style="width:14.25pt;height:10.5pt" o:oleicon="f" o:ole="">
            <v:imagedata r:id="rId2548" o:title="eqIdac047e91852b91af639feec23a9598b2"/>
          </v:shape>
        </w:pict>
      </w:r>
      <w:r>
        <w:rPr>
          <w:rFonts w:ascii="宋体" w:eastAsia="宋体" w:hAnsi="宋体" w:cs="宋体"/>
          <w:color w:val="000000"/>
        </w:rPr>
        <w:t>的距离是点</w:t>
      </w:r>
      <w:r>
        <w:pict>
          <v:shape id="_x0000_i712374" type="#_x0000_t75" alt="学科网(www.zxxk.com)--教育资源门户，提供试卷、教案、课件、论文、素材以及各类教学资源下载，还有大量而丰富的教学相关资讯！" style="width:15pt;height:13.95pt" o:oleicon="f" o:ole="">
            <v:imagedata r:id="rId2550" o:title="eqIdb4c8a9c4957431681ddfc77895a88508"/>
          </v:shape>
        </w:pict>
      </w:r>
      <w:r>
        <w:rPr>
          <w:rFonts w:ascii="宋体" w:eastAsia="宋体" w:hAnsi="宋体" w:cs="宋体"/>
          <w:color w:val="000000"/>
        </w:rPr>
        <w:t>到点</w:t>
      </w:r>
      <w:r>
        <w:pict>
          <v:shape id="_x0000_i712375" type="#_x0000_t75" alt="学科网(www.zxxk.com)--教育资源门户，提供试卷、教案、课件、论文、素材以及各类教学资源下载，还有大量而丰富的教学相关资讯！" style="width:14.25pt;height:10.5pt" o:oleicon="f" o:ole="">
            <v:imagedata r:id="rId2548" o:title="eqIdac047e91852b91af639feec23a9598b2"/>
          </v:shape>
        </w:pict>
      </w:r>
      <w:r>
        <w:rPr>
          <w:rFonts w:ascii="宋体" w:eastAsia="宋体" w:hAnsi="宋体" w:cs="宋体"/>
          <w:color w:val="000000"/>
        </w:rPr>
        <w:t>的距离的</w:t>
      </w:r>
      <w:r>
        <w:rPr>
          <w:rFonts w:ascii="Times New Roman" w:eastAsia="Times New Roman" w:hAnsi="Times New Roman" w:cs="Times New Roman"/>
          <w:color w:val="000000"/>
        </w:rPr>
        <w:t>3</w:t>
      </w:r>
      <w:r>
        <w:rPr>
          <w:rFonts w:ascii="宋体" w:eastAsia="宋体" w:hAnsi="宋体" w:cs="宋体"/>
          <w:color w:val="000000"/>
        </w:rPr>
        <w:t>倍，则点</w:t>
      </w:r>
      <w:r>
        <w:pict>
          <v:shape id="_x0000_i712376" type="#_x0000_t75" alt="学科网(www.zxxk.com)--教育资源门户，提供试卷、教案、课件、论文、素材以及各类教学资源下载，还有大量而丰富的教学相关资讯！" style="width:11.9pt;height:14.4pt" o:oleicon="f" o:ole="">
            <v:imagedata r:id="rId2549" o:title="eqIdc5db41a1f31d6baee7c69990811edb9f"/>
          </v:shape>
        </w:pict>
      </w:r>
      <w:r>
        <w:rPr>
          <w:rFonts w:ascii="宋体" w:eastAsia="宋体" w:hAnsi="宋体" w:cs="宋体"/>
          <w:color w:val="000000"/>
        </w:rPr>
        <w:t>表示的数为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w:t>
      </w:r>
      <w:r>
        <w:pict>
          <v:shape id="_x0000_i712377" type="#_x0000_t75" alt="学科网(www.zxxk.com)--教育资源门户，提供试卷、教案、课件、论文、素材以及各类教学资源下载，还有大量而丰富的教学相关资讯！" style="width:27.6pt;height:14.4pt" o:oleicon="f" o:ole="">
            <v:imagedata r:id="rId2551" o:title="eqIdfac3649308b528fd56545ba102dc42d5"/>
          </v:shape>
        </w:pict>
      </w:r>
      <w:r>
        <w:rPr>
          <w:rFonts w:ascii="宋体" w:eastAsia="宋体" w:hAnsi="宋体" w:cs="宋体"/>
          <w:color w:val="000000"/>
        </w:rPr>
        <w:t>时，若点</w:t>
      </w:r>
      <w:r>
        <w:pict>
          <v:shape id="_x0000_i712378" type="#_x0000_t75" alt="学科网(www.zxxk.com)--教育资源门户，提供试卷、教案、课件、论文、素材以及各类教学资源下载，还有大量而丰富的教学相关资讯！" style="width:11.25pt;height:11.25pt" o:oleicon="f" o:ole="">
            <v:imagedata r:id="rId2552" o:title="eqId8455657dde27aabe6adb7b188e031c11"/>
          </v:shape>
        </w:pic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，点</w:t>
      </w:r>
      <w:r>
        <w:pict>
          <v:shape id="_x0000_i712379" type="#_x0000_t75" alt="学科网(www.zxxk.com)--教育资源门户，提供试卷、教案、课件、论文、素材以及各类教学资源下载，还有大量而丰富的教学相关资讯！" style="width:15pt;height:12pt" o:oleicon="f" o:ole="">
            <v:imagedata r:id="rId2553" o:title="eqIde5b3bd5e6bc2a0a277d279bb01af9584"/>
          </v:shape>
        </w:pict>
      </w:r>
      <w:r>
        <w:rPr>
          <w:rFonts w:ascii="宋体" w:eastAsia="宋体" w:hAnsi="宋体" w:cs="宋体"/>
          <w:color w:val="000000"/>
        </w:rPr>
        <w:t>表示的数为</w:t>
      </w:r>
      <w:r>
        <w:pict>
          <v:shape id="_x0000_i712380" type="#_x0000_t75" alt="学科网(www.zxxk.com)--教育资源门户，提供试卷、教案、课件、论文、素材以及各类教学资源下载，还有大量而丰富的教学相关资讯！" style="width:15.9pt;height:14.25pt" o:oleicon="f" o:ole="">
            <v:imagedata r:id="rId2554" o:title="eqIdb6b9a5f1362c12e1ea8f6fc0d9d787ac"/>
          </v:shape>
        </w:pict>
      </w:r>
      <w:r>
        <w:rPr>
          <w:rFonts w:ascii="宋体" w:eastAsia="宋体" w:hAnsi="宋体" w:cs="宋体"/>
          <w:color w:val="000000"/>
        </w:rPr>
        <w:t>，则</w:t>
      </w:r>
      <w:r>
        <w:pict>
          <v:shape id="_x0000_i712381" type="#_x0000_t75" alt="学科网(www.zxxk.com)--教育资源门户，提供试卷、教案、课件、论文、素材以及各类教学资源下载，还有大量而丰富的教学相关资讯！" style="width:12.75pt;height:11.25pt" o:oleicon="f" o:ole="">
            <v:imagedata r:id="rId2555" o:title="eqId294f5ba74cdf695fc9a8a8e52f421328"/>
          </v:shape>
        </w:pic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若点</w:t>
      </w:r>
      <w:r>
        <w:pict>
          <v:shape id="_x0000_i712382" type="#_x0000_t75" alt="学科网(www.zxxk.com)--教育资源门户，提供试卷、教案、课件、论文、素材以及各类教学资源下载，还有大量而丰富的教学相关资讯！" style="width:12.75pt;height:12pt" o:oleicon="f" o:ole="">
            <v:imagedata r:id="rId2556" o:title="eqIde7c314398e26ffc7164b82946eeb4273"/>
          </v:shape>
        </w:pict>
      </w:r>
      <w:r>
        <w:rPr>
          <w:rFonts w:ascii="宋体" w:eastAsia="宋体" w:hAnsi="宋体" w:cs="宋体"/>
          <w:color w:val="000000"/>
        </w:rPr>
        <w:t>到点</w:t>
      </w:r>
      <w:r>
        <w:pict>
          <v:shape id="_x0000_i712383" type="#_x0000_t75" alt="学科网(www.zxxk.com)--教育资源门户，提供试卷、教案、课件、论文、素材以及各类教学资源下载，还有大量而丰富的教学相关资讯！" style="width:13.95pt;height:13pt" o:oleicon="f" o:ole="">
            <v:imagedata r:id="rId2557" o:title="eqId3953cec61ac602ce5eb59b7912352179"/>
          </v:shape>
        </w:pict>
      </w:r>
      <w:r>
        <w:rPr>
          <w:rFonts w:ascii="宋体" w:eastAsia="宋体" w:hAnsi="宋体" w:cs="宋体"/>
          <w:color w:val="000000"/>
        </w:rPr>
        <w:t>的距离是点</w:t>
      </w:r>
      <w:r>
        <w:pict>
          <v:shape id="_x0000_i712384" type="#_x0000_t75" alt="学科网(www.zxxk.com)--教育资源门户，提供试卷、教案、课件、论文、素材以及各类教学资源下载，还有大量而丰富的教学相关资讯！" style="width:12pt;height:12pt" o:oleicon="f" o:ole="">
            <v:imagedata r:id="rId2558" o:title="eqId5963abe8f421bd99a2aaa94831a951e9"/>
          </v:shape>
        </w:pict>
      </w:r>
      <w:r>
        <w:rPr>
          <w:rFonts w:ascii="宋体" w:eastAsia="宋体" w:hAnsi="宋体" w:cs="宋体"/>
          <w:color w:val="000000"/>
        </w:rPr>
        <w:t>到点</w:t>
      </w:r>
      <w:r>
        <w:pict>
          <v:shape id="_x0000_i712385" type="#_x0000_t75" alt="学科网(www.zxxk.com)--教育资源门户，提供试卷、教案、课件、论文、素材以及各类教学资源下载，还有大量而丰富的教学相关资讯！" style="width:9.75pt;height:10.5pt" o:oleicon="f" o:ole="">
            <v:imagedata r:id="rId2559" o:title="eqId7f9e8449aad35c5d840a3395ea86df6d"/>
          </v:shape>
        </w:pict>
      </w:r>
      <w:r>
        <w:rPr>
          <w:rFonts w:ascii="宋体" w:eastAsia="宋体" w:hAnsi="宋体" w:cs="宋体"/>
          <w:color w:val="000000"/>
        </w:rPr>
        <w:t>的距离的</w:t>
      </w:r>
      <w:r>
        <w:rPr>
          <w:rFonts w:ascii="Times New Roman" w:eastAsia="Times New Roman" w:hAnsi="Times New Roman" w:cs="Times New Roman"/>
          <w:color w:val="000000"/>
        </w:rPr>
        <w:t>2</w:t>
      </w:r>
      <w:r>
        <w:rPr>
          <w:rFonts w:ascii="宋体" w:eastAsia="宋体" w:hAnsi="宋体" w:cs="宋体"/>
          <w:color w:val="000000"/>
        </w:rPr>
        <w:t>倍，则</w:t>
      </w:r>
      <w:r>
        <w:pict>
          <v:shape id="_x0000_i712386" type="#_x0000_t75" alt="学科网(www.zxxk.com)--教育资源门户，提供试卷、教案、课件、论文、素材以及各类教学资源下载，还有大量而丰富的教学相关资讯！" style="width:12.75pt;height:11.25pt" o:oleicon="f" o:ole="">
            <v:imagedata r:id="rId2560" o:title="eqId294f5ba74cdf695fc9a8a8e52f421328"/>
          </v:shape>
        </w:pic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pict>
          <v:shape id="_x0000_i712387" type="#_x0000_t75" alt="学科网(www.zxxk.com)--教育资源门户，提供试卷、教案、课件、论文、素材以及各类教学资源下载，还有大量而丰富的教学相关资讯！" style="width:15.75pt;height:14.25pt" o:oleicon="f" o:ole="">
            <v:imagedata r:id="rId2561" o:title="eqIdd13ce3ebd1112220c639562739f1f9d1"/>
          </v:shape>
        </w:pict>
      </w:r>
      <w:r>
        <w:rPr>
          <w:rFonts w:ascii="宋体" w:eastAsia="宋体" w:hAnsi="宋体" w:cs="宋体"/>
          <w:color w:val="000000"/>
        </w:rPr>
        <w:t>；②</w:t>
      </w:r>
      <w:r>
        <w:pict>
          <v:shape id="_x0000_i712388" type="#_x0000_t75" alt="学科网(www.zxxk.com)--教育资源门户，提供试卷、教案、课件、论文、素材以及各类教学资源下载，还有大量而丰富的教学相关资讯！" style="width:20pt;height:31pt" o:oleicon="f" o:ole="">
            <v:imagedata r:id="rId2562" o:title="eqId4b988fba1bdbb0d8dab7c602081b4758"/>
          </v:shape>
        </w:pict>
      </w:r>
      <w:r>
        <w:rPr>
          <w:rFonts w:ascii="宋体" w:eastAsia="宋体" w:hAnsi="宋体" w:cs="宋体"/>
          <w:color w:val="000000"/>
        </w:rPr>
        <w:t>或</w:t>
      </w:r>
      <w:r>
        <w:pict>
          <v:shape id="_x0000_i712389" type="#_x0000_t75" alt="学科网(www.zxxk.com)--教育资源门户，提供试卷、教案、课件、论文、素材以及各类教学资源下载，还有大量而丰富的教学相关资讯！" style="width:18pt;height:27.75pt" o:oleicon="f" o:ole="">
            <v:imagedata r:id="rId2563" o:title="eqId9237f95cb63d2e280e2ce8a4c5797255"/>
          </v:shape>
        </w:pict>
      </w:r>
      <w:r>
        <w:rPr>
          <w:color w:val="000000"/>
        </w:rPr>
        <w:t xml:space="preserve">    </w:t>
      </w:r>
    </w:p>
    <w:p>
      <w:pPr>
        <w:spacing w:line="360" w:lineRule="auto"/>
        <w:textAlignment w:val="center"/>
        <w:rPr>
          <w:color w:val="000000"/>
        </w:rPr>
      </w:pPr>
      <w:r>
        <w:rPr>
          <w:color w:val="000000"/>
        </w:rPr>
        <w:t>（2）</w:t>
      </w:r>
      <w:r>
        <w:pict>
          <v:shape id="_x0000_i712390" type="#_x0000_t75" alt="学科网(www.zxxk.com)--教育资源门户，提供试卷、教案、课件、论文、素材以及各类教学资源下载，还有大量而丰富的教学相关资讯！" style="width:16.2pt;height:13.8pt" o:oleicon="f" o:ole="">
            <v:imagedata r:id="rId2564" o:title="eqId01317332a203c898536b1d0459f51d23"/>
          </v:shape>
        </w:pict>
      </w:r>
      <w:r>
        <w:rPr>
          <w:color w:val="000000"/>
        </w:rPr>
        <w:t xml:space="preserve">    </w:t>
      </w:r>
    </w:p>
    <w:p>
      <w:pPr>
        <w:spacing w:line="360" w:lineRule="auto"/>
        <w:textAlignment w:val="center"/>
        <w:rPr>
          <w:color w:val="000000"/>
        </w:rPr>
      </w:pPr>
      <w:r>
        <w:rPr>
          <w:color w:val="000000"/>
        </w:rPr>
        <w:t>（3）</w:t>
      </w:r>
      <w:r>
        <w:pict>
          <v:shape id="_x0000_i712391" type="#_x0000_t75" alt="学科网(www.zxxk.com)--教育资源门户，提供试卷、教案、课件、论文、素材以及各类教学资源下载，还有大量而丰富的教学相关资讯！" style="width:16.5pt;height:13.5pt" o:oleicon="f" o:ole="">
            <v:imagedata r:id="rId2565" o:title="eqId72b8bee40319fe80e512d221cfe252a7"/>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）①由</w:t>
      </w:r>
      <w:r>
        <w:pict>
          <v:shape id="_x0000_i712392" type="#_x0000_t75" alt="学科网(www.zxxk.com)--教育资源门户，提供试卷、教案、课件、论文、素材以及各类教学资源下载，还有大量而丰富的教学相关资讯！" style="width:48.15pt;height:14.05pt" o:oleicon="f" o:ole="">
            <v:imagedata r:id="rId2566" o:title="eqId68a8f4719e68612d2ab27bf84cc2e099"/>
          </v:shape>
        </w:pict>
      </w:r>
      <w:r>
        <w:rPr>
          <w:rFonts w:ascii="宋体" w:eastAsia="宋体" w:hAnsi="宋体" w:cs="宋体"/>
          <w:color w:val="000000"/>
        </w:rPr>
        <w:t>，即可得出对应点</w:t>
      </w:r>
      <w:r>
        <w:pict>
          <v:shape id="_x0000_i712393" type="#_x0000_t75" alt="学科网(www.zxxk.com)--教育资源门户，提供试卷、教案、课件、论文、素材以及各类教学资源下载，还有大量而丰富的教学相关资讯！" style="width:12.75pt;height:12pt" o:oleicon="f" o:ole="">
            <v:imagedata r:id="rId2567" o:title="eqIde7c314398e26ffc7164b82946eeb4273"/>
          </v:shape>
        </w:pict>
      </w:r>
      <w:r>
        <w:rPr>
          <w:rFonts w:ascii="宋体" w:eastAsia="宋体" w:hAnsi="宋体" w:cs="宋体"/>
          <w:color w:val="000000"/>
        </w:rPr>
        <w:t>表示的数；</w:t>
      </w:r>
    </w:p>
    <w:p>
      <w:pPr>
        <w:spacing w:line="360" w:lineRule="auto"/>
        <w:jc w:val="both"/>
        <w:textAlignment w:val="center"/>
        <w:rPr>
          <w:color w:val="000000"/>
        </w:rPr>
      </w:pPr>
      <w:r>
        <w:rPr>
          <w:rFonts w:ascii="宋体" w:eastAsia="宋体" w:hAnsi="宋体" w:cs="宋体"/>
          <w:color w:val="000000"/>
        </w:rPr>
        <w:t>②设点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c</w:t>
      </w:r>
      <w:r>
        <w:rPr>
          <w:rFonts w:ascii="宋体" w:eastAsia="宋体" w:hAnsi="宋体" w:cs="宋体"/>
          <w:color w:val="000000"/>
        </w:rPr>
        <w:t>，则</w:t>
      </w:r>
      <w:r>
        <w:pict>
          <v:shape id="_x0000_i712394" type="#_x0000_t75" alt="学科网(www.zxxk.com)--教育资源门户，提供试卷、教案、课件、论文、素材以及各类教学资源下载，还有大量而丰富的教学相关资讯！" style="width:15pt;height:13.95pt" o:oleicon="f" o:ole="">
            <v:imagedata r:id="rId2568" o:title="eqIdb4c8a9c4957431681ddfc77895a88508"/>
          </v:shape>
        </w:pict>
      </w:r>
      <w:r>
        <w:rPr>
          <w:rFonts w:ascii="宋体" w:eastAsia="宋体" w:hAnsi="宋体" w:cs="宋体"/>
          <w:color w:val="000000"/>
        </w:rPr>
        <w:t>表示的数为</w:t>
      </w:r>
      <w:r>
        <w:pict>
          <v:shape id="_x0000_i712395" type="#_x0000_t75" alt="学科网(www.zxxk.com)--教育资源门户，提供试卷、教案、课件、论文、素材以及各类教学资源下载，还有大量而丰富的教学相关资讯！" style="width:31.2pt;height:14pt" o:oleicon="f" o:ole="">
            <v:imagedata r:id="rId2569" o:title="eqIdb5c1921020d29cbdd37b494cb1097f21"/>
          </v:shape>
        </w:pict>
      </w:r>
      <w:r>
        <w:rPr>
          <w:rFonts w:ascii="宋体" w:eastAsia="宋体" w:hAnsi="宋体" w:cs="宋体"/>
          <w:color w:val="000000"/>
        </w:rPr>
        <w:t>，由</w:t>
      </w:r>
      <w:r>
        <w:pict>
          <v:shape id="_x0000_i712396" type="#_x0000_t75" alt="学科网(www.zxxk.com)--教育资源门户，提供试卷、教案、课件、论文、素材以及各类教学资源下载，还有大量而丰富的教学相关资讯！" style="width:98.2pt;height:15.9pt" o:oleicon="f" o:ole="">
            <v:imagedata r:id="rId2570" o:title="eqId64df91b3fba2f271e51882e8555aa7df"/>
          </v:shape>
        </w:pict>
      </w:r>
      <w:r>
        <w:rPr>
          <w:rFonts w:ascii="宋体" w:eastAsia="宋体" w:hAnsi="宋体" w:cs="宋体"/>
          <w:color w:val="000000"/>
        </w:rPr>
        <w:t>，解方程即可得；</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）由题意得</w:t>
      </w:r>
      <w:r>
        <w:pict>
          <v:shape id="_x0000_i712397" type="#_x0000_t75" alt="学科网(www.zxxk.com)--教育资源门户，提供试卷、教案、课件、论文、素材以及各类教学资源下载，还有大量而丰富的教学相关资讯！" style="width:59.85pt;height:14.05pt" o:oleicon="f" o:ole="">
            <v:imagedata r:id="rId2571" o:title="eqId93f70ffaf6b0de461fb5c57fb11ccbc4"/>
          </v:shape>
        </w:pict>
      </w:r>
      <w:r>
        <w:rPr>
          <w:rFonts w:ascii="宋体" w:eastAsia="宋体" w:hAnsi="宋体" w:cs="宋体"/>
          <w:color w:val="000000"/>
        </w:rPr>
        <w:t>，解方程即可得；</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b</w:t>
      </w:r>
      <w:r>
        <w:rPr>
          <w:rFonts w:ascii="宋体" w:eastAsia="宋体" w:hAnsi="宋体" w:cs="宋体"/>
          <w:color w:val="000000"/>
        </w:rPr>
        <w:t>，则点</w:t>
      </w:r>
      <w:r>
        <w:pict>
          <v:shape id="_x0000_i712398" type="#_x0000_t75" alt="学科网(www.zxxk.com)--教育资源门户，提供试卷、教案、课件、论文、素材以及各类教学资源下载，还有大量而丰富的教学相关资讯！" style="width:12.75pt;height:12pt" o:oleicon="f" o:ole="">
            <v:imagedata r:id="rId2572" o:title="eqIde7c314398e26ffc7164b82946eeb4273"/>
          </v:shape>
        </w:pict>
      </w:r>
      <w:r>
        <w:rPr>
          <w:rFonts w:ascii="宋体" w:eastAsia="宋体" w:hAnsi="宋体" w:cs="宋体"/>
          <w:color w:val="000000"/>
        </w:rPr>
        <w:t>表示的数为</w:t>
      </w:r>
      <w:r>
        <w:pict>
          <v:shape id="_x0000_i712399" type="#_x0000_t75" alt="学科网(www.zxxk.com)--教育资源门户，提供试卷、教案、课件、论文、素材以及各类教学资源下载，还有大量而丰富的教学相关资讯！" style="width:32.55pt;height:11.25pt" o:oleicon="f" o:ole="">
            <v:imagedata r:id="rId2573" o:title="eqId865e675b70584e8b3899afb6e9f4a73b"/>
          </v:shape>
        </w:pict>
      </w:r>
      <w:r>
        <w:rPr>
          <w:rFonts w:ascii="宋体" w:eastAsia="宋体" w:hAnsi="宋体" w:cs="宋体"/>
          <w:color w:val="000000"/>
        </w:rPr>
        <w:t>，点</w:t>
      </w:r>
      <w:r>
        <w:pict>
          <v:shape id="_x0000_i712400" type="#_x0000_t75" alt="学科网(www.zxxk.com)--教育资源门户，提供试卷、教案、课件、论文、素材以及各类教学资源下载，还有大量而丰富的教学相关资讯！" style="width:13.95pt;height:13pt" o:oleicon="f" o:ole="">
            <v:imagedata r:id="rId2574" o:title="eqId3953cec61ac602ce5eb59b7912352179"/>
          </v:shape>
        </w:pict>
      </w:r>
      <w:r>
        <w:rPr>
          <w:rFonts w:ascii="宋体" w:eastAsia="宋体" w:hAnsi="宋体" w:cs="宋体"/>
          <w:color w:val="000000"/>
        </w:rPr>
        <w:t>表示的数为</w:t>
      </w:r>
      <w:r>
        <w:pict>
          <v:shape id="_x0000_i712401" type="#_x0000_t75" alt="学科网(www.zxxk.com)--教育资源门户，提供试卷、教案、课件、论文、素材以及各类教学资源下载，还有大量而丰富的教学相关资讯！" style="width:32.55pt;height:13.75pt" o:oleicon="f" o:ole="">
            <v:imagedata r:id="rId2575" o:title="eqIda12fa5a905e8fbf71ab87d8ad69e6e39"/>
          </v:shape>
        </w:pict>
      </w:r>
      <w:r>
        <w:rPr>
          <w:rFonts w:ascii="宋体" w:eastAsia="宋体" w:hAnsi="宋体" w:cs="宋体"/>
          <w:color w:val="000000"/>
        </w:rPr>
        <w:t>，则</w:t>
      </w:r>
      <w:r>
        <w:pict>
          <v:shape id="_x0000_i712402" type="#_x0000_t75" alt="学科网(www.zxxk.com)--教育资源门户，提供试卷、教案、课件、论文、素材以及各类教学资源下载，还有大量而丰富的教学相关资讯！" style="width:120.2pt;height:15.05pt" o:oleicon="f" o:ole="">
            <v:imagedata r:id="rId2576" o:title="eqId8697e6457705cf8c1c1b3570dd730080"/>
          </v:shape>
        </w:pict>
      </w:r>
      <w:r>
        <w:rPr>
          <w:rFonts w:ascii="宋体" w:eastAsia="宋体" w:hAnsi="宋体" w:cs="宋体"/>
          <w:color w:val="000000"/>
        </w:rPr>
        <w:t>，解方程即可得．</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2403" type="#_x0000_t75" alt="学科网(www.zxxk.com)--教育资源门户，提供试卷、教案、课件、论文、素材以及各类教学资源下载，还有大量而丰富的教学相关资讯！" style="width:16.2pt;height:13.2pt" o:oleicon="f" o:ole="">
            <v:imagedata r:id="rId2577" o:title="eqId3edbd40e04e2a943051fa83d6e511add"/>
          </v:shape>
        </w:pict>
      </w:r>
      <w:r>
        <w:rPr>
          <w:rFonts w:ascii="宋体" w:eastAsia="宋体" w:hAnsi="宋体" w:cs="宋体"/>
          <w:color w:val="000000"/>
        </w:rPr>
        <w:t>，且</w:t>
      </w:r>
      <w:r>
        <w:pict>
          <v:shape id="_x0000_i712404" type="#_x0000_t75" alt="学科网(www.zxxk.com)--教育资源门户，提供试卷、教案、课件、论文、素材以及各类教学资源下载，还有大量而丰富的教学相关资讯！" style="width:31.3pt;height:13.75pt" o:oleicon="f" o:ole="">
            <v:imagedata r:id="rId2578" o:title="eqIde94f16d5ed858699bfea5039a7bf8ae6"/>
          </v:shape>
        </w:pict>
      </w:r>
      <w:r>
        <w:rPr>
          <w:rFonts w:ascii="宋体" w:eastAsia="宋体" w:hAnsi="宋体" w:cs="宋体"/>
          <w:color w:val="000000"/>
        </w:rPr>
        <w:t>，</w:t>
      </w:r>
      <w:r>
        <w:pict>
          <v:shape id="_x0000_i712405" type="#_x0000_t75" alt="学科网(www.zxxk.com)--教育资源门户，提供试卷、教案、课件、论文、素材以及各类教学资源下载，还有大量而丰富的教学相关资讯！" style="width:27pt;height:14.4pt" o:oleicon="f" o:ole="">
            <v:imagedata r:id="rId2579" o:title="eqIdbe604061cf1591f7069472269d4c971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06" type="#_x0000_t75" alt="学科网(www.zxxk.com)--教育资源门户，提供试卷、教案、课件、论文、素材以及各类教学资源下载，还有大量而丰富的教学相关资讯！" style="width:1in;height:14.05pt" o:oleicon="f" o:ole="">
            <v:imagedata r:id="rId2580" o:title="eqIda2c8a5a6c24f2eedd177b18e71a1d22f"/>
          </v:shape>
        </w:pict>
      </w:r>
      <w:r>
        <w:rPr>
          <w:rFonts w:ascii="宋体" w:eastAsia="宋体" w:hAnsi="宋体" w:cs="宋体"/>
          <w:color w:val="000000"/>
        </w:rPr>
        <w:t>，</w:t>
      </w:r>
      <w:r>
        <w:rPr>
          <w:color w:val="000000"/>
        </w:rPr>
        <w:br/>
      </w:r>
      <w:r>
        <w:rPr>
          <w:rFonts w:ascii="宋体" w:eastAsia="宋体" w:hAnsi="宋体" w:cs="宋体"/>
          <w:color w:val="000000"/>
        </w:rPr>
        <w:t>∴它的对应点</w:t>
      </w:r>
      <w:r>
        <w:pict>
          <v:shape id="_x0000_i712407" type="#_x0000_t75" alt="学科网(www.zxxk.com)--教育资源门户，提供试卷、教案、课件、论文、素材以及各类教学资源下载，还有大量而丰富的教学相关资讯！" style="width:12.75pt;height:12pt" o:oleicon="f" o:ole="">
            <v:imagedata r:id="rId2581" o:title="eqIde7c314398e26ffc7164b82946eeb4273"/>
          </v:shape>
        </w:pict>
      </w:r>
      <w:r>
        <w:rPr>
          <w:rFonts w:ascii="宋体" w:eastAsia="宋体" w:hAnsi="宋体" w:cs="宋体"/>
          <w:color w:val="000000"/>
        </w:rPr>
        <w:t>表示的数为</w:t>
      </w:r>
      <w:r>
        <w:pict>
          <v:shape id="_x0000_i712408" type="#_x0000_t75" alt="学科网(www.zxxk.com)--教育资源门户，提供试卷、教案、课件、论文、素材以及各类教学资源下载，还有大量而丰富的教学相关资讯！" style="width:15.75pt;height:14.25pt" o:oleicon="f" o:ole="">
            <v:imagedata r:id="rId2582" o:title="eqIdd13ce3ebd1112220c639562739f1f9d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2409" type="#_x0000_t75" alt="学科网(www.zxxk.com)--教育资源门户，提供试卷、教案、课件、论文、素材以及各类教学资源下载，还有大量而丰富的教学相关资讯！" style="width:15.75pt;height:14.25pt" o:oleicon="f" o:ole="">
            <v:imagedata r:id="rId2583" o:title="eqIdd13ce3ebd1112220c639562739f1f9d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②设点</w:t>
      </w:r>
      <w:r>
        <w:rPr>
          <w:rFonts w:ascii="Times New Roman" w:eastAsia="Times New Roman" w:hAnsi="Times New Roman" w:cs="Times New Roman"/>
          <w:i/>
          <w:color w:val="000000"/>
        </w:rPr>
        <w:t>C</w:t>
      </w:r>
      <w:r>
        <w:rPr>
          <w:rFonts w:ascii="宋体" w:eastAsia="宋体" w:hAnsi="宋体" w:cs="宋体"/>
          <w:color w:val="000000"/>
        </w:rPr>
        <w:t>表示</w:t>
      </w:r>
      <w:r>
        <w:rPr>
          <w:rFonts w:ascii="宋体" w:eastAsia="宋体" w:hAnsi="宋体" w:cs="宋体"/>
          <w:color w:val="000000"/>
          <w:position w:val="0"/>
        </w:rPr>
        <w:drawing>
          <wp:inline>
            <wp:extent cx="133350" cy="177800"/>
            <wp:docPr id="33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 name=""/>
                    <pic:cNvPicPr>
                      <a:picLocks noChangeAspect="1"/>
                    </pic:cNvPicPr>
                  </pic:nvPicPr>
                  <pic:blipFill>
                    <a:blip r:embed="rId258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rPr>
          <w:rFonts w:ascii="Times New Roman" w:eastAsia="Times New Roman" w:hAnsi="Times New Roman" w:cs="Times New Roman"/>
          <w:i/>
          <w:color w:val="000000"/>
        </w:rPr>
        <w:t>c</w:t>
      </w:r>
      <w:r>
        <w:rPr>
          <w:rFonts w:ascii="宋体" w:eastAsia="宋体" w:hAnsi="宋体" w:cs="宋体"/>
          <w:color w:val="000000"/>
        </w:rPr>
        <w:t>，则</w:t>
      </w:r>
      <w:r>
        <w:pict>
          <v:shape id="_x0000_i712410" type="#_x0000_t75" alt="学科网(www.zxxk.com)--教育资源门户，提供试卷、教案、课件、论文、素材以及各类教学资源下载，还有大量而丰富的教学相关资讯！" style="width:15pt;height:13.95pt" o:oleicon="f" o:ole="">
            <v:imagedata r:id="rId2585" o:title="eqIdb4c8a9c4957431681ddfc77895a88508"/>
          </v:shape>
        </w:pict>
      </w:r>
      <w:r>
        <w:rPr>
          <w:rFonts w:ascii="宋体" w:eastAsia="宋体" w:hAnsi="宋体" w:cs="宋体"/>
          <w:color w:val="000000"/>
        </w:rPr>
        <w:t>表示的数为</w:t>
      </w:r>
      <w:r>
        <w:pict>
          <v:shape id="_x0000_i712411" type="#_x0000_t75" alt="学科网(www.zxxk.com)--教育资源门户，提供试卷、教案、课件、论文、素材以及各类教学资源下载，还有大量而丰富的教学相关资讯！" style="width:31.2pt;height:14pt" o:oleicon="f" o:ole="">
            <v:imagedata r:id="rId2586" o:title="eqIdb5c1921020d29cbdd37b494cb1097f2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12412" type="#_x0000_t75" alt="学科网(www.zxxk.com)--教育资源门户，提供试卷、教案、课件、论文、素材以及各类教学资源下载，还有大量而丰富的教学相关资讯！" style="width:11.9pt;height:14.4pt" o:oleicon="f" o:ole="">
            <v:imagedata r:id="rId2587" o:title="eqIdc5db41a1f31d6baee7c69990811edb9f"/>
          </v:shape>
        </w:pict>
      </w:r>
      <w:r>
        <w:rPr>
          <w:rFonts w:ascii="宋体" w:eastAsia="宋体" w:hAnsi="宋体" w:cs="宋体"/>
          <w:color w:val="000000"/>
        </w:rPr>
        <w:t>到点</w:t>
      </w:r>
      <w:r>
        <w:pict>
          <v:shape id="_x0000_i712413" type="#_x0000_t75" alt="学科网(www.zxxk.com)--教育资源门户，提供试卷、教案、课件、论文、素材以及各类教学资源下载，还有大量而丰富的教学相关资讯！" style="width:14.25pt;height:10.5pt" o:oleicon="f" o:ole="">
            <v:imagedata r:id="rId2588" o:title="eqIdac047e91852b91af639feec23a9598b2"/>
          </v:shape>
        </w:pict>
      </w:r>
      <w:r>
        <w:rPr>
          <w:rFonts w:ascii="宋体" w:eastAsia="宋体" w:hAnsi="宋体" w:cs="宋体"/>
          <w:color w:val="000000"/>
        </w:rPr>
        <w:t>的距离是点</w:t>
      </w:r>
      <w:r>
        <w:pict>
          <v:shape id="_x0000_i712414" type="#_x0000_t75" alt="学科网(www.zxxk.com)--教育资源门户，提供试卷、教案、课件、论文、素材以及各类教学资源下载，还有大量而丰富的教学相关资讯！" style="width:15pt;height:13.95pt" o:oleicon="f" o:ole="">
            <v:imagedata r:id="rId2589" o:title="eqIdb4c8a9c4957431681ddfc77895a88508"/>
          </v:shape>
        </w:pict>
      </w:r>
      <w:r>
        <w:rPr>
          <w:rFonts w:ascii="宋体" w:eastAsia="宋体" w:hAnsi="宋体" w:cs="宋体"/>
          <w:color w:val="000000"/>
        </w:rPr>
        <w:t>到点</w:t>
      </w:r>
      <w:r>
        <w:pict>
          <v:shape id="_x0000_i712415" type="#_x0000_t75" alt="学科网(www.zxxk.com)--教育资源门户，提供试卷、教案、课件、论文、素材以及各类教学资源下载，还有大量而丰富的教学相关资讯！" style="width:14.25pt;height:10.5pt" o:oleicon="f" o:ole="">
            <v:imagedata r:id="rId2588" o:title="eqIdac047e91852b91af639feec23a9598b2"/>
          </v:shape>
        </w:pict>
      </w:r>
      <w:r>
        <w:rPr>
          <w:rFonts w:ascii="宋体" w:eastAsia="宋体" w:hAnsi="宋体" w:cs="宋体"/>
          <w:color w:val="000000"/>
        </w:rPr>
        <w:t>的距离的</w:t>
      </w:r>
      <w:r>
        <w:rPr>
          <w:rFonts w:ascii="Times New Roman" w:eastAsia="Times New Roman" w:hAnsi="Times New Roman" w:cs="Times New Roman"/>
          <w:color w:val="000000"/>
        </w:rPr>
        <w:t>3</w:t>
      </w:r>
      <w:r>
        <w:rPr>
          <w:rFonts w:ascii="宋体" w:eastAsia="宋体" w:hAnsi="宋体" w:cs="宋体"/>
          <w:color w:val="000000"/>
        </w:rPr>
        <w:t>倍，</w:t>
      </w:r>
    </w:p>
    <w:p>
      <w:pPr>
        <w:spacing w:line="360" w:lineRule="auto"/>
        <w:jc w:val="left"/>
        <w:textAlignment w:val="center"/>
        <w:rPr>
          <w:color w:val="000000"/>
        </w:rPr>
      </w:pPr>
      <w:r>
        <w:rPr>
          <w:rFonts w:ascii="宋体" w:eastAsia="宋体" w:hAnsi="宋体" w:cs="宋体"/>
          <w:color w:val="000000"/>
        </w:rPr>
        <w:t>∴</w:t>
      </w:r>
      <w:r>
        <w:pict>
          <v:shape id="_x0000_i712416" type="#_x0000_t75" alt="学科网(www.zxxk.com)--教育资源门户，提供试卷、教案、课件、论文、素材以及各类教学资源下载，还有大量而丰富的教学相关资讯！" style="width:98.2pt;height:15.9pt" o:oleicon="f" o:ole="">
            <v:imagedata r:id="rId2590" o:title="eqId64df91b3fba2f271e51882e8555aa7d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2417" type="#_x0000_t75" alt="学科网(www.zxxk.com)--教育资源门户，提供试卷、教案、课件、论文、素材以及各类教学资源下载，还有大量而丰富的教学相关资讯！" style="width:38.25pt;height:30.75pt" o:oleicon="f" o:ole="">
            <v:imagedata r:id="rId2591" o:title="eqId05249b65268f3974149ff0f53336185b"/>
          </v:shape>
        </w:pict>
      </w:r>
      <w:r>
        <w:rPr>
          <w:rFonts w:ascii="宋体" w:eastAsia="宋体" w:hAnsi="宋体" w:cs="宋体"/>
          <w:color w:val="000000"/>
        </w:rPr>
        <w:t>或</w:t>
      </w:r>
      <w:r>
        <w:pict>
          <v:shape id="_x0000_i712418" type="#_x0000_t75" alt="学科网(www.zxxk.com)--教育资源门户，提供试卷、教案、课件、论文、素材以及各类教学资源下载，还有大量而丰富的教学相关资讯！" style="width:36.95pt;height:30.85pt" o:oleicon="f" o:ole="">
            <v:imagedata r:id="rId2592" o:title="eqId93514b26d3ea66da2fc860fa3fec6a5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2419" type="#_x0000_t75" alt="学科网(www.zxxk.com)--教育资源门户，提供试卷、教案、课件、论文、素材以及各类教学资源下载，还有大量而丰富的教学相关资讯！" style="width:20pt;height:31pt" o:oleicon="f" o:ole="">
            <v:imagedata r:id="rId2593" o:title="eqId4b988fba1bdbb0d8dab7c602081b4758"/>
          </v:shape>
        </w:pict>
      </w:r>
      <w:r>
        <w:rPr>
          <w:rFonts w:ascii="宋体" w:eastAsia="宋体" w:hAnsi="宋体" w:cs="宋体"/>
          <w:color w:val="000000"/>
        </w:rPr>
        <w:t>或</w:t>
      </w:r>
      <w:r>
        <w:pict>
          <v:shape id="_x0000_i712420" type="#_x0000_t75" alt="学科网(www.zxxk.com)--教育资源门户，提供试卷、教案、课件、论文、素材以及各类教学资源下载，还有大量而丰富的教学相关资讯！" style="width:18pt;height:27.75pt" o:oleicon="f" o:ole="">
            <v:imagedata r:id="rId2594" o:title="eqId9237f95cb63d2e280e2ce8a4c5797255"/>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解：由题意得：</w:t>
      </w:r>
      <w:r>
        <w:pict>
          <v:shape id="_x0000_i712421" type="#_x0000_t75" alt="学科网(www.zxxk.com)--教育资源门户，提供试卷、教案、课件、论文、素材以及各类教学资源下载，还有大量而丰富的教学相关资讯！" style="width:59.85pt;height:14.05pt" o:oleicon="f" o:ole="">
            <v:imagedata r:id="rId2595" o:title="eqId93f70ffaf6b0de461fb5c57fb11ccbc4"/>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2422" type="#_x0000_t75" alt="学科网(www.zxxk.com)--教育资源门户，提供试卷、教案、课件、论文、素材以及各类教学资源下载，还有大量而丰富的教学相关资讯！" style="width:36.75pt;height:14.25pt" o:oleicon="f" o:ole="">
            <v:imagedata r:id="rId2596" o:title="eqId76f34f9141c604608c1834763e57c39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2423" type="#_x0000_t75" alt="学科网(www.zxxk.com)--教育资源门户，提供试卷、教案、课件、论文、素材以及各类教学资源下载，还有大量而丰富的教学相关资讯！" style="width:16.2pt;height:13.8pt" o:oleicon="f" o:ole="">
            <v:imagedata r:id="rId2597" o:title="eqId01317332a203c898536b1d0459f51d23"/>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设点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则点</w:t>
      </w:r>
      <w:r>
        <w:pict>
          <v:shape id="_x0000_i712424" type="#_x0000_t75" alt="学科网(www.zxxk.com)--教育资源门户，提供试卷、教案、课件、论文、素材以及各类教学资源下载，还有大量而丰富的教学相关资讯！" style="width:12.75pt;height:12pt" o:oleicon="f" o:ole="">
            <v:imagedata r:id="rId2598" o:title="eqIde7c314398e26ffc7164b82946eeb4273"/>
          </v:shape>
        </w:pict>
      </w:r>
      <w:r>
        <w:rPr>
          <w:rFonts w:ascii="宋体" w:eastAsia="宋体" w:hAnsi="宋体" w:cs="宋体"/>
          <w:color w:val="000000"/>
        </w:rPr>
        <w:t>表示的数为</w:t>
      </w:r>
      <w:r>
        <w:pict>
          <v:shape id="_x0000_i712425" type="#_x0000_t75" alt="学科网(www.zxxk.com)--教育资源门户，提供试卷、教案、课件、论文、素材以及各类教学资源下载，还有大量而丰富的教学相关资讯！" style="width:32.55pt;height:11.25pt" o:oleicon="f" o:ole="">
            <v:imagedata r:id="rId2599" o:title="eqId865e675b70584e8b3899afb6e9f4a73b"/>
          </v:shape>
        </w:pict>
      </w:r>
      <w:r>
        <w:rPr>
          <w:rFonts w:ascii="宋体" w:eastAsia="宋体" w:hAnsi="宋体" w:cs="宋体"/>
          <w:color w:val="000000"/>
        </w:rPr>
        <w:t>，点</w:t>
      </w:r>
      <w:r>
        <w:pict>
          <v:shape id="_x0000_i712426" type="#_x0000_t75" alt="学科网(www.zxxk.com)--教育资源门户，提供试卷、教案、课件、论文、素材以及各类教学资源下载，还有大量而丰富的教学相关资讯！" style="width:13.95pt;height:13pt" o:oleicon="f" o:ole="">
            <v:imagedata r:id="rId2600" o:title="eqId3953cec61ac602ce5eb59b7912352179"/>
          </v:shape>
        </w:pict>
      </w:r>
      <w:r>
        <w:rPr>
          <w:rFonts w:ascii="宋体" w:eastAsia="宋体" w:hAnsi="宋体" w:cs="宋体"/>
          <w:color w:val="000000"/>
        </w:rPr>
        <w:t>表示的数为</w:t>
      </w:r>
      <w:r>
        <w:pict>
          <v:shape id="_x0000_i712427" type="#_x0000_t75" alt="学科网(www.zxxk.com)--教育资源门户，提供试卷、教案、课件、论文、素材以及各类教学资源下载，还有大量而丰富的教学相关资讯！" style="width:32.55pt;height:13.75pt" o:oleicon="f" o:ole="">
            <v:imagedata r:id="rId2601" o:title="eqIda12fa5a905e8fbf71ab87d8ad69e6e3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pict>
          <v:shape id="_x0000_i712428" type="#_x0000_t75" alt="学科网(www.zxxk.com)--教育资源门户，提供试卷、教案、课件、论文、素材以及各类教学资源下载，还有大量而丰富的教学相关资讯！" style="width:120.2pt;height:15.05pt" o:oleicon="f" o:ole="">
            <v:imagedata r:id="rId2602" o:title="eqId8697e6457705cf8c1c1b3570dd730080"/>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429" type="#_x0000_t75" alt="学科网(www.zxxk.com)--教育资源门户，提供试卷、教案、课件、论文、素材以及各类教学资源下载，还有大量而丰富的教学相关资讯！" style="width:100.05pt;height:15.9pt" o:oleicon="f" o:ole="">
            <v:imagedata r:id="rId2603" o:title="eqIdd77b8dfd126a54a461a6827a080b2ead"/>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2430" type="#_x0000_t75" alt="学科网(www.zxxk.com)--教育资源门户，提供试卷、教案、课件、论文、素材以及各类教学资源下载，还有大量而丰富的教学相关资讯！" style="width:36.75pt;height:14.25pt" o:oleicon="f" o:ole="">
            <v:imagedata r:id="rId2604" o:title="eqIde05bd7d9bb486e2b3660af90dff8d609"/>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pict>
          <v:shape id="_x0000_i712431" type="#_x0000_t75" alt="学科网(www.zxxk.com)--教育资源门户，提供试卷、教案、课件、论文、素材以及各类教学资源下载，还有大量而丰富的教学相关资讯！" style="width:16.5pt;height:13.5pt" o:oleicon="f" o:ole="">
            <v:imagedata r:id="rId2605" o:title="eqId72b8bee40319fe80e512d221cfe252a7"/>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本题考查了新概念</w:t>
      </w:r>
      <w:r>
        <w:rPr>
          <w:rFonts w:ascii="Times New Roman" w:eastAsia="Times New Roman" w:hAnsi="Times New Roman" w:cs="Times New Roman"/>
          <w:color w:val="000000"/>
        </w:rPr>
        <w:t>“</w:t>
      </w:r>
      <w:r>
        <w:pict>
          <v:shape id="_x0000_i712432" type="#_x0000_t75" alt="学科网(www.zxxk.com)--教育资源门户，提供试卷、教案、课件、论文、素材以及各类教学资源下载，还有大量而丰富的教学相关资讯！" style="width:29.3pt;height:10.9pt" o:oleicon="f" o:ole="">
            <v:imagedata r:id="rId2606" o:title="eqId72850427e83ff19a24305783e080b280"/>
          </v:shape>
        </w:pict>
      </w:r>
      <w:r>
        <w:rPr>
          <w:rFonts w:ascii="宋体" w:eastAsia="宋体" w:hAnsi="宋体" w:cs="宋体"/>
          <w:color w:val="000000"/>
        </w:rPr>
        <w:t>变换</w:t>
      </w:r>
      <w:r>
        <w:rPr>
          <w:rFonts w:ascii="Times New Roman" w:eastAsia="Times New Roman" w:hAnsi="Times New Roman" w:cs="Times New Roman"/>
          <w:color w:val="000000"/>
        </w:rPr>
        <w:t>”</w:t>
      </w:r>
      <w:r>
        <w:rPr>
          <w:rFonts w:ascii="宋体" w:eastAsia="宋体" w:hAnsi="宋体" w:cs="宋体"/>
          <w:color w:val="000000"/>
        </w:rPr>
        <w:t>、数轴、两点间的距离、绝对值等知识；熟练掌握数轴上两点间的距离是解题的关键．</w:t>
      </w:r>
    </w:p>
    <w:p>
      <w:pPr>
        <w:pStyle w:val="Heading2"/>
      </w:pPr>
      <w:r>
        <w:t>陈经纶中学分校</w:t>
      </w:r>
    </w:p>
    <w:p>
      <w:pPr>
        <w:spacing w:line="360" w:lineRule="auto"/>
        <w:jc w:val="left"/>
        <w:textAlignment w:val="center"/>
        <w:rPr>
          <w:color w:val="000000"/>
        </w:rPr>
      </w:pPr>
      <w:r>
        <w:rPr>
          <w:color w:val="000000"/>
        </w:rPr>
        <w:t xml:space="preserve">30. </w:t>
      </w:r>
      <w:r>
        <w:rPr>
          <w:rFonts w:ascii="宋体" w:eastAsia="宋体" w:hAnsi="宋体" w:cs="宋体"/>
          <w:color w:val="000000"/>
        </w:rPr>
        <w:t>某区运动会要印刷秩序册，有两个印刷厂前来联系业务，他们的报价相同，甲厂的优惠条件是：按每份定价</w:t>
      </w:r>
      <w:r>
        <w:rPr>
          <w:rFonts w:ascii="Times New Roman" w:eastAsia="Times New Roman" w:hAnsi="Times New Roman" w:cs="Times New Roman"/>
          <w:color w:val="000000"/>
        </w:rPr>
        <w:t>6</w:t>
      </w:r>
      <w:r>
        <w:rPr>
          <w:rFonts w:ascii="宋体" w:eastAsia="宋体" w:hAnsi="宋体" w:cs="宋体"/>
          <w:color w:val="000000"/>
        </w:rPr>
        <w:t>元的八折收费，另收</w:t>
      </w:r>
      <w:r>
        <w:rPr>
          <w:rFonts w:ascii="Times New Roman" w:eastAsia="Times New Roman" w:hAnsi="Times New Roman" w:cs="Times New Roman"/>
          <w:color w:val="000000"/>
        </w:rPr>
        <w:t>500</w:t>
      </w:r>
      <w:r>
        <w:rPr>
          <w:rFonts w:ascii="宋体" w:eastAsia="宋体" w:hAnsi="宋体" w:cs="宋体"/>
          <w:color w:val="000000"/>
        </w:rPr>
        <w:t>元制版费；乙厂的优惠条件是：每份定价</w:t>
      </w:r>
      <w:r>
        <w:rPr>
          <w:rFonts w:ascii="Times New Roman" w:eastAsia="Times New Roman" w:hAnsi="Times New Roman" w:cs="Times New Roman"/>
          <w:color w:val="000000"/>
        </w:rPr>
        <w:t>6</w:t>
      </w:r>
      <w:r>
        <w:rPr>
          <w:rFonts w:ascii="宋体" w:eastAsia="宋体" w:hAnsi="宋体" w:cs="宋体"/>
          <w:color w:val="000000"/>
        </w:rPr>
        <w:t>元的价格不变，而</w:t>
      </w:r>
      <w:r>
        <w:rPr>
          <w:rFonts w:ascii="Times New Roman" w:eastAsia="Times New Roman" w:hAnsi="Times New Roman" w:cs="Times New Roman"/>
          <w:color w:val="000000"/>
        </w:rPr>
        <w:t>500</w:t>
      </w:r>
      <w:r>
        <w:rPr>
          <w:rFonts w:ascii="宋体" w:eastAsia="宋体" w:hAnsi="宋体" w:cs="宋体"/>
          <w:color w:val="000000"/>
        </w:rPr>
        <w:t>元的制版费四折优惠．</w:t>
      </w:r>
    </w:p>
    <w:p>
      <w:pPr>
        <w:spacing w:line="360" w:lineRule="auto"/>
        <w:jc w:val="left"/>
        <w:textAlignment w:val="center"/>
        <w:rPr>
          <w:color w:val="000000"/>
        </w:rPr>
      </w:pPr>
      <w:r>
        <w:rPr>
          <w:rFonts w:ascii="宋体" w:eastAsia="宋体" w:hAnsi="宋体" w:cs="宋体"/>
          <w:color w:val="000000"/>
        </w:rPr>
        <w:t>问：（</w:t>
      </w:r>
      <w:r>
        <w:rPr>
          <w:rFonts w:ascii="Times New Roman" w:eastAsia="Times New Roman" w:hAnsi="Times New Roman" w:cs="Times New Roman"/>
          <w:color w:val="000000"/>
        </w:rPr>
        <w:t>1</w:t>
      </w:r>
      <w:r>
        <w:rPr>
          <w:rFonts w:ascii="宋体" w:eastAsia="宋体" w:hAnsi="宋体" w:cs="宋体"/>
          <w:color w:val="000000"/>
        </w:rPr>
        <w:t>）这个区印制多少份秩序册时两个印刷厂费用是相同的；</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）当印制</w:t>
      </w:r>
      <w:r>
        <w:rPr>
          <w:rFonts w:ascii="Times New Roman" w:eastAsia="Times New Roman" w:hAnsi="Times New Roman" w:cs="Times New Roman"/>
          <w:color w:val="000000"/>
        </w:rPr>
        <w:t>200</w:t>
      </w:r>
      <w:r>
        <w:rPr>
          <w:rFonts w:ascii="宋体" w:eastAsia="宋体" w:hAnsi="宋体" w:cs="宋体"/>
          <w:color w:val="000000"/>
        </w:rPr>
        <w:t>份、</w:t>
      </w:r>
      <w:r>
        <w:rPr>
          <w:rFonts w:ascii="Times New Roman" w:eastAsia="Times New Roman" w:hAnsi="Times New Roman" w:cs="Times New Roman"/>
          <w:color w:val="000000"/>
        </w:rPr>
        <w:t>400</w:t>
      </w:r>
      <w:r>
        <w:rPr>
          <w:rFonts w:ascii="宋体" w:eastAsia="宋体" w:hAnsi="宋体" w:cs="宋体"/>
          <w:color w:val="000000"/>
        </w:rPr>
        <w:t>份秩序册时，选哪个印刷厂所付费用较少；为什么．</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250</w:t>
      </w:r>
      <w:r>
        <w:rPr>
          <w:rFonts w:ascii="宋体" w:eastAsia="宋体" w:hAnsi="宋体" w:cs="宋体"/>
          <w:color w:val="000000"/>
        </w:rPr>
        <w:t>份；（</w:t>
      </w:r>
      <w:r>
        <w:rPr>
          <w:rFonts w:ascii="Times New Roman" w:eastAsia="Times New Roman" w:hAnsi="Times New Roman" w:cs="Times New Roman"/>
          <w:color w:val="000000"/>
        </w:rPr>
        <w:t>2</w:t>
      </w:r>
      <w:r>
        <w:rPr>
          <w:rFonts w:ascii="宋体" w:eastAsia="宋体" w:hAnsi="宋体" w:cs="宋体"/>
          <w:color w:val="000000"/>
        </w:rPr>
        <w:t>）当印制</w:t>
      </w:r>
      <w:r>
        <w:rPr>
          <w:rFonts w:ascii="Times New Roman" w:eastAsia="Times New Roman" w:hAnsi="Times New Roman" w:cs="Times New Roman"/>
          <w:color w:val="000000"/>
        </w:rPr>
        <w:t>200</w:t>
      </w:r>
      <w:r>
        <w:rPr>
          <w:rFonts w:ascii="宋体" w:eastAsia="宋体" w:hAnsi="宋体" w:cs="宋体"/>
          <w:color w:val="000000"/>
        </w:rPr>
        <w:t>份秩序册时，选乙印刷厂所付费用较少；当印制</w:t>
      </w:r>
      <w:r>
        <w:rPr>
          <w:rFonts w:ascii="Times New Roman" w:eastAsia="Times New Roman" w:hAnsi="Times New Roman" w:cs="Times New Roman"/>
          <w:color w:val="000000"/>
        </w:rPr>
        <w:t>400</w:t>
      </w:r>
      <w:r>
        <w:rPr>
          <w:rFonts w:ascii="宋体" w:eastAsia="宋体" w:hAnsi="宋体" w:cs="宋体"/>
          <w:color w:val="000000"/>
        </w:rPr>
        <w:t>份秩序册时选甲印刷厂所付费用较少，理由见解析．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Times New Roman" w:eastAsia="Times New Roman" w:hAnsi="Times New Roman" w:cs="Times New Roman"/>
          <w:color w:val="000000"/>
        </w:rPr>
        <w:t>(1)</w:t>
      </w:r>
      <w:r>
        <w:rPr>
          <w:rFonts w:ascii="宋体" w:eastAsia="宋体" w:hAnsi="宋体" w:cs="宋体"/>
          <w:color w:val="000000"/>
        </w:rPr>
        <w:t>设要印制</w:t>
      </w:r>
      <w:r>
        <w:rPr>
          <w:rFonts w:ascii="Times New Roman" w:eastAsia="Times New Roman" w:hAnsi="Times New Roman" w:cs="Times New Roman"/>
          <w:i/>
          <w:color w:val="000000"/>
        </w:rPr>
        <w:t>x</w:t>
      </w:r>
      <w:r>
        <w:rPr>
          <w:rFonts w:ascii="宋体" w:eastAsia="宋体" w:hAnsi="宋体" w:cs="宋体"/>
          <w:color w:val="000000"/>
        </w:rPr>
        <w:t>份节目单</w:t>
      </w:r>
      <w:r>
        <w:rPr>
          <w:rFonts w:ascii="Times New Roman" w:eastAsia="Times New Roman" w:hAnsi="Times New Roman" w:cs="Times New Roman"/>
          <w:color w:val="000000"/>
        </w:rPr>
        <w:t>,</w:t>
      </w:r>
      <w:r>
        <w:rPr>
          <w:rFonts w:ascii="宋体" w:eastAsia="宋体" w:hAnsi="宋体" w:cs="宋体"/>
          <w:color w:val="000000"/>
        </w:rPr>
        <w:t>则甲厂的收费为</w:t>
      </w:r>
      <w:r>
        <w:rPr>
          <w:rFonts w:ascii="Times New Roman" w:eastAsia="Times New Roman" w:hAnsi="Times New Roman" w:cs="Times New Roman"/>
          <w:color w:val="000000"/>
        </w:rPr>
        <w:t>500+6×0.8</w:t>
      </w:r>
      <w:r>
        <w:rPr>
          <w:rFonts w:ascii="Times New Roman" w:eastAsia="Times New Roman" w:hAnsi="Times New Roman" w:cs="Times New Roman"/>
          <w:i/>
          <w:color w:val="000000"/>
        </w:rPr>
        <w:t>x</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乙厂的收费为</w:t>
      </w:r>
      <w:r>
        <w:rPr>
          <w:rFonts w:ascii="Times New Roman" w:eastAsia="Times New Roman" w:hAnsi="Times New Roman" w:cs="Times New Roman"/>
          <w:color w:val="000000"/>
        </w:rPr>
        <w:t>6</w:t>
      </w:r>
      <w:r>
        <w:rPr>
          <w:rFonts w:ascii="Times New Roman" w:eastAsia="Times New Roman" w:hAnsi="Times New Roman" w:cs="Times New Roman"/>
          <w:i/>
          <w:color w:val="000000"/>
        </w:rPr>
        <w:t>x</w:t>
      </w:r>
      <w:r>
        <w:rPr>
          <w:rFonts w:ascii="Times New Roman" w:eastAsia="Times New Roman" w:hAnsi="Times New Roman" w:cs="Times New Roman"/>
          <w:color w:val="000000"/>
        </w:rPr>
        <w:t>+500×0.4</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根据费用相同列方程即可解答；</w:t>
      </w:r>
    </w:p>
    <w:p>
      <w:pPr>
        <w:spacing w:line="360" w:lineRule="auto"/>
        <w:jc w:val="left"/>
        <w:textAlignment w:val="center"/>
        <w:rPr>
          <w:color w:val="000000"/>
        </w:rPr>
      </w:pPr>
      <w:r>
        <w:rPr>
          <w:rFonts w:ascii="Times New Roman" w:eastAsia="Times New Roman" w:hAnsi="Times New Roman" w:cs="Times New Roman"/>
          <w:color w:val="000000"/>
        </w:rPr>
        <w:t xml:space="preserve"> (2)</w:t>
      </w:r>
      <w:r>
        <w:rPr>
          <w:rFonts w:ascii="宋体" w:eastAsia="宋体" w:hAnsi="宋体" w:cs="宋体"/>
          <w:color w:val="000000"/>
        </w:rPr>
        <w:t>把</w:t>
      </w:r>
      <w:r>
        <w:rPr>
          <w:rFonts w:ascii="Times New Roman" w:eastAsia="Times New Roman" w:hAnsi="Times New Roman" w:cs="Times New Roman"/>
          <w:i/>
          <w:color w:val="000000"/>
        </w:rPr>
        <w:t>x</w:t>
      </w:r>
      <w:r>
        <w:rPr>
          <w:rFonts w:ascii="Times New Roman" w:eastAsia="Times New Roman" w:hAnsi="Times New Roman" w:cs="Times New Roman"/>
          <w:color w:val="000000"/>
        </w:rPr>
        <w:t>=200</w:t>
      </w:r>
      <w:r>
        <w:rPr>
          <w:rFonts w:ascii="宋体" w:eastAsia="宋体" w:hAnsi="宋体" w:cs="宋体"/>
          <w:color w:val="000000"/>
        </w:rPr>
        <w:t>分别代入甲厂费用</w:t>
      </w:r>
      <w:r>
        <w:rPr>
          <w:rFonts w:ascii="Times New Roman" w:eastAsia="Times New Roman" w:hAnsi="Times New Roman" w:cs="Times New Roman"/>
          <w:color w:val="000000"/>
        </w:rPr>
        <w:t>500+6×0.8</w:t>
      </w:r>
      <w:r>
        <w:rPr>
          <w:rFonts w:ascii="Times New Roman" w:eastAsia="Times New Roman" w:hAnsi="Times New Roman" w:cs="Times New Roman"/>
          <w:i/>
          <w:color w:val="000000"/>
        </w:rPr>
        <w:t>x</w:t>
      </w:r>
      <w:r>
        <w:rPr>
          <w:rFonts w:ascii="宋体" w:eastAsia="宋体" w:hAnsi="宋体" w:cs="宋体"/>
          <w:color w:val="000000"/>
        </w:rPr>
        <w:t>和乙厂费用</w:t>
      </w:r>
      <w:r>
        <w:rPr>
          <w:rFonts w:ascii="Times New Roman" w:eastAsia="Times New Roman" w:hAnsi="Times New Roman" w:cs="Times New Roman"/>
          <w:color w:val="000000"/>
        </w:rPr>
        <w:t>6</w:t>
      </w:r>
      <w:r>
        <w:rPr>
          <w:rFonts w:ascii="Times New Roman" w:eastAsia="Times New Roman" w:hAnsi="Times New Roman" w:cs="Times New Roman"/>
          <w:i/>
          <w:color w:val="000000"/>
        </w:rPr>
        <w:t>x</w:t>
      </w:r>
      <w:r>
        <w:rPr>
          <w:rFonts w:ascii="Times New Roman" w:eastAsia="Times New Roman" w:hAnsi="Times New Roman" w:cs="Times New Roman"/>
          <w:color w:val="000000"/>
        </w:rPr>
        <w:t>+500×0.4,</w:t>
      </w:r>
      <w:r>
        <w:rPr>
          <w:rFonts w:ascii="宋体" w:eastAsia="宋体" w:hAnsi="宋体" w:cs="宋体"/>
          <w:color w:val="000000"/>
        </w:rPr>
        <w:t>比较得出答案</w:t>
      </w:r>
      <w:r>
        <w:rPr>
          <w:rFonts w:ascii="Times New Roman" w:eastAsia="Times New Roman" w:hAnsi="Times New Roman" w:cs="Times New Roman"/>
          <w:color w:val="000000"/>
        </w:rPr>
        <w:t xml:space="preserve">.  </w:t>
      </w:r>
      <w:r>
        <w:rPr>
          <w:rFonts w:ascii="宋体" w:eastAsia="宋体" w:hAnsi="宋体" w:cs="宋体"/>
          <w:color w:val="000000"/>
        </w:rPr>
        <w:t>同样再把</w:t>
      </w:r>
      <w:r>
        <w:rPr>
          <w:rFonts w:ascii="Times New Roman" w:eastAsia="Times New Roman" w:hAnsi="Times New Roman" w:cs="Times New Roman"/>
          <w:i/>
          <w:color w:val="000000"/>
        </w:rPr>
        <w:t>x</w:t>
      </w:r>
      <w:r>
        <w:rPr>
          <w:rFonts w:ascii="Times New Roman" w:eastAsia="Times New Roman" w:hAnsi="Times New Roman" w:cs="Times New Roman"/>
          <w:color w:val="000000"/>
        </w:rPr>
        <w:t>=400</w:t>
      </w:r>
      <w:r>
        <w:rPr>
          <w:rFonts w:ascii="宋体" w:eastAsia="宋体" w:hAnsi="宋体" w:cs="宋体"/>
          <w:color w:val="000000"/>
        </w:rPr>
        <w:t>分别代入计算比较．</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）设这个区要印制</w:t>
      </w:r>
      <w:r>
        <w:rPr>
          <w:rFonts w:ascii="Times New Roman" w:eastAsia="Times New Roman" w:hAnsi="Times New Roman" w:cs="Times New Roman"/>
          <w:color w:val="000000"/>
        </w:rPr>
        <w:t>x</w:t>
      </w:r>
      <w:r>
        <w:rPr>
          <w:rFonts w:ascii="宋体" w:eastAsia="宋体" w:hAnsi="宋体" w:cs="宋体"/>
          <w:color w:val="000000"/>
        </w:rPr>
        <w:t>份秩序册时费用是相同的，根据题意得，</w:t>
      </w:r>
    </w:p>
    <w:p>
      <w:pPr>
        <w:spacing w:line="360" w:lineRule="auto"/>
        <w:jc w:val="left"/>
        <w:textAlignment w:val="center"/>
        <w:rPr>
          <w:color w:val="000000"/>
        </w:rPr>
      </w:pPr>
      <w:r>
        <w:rPr>
          <w:rFonts w:ascii="Times New Roman" w:eastAsia="Times New Roman" w:hAnsi="Times New Roman" w:cs="Times New Roman"/>
          <w:color w:val="000000"/>
        </w:rPr>
        <w:t>500+6×0.8x=6x+500×0.4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x=250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答：要印制</w:t>
      </w:r>
      <w:r>
        <w:rPr>
          <w:rFonts w:ascii="Times New Roman" w:eastAsia="Times New Roman" w:hAnsi="Times New Roman" w:cs="Times New Roman"/>
          <w:color w:val="000000"/>
        </w:rPr>
        <w:t>250</w:t>
      </w:r>
      <w:r>
        <w:rPr>
          <w:rFonts w:ascii="宋体" w:eastAsia="宋体" w:hAnsi="宋体" w:cs="宋体"/>
          <w:color w:val="000000"/>
        </w:rPr>
        <w:t>份秩序册时费用是相同的．</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）当印制</w:t>
      </w:r>
      <w:r>
        <w:rPr>
          <w:rFonts w:ascii="Times New Roman" w:eastAsia="Times New Roman" w:hAnsi="Times New Roman" w:cs="Times New Roman"/>
          <w:color w:val="000000"/>
        </w:rPr>
        <w:t>200</w:t>
      </w:r>
      <w:r>
        <w:rPr>
          <w:rFonts w:ascii="宋体" w:eastAsia="宋体" w:hAnsi="宋体" w:cs="宋体"/>
          <w:color w:val="000000"/>
        </w:rPr>
        <w:t>份秩序册时：</w:t>
      </w:r>
    </w:p>
    <w:p>
      <w:pPr>
        <w:spacing w:line="360" w:lineRule="auto"/>
        <w:jc w:val="left"/>
        <w:textAlignment w:val="center"/>
        <w:rPr>
          <w:color w:val="000000"/>
        </w:rPr>
      </w:pPr>
      <w:r>
        <w:rPr>
          <w:rFonts w:ascii="宋体" w:eastAsia="宋体" w:hAnsi="宋体" w:cs="宋体"/>
          <w:color w:val="000000"/>
        </w:rPr>
        <w:t>甲厂费用需：</w:t>
      </w:r>
      <w:r>
        <w:rPr>
          <w:rFonts w:ascii="Times New Roman" w:eastAsia="Times New Roman" w:hAnsi="Times New Roman" w:cs="Times New Roman"/>
          <w:color w:val="000000"/>
        </w:rPr>
        <w:t>0.8×6×200+500=1460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乙厂费用需：</w:t>
      </w:r>
      <w:r>
        <w:rPr>
          <w:rFonts w:ascii="Times New Roman" w:eastAsia="Times New Roman" w:hAnsi="Times New Roman" w:cs="Times New Roman"/>
          <w:color w:val="000000"/>
        </w:rPr>
        <w:t>6×200+500×0.4=1400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color w:val="000000"/>
        </w:rPr>
        <w:t>1400</w:t>
      </w:r>
      <w:r>
        <w:rPr>
          <w:rFonts w:ascii="宋体" w:eastAsia="宋体" w:hAnsi="宋体" w:cs="宋体"/>
          <w:color w:val="000000"/>
        </w:rPr>
        <w:t>＜</w:t>
      </w:r>
      <w:r>
        <w:rPr>
          <w:rFonts w:ascii="Times New Roman" w:eastAsia="Times New Roman" w:hAnsi="Times New Roman" w:cs="Times New Roman"/>
          <w:color w:val="000000"/>
        </w:rPr>
        <w:t>1460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故选乙印刷厂所付费用较少．</w:t>
      </w:r>
    </w:p>
    <w:p>
      <w:pPr>
        <w:spacing w:line="360" w:lineRule="auto"/>
        <w:jc w:val="left"/>
        <w:textAlignment w:val="center"/>
        <w:rPr>
          <w:color w:val="000000"/>
        </w:rPr>
      </w:pPr>
      <w:r>
        <w:rPr>
          <w:rFonts w:ascii="宋体" w:eastAsia="宋体" w:hAnsi="宋体" w:cs="宋体"/>
          <w:color w:val="000000"/>
        </w:rPr>
        <w:t>当印制</w:t>
      </w:r>
      <w:r>
        <w:rPr>
          <w:rFonts w:ascii="Times New Roman" w:eastAsia="Times New Roman" w:hAnsi="Times New Roman" w:cs="Times New Roman"/>
          <w:color w:val="000000"/>
        </w:rPr>
        <w:t>400</w:t>
      </w:r>
      <w:r>
        <w:rPr>
          <w:rFonts w:ascii="宋体" w:eastAsia="宋体" w:hAnsi="宋体" w:cs="宋体"/>
          <w:color w:val="000000"/>
        </w:rPr>
        <w:t>份秩序册时：</w:t>
      </w:r>
    </w:p>
    <w:p>
      <w:pPr>
        <w:spacing w:line="360" w:lineRule="auto"/>
        <w:jc w:val="left"/>
        <w:textAlignment w:val="center"/>
        <w:rPr>
          <w:color w:val="000000"/>
        </w:rPr>
      </w:pPr>
      <w:r>
        <w:rPr>
          <w:rFonts w:ascii="宋体" w:eastAsia="宋体" w:hAnsi="宋体" w:cs="宋体"/>
          <w:color w:val="000000"/>
        </w:rPr>
        <w:t>甲厂费用需：</w:t>
      </w:r>
      <w:r>
        <w:rPr>
          <w:rFonts w:ascii="Times New Roman" w:eastAsia="Times New Roman" w:hAnsi="Times New Roman" w:cs="Times New Roman"/>
          <w:color w:val="000000"/>
        </w:rPr>
        <w:t>0.8×6×400+500=2420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乙厂费用需：</w:t>
      </w:r>
      <w:r>
        <w:rPr>
          <w:rFonts w:ascii="Times New Roman" w:eastAsia="Times New Roman" w:hAnsi="Times New Roman" w:cs="Times New Roman"/>
          <w:color w:val="000000"/>
        </w:rPr>
        <w:t>6×400+500×0.4=2600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color w:val="000000"/>
        </w:rPr>
        <w:t>2420</w:t>
      </w:r>
      <w:r>
        <w:rPr>
          <w:rFonts w:ascii="宋体" w:eastAsia="宋体" w:hAnsi="宋体" w:cs="宋体"/>
          <w:color w:val="000000"/>
        </w:rPr>
        <w:t>＜</w:t>
      </w:r>
      <w:r>
        <w:rPr>
          <w:rFonts w:ascii="Times New Roman" w:eastAsia="Times New Roman" w:hAnsi="Times New Roman" w:cs="Times New Roman"/>
          <w:color w:val="000000"/>
        </w:rPr>
        <w:t>2600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故选甲印刷厂所付费用较少．</w:t>
      </w:r>
    </w:p>
    <w:p>
      <w:pPr>
        <w:spacing w:line="360" w:lineRule="auto"/>
        <w:jc w:val="left"/>
        <w:textAlignment w:val="center"/>
        <w:rPr>
          <w:color w:val="000000"/>
        </w:rPr>
      </w:pPr>
      <w:r>
        <w:rPr>
          <w:color w:val="000000"/>
        </w:rPr>
        <w:t>【点睛】</w:t>
      </w:r>
      <w:r>
        <w:rPr>
          <w:rFonts w:ascii="宋体" w:eastAsia="宋体" w:hAnsi="宋体" w:cs="宋体"/>
          <w:color w:val="000000"/>
        </w:rPr>
        <w:t>本题考查了列一元一次方程解决实际问题，一般步骤是：</w:t>
      </w:r>
      <w:r>
        <w:rPr>
          <w:rFonts w:ascii="Times New Roman" w:eastAsia="Times New Roman" w:hAnsi="Times New Roman" w:cs="Times New Roman"/>
          <w:color w:val="000000"/>
        </w:rPr>
        <w:t xml:space="preserve"> ①</w:t>
      </w:r>
      <w:r>
        <w:rPr>
          <w:rFonts w:ascii="宋体" w:eastAsia="宋体" w:hAnsi="宋体" w:cs="宋体"/>
          <w:color w:val="000000"/>
        </w:rPr>
        <w:t>审题，找出已知量和未知量；</w:t>
      </w:r>
      <w:r>
        <w:rPr>
          <w:rFonts w:ascii="Times New Roman" w:eastAsia="Times New Roman" w:hAnsi="Times New Roman" w:cs="Times New Roman"/>
          <w:color w:val="000000"/>
        </w:rPr>
        <w:t>②</w:t>
      </w:r>
      <w:r>
        <w:rPr>
          <w:rFonts w:ascii="宋体" w:eastAsia="宋体" w:hAnsi="宋体" w:cs="宋体"/>
          <w:color w:val="000000"/>
        </w:rPr>
        <w:t>设未知数，并用含未知数的代数式表示其它未知量；</w:t>
      </w:r>
      <w:r>
        <w:rPr>
          <w:rFonts w:ascii="Times New Roman" w:eastAsia="Times New Roman" w:hAnsi="Times New Roman" w:cs="Times New Roman"/>
          <w:color w:val="000000"/>
        </w:rPr>
        <w:t>③</w:t>
      </w:r>
      <w:r>
        <w:rPr>
          <w:rFonts w:ascii="宋体" w:eastAsia="宋体" w:hAnsi="宋体" w:cs="宋体"/>
          <w:color w:val="000000"/>
        </w:rPr>
        <w:t>找等量关系，列方程；</w:t>
      </w:r>
      <w:r>
        <w:rPr>
          <w:rFonts w:ascii="Times New Roman" w:eastAsia="Times New Roman" w:hAnsi="Times New Roman" w:cs="Times New Roman"/>
          <w:color w:val="000000"/>
        </w:rPr>
        <w:t>④</w:t>
      </w:r>
      <w:r>
        <w:rPr>
          <w:rFonts w:ascii="宋体" w:eastAsia="宋体" w:hAnsi="宋体" w:cs="宋体"/>
          <w:color w:val="000000"/>
        </w:rPr>
        <w:t>解方程；</w:t>
      </w:r>
      <w:r>
        <w:rPr>
          <w:rFonts w:ascii="Times New Roman" w:eastAsia="Times New Roman" w:hAnsi="Times New Roman" w:cs="Times New Roman"/>
          <w:color w:val="000000"/>
        </w:rPr>
        <w:t>⑤</w:t>
      </w:r>
      <w:r>
        <w:rPr>
          <w:rFonts w:ascii="宋体" w:eastAsia="宋体" w:hAnsi="宋体" w:cs="宋体"/>
          <w:color w:val="000000"/>
        </w:rPr>
        <w:t>检验方程的解是否符合题意并写出答案．</w:t>
      </w:r>
    </w:p>
    <w:p>
      <w:pPr>
        <w:spacing w:line="360" w:lineRule="auto"/>
        <w:jc w:val="left"/>
        <w:textAlignment w:val="center"/>
        <w:rPr>
          <w:color w:val="000000"/>
        </w:rPr>
      </w:pPr>
      <w:r>
        <w:rPr>
          <w:color w:val="000000"/>
        </w:rPr>
        <w:t xml:space="preserve">31. </w:t>
      </w:r>
      <w:r>
        <w:rPr>
          <w:rFonts w:ascii="宋体" w:eastAsia="宋体" w:hAnsi="宋体" w:cs="宋体"/>
          <w:color w:val="000000"/>
        </w:rPr>
        <w:t>已知数轴上两点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，若在数轴上存在一点</w:t>
      </w:r>
      <w:r>
        <w:rPr>
          <w:rFonts w:ascii="Times New Roman" w:eastAsia="Times New Roman" w:hAnsi="Times New Roman" w:cs="Times New Roman"/>
          <w:i/>
          <w:color w:val="000000"/>
        </w:rPr>
        <w:t>C</w:t>
      </w:r>
      <w:r>
        <w:rPr>
          <w:rFonts w:ascii="宋体" w:eastAsia="宋体" w:hAnsi="宋体" w:cs="宋体"/>
          <w:color w:val="000000"/>
        </w:rPr>
        <w:t>，使得</w:t>
      </w:r>
      <w:r>
        <w:pict>
          <v:shape id="_x0000_i712433" type="#_x0000_t75" alt="学科网(www.zxxk.com)--教育资源门户，提供试卷、教案、课件、论文、素材以及各类教学资源下载，还有大量而丰富的教学相关资讯！" style="width:82.2pt;height:13.8pt" o:oleicon="f" o:ole="">
            <v:imagedata r:id="rId2607" o:title="eqId836f2d2e6b78de8d5c3b82614cd85bf3"/>
          </v:shape>
        </w:pict>
      </w:r>
      <w:r>
        <w:rPr>
          <w:rFonts w:ascii="宋体" w:eastAsia="宋体" w:hAnsi="宋体" w:cs="宋体"/>
          <w:color w:val="000000"/>
        </w:rPr>
        <w:t>，则称点</w:t>
      </w:r>
      <w:r>
        <w:rPr>
          <w:rFonts w:ascii="Times New Roman" w:eastAsia="Times New Roman" w:hAnsi="Times New Roman" w:cs="Times New Roman"/>
          <w:i/>
          <w:color w:val="000000"/>
        </w:rPr>
        <w:t>C</w:t>
      </w:r>
      <w:r>
        <w:rPr>
          <w:rFonts w:ascii="宋体" w:eastAsia="宋体" w:hAnsi="宋体" w:cs="宋体"/>
          <w:color w:val="000000"/>
        </w:rPr>
        <w:t>为线段</w:t>
      </w:r>
      <w:r>
        <w:pict>
          <v:shape id="_x0000_i712434" type="#_x0000_t75" alt="学科网(www.zxxk.com)--教育资源门户，提供试卷、教案、课件、论文、素材以及各类教学资源下载，还有大量而丰富的教学相关资讯！" style="width:20.05pt;height:12.6pt" o:oleicon="f" o:ole="">
            <v:imagedata r:id="rId2608" o:title="eqIdf52a58fbaf4fea03567e88a9f0f6e37e"/>
          </v:shape>
        </w:pict>
      </w:r>
      <w:r>
        <w:rPr>
          <w:rFonts w:ascii="宋体" w:eastAsia="宋体" w:hAnsi="宋体" w:cs="宋体"/>
          <w:color w:val="000000"/>
        </w:rPr>
        <w:t>的“</w:t>
      </w:r>
      <w:r>
        <w:rPr>
          <w:rFonts w:ascii="Times New Roman" w:eastAsia="Times New Roman" w:hAnsi="Times New Roman" w:cs="Times New Roman"/>
          <w:i/>
          <w:color w:val="000000"/>
        </w:rPr>
        <w:t>n</w:t>
      </w:r>
      <w:r>
        <w:rPr>
          <w:rFonts w:ascii="宋体" w:eastAsia="宋体" w:hAnsi="宋体" w:cs="宋体"/>
          <w:color w:val="000000"/>
        </w:rPr>
        <w:t>倍点”．例如如图</w:t>
      </w:r>
      <w:r>
        <w:rPr>
          <w:rFonts w:ascii="Times New Roman" w:eastAsia="Times New Roman" w:hAnsi="Times New Roman" w:cs="Times New Roman"/>
          <w:color w:val="000000"/>
        </w:rPr>
        <w:t>1</w:t>
      </w:r>
      <w:r>
        <w:rPr>
          <w:rFonts w:ascii="宋体" w:eastAsia="宋体" w:hAnsi="宋体" w:cs="宋体"/>
          <w:color w:val="000000"/>
        </w:rPr>
        <w:t>所示：当点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2435" type="#_x0000_t75" alt="学科网(www.zxxk.com)--教育资源门户，提供试卷、教案、课件、论文、素材以及各类教学资源下载，还有大量而丰富的教学相关资讯！" style="width:15.75pt;height:12.75pt" o:oleicon="f" o:ole="">
            <v:imagedata r:id="rId2609" o:title="eqId274a9dc37509f01c2606fb3086a46f4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0</w:t>
      </w:r>
      <w:r>
        <w:rPr>
          <w:rFonts w:ascii="宋体" w:eastAsia="宋体" w:hAnsi="宋体" w:cs="宋体"/>
          <w:color w:val="000000"/>
        </w:rPr>
        <w:t>，有</w:t>
      </w:r>
      <w:r>
        <w:pict>
          <v:shape id="_x0000_i712436" type="#_x0000_t75" alt="学科网(www.zxxk.com)--教育资源门户，提供试卷、教案、课件、论文、素材以及各类教学资源下载，还有大量而丰富的教学相关资讯！" style="width:130.8pt;height:13.8pt" o:oleicon="f" o:ole="">
            <v:imagedata r:id="rId2610" o:title="eqId6a735e3c4f2b1b530b4c81ad1babbbb9"/>
          </v:shape>
        </w:pict>
      </w:r>
      <w:r>
        <w:rPr>
          <w:rFonts w:ascii="宋体" w:eastAsia="宋体" w:hAnsi="宋体" w:cs="宋体"/>
          <w:color w:val="000000"/>
        </w:rPr>
        <w:t>，则称点</w:t>
      </w:r>
      <w:r>
        <w:rPr>
          <w:rFonts w:ascii="Times New Roman" w:eastAsia="Times New Roman" w:hAnsi="Times New Roman" w:cs="Times New Roman"/>
          <w:i/>
          <w:color w:val="000000"/>
        </w:rPr>
        <w:t>C</w:t>
      </w:r>
      <w:r>
        <w:rPr>
          <w:rFonts w:ascii="宋体" w:eastAsia="宋体" w:hAnsi="宋体" w:cs="宋体"/>
          <w:color w:val="000000"/>
        </w:rPr>
        <w:t>为线段</w:t>
      </w:r>
      <w:r>
        <w:pict>
          <v:shape id="_x0000_i712437" type="#_x0000_t75" alt="学科网(www.zxxk.com)--教育资源门户，提供试卷、教案、课件、论文、素材以及各类教学资源下载，还有大量而丰富的教学相关资讯！" style="width:20.05pt;height:12.6pt" o:oleicon="f" o:ole="">
            <v:imagedata r:id="rId2608"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1</w:t>
      </w:r>
      <w:r>
        <w:rPr>
          <w:rFonts w:ascii="宋体" w:eastAsia="宋体" w:hAnsi="宋体" w:cs="宋体"/>
          <w:color w:val="000000"/>
        </w:rPr>
        <w:t>倍点”．</w:t>
      </w:r>
    </w:p>
    <w:p>
      <w:pPr>
        <w:spacing w:line="360" w:lineRule="auto"/>
        <w:jc w:val="left"/>
        <w:textAlignment w:val="center"/>
        <w:rPr>
          <w:color w:val="000000"/>
        </w:rPr>
      </w:pPr>
      <w:r>
        <w:rPr>
          <w:color w:val="000000"/>
        </w:rPr>
        <w:drawing>
          <wp:inline>
            <wp:extent cx="4381500" cy="1438275"/>
            <wp:docPr id="33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 name=""/>
                    <pic:cNvPicPr>
                      <a:picLocks noChangeAspect="1"/>
                    </pic:cNvPicPr>
                  </pic:nvPicPr>
                  <pic:blipFill>
                    <a:blip r:embed="rId2611"/>
                    <a:stretch>
                      <a:fillRect/>
                    </a:stretch>
                  </pic:blipFill>
                  <pic:spPr>
                    <a:xfrm>
                      <a:off x="0" y="0"/>
                      <a:ext cx="4381500" cy="1438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请根据上述规定回答下列问题：</w:t>
      </w:r>
    </w:p>
    <w:p>
      <w:pPr>
        <w:spacing w:line="360" w:lineRule="auto"/>
        <w:jc w:val="left"/>
        <w:textAlignment w:val="center"/>
        <w:rPr>
          <w:color w:val="000000"/>
        </w:rPr>
      </w:pPr>
      <w:r>
        <w:rPr>
          <w:rFonts w:ascii="宋体" w:eastAsia="宋体" w:hAnsi="宋体" w:cs="宋体"/>
          <w:color w:val="000000"/>
        </w:rPr>
        <w:t>已知图</w:t>
      </w:r>
      <w:r>
        <w:rPr>
          <w:rFonts w:ascii="Times New Roman" w:eastAsia="Times New Roman" w:hAnsi="Times New Roman" w:cs="Times New Roman"/>
          <w:color w:val="000000"/>
        </w:rPr>
        <w:t>2</w:t>
      </w:r>
      <w:r>
        <w:rPr>
          <w:rFonts w:ascii="宋体" w:eastAsia="宋体" w:hAnsi="宋体" w:cs="宋体"/>
          <w:color w:val="000000"/>
        </w:rPr>
        <w:t>中，点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2438" type="#_x0000_t75" alt="学科网(www.zxxk.com)--教育资源门户，提供试卷、教案、课件、论文、素材以及各类教学资源下载，还有大量而丰富的教学相关资讯！" style="width:16.05pt;height:13.9pt" o:oleicon="f" o:ole="">
            <v:imagedata r:id="rId2612" o:title="eqId81fb134b2b48acc99213fff6ccfee65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当</w:t>
      </w:r>
      <w:r>
        <w:pict>
          <v:shape id="_x0000_i712439" type="#_x0000_t75" alt="学科网(www.zxxk.com)--教育资源门户，提供试卷、教案、课件、论文、素材以及各类教学资源下载，还有大量而丰富的教学相关资讯！" style="width:49pt;height:13.95pt" o:oleicon="f" o:ole="">
            <v:imagedata r:id="rId2613" o:title="eqId5a8f84f5de5d5fe7a643ddfb4ee243eb"/>
          </v:shape>
        </w:pict>
      </w:r>
      <w:r>
        <w:rPr>
          <w:rFonts w:ascii="宋体" w:eastAsia="宋体" w:hAnsi="宋体" w:cs="宋体"/>
          <w:color w:val="000000"/>
        </w:rPr>
        <w:t>时，点</w:t>
      </w:r>
      <w:r>
        <w:rPr>
          <w:rFonts w:ascii="Times New Roman" w:eastAsia="Times New Roman" w:hAnsi="Times New Roman" w:cs="Times New Roman"/>
          <w:i/>
          <w:color w:val="000000"/>
        </w:rPr>
        <w:t>C</w:t>
      </w:r>
      <w:r>
        <w:rPr>
          <w:rFonts w:ascii="Times New Roman" w:eastAsia="Times New Roman" w:hAnsi="Times New Roman" w:cs="Times New Roman"/>
          <w:color w:val="000000"/>
          <w:u w:val="single"/>
        </w:rPr>
        <w:t xml:space="preserve">        </w:t>
      </w:r>
      <w:r>
        <w:rPr>
          <w:rFonts w:ascii="宋体" w:eastAsia="宋体" w:hAnsi="宋体" w:cs="宋体"/>
          <w:color w:val="000000"/>
        </w:rPr>
        <w:t>（填“一定是”或“一定不是”或“不一定是”）线段</w:t>
      </w:r>
      <w:r>
        <w:pict>
          <v:shape id="_x0000_i712440" type="#_x0000_t75" alt="学科网(www.zxxk.com)--教育资源门户，提供试卷、教案、课件、论文、素材以及各类教学资源下载，还有大量而丰富的教学相关资讯！" style="width:20.05pt;height:12.6pt" o:oleicon="f" o:ole="">
            <v:imagedata r:id="rId2614"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1</w:t>
      </w:r>
      <w:r>
        <w:rPr>
          <w:rFonts w:ascii="宋体" w:eastAsia="宋体" w:hAnsi="宋体" w:cs="宋体"/>
          <w:color w:val="000000"/>
        </w:rPr>
        <w:t>倍点”；</w:t>
      </w:r>
    </w:p>
    <w:p>
      <w:pPr>
        <w:spacing w:line="360" w:lineRule="auto"/>
        <w:jc w:val="left"/>
        <w:textAlignment w:val="center"/>
        <w:rPr>
          <w:color w:val="000000"/>
        </w:rPr>
      </w:pPr>
      <w:r>
        <w:rPr>
          <w:color w:val="000000"/>
        </w:rPr>
        <w:t>（2）</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为线段</w:t>
      </w:r>
      <w:r>
        <w:pict>
          <v:shape id="_x0000_i712441" type="#_x0000_t75" alt="学科网(www.zxxk.com)--教育资源门户，提供试卷、教案、课件、论文、素材以及各类教学资源下载，还有大量而丰富的教学相关资讯！" style="width:20.05pt;height:12.6pt" o:oleicon="f" o:ole="">
            <v:imagedata r:id="rId2615" o:title="eqIdf52a58fbaf4fea03567e88a9f0f6e37e"/>
          </v:shape>
        </w:pict>
      </w:r>
      <w:r>
        <w:rPr>
          <w:rFonts w:ascii="宋体" w:eastAsia="宋体" w:hAnsi="宋体" w:cs="宋体"/>
          <w:color w:val="000000"/>
        </w:rPr>
        <w:t>的“</w:t>
      </w:r>
      <w:r>
        <w:rPr>
          <w:rFonts w:ascii="Times New Roman" w:eastAsia="Times New Roman" w:hAnsi="Times New Roman" w:cs="Times New Roman"/>
          <w:i/>
          <w:color w:val="000000"/>
        </w:rPr>
        <w:t>n</w:t>
      </w:r>
      <w:r>
        <w:rPr>
          <w:rFonts w:ascii="宋体" w:eastAsia="宋体" w:hAnsi="宋体" w:cs="宋体"/>
          <w:color w:val="000000"/>
        </w:rPr>
        <w:t>倍点”，且</w:t>
      </w:r>
      <w:r>
        <w:pict>
          <v:shape id="_x0000_i712442" type="#_x0000_t75" alt="学科网(www.zxxk.com)--教育资源门户，提供试卷、教案、课件、论文、素材以及各类教学资源下载，还有大量而丰富的教学相关资讯！" style="width:33.75pt;height:14.25pt" o:oleicon="f" o:ole="">
            <v:imagedata r:id="rId2616" o:title="eqIda089c207e39a24d0d82aa853ac2bbb8c"/>
          </v:shape>
        </w:pict>
      </w:r>
      <w:r>
        <w:rPr>
          <w:rFonts w:ascii="宋体" w:eastAsia="宋体" w:hAnsi="宋体" w:cs="宋体"/>
          <w:color w:val="000000"/>
        </w:rPr>
        <w:t>，求</w:t>
      </w:r>
      <w:r>
        <w:rPr>
          <w:rFonts w:ascii="Times New Roman" w:eastAsia="Times New Roman" w:hAnsi="Times New Roman" w:cs="Times New Roman"/>
          <w:i/>
          <w:color w:val="000000"/>
        </w:rPr>
        <w:t>n</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D</w:t>
      </w:r>
      <w:r>
        <w:rPr>
          <w:rFonts w:ascii="宋体" w:eastAsia="宋体" w:hAnsi="宋体" w:cs="宋体"/>
          <w:color w:val="000000"/>
        </w:rPr>
        <w:t>是线段</w:t>
      </w:r>
      <w:r>
        <w:pict>
          <v:shape id="_x0000_i712443" type="#_x0000_t75" alt="学科网(www.zxxk.com)--教育资源门户，提供试卷、教案、课件、论文、素材以及各类教学资源下载，还有大量而丰富的教学相关资讯！" style="width:20.05pt;height:12.6pt" o:oleicon="f" o:ole="">
            <v:imagedata r:id="rId2617"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倍点”，则点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（4）</w:t>
      </w:r>
      <w:r>
        <w:rPr>
          <w:rFonts w:ascii="宋体" w:eastAsia="宋体" w:hAnsi="宋体" w:cs="宋体"/>
          <w:color w:val="000000"/>
        </w:rPr>
        <w:t>若点</w:t>
      </w:r>
      <w:r>
        <w:rPr>
          <w:rFonts w:ascii="Times New Roman" w:eastAsia="Times New Roman" w:hAnsi="Times New Roman" w:cs="Times New Roman"/>
          <w:i/>
          <w:color w:val="000000"/>
        </w:rPr>
        <w:t>E</w:t>
      </w:r>
      <w:r>
        <w:rPr>
          <w:rFonts w:ascii="宋体" w:eastAsia="宋体" w:hAnsi="宋体" w:cs="宋体"/>
          <w:color w:val="000000"/>
        </w:rPr>
        <w:t>在数轴上表示的数为</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pict>
          <v:shape id="_x0000_i712444" type="#_x0000_t75" alt="学科网(www.zxxk.com)--教育资源门户，提供试卷、教案、课件、论文、素材以及各类教学资源下载，还有大量而丰富的教学相关资讯！" style="width:24pt;height:13.95pt" o:oleicon="f" o:ole="">
            <v:imagedata r:id="rId2618" o:title="eqIdcde47d197b05343b64bc5a94fd28254c"/>
          </v:shape>
        </w:pict>
      </w:r>
      <w:r>
        <w:rPr>
          <w:rFonts w:ascii="宋体" w:eastAsia="宋体" w:hAnsi="宋体" w:cs="宋体"/>
          <w:color w:val="000000"/>
        </w:rPr>
        <w:t>，要使线段</w:t>
      </w:r>
      <w:r>
        <w:pict>
          <v:shape id="_x0000_i712445" type="#_x0000_t75" alt="学科网(www.zxxk.com)--教育资源门户，提供试卷、教案、课件、论文、素材以及各类教学资源下载，还有大量而丰富的教学相关资讯！" style="width:20.4pt;height:12.6pt" o:oleicon="f" o:ole="">
            <v:imagedata r:id="rId2619" o:title="eqId49b50357a6545cae8348e3059312f520"/>
          </v:shape>
        </w:pict>
      </w:r>
      <w:r>
        <w:rPr>
          <w:rFonts w:ascii="宋体" w:eastAsia="宋体" w:hAnsi="宋体" w:cs="宋体"/>
          <w:color w:val="000000"/>
        </w:rPr>
        <w:t>上始终存在线段</w:t>
      </w:r>
      <w:r>
        <w:pict>
          <v:shape id="_x0000_i712446" type="#_x0000_t75" alt="学科网(www.zxxk.com)--教育资源门户，提供试卷、教案、课件、论文、素材以及各类教学资源下载，还有大量而丰富的教学相关资讯！" style="width:20.05pt;height:12.6pt" o:oleicon="f" o:ole="">
            <v:imagedata r:id="rId2620"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倍点”，求</w:t>
      </w:r>
      <w:r>
        <w:rPr>
          <w:rFonts w:ascii="Times New Roman" w:eastAsia="Times New Roman" w:hAnsi="Times New Roman" w:cs="Times New Roman"/>
          <w:i/>
          <w:color w:val="000000"/>
        </w:rPr>
        <w:t>t</w:t>
      </w:r>
      <w:r>
        <w:rPr>
          <w:rFonts w:ascii="宋体" w:eastAsia="宋体" w:hAnsi="宋体" w:cs="宋体"/>
          <w:color w:val="000000"/>
        </w:rPr>
        <w:t>的取值范围（用不等号表示）</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一定是</w:t>
      </w:r>
      <w:r>
        <w:rPr>
          <w:color w:val="000000"/>
        </w:rPr>
        <w:t xml:space="preserve">    </w:t>
      </w:r>
      <w:r>
        <w:rPr>
          <w:color w:val="000000"/>
        </w:rPr>
        <w:t>（2）</w:t>
      </w:r>
      <w:r>
        <w:pict>
          <v:shape id="_x0000_i712447" type="#_x0000_t75" alt="学科网(www.zxxk.com)--教育资源门户，提供试卷、教案、课件、论文、素材以及各类教学资源下载，还有大量而丰富的教学相关资讯！" style="width:36pt;height:14.25pt" o:oleicon="f" o:ole="">
            <v:imagedata r:id="rId2621" o:title="eqIdf52b52a9bae75e0c5f41c998b0cfb397"/>
          </v:shape>
        </w:pict>
      </w:r>
      <w:r>
        <w:rPr>
          <w:color w:val="000000"/>
        </w:rPr>
        <w:t xml:space="preserve">    </w:t>
      </w:r>
    </w:p>
    <w:p>
      <w:pPr>
        <w:spacing w:line="360" w:lineRule="auto"/>
        <w:textAlignment w:val="center"/>
        <w:rPr>
          <w:color w:val="000000"/>
        </w:rPr>
      </w:pPr>
      <w:r>
        <w:rPr>
          <w:color w:val="000000"/>
        </w:rPr>
        <w:t>（3）</w:t>
      </w:r>
      <w:r>
        <w:pict>
          <v:shape id="_x0000_i712448" type="#_x0000_t75" alt="学科网(www.zxxk.com)--教育资源门户，提供试卷、教案、课件、论文、素材以及各类教学资源下载，还有大量而丰富的教学相关资讯！" style="width:15.75pt;height:14.25pt" o:oleicon="f" o:ole="">
            <v:imagedata r:id="rId2622"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3</w:t>
      </w:r>
      <w:r>
        <w:rPr>
          <w:color w:val="000000"/>
        </w:rPr>
        <w:t xml:space="preserve">    </w:t>
      </w:r>
    </w:p>
    <w:p>
      <w:pPr>
        <w:spacing w:line="360" w:lineRule="auto"/>
        <w:textAlignment w:val="center"/>
        <w:rPr>
          <w:color w:val="000000"/>
        </w:rPr>
      </w:pPr>
      <w:r>
        <w:rPr>
          <w:color w:val="000000"/>
        </w:rPr>
        <w:t>（4）</w:t>
      </w:r>
      <w:r>
        <w:pict>
          <v:shape id="_x0000_i712449" type="#_x0000_t75" alt="学科网(www.zxxk.com)--教育资源门户，提供试卷、教案、课件、论文、素材以及各类教学资源下载，还有大量而丰富的教学相关资讯！" style="width:57pt;height:13.8pt" o:oleicon="f" o:ole="">
            <v:imagedata r:id="rId2623" o:title="eqIdf3ccdd8426345ba563ccb84908a92059"/>
          </v:shape>
        </w:pict>
      </w:r>
      <w:r>
        <w:rPr>
          <w:rFonts w:ascii="宋体" w:eastAsia="宋体" w:hAnsi="宋体" w:cs="宋体"/>
          <w:color w:val="000000"/>
        </w:rPr>
        <w:t>或</w:t>
      </w:r>
      <w:r>
        <w:pict>
          <v:shape id="_x0000_i712450" type="#_x0000_t75" alt="学科网(www.zxxk.com)--教育资源门户，提供试卷、教案、课件、论文、素材以及各类教学资源下载，还有大量而丰富的教学相关资讯！" style="width:42.05pt;height:13.8pt" o:oleicon="f" o:ole="">
            <v:imagedata r:id="rId2624" o:title="eqId3b8fa23a6fe58d0f510de0473649232c"/>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）根据数轴上两点距离公式求出</w:t>
      </w:r>
      <w:r>
        <w:pict>
          <v:shape id="_x0000_i712451" type="#_x0000_t75" alt="学科网(www.zxxk.com)--教育资源门户，提供试卷、教案、课件、论文、素材以及各类教学资源下载，还有大量而丰富的教学相关资讯！" style="width:48pt;height:14.25pt" o:oleicon="f" o:ole="">
            <v:imagedata r:id="rId2625" o:title="eqIdab15f71acf24a48b4ea4efac5f09b718"/>
          </v:shape>
        </w:pict>
      </w:r>
      <w:r>
        <w:rPr>
          <w:rFonts w:ascii="宋体" w:eastAsia="宋体" w:hAnsi="宋体" w:cs="宋体"/>
          <w:color w:val="000000"/>
        </w:rPr>
        <w:t>与</w:t>
      </w:r>
      <w:r>
        <w:pict>
          <v:shape id="_x0000_i712452" type="#_x0000_t75" alt="学科网(www.zxxk.com)--教育资源门户，提供试卷、教案、课件、论文、素材以及各类教学资源下载，还有大量而丰富的教学相关资讯！" style="width:20.05pt;height:12.6pt" o:oleicon="f" o:ole="">
            <v:imagedata r:id="rId2626" o:title="eqIdf52a58fbaf4fea03567e88a9f0f6e37e"/>
          </v:shape>
        </w:pict>
      </w:r>
      <w:r>
        <w:rPr>
          <w:rFonts w:ascii="宋体" w:eastAsia="宋体" w:hAnsi="宋体" w:cs="宋体"/>
          <w:color w:val="000000"/>
        </w:rPr>
        <w:t>之间的关系即可得到答案；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）根据数轴上两点距离公式求出</w:t>
      </w:r>
      <w:r>
        <w:pict>
          <v:shape id="_x0000_i712453" type="#_x0000_t75" alt="学科网(www.zxxk.com)--教育资源门户，提供试卷、教案、课件、论文、素材以及各类教学资源下载，还有大量而丰富的教学相关资讯！" style="width:72.75pt;height:14.25pt" o:oleicon="f" o:ole="">
            <v:imagedata r:id="rId2627" o:title="eqIdc3bcd1354d120c42770572a3f5747241"/>
          </v:shape>
        </w:pict>
      </w:r>
      <w:r>
        <w:rPr>
          <w:rFonts w:ascii="宋体" w:eastAsia="宋体" w:hAnsi="宋体" w:cs="宋体"/>
          <w:color w:val="000000"/>
        </w:rPr>
        <w:t>长，进而求出</w:t>
      </w:r>
      <w:r>
        <w:pict>
          <v:shape id="_x0000_i712454" type="#_x0000_t75" alt="学科网(www.zxxk.com)--教育资源门户，提供试卷、教案、课件、论文、素材以及各类教学资源下载，还有大量而丰富的教学相关资讯！" style="width:48pt;height:14.25pt" o:oleicon="f" o:ole="">
            <v:imagedata r:id="rId2628" o:title="eqIdab15f71acf24a48b4ea4efac5f09b718"/>
          </v:shape>
        </w:pict>
      </w:r>
      <w:r>
        <w:rPr>
          <w:rFonts w:ascii="宋体" w:eastAsia="宋体" w:hAnsi="宋体" w:cs="宋体"/>
          <w:color w:val="000000"/>
        </w:rPr>
        <w:t>与</w:t>
      </w:r>
      <w:r>
        <w:pict>
          <v:shape id="_x0000_i712455" type="#_x0000_t75" alt="学科网(www.zxxk.com)--教育资源门户，提供试卷、教案、课件、论文、素材以及各类教学资源下载，还有大量而丰富的教学相关资讯！" style="width:20.05pt;height:12.6pt" o:oleicon="f" o:ole="">
            <v:imagedata r:id="rId2629" o:title="eqIdf52a58fbaf4fea03567e88a9f0f6e37e"/>
          </v:shape>
        </w:pict>
      </w:r>
      <w:r>
        <w:rPr>
          <w:rFonts w:ascii="宋体" w:eastAsia="宋体" w:hAnsi="宋体" w:cs="宋体"/>
          <w:color w:val="000000"/>
        </w:rPr>
        <w:t>之间的关系即可得到答案；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，根据两点距离公式结合已知条件得到</w:t>
      </w:r>
      <w:r>
        <w:pict>
          <v:shape id="_x0000_i712456" type="#_x0000_t75" alt="学科网(www.zxxk.com)--教育资源门户，提供试卷、教案、课件、论文、素材以及各类教学资源下载，还有大量而丰富的教学相关资讯！" style="width:88.8pt;height:19.8pt" o:oleicon="f" o:ole="">
            <v:imagedata r:id="rId2630" o:title="eqId16d42c047bab963555bf8528a4fb104d"/>
          </v:shape>
        </w:pict>
      </w:r>
      <w:r>
        <w:rPr>
          <w:rFonts w:ascii="宋体" w:eastAsia="宋体" w:hAnsi="宋体" w:cs="宋体"/>
          <w:color w:val="000000"/>
        </w:rPr>
        <w:t>，据此求解即可；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）设</w:t>
      </w:r>
      <w:r>
        <w:pict>
          <v:shape id="_x0000_i712457" type="#_x0000_t75" alt="学科网(www.zxxk.com)--教育资源门户，提供试卷、教案、课件、论文、素材以及各类教学资源下载，还有大量而丰富的教学相关资讯！" style="width:20.4pt;height:12.6pt" o:oleicon="f" o:ole="">
            <v:imagedata r:id="rId2631" o:title="eqId49b50357a6545cae8348e3059312f520"/>
          </v:shape>
        </w:pict>
      </w:r>
      <w:r>
        <w:rPr>
          <w:rFonts w:ascii="宋体" w:eastAsia="宋体" w:hAnsi="宋体" w:cs="宋体"/>
          <w:color w:val="000000"/>
        </w:rPr>
        <w:t>上线段</w:t>
      </w:r>
      <w:r>
        <w:pict>
          <v:shape id="_x0000_i712458" type="#_x0000_t75" alt="学科网(www.zxxk.com)--教育资源门户，提供试卷、教案、课件、论文、素材以及各类教学资源下载，还有大量而丰富的教学相关资讯！" style="width:20.05pt;height:12.6pt" o:oleicon="f" o:ole="">
            <v:imagedata r:id="rId2632"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倍点”表示的数为</w:t>
      </w:r>
      <w:r>
        <w:rPr>
          <w:rFonts w:ascii="Times New Roman" w:eastAsia="Times New Roman" w:hAnsi="Times New Roman" w:cs="Times New Roman"/>
          <w:i/>
          <w:color w:val="000000"/>
        </w:rPr>
        <w:t>n</w:t>
      </w:r>
      <w:r>
        <w:rPr>
          <w:rFonts w:ascii="宋体" w:eastAsia="宋体" w:hAnsi="宋体" w:cs="宋体"/>
          <w:color w:val="000000"/>
        </w:rPr>
        <w:t>，同（</w:t>
      </w:r>
      <w:r>
        <w:rPr>
          <w:rFonts w:ascii="Times New Roman" w:eastAsia="Times New Roman" w:hAnsi="Times New Roman" w:cs="Times New Roman"/>
          <w:color w:val="000000"/>
        </w:rPr>
        <w:t>3</w:t>
      </w:r>
      <w:r>
        <w:rPr>
          <w:rFonts w:ascii="宋体" w:eastAsia="宋体" w:hAnsi="宋体" w:cs="宋体"/>
          <w:color w:val="000000"/>
        </w:rPr>
        <w:t>）求出</w:t>
      </w:r>
      <w:r>
        <w:rPr>
          <w:rFonts w:ascii="Times New Roman" w:eastAsia="Times New Roman" w:hAnsi="Times New Roman" w:cs="Times New Roman"/>
          <w:i/>
          <w:color w:val="000000"/>
        </w:rPr>
        <w:t>n</w:t>
      </w:r>
      <w:r>
        <w:rPr>
          <w:rFonts w:ascii="宋体" w:eastAsia="宋体" w:hAnsi="宋体" w:cs="宋体"/>
          <w:color w:val="000000"/>
        </w:rPr>
        <w:t>的值，再根据这个“</w:t>
      </w:r>
      <w:r>
        <w:rPr>
          <w:rFonts w:ascii="Times New Roman" w:eastAsia="Times New Roman" w:hAnsi="Times New Roman" w:cs="Times New Roman"/>
          <w:color w:val="000000"/>
        </w:rPr>
        <w:t>3</w:t>
      </w:r>
      <w:r>
        <w:rPr>
          <w:rFonts w:ascii="宋体" w:eastAsia="宋体" w:hAnsi="宋体" w:cs="宋体"/>
          <w:color w:val="000000"/>
        </w:rPr>
        <w:t>倍点”在线段</w:t>
      </w:r>
      <w:r>
        <w:pict>
          <v:shape id="_x0000_i712459" type="#_x0000_t75" alt="学科网(www.zxxk.com)--教育资源门户，提供试卷、教案、课件、论文、素材以及各类教学资源下载，还有大量而丰富的教学相关资讯！" style="width:20.4pt;height:12.6pt" o:oleicon="f" o:ole="">
            <v:imagedata r:id="rId2631" o:title="eqId49b50357a6545cae8348e3059312f520"/>
          </v:shape>
        </w:pict>
      </w:r>
      <w:r>
        <w:rPr>
          <w:rFonts w:ascii="宋体" w:eastAsia="宋体" w:hAnsi="宋体" w:cs="宋体"/>
          <w:color w:val="000000"/>
        </w:rPr>
        <w:t>上进行求解即可．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2460" type="#_x0000_t75" alt="学科网(www.zxxk.com)--教育资源门户，提供试卷、教案、课件、论文、素材以及各类教学资源下载，还有大量而丰富的教学相关资讯！" style="width:16.05pt;height:13.9pt" o:oleicon="f" o:ole="">
            <v:imagedata r:id="rId2633" o:title="eqId81fb134b2b48acc99213fff6ccfee65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61" type="#_x0000_t75" alt="学科网(www.zxxk.com)--教育资源门户，提供试卷、教案、课件、论文、素材以及各类教学资源下载，还有大量而丰富的教学相关资讯！" style="width:217.8pt;height:19.8pt" o:oleicon="f" o:ole="">
            <v:imagedata r:id="rId2634" o:title="eqIde3aab5707dc0e0c459b532b7aa36621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62" type="#_x0000_t75" alt="学科网(www.zxxk.com)--教育资源门户，提供试卷、教案、课件、论文、素材以及各类教学资源下载，还有大量而丰富的教学相关资讯！" style="width:49pt;height:13.95pt" o:oleicon="f" o:ole="">
            <v:imagedata r:id="rId2635" o:title="eqId5a8f84f5de5d5fe7a643ddfb4ee243e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63" type="#_x0000_t75" alt="学科网(www.zxxk.com)--教育资源门户，提供试卷、教案、课件、论文、素材以及各类教学资源下载，还有大量而丰富的教学相关资讯！" style="width:238.2pt;height:19.8pt" o:oleicon="f" o:ole="">
            <v:imagedata r:id="rId2636" o:title="eqId74e269b6293d1b6c39135cf4a957762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一定是线段</w:t>
      </w:r>
      <w:r>
        <w:pict>
          <v:shape id="_x0000_i712464" type="#_x0000_t75" alt="学科网(www.zxxk.com)--教育资源门户，提供试卷、教案、课件、论文、素材以及各类教学资源下载，还有大量而丰富的教学相关资讯！" style="width:20.05pt;height:12.6pt" o:oleicon="f" o:ole="">
            <v:imagedata r:id="rId2637"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1</w:t>
      </w:r>
      <w:r>
        <w:rPr>
          <w:rFonts w:ascii="宋体" w:eastAsia="宋体" w:hAnsi="宋体" w:cs="宋体"/>
          <w:color w:val="000000"/>
        </w:rPr>
        <w:t>倍点”，</w:t>
      </w:r>
    </w:p>
    <w:p>
      <w:pPr>
        <w:spacing w:line="360" w:lineRule="auto"/>
        <w:jc w:val="left"/>
        <w:textAlignment w:val="center"/>
        <w:rPr>
          <w:color w:val="000000"/>
        </w:rPr>
      </w:pPr>
      <w:r>
        <w:rPr>
          <w:rFonts w:ascii="宋体" w:eastAsia="宋体" w:hAnsi="宋体" w:cs="宋体"/>
          <w:color w:val="000000"/>
        </w:rPr>
        <w:t>故答案为：一定是；</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2465" type="#_x0000_t75" alt="学科网(www.zxxk.com)--教育资源门户，提供试卷、教案、课件、论文、素材以及各类教学资源下载，还有大量而丰富的教学相关资讯！" style="width:16.05pt;height:13.9pt" o:oleicon="f" o:ole="">
            <v:imagedata r:id="rId2638" o:title="eqId81fb134b2b48acc99213fff6ccfee65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pict>
          <v:shape id="_x0000_i712466" type="#_x0000_t75" alt="学科网(www.zxxk.com)--教育资源门户，提供试卷、教案、课件、论文、素材以及各类教学资源下载，还有大量而丰富的教学相关资讯！" style="width:16.2pt;height:13.2pt" o:oleicon="f" o:ole="">
            <v:imagedata r:id="rId2639" o:title="eqId3edbd40e04e2a943051fa83d6e511ad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67" type="#_x0000_t75" alt="学科网(www.zxxk.com)--教育资源门户，提供试卷、教案、课件、论文、素材以及各类教学资源下载，还有大量而丰富的教学相关资讯！" style="width:282pt;height:19.8pt" o:oleicon="f" o:ole="">
            <v:imagedata r:id="rId2640" o:title="eqIde77b4ce79f74b09ecc8d45cf0d23456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68" type="#_x0000_t75" alt="学科网(www.zxxk.com)--教育资源门户，提供试卷、教案、课件、论文、素材以及各类教学资源下载，还有大量而丰富的教学相关资讯！" style="width:99pt;height:13.8pt" o:oleicon="f" o:ole="">
            <v:imagedata r:id="rId2641" o:title="eqId04f59fe9180a5f363668d1712eb2f6c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69" type="#_x0000_t75" alt="学科网(www.zxxk.com)--教育资源门户，提供试卷、教案、课件、论文、素材以及各类教学资源下载，还有大量而丰富的教学相关资讯！" style="width:90pt;height:13.8pt" o:oleicon="f" o:ole="">
            <v:imagedata r:id="rId2642" o:title="eqIde6217d02753375edab7a931a56ebf92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70" type="#_x0000_t75" alt="学科网(www.zxxk.com)--教育资源门户，提供试卷、教案、课件、论文、素材以及各类教学资源下载，还有大量而丰富的教学相关资讯！" style="width:36pt;height:14.25pt" o:oleicon="f" o:ole="">
            <v:imagedata r:id="rId2643" o:title="eqIdf52b52a9bae75e0c5f41c998b0cfb397"/>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解：设点</w:t>
      </w:r>
      <w:r>
        <w:rPr>
          <w:rFonts w:ascii="Times New Roman" w:eastAsia="Times New Roman" w:hAnsi="Times New Roman" w:cs="Times New Roman"/>
          <w:i/>
          <w:color w:val="000000"/>
        </w:rPr>
        <w:t>D</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71" type="#_x0000_t75" alt="学科网(www.zxxk.com)--教育资源门户，提供试卷、教案、课件、论文、素材以及各类教学资源下载，还有大量而丰富的教学相关资讯！" style="width:225pt;height:19.8pt" o:oleicon="f" o:ole="">
            <v:imagedata r:id="rId2644" o:title="eqId4bbe747ef687dca03199e039f5d9d3a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是线段</w:t>
      </w:r>
      <w:r>
        <w:pict>
          <v:shape id="_x0000_i712472" type="#_x0000_t75" alt="学科网(www.zxxk.com)--教育资源门户，提供试卷、教案、课件、论文、素材以及各类教学资源下载，还有大量而丰富的教学相关资讯！" style="width:20.05pt;height:12.6pt" o:oleicon="f" o:ole="">
            <v:imagedata r:id="rId2645"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倍点”，</w:t>
      </w:r>
    </w:p>
    <w:p>
      <w:pPr>
        <w:spacing w:line="360" w:lineRule="auto"/>
        <w:jc w:val="left"/>
        <w:textAlignment w:val="center"/>
        <w:rPr>
          <w:color w:val="000000"/>
        </w:rPr>
      </w:pPr>
      <w:r>
        <w:rPr>
          <w:rFonts w:ascii="宋体" w:eastAsia="宋体" w:hAnsi="宋体" w:cs="宋体"/>
          <w:color w:val="000000"/>
        </w:rPr>
        <w:t>∴</w:t>
      </w:r>
      <w:r>
        <w:pict>
          <v:shape id="_x0000_i712473" type="#_x0000_t75" alt="学科网(www.zxxk.com)--教育资源门户，提供试卷、教案、课件、论文、素材以及各类教学资源下载，还有大量而丰富的教学相关资讯！" style="width:100.8pt;height:13.8pt" o:oleicon="f" o:ole="">
            <v:imagedata r:id="rId2646" o:title="eqIdc3ba3556c761134ed4ad337dff0e882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74" type="#_x0000_t75" alt="学科网(www.zxxk.com)--教育资源门户，提供试卷、教案、课件、论文、素材以及各类教学资源下载，还有大量而丰富的教学相关资讯！" style="width:88.8pt;height:19.8pt" o:oleicon="f" o:ole="">
            <v:imagedata r:id="rId2647" o:title="eqId16d42c047bab963555bf8528a4fb104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2475" type="#_x0000_t75" alt="学科网(www.zxxk.com)--教育资源门户，提供试卷、教案、课件、论文、素材以及各类教学资源下载，还有大量而丰富的教学相关资讯！" style="width:37.2pt;height:13.8pt" o:oleicon="f" o:ole="">
            <v:imagedata r:id="rId2648" o:title="eqId60994f80d3ced53fc18ddd7e3d659aad"/>
          </v:shape>
        </w:pict>
      </w:r>
      <w:r>
        <w:rPr>
          <w:rFonts w:ascii="宋体" w:eastAsia="宋体" w:hAnsi="宋体" w:cs="宋体"/>
          <w:color w:val="000000"/>
        </w:rPr>
        <w:t>时，则</w:t>
      </w:r>
      <w:r>
        <w:pict>
          <v:shape id="_x0000_i712476" type="#_x0000_t75" alt="学科网(www.zxxk.com)--教育资源门户，提供试卷、教案、课件、论文、素材以及各类教学资源下载，还有大量而丰富的教学相关资讯！" style="width:88.8pt;height:13.8pt" o:oleicon="f" o:ole="">
            <v:imagedata r:id="rId2649" o:title="eqId23f597379438b3b533883bb1827fb5c7"/>
          </v:shape>
        </w:pict>
      </w:r>
      <w:r>
        <w:rPr>
          <w:rFonts w:ascii="宋体" w:eastAsia="宋体" w:hAnsi="宋体" w:cs="宋体"/>
          <w:color w:val="000000"/>
        </w:rPr>
        <w:t>，解得</w:t>
      </w:r>
      <w:r>
        <w:pict>
          <v:shape id="_x0000_i712477" type="#_x0000_t75" alt="学科网(www.zxxk.com)--教育资源门户，提供试卷、教案、课件、论文、素材以及各类教学资源下载，还有大量而丰富的教学相关资讯！" style="width:36.75pt;height:14.25pt" o:oleicon="f" o:ole="">
            <v:imagedata r:id="rId2650" o:title="eqId25a1b197f5c9a0283567c83a4225a44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2478" type="#_x0000_t75" alt="学科网(www.zxxk.com)--教育资源门户，提供试卷、教案、课件、论文、素材以及各类教学资源下载，还有大量而丰富的教学相关资讯！" style="width:51.75pt;height:14.25pt" o:oleicon="f" o:ole="">
            <v:imagedata r:id="rId2651" o:title="eqId12fde750dd17c6d43ef23cb5a468362b"/>
          </v:shape>
        </w:pict>
      </w:r>
      <w:r>
        <w:rPr>
          <w:rFonts w:ascii="宋体" w:eastAsia="宋体" w:hAnsi="宋体" w:cs="宋体"/>
          <w:color w:val="000000"/>
        </w:rPr>
        <w:t>时，则</w:t>
      </w:r>
      <w:r>
        <w:pict>
          <v:shape id="_x0000_i712479" type="#_x0000_t75" alt="学科网(www.zxxk.com)--教育资源门户，提供试卷、教案、课件、论文、素材以及各类教学资源下载，还有大量而丰富的教学相关资讯！" style="width:100.2pt;height:13.8pt" o:oleicon="f" o:ole="">
            <v:imagedata r:id="rId2652" o:title="eqId443727ac3c617446e07a2461c77347a8"/>
          </v:shape>
        </w:pict>
      </w:r>
      <w:r>
        <w:rPr>
          <w:rFonts w:ascii="宋体" w:eastAsia="宋体" w:hAnsi="宋体" w:cs="宋体"/>
          <w:color w:val="000000"/>
        </w:rPr>
        <w:t>，此时不满足题意；</w:t>
      </w:r>
    </w:p>
    <w:p>
      <w:pPr>
        <w:spacing w:line="360" w:lineRule="auto"/>
        <w:jc w:val="left"/>
        <w:textAlignment w:val="center"/>
        <w:rPr>
          <w:color w:val="000000"/>
        </w:rPr>
      </w:pPr>
      <w:r>
        <w:rPr>
          <w:rFonts w:ascii="宋体" w:eastAsia="宋体" w:hAnsi="宋体" w:cs="宋体"/>
          <w:color w:val="000000"/>
        </w:rPr>
        <w:t>当</w:t>
      </w:r>
      <w:r>
        <w:pict>
          <v:shape id="_x0000_i712480" type="#_x0000_t75" alt="学科网(www.zxxk.com)--教育资源门户，提供试卷、教案、课件、论文、素材以及各类教学资源下载，还有大量而丰富的教学相关资讯！" style="width:33.75pt;height:12.75pt" o:oleicon="f" o:ole="">
            <v:imagedata r:id="rId2653" o:title="eqId9e34f42b3be15518c29e3689c9fe6d6d"/>
          </v:shape>
        </w:pict>
      </w:r>
      <w:r>
        <w:rPr>
          <w:rFonts w:ascii="宋体" w:eastAsia="宋体" w:hAnsi="宋体" w:cs="宋体"/>
          <w:color w:val="000000"/>
        </w:rPr>
        <w:t>时，则</w:t>
      </w:r>
      <w:r>
        <w:pict>
          <v:shape id="_x0000_i712481" type="#_x0000_t75" alt="学科网(www.zxxk.com)--教育资源门户，提供试卷、教案、课件、论文、素材以及各类教学资源下载，还有大量而丰富的教学相关资讯！" style="width:82.2pt;height:13.8pt" o:oleicon="f" o:ole="">
            <v:imagedata r:id="rId2654" o:title="eqId8ae9a0d65b04a078354b90a4c5e227aa"/>
          </v:shape>
        </w:pict>
      </w:r>
      <w:r>
        <w:rPr>
          <w:rFonts w:ascii="宋体" w:eastAsia="宋体" w:hAnsi="宋体" w:cs="宋体"/>
          <w:color w:val="000000"/>
        </w:rPr>
        <w:t>，解得</w:t>
      </w:r>
      <w:r>
        <w:pict>
          <v:shape id="_x0000_i712482" type="#_x0000_t75" alt="学科网(www.zxxk.com)--教育资源门户，提供试卷、教案、课件、论文、素材以及各类教学资源下载，还有大量而丰富的教学相关资讯！" style="width:30.05pt;height:13.6pt" o:oleicon="f" o:ole="">
            <v:imagedata r:id="rId2655" o:title="eqIdd8a3cc8c48bf54ec8252e5dce68677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综上所述，点</w:t>
      </w:r>
      <w:r>
        <w:rPr>
          <w:rFonts w:ascii="Times New Roman" w:eastAsia="Times New Roman" w:hAnsi="Times New Roman" w:cs="Times New Roman"/>
          <w:i/>
          <w:color w:val="000000"/>
        </w:rPr>
        <w:t>D</w:t>
      </w:r>
      <w:r>
        <w:rPr>
          <w:rFonts w:ascii="宋体" w:eastAsia="宋体" w:hAnsi="宋体" w:cs="宋体"/>
          <w:color w:val="000000"/>
        </w:rPr>
        <w:t>表示的数为</w:t>
      </w:r>
      <w:r>
        <w:pict>
          <v:shape id="_x0000_i712483" type="#_x0000_t75" alt="学科网(www.zxxk.com)--教育资源门户，提供试卷、教案、课件、论文、素材以及各类教学资源下载，还有大量而丰富的教学相关资讯！" style="width:15.75pt;height:14.25pt" o:oleicon="f" o:ole="">
            <v:imagedata r:id="rId2656"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2484" type="#_x0000_t75" alt="学科网(www.zxxk.com)--教育资源门户，提供试卷、教案、课件、论文、素材以及各类教学资源下载，还有大量而丰富的教学相关资讯！" style="width:15.75pt;height:14.25pt" o:oleicon="f" o:ole="">
            <v:imagedata r:id="rId2657"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解：设</w:t>
      </w:r>
      <w:r>
        <w:pict>
          <v:shape id="_x0000_i712485" type="#_x0000_t75" alt="学科网(www.zxxk.com)--教育资源门户，提供试卷、教案、课件、论文、素材以及各类教学资源下载，还有大量而丰富的教学相关资讯！" style="width:20.4pt;height:12.6pt" o:oleicon="f" o:ole="">
            <v:imagedata r:id="rId2658" o:title="eqId49b50357a6545cae8348e3059312f520"/>
          </v:shape>
        </w:pict>
      </w:r>
      <w:r>
        <w:rPr>
          <w:rFonts w:ascii="宋体" w:eastAsia="宋体" w:hAnsi="宋体" w:cs="宋体"/>
          <w:color w:val="000000"/>
        </w:rPr>
        <w:t>上线段</w:t>
      </w:r>
      <w:r>
        <w:pict>
          <v:shape id="_x0000_i712486" type="#_x0000_t75" alt="学科网(www.zxxk.com)--教育资源门户，提供试卷、教案、课件、论文、素材以及各类教学资源下载，还有大量而丰富的教学相关资讯！" style="width:20.05pt;height:12.6pt" o:oleicon="f" o:ole="">
            <v:imagedata r:id="rId2659" o:title="eqIdf52a58fbaf4fea03567e88a9f0f6e37e"/>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倍点”表示的数为</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同理可得</w:t>
      </w:r>
      <w:r>
        <w:pict>
          <v:shape id="_x0000_i712487" type="#_x0000_t75" alt="学科网(www.zxxk.com)--教育资源门户，提供试卷、教案、课件、论文、素材以及各类教学资源下载，还有大量而丰富的教学相关资讯！" style="width:88.8pt;height:19.8pt" o:oleicon="f" o:ole="">
            <v:imagedata r:id="rId2660" o:title="eqId26958ea482003ab2d193c7896ac57ab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2488" type="#_x0000_t75" alt="学科网(www.zxxk.com)--教育资源门户，提供试卷、教案、课件、论文、素材以及各类教学资源下载，还有大量而丰富的教学相关资讯！" style="width:34pt;height:14pt" o:oleicon="f" o:ole="">
            <v:imagedata r:id="rId2661" o:title="eqId54a5936da6c2ad37b36448c1903e8ed4"/>
          </v:shape>
        </w:pict>
      </w:r>
      <w:r>
        <w:rPr>
          <w:rFonts w:ascii="宋体" w:eastAsia="宋体" w:hAnsi="宋体" w:cs="宋体"/>
          <w:color w:val="000000"/>
        </w:rPr>
        <w:t>时，则</w:t>
      </w:r>
      <w:r>
        <w:pict>
          <v:shape id="_x0000_i712489" type="#_x0000_t75" alt="学科网(www.zxxk.com)--教育资源门户，提供试卷、教案、课件、论文、素材以及各类教学资源下载，还有大量而丰富的教学相关资讯！" style="width:88.8pt;height:13.8pt" o:oleicon="f" o:ole="">
            <v:imagedata r:id="rId2662" o:title="eqIda80fa4922adac2ae1a5a3d1f4e780ccc"/>
          </v:shape>
        </w:pict>
      </w:r>
      <w:r>
        <w:rPr>
          <w:rFonts w:ascii="宋体" w:eastAsia="宋体" w:hAnsi="宋体" w:cs="宋体"/>
          <w:color w:val="000000"/>
        </w:rPr>
        <w:t>，解得</w:t>
      </w:r>
      <w:r>
        <w:pict>
          <v:shape id="_x0000_i712490" type="#_x0000_t75" alt="学科网(www.zxxk.com)--教育资源门户，提供试卷、教案、课件、论文、素材以及各类教学资源下载，还有大量而丰富的教学相关资讯！" style="width:35.25pt;height:14.25pt" o:oleicon="f" o:ole="">
            <v:imagedata r:id="rId2663" o:title="eqIde5d9d8235ce743e961035a39819fcbd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在数轴上表示的数为</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pict>
          <v:shape id="_x0000_i712491" type="#_x0000_t75" alt="学科网(www.zxxk.com)--教育资源门户，提供试卷、教案、课件、论文、素材以及各类教学资源下载，还有大量而丰富的教学相关资讯！" style="width:24pt;height:13.95pt" o:oleicon="f" o:ole="">
            <v:imagedata r:id="rId2664" o:title="eqIdcde47d197b05343b64bc5a94fd28254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92" type="#_x0000_t75" alt="学科网(www.zxxk.com)--教育资源门户，提供试卷、教案、课件、论文、素材以及各类教学资源下载，还有大量而丰富的教学相关资讯！" style="width:54.75pt;height:36pt" o:oleicon="f" o:ole="">
            <v:imagedata r:id="rId2665" o:title="eqId2d2ef97a8cfb26a4ff4f48b1ae6f8b2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93" type="#_x0000_t75" alt="学科网(www.zxxk.com)--教育资源门户，提供试卷、教案、课件、论文、素材以及各类教学资源下载，还有大量而丰富的教学相关资讯！" style="width:57pt;height:13.8pt" o:oleicon="f" o:ole="">
            <v:imagedata r:id="rId2666" o:title="eqIdf3ccdd8426345ba563ccb84908a9205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2494" type="#_x0000_t75" alt="学科网(www.zxxk.com)--教育资源门户，提供试卷、教案、课件、论文、素材以及各类教学资源下载，还有大量而丰富的教学相关资讯！" style="width:50.25pt;height:13.5pt" o:oleicon="f" o:ole="">
            <v:imagedata r:id="rId2667" o:title="eqId77580e93a62257976fd9f56648d527a1"/>
          </v:shape>
        </w:pict>
      </w:r>
      <w:r>
        <w:rPr>
          <w:rFonts w:ascii="宋体" w:eastAsia="宋体" w:hAnsi="宋体" w:cs="宋体"/>
          <w:color w:val="000000"/>
        </w:rPr>
        <w:t>时，则</w:t>
      </w:r>
      <w:r>
        <w:pict>
          <v:shape id="_x0000_i712495" type="#_x0000_t75" alt="学科网(www.zxxk.com)--教育资源门户，提供试卷、教案、课件、论文、素材以及各类教学资源下载，还有大量而丰富的教学相关资讯！" style="width:100.2pt;height:13.8pt" o:oleicon="f" o:ole="">
            <v:imagedata r:id="rId2668" o:title="eqIdbe64111f4414f3f1b363c23fac936563"/>
          </v:shape>
        </w:pict>
      </w:r>
      <w:r>
        <w:rPr>
          <w:rFonts w:ascii="宋体" w:eastAsia="宋体" w:hAnsi="宋体" w:cs="宋体"/>
          <w:color w:val="000000"/>
        </w:rPr>
        <w:t>不满足题意；</w:t>
      </w:r>
    </w:p>
    <w:p>
      <w:pPr>
        <w:spacing w:line="360" w:lineRule="auto"/>
        <w:jc w:val="left"/>
        <w:textAlignment w:val="center"/>
        <w:rPr>
          <w:color w:val="000000"/>
        </w:rPr>
      </w:pPr>
      <w:r>
        <w:rPr>
          <w:rFonts w:ascii="宋体" w:eastAsia="宋体" w:hAnsi="宋体" w:cs="宋体"/>
          <w:color w:val="000000"/>
        </w:rPr>
        <w:t>当</w:t>
      </w:r>
      <w:r>
        <w:pict>
          <v:shape id="_x0000_i712496" type="#_x0000_t75" alt="学科网(www.zxxk.com)--教育资源门户，提供试卷、教案、课件、论文、素材以及各类教学资源下载，还有大量而丰富的教学相关资讯！" style="width:26pt;height:14pt" o:oleicon="f" o:ole="">
            <v:imagedata r:id="rId2669" o:title="eqId10e468312d09c6563c9094b710a35a65"/>
          </v:shape>
        </w:pict>
      </w:r>
      <w:r>
        <w:rPr>
          <w:rFonts w:ascii="宋体" w:eastAsia="宋体" w:hAnsi="宋体" w:cs="宋体"/>
          <w:color w:val="000000"/>
        </w:rPr>
        <w:t>时，则</w:t>
      </w:r>
      <w:r>
        <w:pict>
          <v:shape id="_x0000_i712497" type="#_x0000_t75" alt="学科网(www.zxxk.com)--教育资源门户，提供试卷、教案、课件、论文、素材以及各类教学资源下载，还有大量而丰富的教学相关资讯！" style="width:82.2pt;height:13.8pt" o:oleicon="f" o:ole="">
            <v:imagedata r:id="rId2670" o:title="eqId470915bc4b2d4e9a2d16870dc1b30ad4"/>
          </v:shape>
        </w:pict>
      </w:r>
      <w:r>
        <w:rPr>
          <w:rFonts w:ascii="宋体" w:eastAsia="宋体" w:hAnsi="宋体" w:cs="宋体"/>
          <w:color w:val="000000"/>
        </w:rPr>
        <w:t>，解得</w:t>
      </w:r>
      <w:r>
        <w:pict>
          <v:shape id="_x0000_i712498" type="#_x0000_t75" alt="学科网(www.zxxk.com)--教育资源门户，提供试卷、教案、课件、论文、素材以及各类教学资源下载，还有大量而丰富的教学相关资讯！" style="width:26.9pt;height:13.75pt" o:oleicon="f" o:ole="">
            <v:imagedata r:id="rId2671" o:title="eqIde45cf86650443d1b86c79b1e3edc7e5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499" type="#_x0000_t75" alt="学科网(www.zxxk.com)--教育资源门户，提供试卷、教案、课件、论文、素材以及各类教学资源下载，还有大量而丰富的教学相关资讯！" style="width:48pt;height:36pt" o:oleicon="f" o:ole="">
            <v:imagedata r:id="rId2672" o:title="eqId6c7a960be54fd0fbbffa175ead9ae0a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2500" type="#_x0000_t75" alt="学科网(www.zxxk.com)--教育资源门户，提供试卷、教案、课件、论文、素材以及各类教学资源下载，还有大量而丰富的教学相关资讯！" style="width:42.05pt;height:13.8pt" o:oleicon="f" o:ole="">
            <v:imagedata r:id="rId2673" o:title="eqId3b8fa23a6fe58d0f510de0473649232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pict>
          <v:shape id="_x0000_i712501" type="#_x0000_t75" alt="学科网(www.zxxk.com)--教育资源门户，提供试卷、教案、课件、论文、素材以及各类教学资源下载，还有大量而丰富的教学相关资讯！" style="width:57pt;height:13.8pt" o:oleicon="f" o:ole="">
            <v:imagedata r:id="rId2674" o:title="eqIdf3ccdd8426345ba563ccb84908a92059"/>
          </v:shape>
        </w:pict>
      </w:r>
      <w:r>
        <w:rPr>
          <w:rFonts w:ascii="宋体" w:eastAsia="宋体" w:hAnsi="宋体" w:cs="宋体"/>
          <w:color w:val="000000"/>
        </w:rPr>
        <w:t>或</w:t>
      </w:r>
      <w:r>
        <w:pict>
          <v:shape id="_x0000_i712502" type="#_x0000_t75" alt="学科网(www.zxxk.com)--教育资源门户，提供试卷、教案、课件、论文、素材以及各类教学资源下载，还有大量而丰富的教学相关资讯！" style="width:42.05pt;height:13.8pt" o:oleicon="f" o:ole="">
            <v:imagedata r:id="rId2675" o:title="eqId3b8fa23a6fe58d0f510de0473649232c"/>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615"/>
          <w:footerReference w:type="even" r:id="rId616"/>
          <w:headerReference w:type="first" r:id="rId617"/>
          <w:footerReference w:type="first" r:id="rId618"/>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本题主要考查了数轴上两点的距离，解绝对值方程，正确理解题意熟知“</w:t>
      </w:r>
      <w:r>
        <w:rPr>
          <w:rFonts w:ascii="Times New Roman" w:eastAsia="Times New Roman" w:hAnsi="Times New Roman" w:cs="Times New Roman"/>
          <w:i/>
          <w:color w:val="000000"/>
        </w:rPr>
        <w:t>n</w:t>
      </w:r>
      <w:r>
        <w:rPr>
          <w:rFonts w:ascii="宋体" w:eastAsia="宋体" w:hAnsi="宋体" w:cs="宋体"/>
          <w:color w:val="000000"/>
        </w:rPr>
        <w:t>倍点”的定义是解题的关键．</w:t>
      </w:r>
    </w:p>
    <w:p>
      <w:pPr>
        <w:pStyle w:val="Heading2"/>
      </w:pPr>
      <w:r>
        <w:t>陈经纶中学分校望京实验学校</w:t>
      </w:r>
    </w:p>
    <w:p>
      <w:pPr>
        <w:spacing w:line="360" w:lineRule="auto"/>
        <w:jc w:val="left"/>
        <w:textAlignment w:val="center"/>
        <w:rPr>
          <w:color w:val="000000"/>
        </w:rPr>
      </w:pPr>
      <w:r>
        <w:rPr>
          <w:color w:val="000000"/>
        </w:rPr>
        <w:t xml:space="preserve">26. </w:t>
      </w:r>
      <w:r>
        <w:rPr>
          <w:rFonts w:ascii="宋体" w:eastAsia="宋体" w:hAnsi="宋体" w:cs="宋体"/>
          <w:color w:val="000000"/>
        </w:rPr>
        <w:t>甲三角形的周长为</w:t>
      </w:r>
      <w:r>
        <w:pict>
          <v:shape id="_x0000_i712503" type="#_x0000_t75" alt="学科网(www.zxxk.com)--教育资源门户，提供试卷、教案、课件、论文、素材以及各类教学资源下载，还有大量而丰富的教学相关资讯！" style="width:54pt;height:15pt" o:oleicon="f" o:ole="">
            <v:imagedata r:id="rId2676" o:title="eqId6a7761fd536865375cc67ab5de27def5"/>
          </v:shape>
        </w:pict>
      </w:r>
      <w:r>
        <w:rPr>
          <w:rFonts w:ascii="宋体" w:eastAsia="宋体" w:hAnsi="宋体" w:cs="宋体"/>
          <w:color w:val="000000"/>
        </w:rPr>
        <w:t>，乙三角形的第一条边长为</w:t>
      </w:r>
      <w:r>
        <w:pict>
          <v:shape id="_x0000_i712504" type="#_x0000_t75" alt="学科网(www.zxxk.com)--教育资源门户，提供试卷、教案、课件、论文、素材以及各类教学资源下载，还有大量而丰富的教学相关资讯！" style="width:38.1pt;height:16.25pt;mso-position-horizontal-relative:page;mso-position-vertical-relative:page" o:oleicon="f" o:ole="">
            <v:imagedata r:id="rId2677" o:title="eqId493c1600ace8631531d098e67bb3a729"/>
          </v:shape>
        </w:pict>
      </w:r>
      <w:r>
        <w:rPr>
          <w:rFonts w:ascii="宋体" w:eastAsia="宋体" w:hAnsi="宋体" w:cs="宋体"/>
          <w:color w:val="000000"/>
        </w:rPr>
        <w:t>，第二条边长为</w:t>
      </w:r>
      <w:r>
        <w:pict>
          <v:shape id="_x0000_i712505" type="#_x0000_t75" alt="学科网(www.zxxk.com)--教育资源门户，提供试卷、教案、课件、论文、素材以及各类教学资源下载，还有大量而丰富的教学相关资讯！" style="width:34.2pt;height:15pt" o:oleicon="f" o:ole="">
            <v:imagedata r:id="rId2678" o:title="eqId7728c3702f569ab602be6728fb4503f9"/>
          </v:shape>
        </w:pict>
      </w:r>
      <w:r>
        <w:rPr>
          <w:rFonts w:ascii="宋体" w:eastAsia="宋体" w:hAnsi="宋体" w:cs="宋体"/>
          <w:color w:val="000000"/>
        </w:rPr>
        <w:t>，第三条边比第二条边短</w:t>
      </w:r>
      <w:r>
        <w:pict>
          <v:shape id="_x0000_i712506" type="#_x0000_t75" alt="学科网(www.zxxk.com)--教育资源门户，提供试卷、教案、课件、论文、素材以及各类教学资源下载，还有大量而丰富的教学相关资讯！" style="width:49.2pt;height:15pt" o:oleicon="f" o:ole="">
            <v:imagedata r:id="rId2679" o:title="eqId6fb78807a749ea70b5d7368daff3d23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）求乙三角形第三条边的长；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）甲、乙两三角形的周长哪个大？试说明理由；</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都为正整数，甲、乙两三角形的周长在数轴上表示的点分别为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两点之间恰好有</w:t>
      </w:r>
      <w:r>
        <w:rPr>
          <w:rFonts w:ascii="Times New Roman" w:eastAsia="Times New Roman" w:hAnsi="Times New Roman" w:cs="Times New Roman"/>
          <w:color w:val="000000"/>
        </w:rPr>
        <w:t>18</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整数点</w:t>
      </w:r>
      <w:r>
        <w:rPr>
          <w:rFonts w:ascii="Times New Roman" w:eastAsia="Times New Roman" w:hAnsi="Times New Roman" w:cs="Times New Roman"/>
          <w:color w:val="000000"/>
        </w:rPr>
        <w:t>”</w:t>
      </w:r>
      <w:r>
        <w:rPr>
          <w:rFonts w:ascii="宋体" w:eastAsia="宋体" w:hAnsi="宋体" w:cs="宋体"/>
          <w:color w:val="000000"/>
        </w:rPr>
        <w:t>（点表示的数为整数），求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2507" type="#_x0000_t75" alt="学科网(www.zxxk.com)--教育资源门户，提供试卷、教案、课件、论文、素材以及各类教学资源下载，还有大量而丰富的教学相关资讯！" style="width:24pt;height:12.75pt" o:oleicon="f" o:ole="">
            <v:imagedata r:id="rId2680" o:title="eqId0c320b4f68812dd80dd8c1d02b308151"/>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）甲三角形的周长大于乙三角形的周长，理由详见解析（</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）根据“第三条边比第二条边短</w:t>
      </w:r>
      <w:r>
        <w:pict>
          <v:shape id="_x0000_i712508" type="#_x0000_t75" alt="学科网(www.zxxk.com)--教育资源门户，提供试卷、教案、课件、论文、素材以及各类教学资源下载，还有大量而丰富的教学相关资讯！" style="width:49.2pt;height:15pt" o:oleicon="f" o:ole="">
            <v:imagedata r:id="rId2681" o:title="eqId6fb78807a749ea70b5d7368daff3d230"/>
          </v:shape>
        </w:pict>
      </w:r>
      <w:r>
        <w:rPr>
          <w:rFonts w:ascii="宋体" w:eastAsia="宋体" w:hAnsi="宋体" w:cs="宋体"/>
          <w:color w:val="000000"/>
        </w:rPr>
        <w:t>”，用第二条边长表示的代数式减去</w:t>
      </w:r>
      <w:r>
        <w:pict>
          <v:shape id="_x0000_i712509" type="#_x0000_t75" alt="学科网(www.zxxk.com)--教育资源门户，提供试卷、教案、课件、论文、素材以及各类教学资源下载，还有大量而丰富的教学相关资讯！" style="width:49.2pt;height:15pt" o:oleicon="f" o:ole="">
            <v:imagedata r:id="rId2681" o:title="eqId6fb78807a749ea70b5d7368daff3d230"/>
          </v:shape>
        </w:pict>
      </w:r>
      <w:r>
        <w:rPr>
          <w:rFonts w:ascii="宋体" w:eastAsia="宋体" w:hAnsi="宋体" w:cs="宋体"/>
          <w:color w:val="000000"/>
        </w:rPr>
        <w:t>即可得到第二条边的长度的代数式</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）把乙三角形的三边表示的代数式求和，再与甲三角形的周长作比较</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）首先清楚两个整数点之间有</w:t>
      </w:r>
      <w:r>
        <w:rPr>
          <w:rFonts w:ascii="Times New Roman" w:eastAsia="Times New Roman" w:hAnsi="Times New Roman" w:cs="Times New Roman"/>
          <w:color w:val="000000"/>
        </w:rPr>
        <w:t>1</w:t>
      </w:r>
      <w:r>
        <w:rPr>
          <w:rFonts w:ascii="宋体" w:eastAsia="宋体" w:hAnsi="宋体" w:cs="宋体"/>
          <w:color w:val="000000"/>
        </w:rPr>
        <w:t>个整数点时，两个整数的差为</w:t>
      </w:r>
      <w:r>
        <w:rPr>
          <w:rFonts w:ascii="Times New Roman" w:eastAsia="Times New Roman" w:hAnsi="Times New Roman" w:cs="Times New Roman"/>
          <w:color w:val="000000"/>
        </w:rPr>
        <w:t>2</w:t>
      </w:r>
      <w:r>
        <w:rPr>
          <w:rFonts w:ascii="宋体" w:eastAsia="宋体" w:hAnsi="宋体" w:cs="宋体"/>
          <w:color w:val="000000"/>
        </w:rPr>
        <w:t>，由此规律可得，用较大的周长减去较小的周长等于</w:t>
      </w:r>
      <w:r>
        <w:rPr>
          <w:rFonts w:ascii="Times New Roman" w:eastAsia="Times New Roman" w:hAnsi="Times New Roman" w:cs="Times New Roman"/>
          <w:color w:val="000000"/>
        </w:rPr>
        <w:t>18+1</w:t>
      </w:r>
      <w:r>
        <w:rPr>
          <w:rFonts w:ascii="宋体" w:eastAsia="宋体" w:hAnsi="宋体" w:cs="宋体"/>
          <w:color w:val="000000"/>
        </w:rPr>
        <w:t>列出等量关系式，求解即可</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）由第三条边比第二条边短</w:t>
      </w:r>
      <w:r>
        <w:pict>
          <v:shape id="_x0000_i712510" type="#_x0000_t75" alt="学科网(www.zxxk.com)--教育资源门户，提供试卷、教案、课件、论文、素材以及各类教学资源下载，还有大量而丰富的教学相关资讯！" style="width:49.2pt;height:15pt" o:oleicon="f" o:ole="">
            <v:imagedata r:id="rId2682" o:title="eqId6fb78807a749ea70b5d7368daff3d230"/>
          </v:shape>
        </w:pict>
      </w:r>
      <w:r>
        <w:rPr>
          <w:rFonts w:ascii="宋体" w:eastAsia="宋体" w:hAnsi="宋体" w:cs="宋体"/>
          <w:color w:val="000000"/>
        </w:rPr>
        <w:t>知：</w:t>
      </w:r>
      <w:r>
        <w:pict>
          <v:shape id="_x0000_i712511" type="#_x0000_t75" alt="学科网(www.zxxk.com)--教育资源门户，提供试卷、教案、课件、论文、素材以及各类教学资源下载，还有大量而丰富的教学相关资讯！" style="width:224.25pt;height:21pt" o:oleicon="f" o:ole="">
            <v:imagedata r:id="rId2683" o:title="eqId10a665f7b23f91f66d2ef3ecdcc386fe"/>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）乙三角形的周长为：</w:t>
      </w:r>
      <w:r>
        <w:pict>
          <v:shape id="_x0000_i712512" type="#_x0000_t75" alt="学科网(www.zxxk.com)--教育资源门户，提供试卷、教案、课件、论文、素材以及各类教学资源下载，还有大量而丰富的教学相关资讯！" style="width:38.1pt;height:16.25pt;mso-position-horizontal-relative:page;mso-position-vertical-relative:page" o:oleicon="f" o:ole="">
            <v:imagedata r:id="rId2684" o:title="eqId493c1600ace8631531d098e67bb3a729"/>
          </v:shape>
        </w:pict>
      </w:r>
      <w:r>
        <w:rPr>
          <w:rFonts w:ascii="Times New Roman" w:eastAsia="Times New Roman" w:hAnsi="Times New Roman" w:cs="Times New Roman"/>
          <w:color w:val="000000"/>
        </w:rPr>
        <w:t>+</w:t>
      </w:r>
      <w:r>
        <w:pict>
          <v:shape id="_x0000_i712513" type="#_x0000_t75" alt="学科网(www.zxxk.com)--教育资源门户，提供试卷、教案、课件、论文、素材以及各类教学资源下载，还有大量而丰富的教学相关资讯！" style="width:34.2pt;height:15pt" o:oleicon="f" o:ole="">
            <v:imagedata r:id="rId2685" o:title="eqId7728c3702f569ab602be6728fb4503f9"/>
          </v:shape>
        </w:pict>
      </w:r>
      <w:r>
        <w:rPr>
          <w:rFonts w:ascii="Times New Roman" w:eastAsia="Times New Roman" w:hAnsi="Times New Roman" w:cs="Times New Roman"/>
          <w:color w:val="000000"/>
        </w:rPr>
        <w:t>+</w:t>
      </w:r>
      <w:r>
        <w:pict>
          <v:shape id="_x0000_i712514" type="#_x0000_t75" alt="学科网(www.zxxk.com)--教育资源门户，提供试卷、教案、课件、论文、素材以及各类教学资源下载，还有大量而丰富的教学相关资讯！" style="width:24pt;height:12.75pt" o:oleicon="f" o:ole="">
            <v:imagedata r:id="rId2686" o:title="eqId0c320b4f68812dd80dd8c1d02b308151"/>
          </v:shape>
        </w:pict>
      </w:r>
      <w:r>
        <w:rPr>
          <w:rFonts w:ascii="Times New Roman" w:eastAsia="Times New Roman" w:hAnsi="Times New Roman" w:cs="Times New Roman"/>
          <w:color w:val="000000"/>
        </w:rPr>
        <w:t>=</w:t>
      </w:r>
      <w:r>
        <w:pict>
          <v:shape id="_x0000_i712515" type="#_x0000_t75" alt="学科网(www.zxxk.com)--教育资源门户，提供试卷、教案、课件、论文、素材以及各类教学资源下载，还有大量而丰富的教学相关资讯！" style="width:60pt;height:15.75pt" o:oleicon="f" o:ole="">
            <v:imagedata r:id="rId2687" o:title="eqId4853f80f46c2ba4f79159e5e05098ee3"/>
          </v:shape>
        </w:pict>
      </w:r>
    </w:p>
    <w:p>
      <w:pPr>
        <w:spacing w:line="360" w:lineRule="auto"/>
        <w:jc w:val="left"/>
        <w:textAlignment w:val="center"/>
        <w:rPr>
          <w:color w:val="000000"/>
        </w:rPr>
      </w:pPr>
      <w:r>
        <w:rPr>
          <w:rFonts w:ascii="宋体" w:eastAsia="宋体" w:hAnsi="宋体" w:cs="宋体"/>
          <w:color w:val="000000"/>
        </w:rPr>
        <w:t>由甲三角形的周长</w:t>
      </w:r>
      <w:r>
        <w:rPr>
          <w:rFonts w:ascii="Times New Roman" w:eastAsia="Times New Roman" w:hAnsi="Times New Roman" w:cs="Times New Roman"/>
          <w:color w:val="000000"/>
        </w:rPr>
        <w:t>-</w:t>
      </w:r>
      <w:r>
        <w:rPr>
          <w:rFonts w:ascii="宋体" w:eastAsia="宋体" w:hAnsi="宋体" w:cs="宋体"/>
          <w:color w:val="000000"/>
        </w:rPr>
        <w:t>乙三角形的周长</w:t>
      </w:r>
      <w:r>
        <w:rPr>
          <w:rFonts w:ascii="Times New Roman" w:eastAsia="Times New Roman" w:hAnsi="Times New Roman" w:cs="Times New Roman"/>
          <w:color w:val="000000"/>
        </w:rPr>
        <w:t>=</w:t>
      </w:r>
      <w:r>
        <w:pict>
          <v:shape id="_x0000_i712516" type="#_x0000_t75" alt="学科网(www.zxxk.com)--教育资源门户，提供试卷、教案、课件、论文、素材以及各类教学资源下载，还有大量而丰富的教学相关资讯！" style="width:54pt;height:15pt" o:oleicon="f" o:ole="">
            <v:imagedata r:id="rId2688" o:title="eqId6a7761fd536865375cc67ab5de27def5"/>
          </v:shape>
        </w:pict>
      </w:r>
      <w:r>
        <w:rPr>
          <w:rFonts w:ascii="Times New Roman" w:eastAsia="Times New Roman" w:hAnsi="Times New Roman" w:cs="Times New Roman"/>
          <w:color w:val="000000"/>
        </w:rPr>
        <w:t>-</w:t>
      </w:r>
      <w:r>
        <w:pict>
          <v:shape id="_x0000_i712517" type="#_x0000_t75" alt="学科网(www.zxxk.com)--教育资源门户，提供试卷、教案、课件、论文、素材以及各类教学资源下载，还有大量而丰富的教学相关资讯！" style="width:69pt;height:21.75pt" o:oleicon="f" o:ole="">
            <v:imagedata r:id="rId2689" o:title="eqId2814f410196c77b193d04ee4afe1f376"/>
          </v:shape>
        </w:pict>
      </w:r>
      <w:r>
        <w:rPr>
          <w:rFonts w:ascii="Times New Roman" w:eastAsia="Times New Roman" w:hAnsi="Times New Roman" w:cs="Times New Roman"/>
          <w:color w:val="000000"/>
        </w:rPr>
        <w:t>=</w:t>
      </w:r>
      <w:r>
        <w:pict>
          <v:shape id="_x0000_i712518" type="#_x0000_t75" alt="学科网(www.zxxk.com)--教育资源门户，提供试卷、教案、课件、论文、素材以及各类教学资源下载，还有大量而丰富的教学相关资讯！" style="width:30.75pt;height:15.75pt" o:oleicon="f" o:ole="">
            <v:imagedata r:id="rId2690" o:title="eqId32fc0a19580f8b05486fa6258fac499a"/>
          </v:shape>
        </w:pict>
      </w:r>
      <w:r>
        <w:rPr>
          <w:rFonts w:ascii="宋体" w:eastAsia="宋体" w:hAnsi="宋体" w:cs="宋体"/>
          <w:color w:val="000000"/>
        </w:rPr>
        <w:t>＞</w:t>
      </w:r>
      <w:r>
        <w:rPr>
          <w:rFonts w:ascii="Times New Roman" w:eastAsia="Times New Roman" w:hAnsi="Times New Roman" w:cs="Times New Roman"/>
          <w:color w:val="000000"/>
        </w:rPr>
        <w:t>0</w:t>
      </w:r>
    </w:p>
    <w:p>
      <w:pPr>
        <w:spacing w:line="360" w:lineRule="auto"/>
        <w:jc w:val="left"/>
        <w:textAlignment w:val="center"/>
        <w:rPr>
          <w:color w:val="000000"/>
        </w:rPr>
      </w:pPr>
      <w:r>
        <w:rPr>
          <w:rFonts w:ascii="宋体" w:eastAsia="宋体" w:hAnsi="宋体" w:cs="宋体"/>
          <w:color w:val="000000"/>
        </w:rPr>
        <w:t>则甲三角形的周长大于乙三角形的周长</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）首先清楚两个整数点之间有</w:t>
      </w:r>
      <w:r>
        <w:rPr>
          <w:rFonts w:ascii="Times New Roman" w:eastAsia="Times New Roman" w:hAnsi="Times New Roman" w:cs="Times New Roman"/>
          <w:color w:val="000000"/>
        </w:rPr>
        <w:t>n</w:t>
      </w:r>
      <w:r>
        <w:rPr>
          <w:rFonts w:ascii="宋体" w:eastAsia="宋体" w:hAnsi="宋体" w:cs="宋体"/>
          <w:color w:val="000000"/>
        </w:rPr>
        <w:t>个整数点时，两个整数点的差值是多少，举例：整数点</w:t>
      </w:r>
      <w:r>
        <w:rPr>
          <w:rFonts w:ascii="Times New Roman" w:eastAsia="Times New Roman" w:hAnsi="Times New Roman" w:cs="Times New Roman"/>
          <w:color w:val="000000"/>
        </w:rPr>
        <w:t>4</w:t>
      </w:r>
      <w:r>
        <w:rPr>
          <w:rFonts w:ascii="宋体" w:eastAsia="宋体" w:hAnsi="宋体" w:cs="宋体"/>
          <w:color w:val="000000"/>
        </w:rPr>
        <w:t>与整数点</w:t>
      </w:r>
      <w:r>
        <w:rPr>
          <w:rFonts w:ascii="Times New Roman" w:eastAsia="Times New Roman" w:hAnsi="Times New Roman" w:cs="Times New Roman"/>
          <w:color w:val="000000"/>
        </w:rPr>
        <w:t>8</w:t>
      </w:r>
      <w:r>
        <w:rPr>
          <w:rFonts w:ascii="宋体" w:eastAsia="宋体" w:hAnsi="宋体" w:cs="宋体"/>
          <w:color w:val="000000"/>
        </w:rPr>
        <w:t>之间的整数点有</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三个，而</w:t>
      </w:r>
      <w:r>
        <w:rPr>
          <w:rFonts w:ascii="Times New Roman" w:eastAsia="Times New Roman" w:hAnsi="Times New Roman" w:cs="Times New Roman"/>
          <w:color w:val="000000"/>
        </w:rPr>
        <w:t>8-4=4.</w:t>
      </w:r>
      <w:r>
        <w:rPr>
          <w:rFonts w:ascii="宋体" w:eastAsia="宋体" w:hAnsi="宋体" w:cs="宋体"/>
          <w:color w:val="000000"/>
        </w:rPr>
        <w:t>则两个整数点之间有</w:t>
      </w:r>
      <w:r>
        <w:rPr>
          <w:rFonts w:ascii="Times New Roman" w:eastAsia="Times New Roman" w:hAnsi="Times New Roman" w:cs="Times New Roman"/>
          <w:color w:val="000000"/>
        </w:rPr>
        <w:t>n</w:t>
      </w:r>
      <w:r>
        <w:rPr>
          <w:rFonts w:ascii="宋体" w:eastAsia="宋体" w:hAnsi="宋体" w:cs="宋体"/>
          <w:color w:val="000000"/>
        </w:rPr>
        <w:t>个整数点是，两个整数点的差值为</w:t>
      </w:r>
      <w:r>
        <w:rPr>
          <w:rFonts w:ascii="Times New Roman" w:eastAsia="Times New Roman" w:hAnsi="Times New Roman" w:cs="Times New Roman"/>
          <w:color w:val="000000"/>
        </w:rPr>
        <w:t>n+1.</w:t>
      </w:r>
    </w:p>
    <w:p>
      <w:pPr>
        <w:spacing w:line="360" w:lineRule="auto"/>
        <w:jc w:val="left"/>
        <w:textAlignment w:val="center"/>
        <w:rPr>
          <w:color w:val="000000"/>
        </w:rPr>
      </w:pPr>
      <w:r>
        <w:rPr>
          <w:rFonts w:ascii="宋体" w:eastAsia="宋体" w:hAnsi="宋体" w:cs="宋体"/>
          <w:color w:val="000000"/>
        </w:rPr>
        <w:t>故由（</w:t>
      </w:r>
      <w:r>
        <w:rPr>
          <w:rFonts w:ascii="Times New Roman" w:eastAsia="Times New Roman" w:hAnsi="Times New Roman" w:cs="Times New Roman"/>
          <w:color w:val="000000"/>
        </w:rPr>
        <w:t>2</w:t>
      </w:r>
      <w:r>
        <w:rPr>
          <w:rFonts w:ascii="宋体" w:eastAsia="宋体" w:hAnsi="宋体" w:cs="宋体"/>
          <w:color w:val="000000"/>
        </w:rPr>
        <w:t>）知，</w:t>
      </w:r>
      <w:r>
        <w:pict>
          <v:shape id="_x0000_i712519" type="#_x0000_t75" alt="学科网(www.zxxk.com)--教育资源门户，提供试卷、教案、课件、论文、素材以及各类教学资源下载，还有大量而丰富的教学相关资讯！" style="width:62.25pt;height:15.75pt" o:oleicon="f" o:ole="">
            <v:imagedata r:id="rId2691" o:title="eqId37d46644833cccf5576376dbec42a4d5"/>
          </v:shape>
        </w:pict>
      </w:r>
      <w:r>
        <w:rPr>
          <w:rFonts w:ascii="宋体" w:eastAsia="宋体" w:hAnsi="宋体" w:cs="宋体"/>
          <w:color w:val="000000"/>
        </w:rPr>
        <w:t>，解得</w:t>
      </w:r>
      <w:r>
        <w:rPr>
          <w:rFonts w:ascii="Times New Roman" w:eastAsia="Times New Roman" w:hAnsi="Times New Roman" w:cs="Times New Roman"/>
          <w:color w:val="000000"/>
        </w:rPr>
        <w:t>a=4.</w:t>
      </w:r>
    </w:p>
    <w:p>
      <w:pPr>
        <w:spacing w:line="360" w:lineRule="auto"/>
        <w:jc w:val="left"/>
        <w:textAlignment w:val="center"/>
        <w:rPr>
          <w:color w:val="000000"/>
        </w:rPr>
      </w:pPr>
      <w:r>
        <w:rPr>
          <w:color w:val="000000"/>
        </w:rPr>
        <w:t>【点睛】</w:t>
      </w:r>
      <w:r>
        <w:rPr>
          <w:rFonts w:ascii="宋体" w:eastAsia="宋体" w:hAnsi="宋体" w:cs="宋体"/>
          <w:color w:val="000000"/>
        </w:rPr>
        <w:t>本题考查了整式的加减运算的实际应用，注意加减时，去括号时括号前面有符号号，则去括号要变号，再就是只有同类项才能加减</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27. </w:t>
      </w:r>
      <w:r>
        <w:rPr>
          <w:color w:val="000000"/>
        </w:rPr>
        <w:t>如图，若点A在数轴上对应的数为</w:t>
      </w:r>
      <w:r>
        <w:pict>
          <v:shape id="_x0000_i712520" type="#_x0000_t75" alt="学科网(www.zxxk.com)--教育资源门户，提供试卷、教案、课件、论文、素材以及各类教学资源下载，还有大量而丰富的教学相关资讯！" style="width:9pt;height:9.75pt" o:oleicon="f" o:ole="">
            <v:imagedata r:id="rId2692" o:title="eqId0a6936d370d6a238a608ca56f87198de"/>
          </v:shape>
        </w:pict>
      </w:r>
      <w:r>
        <w:rPr>
          <w:color w:val="000000"/>
        </w:rPr>
        <w:t>，点B在数轴上对应的数为b，且</w:t>
      </w:r>
      <w:r>
        <w:pict>
          <v:shape id="_x0000_i712521" type="#_x0000_t75" alt="学科网(www.zxxk.com)--教育资源门户，提供试卷、教案、课件、论文、素材以及各类教学资源下载，还有大量而丰富的教学相关资讯！" style="width:9pt;height:9.75pt" o:oleicon="f" o:ole="">
            <v:imagedata r:id="rId2692" o:title="eqId0a6936d370d6a238a608ca56f87198de"/>
          </v:shape>
        </w:pict>
      </w:r>
      <w:r>
        <w:rPr>
          <w:color w:val="000000"/>
        </w:rPr>
        <w:t>，b满足</w:t>
      </w:r>
      <w:r>
        <w:pict>
          <v:shape id="_x0000_i712522" type="#_x0000_t75" alt="学科网(www.zxxk.com)--教育资源门户，提供试卷、教案、课件、论文、素材以及各类教学资源下载，还有大量而丰富的教学相关资讯！" style="width:93pt;height:20.25pt" o:oleicon="f" o:ole="">
            <v:imagedata r:id="rId2693" o:title="eqId50a550ea05820a6bd8d6cb7fb88db141"/>
          </v:shape>
        </w:pict>
      </w:r>
    </w:p>
    <w:p>
      <w:pPr>
        <w:spacing w:line="360" w:lineRule="auto"/>
        <w:jc w:val="left"/>
        <w:textAlignment w:val="center"/>
        <w:rPr>
          <w:color w:val="000000"/>
        </w:rPr>
      </w:pPr>
      <w:r>
        <w:rPr>
          <w:color w:val="000000"/>
        </w:rPr>
        <w:t>（1）求线段AB的长；</w:t>
      </w:r>
    </w:p>
    <w:p>
      <w:pPr>
        <w:spacing w:line="360" w:lineRule="auto"/>
        <w:jc w:val="left"/>
        <w:textAlignment w:val="center"/>
        <w:rPr>
          <w:color w:val="000000"/>
        </w:rPr>
      </w:pPr>
      <w:r>
        <w:rPr>
          <w:color w:val="000000"/>
        </w:rPr>
        <w:drawing>
          <wp:inline>
            <wp:extent cx="2228850" cy="466725"/>
            <wp:docPr id="33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 name=""/>
                    <pic:cNvPicPr>
                      <a:picLocks noChangeAspect="1"/>
                    </pic:cNvPicPr>
                  </pic:nvPicPr>
                  <pic:blipFill>
                    <a:blip r:embed="rId2694"/>
                    <a:stretch>
                      <a:fillRect/>
                    </a:stretch>
                  </pic:blipFill>
                  <pic:spPr>
                    <a:xfrm>
                      <a:off x="0" y="0"/>
                      <a:ext cx="2228850" cy="466725"/>
                    </a:xfrm>
                    <a:prstGeom prst="rect">
                      <a:avLst/>
                    </a:prstGeom>
                  </pic:spPr>
                </pic:pic>
              </a:graphicData>
            </a:graphic>
          </wp:inline>
        </w:drawing>
      </w:r>
    </w:p>
    <w:p>
      <w:pPr>
        <w:spacing w:line="360" w:lineRule="auto"/>
        <w:jc w:val="left"/>
        <w:textAlignment w:val="center"/>
        <w:rPr>
          <w:color w:val="000000"/>
        </w:rPr>
      </w:pPr>
      <w:r>
        <w:rPr>
          <w:color w:val="000000"/>
        </w:rPr>
        <w:t>（2）点C在数轴上对应</w:t>
      </w:r>
      <w:r>
        <w:rPr>
          <w:color w:val="000000"/>
          <w:position w:val="0"/>
        </w:rPr>
        <w:drawing>
          <wp:inline>
            <wp:extent cx="133350" cy="177800"/>
            <wp:docPr id="33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 name=""/>
                    <pic:cNvPicPr>
                      <a:picLocks noChangeAspect="1"/>
                    </pic:cNvPicPr>
                  </pic:nvPicPr>
                  <pic:blipFill>
                    <a:blip r:embed="rId2695"/>
                    <a:stretch>
                      <a:fillRect/>
                    </a:stretch>
                  </pic:blipFill>
                  <pic:spPr>
                    <a:xfrm>
                      <a:off x="0" y="0"/>
                      <a:ext cx="133350" cy="177800"/>
                    </a:xfrm>
                    <a:prstGeom prst="rect">
                      <a:avLst/>
                    </a:prstGeom>
                  </pic:spPr>
                </pic:pic>
              </a:graphicData>
            </a:graphic>
          </wp:inline>
        </w:drawing>
      </w:r>
      <w:r>
        <w:rPr>
          <w:color w:val="000000"/>
        </w:rPr>
        <w:t>数为x，且x是方程</w:t>
      </w:r>
      <w:r>
        <w:pict>
          <v:shape id="_x0000_i712523" type="#_x0000_t75" alt="学科网(www.zxxk.com)--教育资源门户，提供试卷、教案、课件、论文、素材以及各类教学资源下载，还有大量而丰富的教学相关资讯！" style="width:75pt;height:30.75pt" o:oleicon="f" o:ole="">
            <v:imagedata r:id="rId2696" o:title="eqIdbe4b78439d16da608c6faf81365e0ed4"/>
          </v:shape>
        </w:pict>
      </w:r>
      <w:r>
        <w:rPr>
          <w:color w:val="000000"/>
        </w:rPr>
        <w:t xml:space="preserve"> 的解，在数轴上是否存在点P，使得PA+PB=PC？若存在，求出点P对应的数；若不存在，说明理由；</w:t>
      </w:r>
    </w:p>
    <w:p>
      <w:pPr>
        <w:spacing w:line="360" w:lineRule="auto"/>
        <w:jc w:val="left"/>
        <w:textAlignment w:val="center"/>
        <w:rPr>
          <w:color w:val="000000"/>
        </w:rPr>
      </w:pPr>
      <w:r>
        <w:rPr>
          <w:color w:val="000000"/>
        </w:rPr>
        <w:t>（3）在（1）（2）条件下，点A，B，C开始在数轴上运动，若点A以每秒1个单位长度的速度向左运动，同时，点B和点C分别以每秒4个单位长度和9个单位长度的速度向右运动，假设t秒钟过后，若点B与点C之间的距离表示为BC，点A与点B之间的距离表示为AB，请问：AB﹣BC的值是否随时间t的变化而改变？若变化，请说明理由；若不变，请求其常数值．</w:t>
      </w:r>
    </w:p>
    <w:p>
      <w:pPr>
        <w:spacing w:line="360" w:lineRule="auto"/>
        <w:textAlignment w:val="center"/>
        <w:rPr>
          <w:color w:val="000000"/>
        </w:rPr>
      </w:pPr>
      <w:r>
        <w:rPr>
          <w:color w:val="2E75B6"/>
        </w:rPr>
        <w:t>【答案】</w:t>
      </w:r>
      <w:r>
        <w:rPr>
          <w:color w:val="000000"/>
        </w:rPr>
        <w:t>（1）AB=3．</w:t>
      </w:r>
    </w:p>
    <w:p>
      <w:pPr>
        <w:spacing w:line="360" w:lineRule="auto"/>
        <w:jc w:val="left"/>
        <w:textAlignment w:val="center"/>
        <w:rPr>
          <w:color w:val="000000"/>
        </w:rPr>
      </w:pPr>
      <w:r>
        <w:rPr>
          <w:color w:val="000000"/>
        </w:rPr>
        <w:t>（2）P所对应的数是﹣3或﹣1．</w:t>
      </w:r>
    </w:p>
    <w:p>
      <w:pPr>
        <w:spacing w:line="360" w:lineRule="auto"/>
        <w:jc w:val="left"/>
        <w:textAlignment w:val="center"/>
        <w:rPr>
          <w:color w:val="000000"/>
        </w:rPr>
      </w:pPr>
      <w:r>
        <w:rPr>
          <w:color w:val="000000"/>
        </w:rPr>
        <w:t>（3）不随t的变化而变化，其常数值为2．</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color w:val="000000"/>
        </w:rPr>
        <w:t>试题分析：（1）根据绝对值及完全平方的非负性，可得出a、b的值，继而可得出线段AB的长；</w:t>
      </w:r>
    </w:p>
    <w:p>
      <w:pPr>
        <w:spacing w:line="360" w:lineRule="auto"/>
        <w:jc w:val="left"/>
        <w:textAlignment w:val="center"/>
        <w:rPr>
          <w:color w:val="000000"/>
        </w:rPr>
      </w:pPr>
      <w:r>
        <w:rPr>
          <w:color w:val="000000"/>
        </w:rPr>
        <w:t>（2）先求出x的值，再由PA+PB=PC，可得出点P对应的数；</w:t>
      </w:r>
    </w:p>
    <w:p>
      <w:pPr>
        <w:spacing w:line="360" w:lineRule="auto"/>
        <w:jc w:val="left"/>
        <w:textAlignment w:val="center"/>
        <w:rPr>
          <w:color w:val="000000"/>
        </w:rPr>
      </w:pPr>
      <w:r>
        <w:rPr>
          <w:color w:val="000000"/>
        </w:rPr>
        <w:t>（3）用含有t的代数式表示出AB和BC，求差即可．</w:t>
      </w:r>
    </w:p>
    <w:p>
      <w:pPr>
        <w:spacing w:line="360" w:lineRule="auto"/>
        <w:jc w:val="left"/>
        <w:textAlignment w:val="center"/>
        <w:rPr>
          <w:color w:val="000000"/>
        </w:rPr>
      </w:pPr>
      <w:r>
        <w:rPr>
          <w:color w:val="000000"/>
        </w:rPr>
        <w:t>试题解析：（1）∵|a+2|+（b﹣1）</w:t>
      </w:r>
      <w:r>
        <w:rPr>
          <w:color w:val="000000"/>
          <w:vertAlign w:val="superscript"/>
        </w:rPr>
        <w:t>2</w:t>
      </w:r>
      <w:r>
        <w:rPr>
          <w:color w:val="000000"/>
        </w:rPr>
        <w:t>=0，</w:t>
      </w:r>
    </w:p>
    <w:p>
      <w:pPr>
        <w:spacing w:line="360" w:lineRule="auto"/>
        <w:jc w:val="left"/>
        <w:textAlignment w:val="center"/>
        <w:rPr>
          <w:color w:val="000000"/>
        </w:rPr>
      </w:pPr>
      <w:r>
        <w:rPr>
          <w:color w:val="000000"/>
        </w:rPr>
        <w:t>∴a=﹣2，b=1，</w:t>
      </w:r>
    </w:p>
    <w:p>
      <w:pPr>
        <w:spacing w:line="360" w:lineRule="auto"/>
        <w:jc w:val="left"/>
        <w:textAlignment w:val="center"/>
        <w:rPr>
          <w:color w:val="000000"/>
        </w:rPr>
      </w:pPr>
      <w:r>
        <w:rPr>
          <w:color w:val="000000"/>
        </w:rPr>
        <w:t>∴AB=b﹣a=1﹣（﹣2）=3．</w:t>
      </w:r>
    </w:p>
    <w:p>
      <w:pPr>
        <w:spacing w:line="360" w:lineRule="auto"/>
        <w:jc w:val="left"/>
        <w:textAlignment w:val="center"/>
        <w:rPr>
          <w:color w:val="000000"/>
        </w:rPr>
      </w:pPr>
      <w:r>
        <w:rPr>
          <w:color w:val="000000"/>
        </w:rPr>
        <w:t>（2）2x﹣1=</w:t>
      </w:r>
      <w:r>
        <w:pict>
          <v:shape id="_x0000_i712524" type="#_x0000_t75" alt="学科网(www.zxxk.com)--教育资源门户，提供试卷、教案、课件、论文、素材以及各类教学资源下载，还有大量而丰富的教学相关资讯！" style="width:10.5pt;height:21pt" o:oleicon="f" o:ole="">
            <v:imagedata r:id="rId2697" o:title="eqIdf89eef3148f2d4d09379767b4af69132"/>
          </v:shape>
        </w:pict>
      </w:r>
      <w:r>
        <w:rPr>
          <w:color w:val="000000"/>
        </w:rPr>
        <w:t>x+2，</w:t>
      </w:r>
    </w:p>
    <w:p>
      <w:pPr>
        <w:spacing w:line="360" w:lineRule="auto"/>
        <w:jc w:val="left"/>
        <w:textAlignment w:val="center"/>
        <w:rPr>
          <w:color w:val="000000"/>
        </w:rPr>
      </w:pPr>
      <w:r>
        <w:rPr>
          <w:color w:val="000000"/>
        </w:rPr>
        <w:t>解得：x=2，</w:t>
      </w:r>
    </w:p>
    <w:p>
      <w:pPr>
        <w:spacing w:line="360" w:lineRule="auto"/>
        <w:jc w:val="left"/>
        <w:textAlignment w:val="center"/>
        <w:rPr>
          <w:color w:val="000000"/>
        </w:rPr>
      </w:pPr>
      <w:r>
        <w:rPr>
          <w:color w:val="000000"/>
        </w:rPr>
        <w:t>由题意得，点P只能在点B的左边，</w:t>
      </w:r>
    </w:p>
    <w:p>
      <w:pPr>
        <w:spacing w:line="360" w:lineRule="auto"/>
        <w:jc w:val="left"/>
        <w:textAlignment w:val="center"/>
        <w:rPr>
          <w:color w:val="000000"/>
        </w:rPr>
      </w:pPr>
      <w:r>
        <w:rPr>
          <w:color w:val="000000"/>
        </w:rPr>
        <w:t>①当点P在AB之间时，x+2+1﹣x=2﹣x，</w:t>
      </w:r>
    </w:p>
    <w:p>
      <w:pPr>
        <w:spacing w:line="360" w:lineRule="auto"/>
        <w:jc w:val="left"/>
        <w:textAlignment w:val="center"/>
        <w:rPr>
          <w:color w:val="000000"/>
        </w:rPr>
      </w:pPr>
      <w:r>
        <w:rPr>
          <w:color w:val="000000"/>
        </w:rPr>
        <w:t>解得：x=﹣1；</w:t>
      </w:r>
    </w:p>
    <w:p>
      <w:pPr>
        <w:spacing w:line="360" w:lineRule="auto"/>
        <w:jc w:val="left"/>
        <w:textAlignment w:val="center"/>
        <w:rPr>
          <w:color w:val="000000"/>
        </w:rPr>
      </w:pPr>
      <w:r>
        <w:rPr>
          <w:color w:val="000000"/>
        </w:rPr>
        <w:t>②当点P在A点左边时，﹣2﹣x+1﹣x=2﹣x，</w:t>
      </w:r>
    </w:p>
    <w:p>
      <w:pPr>
        <w:spacing w:line="360" w:lineRule="auto"/>
        <w:jc w:val="left"/>
        <w:textAlignment w:val="center"/>
        <w:rPr>
          <w:color w:val="000000"/>
        </w:rPr>
      </w:pPr>
      <w:r>
        <w:rPr>
          <w:color w:val="000000"/>
        </w:rPr>
        <w:t>解得：x=﹣3，</w:t>
      </w:r>
    </w:p>
    <w:p>
      <w:pPr>
        <w:spacing w:line="360" w:lineRule="auto"/>
        <w:jc w:val="left"/>
        <w:textAlignment w:val="center"/>
        <w:rPr>
          <w:color w:val="000000"/>
        </w:rPr>
      </w:pPr>
      <w:r>
        <w:rPr>
          <w:color w:val="000000"/>
        </w:rPr>
        <w:t>综上可得P所对应的数是﹣3或﹣1．</w:t>
      </w:r>
    </w:p>
    <w:p>
      <w:pPr>
        <w:spacing w:line="360" w:lineRule="auto"/>
        <w:jc w:val="left"/>
        <w:textAlignment w:val="center"/>
        <w:rPr>
          <w:color w:val="000000"/>
        </w:rPr>
      </w:pPr>
      <w:r>
        <w:rPr>
          <w:color w:val="000000"/>
        </w:rPr>
        <w:t>（3）t秒钟后，A点位置为：﹣2﹣t，B点的位置为：1+4t， C点的位置为：2+9t</w:t>
      </w:r>
    </w:p>
    <w:p>
      <w:pPr>
        <w:spacing w:line="360" w:lineRule="auto"/>
        <w:jc w:val="left"/>
        <w:textAlignment w:val="center"/>
        <w:rPr>
          <w:color w:val="000000"/>
        </w:rPr>
      </w:pPr>
      <w:r>
        <w:rPr>
          <w:color w:val="000000"/>
        </w:rPr>
        <w:t>BC=2+9t﹣（1+4t）=1+5t   AB=5t+3</w:t>
      </w:r>
    </w:p>
    <w:p>
      <w:pPr>
        <w:spacing w:line="360" w:lineRule="auto"/>
        <w:jc w:val="left"/>
        <w:textAlignment w:val="center"/>
        <w:rPr>
          <w:color w:val="000000"/>
        </w:rPr>
      </w:pPr>
      <w:r>
        <w:rPr>
          <w:color w:val="000000"/>
        </w:rPr>
        <w:t>AB﹣BC=5t+3﹣（5t+1）=2</w:t>
      </w:r>
    </w:p>
    <w:p>
      <w:pPr>
        <w:spacing w:line="360" w:lineRule="auto"/>
        <w:jc w:val="left"/>
        <w:textAlignment w:val="center"/>
        <w:rPr>
          <w:color w:val="000000"/>
        </w:rPr>
      </w:pPr>
      <w:r>
        <w:rPr>
          <w:color w:val="000000"/>
        </w:rPr>
        <w:t>所以不随t的变化而变化，其常数值为2．</w:t>
      </w:r>
    </w:p>
    <w:p>
      <w:pPr>
        <w:spacing w:line="360" w:lineRule="auto"/>
        <w:jc w:val="left"/>
        <w:textAlignment w:val="center"/>
        <w:rPr>
          <w:color w:val="000000"/>
        </w:rPr>
        <w:sectPr w:rsidSect="00C321EB">
          <w:headerReference w:type="even" r:id="rId319"/>
          <w:footerReference w:type="even" r:id="rId320"/>
          <w:headerReference w:type="first" r:id="rId321"/>
          <w:footerReference w:type="first" r:id="rId322"/>
          <w:pgSz w:w="11906" w:h="16838"/>
          <w:pgMar w:top="910" w:right="1080" w:bottom="1440" w:left="1080" w:header="152" w:footer="0" w:gutter="0"/>
          <w:cols w:space="720"/>
          <w:titlePg w:val="0"/>
          <w:docGrid w:type="lines" w:linePitch="312"/>
        </w:sectPr>
      </w:pPr>
      <w:r>
        <w:rPr>
          <w:color w:val="000000"/>
        </w:rPr>
        <w:t>考点：一元一次方程的应用．</w:t>
      </w:r>
    </w:p>
    <w:p>
      <w:pPr>
        <w:pStyle w:val="Heading1"/>
      </w:pPr>
      <w:r>
        <w:t>期末</w:t>
      </w:r>
    </w:p>
    <w:p>
      <w:pPr>
        <w:pStyle w:val="Heading2"/>
      </w:pPr>
      <w:r>
        <w:t>东城区</w:t>
      </w:r>
    </w:p>
    <w:p>
      <w:pPr>
        <w:spacing w:line="360" w:lineRule="auto"/>
        <w:jc w:val="left"/>
        <w:textAlignment w:val="center"/>
        <w:rPr>
          <w:color w:val="000000"/>
        </w:rPr>
      </w:pPr>
      <w:r>
        <w:rPr>
          <w:color w:val="000000"/>
        </w:rPr>
        <w:t xml:space="preserve">26. </w:t>
      </w:r>
      <w:r>
        <w:rPr>
          <w:rFonts w:ascii="宋体" w:hAnsi="宋体" w:eastAsia="宋体" w:cs="宋体"/>
          <w:color w:val="000000"/>
        </w:rPr>
        <w:t>某商场经销</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两种商品，</w:t>
      </w:r>
      <w:r>
        <w:rPr>
          <w:rFonts w:ascii="Times New Roman" w:hAnsi="Times New Roman" w:eastAsia="Times New Roman" w:cs="Times New Roman"/>
          <w:i/>
          <w:color w:val="000000"/>
        </w:rPr>
        <w:t>A</w:t>
      </w:r>
      <w:r>
        <w:rPr>
          <w:rFonts w:ascii="宋体" w:hAnsi="宋体" w:eastAsia="宋体" w:cs="宋体"/>
          <w:color w:val="000000"/>
        </w:rPr>
        <w:t>种商品每件进价</w:t>
      </w:r>
      <w:r>
        <w:rPr>
          <w:rFonts w:ascii="Times New Roman" w:hAnsi="Times New Roman" w:eastAsia="Times New Roman" w:cs="Times New Roman"/>
          <w:color w:val="000000"/>
        </w:rPr>
        <w:t>40</w:t>
      </w:r>
      <w:r>
        <w:rPr>
          <w:rFonts w:ascii="宋体" w:hAnsi="宋体" w:eastAsia="宋体" w:cs="宋体"/>
          <w:color w:val="000000"/>
        </w:rPr>
        <w:t>元，售价</w:t>
      </w:r>
      <w:r>
        <w:rPr>
          <w:rFonts w:ascii="Times New Roman" w:hAnsi="Times New Roman" w:eastAsia="Times New Roman" w:cs="Times New Roman"/>
          <w:color w:val="000000"/>
        </w:rPr>
        <w:t>60</w:t>
      </w:r>
      <w:r>
        <w:rPr>
          <w:rFonts w:ascii="宋体" w:hAnsi="宋体" w:eastAsia="宋体" w:cs="宋体"/>
          <w:color w:val="000000"/>
        </w:rPr>
        <w:t>元；</w:t>
      </w:r>
      <w:r>
        <w:rPr>
          <w:rFonts w:ascii="Times New Roman" w:hAnsi="Times New Roman" w:eastAsia="Times New Roman" w:cs="Times New Roman"/>
          <w:i/>
          <w:color w:val="000000"/>
        </w:rPr>
        <w:t>B</w:t>
      </w:r>
      <w:r>
        <w:rPr>
          <w:rFonts w:ascii="宋体" w:hAnsi="宋体" w:eastAsia="宋体" w:cs="宋体"/>
          <w:color w:val="000000"/>
        </w:rPr>
        <w:t>种商品每件售价</w:t>
      </w:r>
      <w:r>
        <w:rPr>
          <w:rFonts w:ascii="Times New Roman" w:hAnsi="Times New Roman" w:eastAsia="Times New Roman" w:cs="Times New Roman"/>
          <w:color w:val="000000"/>
        </w:rPr>
        <w:t>80</w:t>
      </w:r>
      <w:r>
        <w:rPr>
          <w:rFonts w:ascii="宋体" w:hAnsi="宋体" w:eastAsia="宋体" w:cs="宋体"/>
          <w:color w:val="000000"/>
        </w:rPr>
        <w:t>元，利润率为</w:t>
      </w:r>
      <w:r>
        <w:rPr>
          <w:rFonts w:ascii="Times New Roman" w:hAnsi="Times New Roman" w:eastAsia="Times New Roman" w:cs="Times New Roman"/>
          <w:color w:val="000000"/>
        </w:rPr>
        <w:t>60%．</w:t>
      </w:r>
    </w:p>
    <w:p>
      <w:pPr>
        <w:spacing w:line="360" w:lineRule="auto"/>
        <w:jc w:val="left"/>
        <w:textAlignment w:val="center"/>
        <w:rPr>
          <w:color w:val="000000"/>
        </w:rPr>
      </w:pPr>
      <w:r>
        <w:rPr>
          <w:color w:val="000000"/>
        </w:rPr>
        <w:t>（1）</w:t>
      </w:r>
      <w:r>
        <w:rPr>
          <w:rFonts w:ascii="宋体" w:hAnsi="宋体" w:eastAsia="宋体" w:cs="宋体"/>
          <w:color w:val="000000"/>
        </w:rPr>
        <w:t>每件</w:t>
      </w:r>
      <w:r>
        <w:rPr>
          <w:rFonts w:ascii="Times New Roman" w:hAnsi="Times New Roman" w:eastAsia="Times New Roman" w:cs="Times New Roman"/>
          <w:i/>
          <w:color w:val="000000"/>
        </w:rPr>
        <w:t>A</w:t>
      </w:r>
      <w:r>
        <w:rPr>
          <w:rFonts w:ascii="宋体" w:hAnsi="宋体" w:eastAsia="宋体" w:cs="宋体"/>
          <w:color w:val="000000"/>
        </w:rPr>
        <w:t>种商品利润率为</w:t>
      </w:r>
      <w:r>
        <w:rPr>
          <w:rFonts w:ascii="Times New Roman" w:hAnsi="Times New Roman" w:eastAsia="Times New Roman" w:cs="Times New Roman"/>
          <w:color w:val="000000"/>
        </w:rPr>
        <w:t>______</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种商品每件进价为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若该商场同时购进</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两种商品共</w:t>
      </w:r>
      <w:r>
        <w:rPr>
          <w:rFonts w:ascii="Times New Roman" w:hAnsi="Times New Roman" w:eastAsia="Times New Roman" w:cs="Times New Roman"/>
          <w:color w:val="000000"/>
        </w:rPr>
        <w:t>50</w:t>
      </w:r>
      <w:r>
        <w:rPr>
          <w:rFonts w:ascii="宋体" w:hAnsi="宋体" w:eastAsia="宋体" w:cs="宋体"/>
          <w:color w:val="000000"/>
        </w:rPr>
        <w:t>件，恰好总进价为</w:t>
      </w:r>
      <w:r>
        <w:rPr>
          <w:rFonts w:ascii="Times New Roman" w:hAnsi="Times New Roman" w:eastAsia="Times New Roman" w:cs="Times New Roman"/>
          <w:color w:val="000000"/>
        </w:rPr>
        <w:t>2300</w:t>
      </w:r>
      <w:r>
        <w:rPr>
          <w:rFonts w:ascii="宋体" w:hAnsi="宋体" w:eastAsia="宋体" w:cs="宋体"/>
          <w:color w:val="000000"/>
        </w:rPr>
        <w:t>元，则该商场购进</w:t>
      </w:r>
      <w:r>
        <w:rPr>
          <w:rFonts w:ascii="Times New Roman" w:hAnsi="Times New Roman" w:eastAsia="Times New Roman" w:cs="Times New Roman"/>
          <w:i/>
          <w:color w:val="000000"/>
        </w:rPr>
        <w:t>A</w:t>
      </w:r>
      <w:r>
        <w:rPr>
          <w:rFonts w:ascii="宋体" w:hAnsi="宋体" w:eastAsia="宋体" w:cs="宋体"/>
          <w:color w:val="000000"/>
        </w:rPr>
        <w:t>种商品多少件？</w:t>
      </w:r>
    </w:p>
    <w:p>
      <w:pPr>
        <w:spacing w:line="360" w:lineRule="auto"/>
        <w:jc w:val="left"/>
        <w:textAlignment w:val="center"/>
        <w:rPr>
          <w:color w:val="000000"/>
        </w:rPr>
      </w:pPr>
      <w:r>
        <w:rPr>
          <w:color w:val="000000"/>
        </w:rPr>
        <w:t>（3）</w:t>
      </w:r>
      <w:r>
        <w:rPr>
          <w:rFonts w:ascii="宋体" w:hAnsi="宋体" w:eastAsia="宋体" w:cs="宋体"/>
          <w:color w:val="000000"/>
        </w:rPr>
        <w:t>在</w:t>
      </w:r>
      <w:r>
        <w:rPr>
          <w:rFonts w:ascii="Times New Roman" w:hAnsi="Times New Roman" w:eastAsia="Times New Roman" w:cs="Times New Roman"/>
          <w:color w:val="000000"/>
        </w:rPr>
        <w:t>“</w:t>
      </w:r>
      <w:r>
        <w:rPr>
          <w:rFonts w:ascii="宋体" w:hAnsi="宋体" w:eastAsia="宋体" w:cs="宋体"/>
          <w:color w:val="000000"/>
        </w:rPr>
        <w:t>元旦</w:t>
      </w:r>
      <w:r>
        <w:rPr>
          <w:rFonts w:ascii="Times New Roman" w:hAnsi="Times New Roman" w:eastAsia="Times New Roman" w:cs="Times New Roman"/>
          <w:color w:val="000000"/>
        </w:rPr>
        <w:t>”</w:t>
      </w:r>
      <w:r>
        <w:rPr>
          <w:rFonts w:ascii="宋体" w:hAnsi="宋体" w:eastAsia="宋体" w:cs="宋体"/>
          <w:color w:val="000000"/>
        </w:rPr>
        <w:t>期间，该商场对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两种商品进行如下的优惠促销活动：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708"/>
        <w:gridCol w:w="5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打折前一次性购物总金额</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优惠措施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不超过</w:t>
            </w:r>
            <w:r>
              <w:rPr>
                <w:rFonts w:ascii="Times New Roman" w:hAnsi="Times New Roman" w:eastAsia="Times New Roman" w:cs="Times New Roman"/>
                <w:color w:val="000000"/>
              </w:rPr>
              <w:t>500</w:t>
            </w:r>
            <w:r>
              <w:rPr>
                <w:rFonts w:ascii="宋体" w:hAnsi="宋体" w:eastAsia="宋体" w:cs="宋体"/>
                <w:color w:val="000000"/>
              </w:rPr>
              <w:t>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不优惠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超过</w:t>
            </w:r>
            <w:r>
              <w:rPr>
                <w:rFonts w:ascii="Times New Roman" w:hAnsi="Times New Roman" w:eastAsia="Times New Roman" w:cs="Times New Roman"/>
                <w:color w:val="000000"/>
              </w:rPr>
              <w:t>500</w:t>
            </w:r>
            <w:r>
              <w:rPr>
                <w:rFonts w:ascii="宋体" w:hAnsi="宋体" w:eastAsia="宋体" w:cs="宋体"/>
                <w:color w:val="000000"/>
              </w:rPr>
              <w:t>元，但不超过</w:t>
            </w:r>
            <w:r>
              <w:rPr>
                <w:rFonts w:ascii="Times New Roman" w:hAnsi="Times New Roman" w:eastAsia="Times New Roman" w:cs="Times New Roman"/>
                <w:color w:val="000000"/>
              </w:rPr>
              <w:t>800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按总售价打九折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超过</w:t>
            </w:r>
            <w:r>
              <w:rPr>
                <w:rFonts w:ascii="Times New Roman" w:hAnsi="Times New Roman" w:eastAsia="Times New Roman" w:cs="Times New Roman"/>
                <w:color w:val="000000"/>
              </w:rPr>
              <w:t>800</w:t>
            </w:r>
            <w:r>
              <w:rPr>
                <w:rFonts w:ascii="宋体" w:hAnsi="宋体" w:eastAsia="宋体" w:cs="宋体"/>
                <w:color w:val="000000"/>
              </w:rPr>
              <w:t>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其中</w:t>
            </w:r>
            <w:r>
              <w:rPr>
                <w:rFonts w:ascii="Times New Roman" w:hAnsi="Times New Roman" w:eastAsia="Times New Roman" w:cs="Times New Roman"/>
                <w:color w:val="000000"/>
              </w:rPr>
              <w:t>800</w:t>
            </w:r>
            <w:r>
              <w:rPr>
                <w:rFonts w:ascii="宋体" w:hAnsi="宋体" w:eastAsia="宋体" w:cs="宋体"/>
                <w:color w:val="000000"/>
              </w:rPr>
              <w:t>元部分打八折优惠，超过</w:t>
            </w:r>
            <w:r>
              <w:rPr>
                <w:rFonts w:ascii="Times New Roman" w:hAnsi="Times New Roman" w:eastAsia="Times New Roman" w:cs="Times New Roman"/>
                <w:color w:val="000000"/>
              </w:rPr>
              <w:t>800</w:t>
            </w:r>
            <w:r>
              <w:rPr>
                <w:rFonts w:ascii="宋体" w:hAnsi="宋体" w:eastAsia="宋体" w:cs="宋体"/>
                <w:color w:val="000000"/>
              </w:rPr>
              <w:t>元的部分打七折优惠</w:t>
            </w:r>
          </w:p>
        </w:tc>
      </w:tr>
    </w:tbl>
    <w:p>
      <w:pPr>
        <w:spacing w:line="360" w:lineRule="auto"/>
        <w:jc w:val="left"/>
        <w:textAlignment w:val="center"/>
        <w:rPr>
          <w:color w:val="000000"/>
        </w:rPr>
      </w:pPr>
      <w:r>
        <w:rPr>
          <w:rFonts w:ascii="宋体" w:hAnsi="宋体" w:eastAsia="宋体" w:cs="宋体"/>
          <w:color w:val="000000"/>
        </w:rPr>
        <w:t>按上述优惠条件，若小华一次性购买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商品实际付款</w:t>
      </w:r>
      <w:r>
        <w:rPr>
          <w:rFonts w:ascii="Times New Roman" w:hAnsi="Times New Roman" w:eastAsia="Times New Roman" w:cs="Times New Roman"/>
          <w:color w:val="000000"/>
        </w:rPr>
        <w:t>675</w:t>
      </w:r>
      <w:r>
        <w:rPr>
          <w:rFonts w:ascii="宋体" w:hAnsi="宋体" w:eastAsia="宋体" w:cs="宋体"/>
          <w:color w:val="000000"/>
        </w:rPr>
        <w:t>元，求小华此次购物打折前的总金额．</w:t>
      </w:r>
    </w:p>
    <w:p>
      <w:pPr>
        <w:spacing w:line="360" w:lineRule="auto"/>
        <w:textAlignment w:val="center"/>
        <w:rPr>
          <w:color w:val="000000"/>
        </w:rPr>
      </w:pPr>
      <w:r>
        <w:rPr>
          <w:color w:val="2E75B6"/>
        </w:rPr>
        <w:t>【答案】</w:t>
      </w:r>
      <w:r>
        <w:rPr>
          <w:color w:val="000000"/>
        </w:rPr>
        <w:t>（1）</w:t>
      </w:r>
      <w:r>
        <w:pict>
          <v:shape id="_x0000_i71252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698" o:title="eqId3b1065ae0947705c7d16a5a86c78f07e"/>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50</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20</w:t>
      </w:r>
      <w:r>
        <w:rPr>
          <w:rFonts w:ascii="宋体" w:hAnsi="宋体" w:eastAsia="宋体" w:cs="宋体"/>
          <w:color w:val="000000"/>
        </w:rPr>
        <w:t>件</w:t>
      </w:r>
      <w:r>
        <w:rPr>
          <w:color w:val="000000"/>
        </w:rPr>
        <w:t xml:space="preserve">    （3）</w:t>
      </w:r>
      <w:r>
        <w:rPr>
          <w:rFonts w:ascii="Times New Roman" w:hAnsi="Times New Roman" w:eastAsia="Times New Roman" w:cs="Times New Roman"/>
          <w:color w:val="000000"/>
        </w:rPr>
        <w:t>750</w:t>
      </w:r>
      <w:r>
        <w:rPr>
          <w:rFonts w:ascii="宋体" w:hAnsi="宋体" w:eastAsia="宋体" w:cs="宋体"/>
          <w:color w:val="000000"/>
        </w:rPr>
        <w:t>元或</w:t>
      </w:r>
      <w:r>
        <w:rPr>
          <w:rFonts w:ascii="Times New Roman" w:hAnsi="Times New Roman" w:eastAsia="Times New Roman" w:cs="Times New Roman"/>
          <w:color w:val="000000"/>
        </w:rPr>
        <w:t>850</w:t>
      </w:r>
      <w:r>
        <w:rPr>
          <w:rFonts w:ascii="宋体" w:hAnsi="宋体" w:eastAsia="宋体" w:cs="宋体"/>
          <w:color w:val="000000"/>
        </w:rPr>
        <w:t>元</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w:t>
      </w:r>
      <w:r>
        <w:rPr>
          <w:rFonts w:ascii="Times New Roman" w:hAnsi="Times New Roman" w:eastAsia="Times New Roman" w:cs="Times New Roman"/>
          <w:color w:val="000000"/>
        </w:rPr>
        <w:t>B</w:t>
      </w:r>
      <w:r>
        <w:rPr>
          <w:rFonts w:ascii="宋体" w:hAnsi="宋体" w:eastAsia="宋体" w:cs="宋体"/>
          <w:color w:val="000000"/>
        </w:rPr>
        <w:t>种商品的进价为</w:t>
      </w:r>
      <w:r>
        <w:rPr>
          <w:rFonts w:ascii="Times New Roman" w:hAnsi="Times New Roman" w:eastAsia="Times New Roman" w:cs="Times New Roman"/>
          <w:i/>
          <w:color w:val="000000"/>
        </w:rPr>
        <w:t>x</w:t>
      </w:r>
      <w:r>
        <w:rPr>
          <w:rFonts w:ascii="宋体" w:hAnsi="宋体" w:eastAsia="宋体" w:cs="宋体"/>
          <w:color w:val="000000"/>
        </w:rPr>
        <w:t>元，根据利润除以进价</w:t>
      </w:r>
      <w:r>
        <w:rPr>
          <w:rFonts w:ascii="Times New Roman" w:hAnsi="Times New Roman" w:eastAsia="Times New Roman" w:cs="Times New Roman"/>
          <w:color w:val="000000"/>
        </w:rPr>
        <w:t>=</w:t>
      </w:r>
      <w:r>
        <w:rPr>
          <w:rFonts w:ascii="宋体" w:hAnsi="宋体" w:eastAsia="宋体" w:cs="宋体"/>
          <w:color w:val="000000"/>
        </w:rPr>
        <w:t>利润率就可以直接求出结论；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）设甲种商品购进</w:t>
      </w:r>
      <w:r>
        <w:rPr>
          <w:rFonts w:ascii="Times New Roman" w:hAnsi="Times New Roman" w:eastAsia="Times New Roman" w:cs="Times New Roman"/>
          <w:i/>
          <w:color w:val="000000"/>
        </w:rPr>
        <w:t>y</w:t>
      </w:r>
      <w:r>
        <w:rPr>
          <w:rFonts w:ascii="宋体" w:hAnsi="宋体" w:eastAsia="宋体" w:cs="宋体"/>
          <w:color w:val="000000"/>
        </w:rPr>
        <w:t>件，则乙种商品购进（</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）件，由甲、乙两种商品的进价之和为</w:t>
      </w:r>
      <w:r>
        <w:rPr>
          <w:rFonts w:ascii="Times New Roman" w:hAnsi="Times New Roman" w:eastAsia="Times New Roman" w:cs="Times New Roman"/>
          <w:color w:val="000000"/>
        </w:rPr>
        <w:t>2100</w:t>
      </w:r>
      <w:r>
        <w:rPr>
          <w:rFonts w:ascii="宋体" w:hAnsi="宋体" w:eastAsia="宋体" w:cs="宋体"/>
          <w:color w:val="000000"/>
        </w:rPr>
        <w:t>建立方程求出其解即可．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）设小华一次性购买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商品</w:t>
      </w:r>
      <w:r>
        <w:rPr>
          <w:rFonts w:ascii="宋体" w:hAnsi="宋体" w:eastAsia="宋体" w:cs="宋体"/>
          <w:color w:val="000000"/>
          <w:position w:val="0"/>
        </w:rPr>
        <w:drawing>
          <wp:inline distT="0" distB="0" distL="114300" distR="114300">
            <wp:extent cx="133350" cy="177800"/>
            <wp:effectExtent l="0" t="0" r="0" b="13335"/>
            <wp:docPr id="3355" name="图片 96385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 name="图片 963854939"/>
                    <pic:cNvPicPr>
                      <a:picLocks noChangeAspect="1"/>
                    </pic:cNvPicPr>
                  </pic:nvPicPr>
                  <pic:blipFill>
                    <a:blip r:embed="rId269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实际总金额为</w:t>
      </w:r>
      <w:r>
        <w:rPr>
          <w:rFonts w:ascii="Times New Roman" w:hAnsi="Times New Roman" w:eastAsia="Times New Roman" w:cs="Times New Roman"/>
          <w:i/>
          <w:color w:val="000000"/>
        </w:rPr>
        <w:t>a</w:t>
      </w:r>
      <w:r>
        <w:rPr>
          <w:rFonts w:ascii="宋体" w:hAnsi="宋体" w:eastAsia="宋体" w:cs="宋体"/>
          <w:color w:val="000000"/>
        </w:rPr>
        <w:t>元，分两种情况：当小华此次购物打折前的总金额超出</w:t>
      </w:r>
      <w:r>
        <w:rPr>
          <w:rFonts w:ascii="Times New Roman" w:hAnsi="Times New Roman" w:eastAsia="Times New Roman" w:cs="Times New Roman"/>
          <w:color w:val="000000"/>
        </w:rPr>
        <w:t>500</w:t>
      </w:r>
      <w:r>
        <w:rPr>
          <w:rFonts w:ascii="宋体" w:hAnsi="宋体" w:eastAsia="宋体" w:cs="宋体"/>
          <w:color w:val="000000"/>
        </w:rPr>
        <w:t>元，但不超过</w:t>
      </w:r>
      <w:r>
        <w:rPr>
          <w:rFonts w:ascii="Times New Roman" w:hAnsi="Times New Roman" w:eastAsia="Times New Roman" w:cs="Times New Roman"/>
          <w:color w:val="000000"/>
        </w:rPr>
        <w:t>800</w:t>
      </w:r>
      <w:r>
        <w:rPr>
          <w:rFonts w:ascii="宋体" w:hAnsi="宋体" w:eastAsia="宋体" w:cs="宋体"/>
          <w:color w:val="000000"/>
        </w:rPr>
        <w:t>元时；当小华此次购物打折前的总金额超出</w:t>
      </w:r>
      <w:r>
        <w:rPr>
          <w:rFonts w:ascii="Times New Roman" w:hAnsi="Times New Roman" w:eastAsia="Times New Roman" w:cs="Times New Roman"/>
          <w:color w:val="000000"/>
        </w:rPr>
        <w:t>800</w:t>
      </w:r>
      <w:r>
        <w:rPr>
          <w:rFonts w:ascii="宋体" w:hAnsi="宋体" w:eastAsia="宋体" w:cs="宋体"/>
          <w:color w:val="000000"/>
        </w:rPr>
        <w:t>元时，分别列方程求解．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种商品的利润率为</w:t>
      </w:r>
      <w:r>
        <w:pict>
          <v:shape id="_x0000_i712526" o:spt="75" alt="学科网(www.zxxk.com)--教育资源门户，提供试卷、教案、课件、论文、素材以及各类教学资源下载，还有大量而丰富的教学相关资讯！" type="#_x0000_t75" style="height:30.75pt;width:110.25pt;" o:ole="t" filled="f" o:preferrelative="t" stroked="f" coordsize="21600,21600">
            <v:path/>
            <v:fill on="f" focussize="0,0"/>
            <v:stroke on="f" joinstyle="miter"/>
            <v:imagedata r:id="rId2700" o:title="eqIdf0df371d1b464c8d412043e47fd765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w:t>
      </w:r>
      <w:r>
        <w:rPr>
          <w:rFonts w:ascii="Times New Roman" w:hAnsi="Times New Roman" w:eastAsia="Times New Roman" w:cs="Times New Roman"/>
          <w:color w:val="000000"/>
        </w:rPr>
        <w:t>B</w:t>
      </w:r>
      <w:r>
        <w:rPr>
          <w:rFonts w:ascii="宋体" w:hAnsi="宋体" w:eastAsia="宋体" w:cs="宋体"/>
          <w:color w:val="000000"/>
        </w:rPr>
        <w:t>种商品的进价为</w:t>
      </w:r>
      <w:r>
        <w:rPr>
          <w:rFonts w:ascii="Times New Roman" w:hAnsi="Times New Roman" w:eastAsia="Times New Roman" w:cs="Times New Roman"/>
          <w:i/>
          <w:color w:val="000000"/>
        </w:rPr>
        <w:t>x</w:t>
      </w:r>
      <w:r>
        <w:rPr>
          <w:rFonts w:ascii="宋体" w:hAnsi="宋体" w:eastAsia="宋体" w:cs="宋体"/>
          <w:color w:val="000000"/>
        </w:rPr>
        <w:t>元，由题意，得</w:t>
      </w:r>
    </w:p>
    <w:p>
      <w:pPr>
        <w:spacing w:line="360" w:lineRule="auto"/>
        <w:jc w:val="left"/>
        <w:textAlignment w:val="center"/>
        <w:rPr>
          <w:color w:val="000000"/>
        </w:rPr>
      </w:pPr>
      <w:r>
        <w:pict>
          <v:shape id="_x0000_i712527" o:spt="75" alt="学科网(www.zxxk.com)--教育资源门户，提供试卷、教案、课件、论文、素材以及各类教学资源下载，还有大量而丰富的教学相关资讯！" type="#_x0000_t75" style="height:14.25pt;width:72pt;" o:ole="t" filled="f" o:preferrelative="t" stroked="f" coordsize="21600,21600">
            <v:path/>
            <v:fill on="f" focussize="0,0"/>
            <v:stroke on="f" joinstyle="miter"/>
            <v:imagedata r:id="rId2701" o:title="eqId232d3fb318feded6269f57f8f387840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2528"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702" o:title="eqId04df7cdab2a938e8c64b302b32e8d49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252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703" o:title="eqId3b1065ae0947705c7d16a5a86c78f07e"/>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设</w:t>
      </w:r>
      <w:r>
        <w:rPr>
          <w:rFonts w:ascii="Times New Roman" w:hAnsi="Times New Roman" w:eastAsia="Times New Roman" w:cs="Times New Roman"/>
          <w:color w:val="000000"/>
        </w:rPr>
        <w:t>A</w:t>
      </w:r>
      <w:r>
        <w:rPr>
          <w:rFonts w:ascii="宋体" w:hAnsi="宋体" w:eastAsia="宋体" w:cs="宋体"/>
          <w:color w:val="000000"/>
        </w:rPr>
        <w:t>种商品购进</w:t>
      </w:r>
      <w:r>
        <w:rPr>
          <w:rFonts w:ascii="Times New Roman" w:hAnsi="Times New Roman" w:eastAsia="Times New Roman" w:cs="Times New Roman"/>
          <w:i/>
          <w:color w:val="000000"/>
        </w:rPr>
        <w:t>y</w:t>
      </w:r>
      <w:r>
        <w:rPr>
          <w:rFonts w:ascii="宋体" w:hAnsi="宋体" w:eastAsia="宋体" w:cs="宋体"/>
          <w:color w:val="000000"/>
        </w:rPr>
        <w:t>件，则</w:t>
      </w:r>
      <w:r>
        <w:rPr>
          <w:rFonts w:ascii="Times New Roman" w:hAnsi="Times New Roman" w:eastAsia="Times New Roman" w:cs="Times New Roman"/>
          <w:color w:val="000000"/>
        </w:rPr>
        <w:t>B</w:t>
      </w:r>
      <w:r>
        <w:rPr>
          <w:rFonts w:ascii="宋体" w:hAnsi="宋体" w:eastAsia="宋体" w:cs="宋体"/>
          <w:color w:val="000000"/>
        </w:rPr>
        <w:t>种商品购进</w:t>
      </w:r>
      <w:r>
        <w:pict>
          <v:shape id="_x0000_i712530" o:spt="75" alt="学科网(www.zxxk.com)--教育资源门户，提供试卷、教案、课件、论文、素材以及各类教学资源下载，还有大量而丰富的教学相关资讯！" type="#_x0000_t75" style="height:20.25pt;width:42pt;" o:ole="t" filled="f" o:preferrelative="t" stroked="f" coordsize="21600,21600">
            <v:path/>
            <v:fill on="f" focussize="0,0"/>
            <v:stroke on="f" joinstyle="miter"/>
            <v:imagedata r:id="rId2704" o:title="eqId7fe144bb95c018ee22875e0c56a10162"/>
            <o:lock v:ext="edit" aspectratio="t"/>
            <w10:wrap type="none"/>
            <w10:anchorlock/>
          </v:shape>
        </w:pict>
      </w:r>
      <w:r>
        <w:rPr>
          <w:rFonts w:ascii="宋体" w:hAnsi="宋体" w:eastAsia="宋体" w:cs="宋体"/>
          <w:color w:val="000000"/>
        </w:rPr>
        <w:t>件，由题意，得</w:t>
      </w:r>
    </w:p>
    <w:p>
      <w:pPr>
        <w:spacing w:line="360" w:lineRule="auto"/>
        <w:jc w:val="left"/>
        <w:textAlignment w:val="center"/>
        <w:rPr>
          <w:color w:val="000000"/>
        </w:rPr>
      </w:pPr>
      <w:r>
        <w:pict>
          <v:shape id="_x0000_i712531" o:spt="75" alt="学科网(www.zxxk.com)--教育资源门户，提供试卷、教案、课件、论文、素材以及各类教学资源下载，还有大量而丰富的教学相关资讯！" type="#_x0000_t75" style="height:20.25pt;width:120.75pt;" o:ole="t" filled="f" o:preferrelative="t" stroked="f" coordsize="21600,21600">
            <v:path/>
            <v:fill on="f" focussize="0,0"/>
            <v:stroke on="f" joinstyle="miter"/>
            <v:imagedata r:id="rId2705" o:title="eqId19948c44f6580f423bfdabd84ae3b75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2532" o:spt="75" alt="学科网(www.zxxk.com)--教育资源门户，提供试卷、教案、课件、论文、素材以及各类教学资源下载，还有大量而丰富的教学相关资讯！" type="#_x0000_t75" style="height:15.75pt;width:35.25pt;" o:ole="t" filled="f" o:preferrelative="t" stroked="f" coordsize="21600,21600">
            <v:path/>
            <v:fill on="f" focussize="0,0"/>
            <v:stroke on="f" joinstyle="miter"/>
            <v:imagedata r:id="rId2706" o:title="eqIdab6e489e2f864252c6fc30fb773895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该商场购进</w:t>
      </w:r>
      <w:r>
        <w:rPr>
          <w:rFonts w:ascii="Times New Roman" w:hAnsi="Times New Roman" w:eastAsia="Times New Roman" w:cs="Times New Roman"/>
          <w:i/>
          <w:color w:val="000000"/>
        </w:rPr>
        <w:t>A</w:t>
      </w:r>
      <w:r>
        <w:rPr>
          <w:rFonts w:ascii="宋体" w:hAnsi="宋体" w:eastAsia="宋体" w:cs="宋体"/>
          <w:color w:val="000000"/>
        </w:rPr>
        <w:t>种商品</w:t>
      </w:r>
      <w:r>
        <w:rPr>
          <w:rFonts w:ascii="Times New Roman" w:hAnsi="Times New Roman" w:eastAsia="Times New Roman" w:cs="Times New Roman"/>
          <w:color w:val="000000"/>
        </w:rPr>
        <w:t>20</w:t>
      </w:r>
      <w:r>
        <w:rPr>
          <w:rFonts w:ascii="宋体" w:hAnsi="宋体" w:eastAsia="宋体" w:cs="宋体"/>
          <w:color w:val="000000"/>
        </w:rPr>
        <w:t>件；</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设小华一次性购买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商品的实际总金额为</w:t>
      </w:r>
      <w:r>
        <w:rPr>
          <w:rFonts w:ascii="Times New Roman" w:hAnsi="Times New Roman" w:eastAsia="Times New Roman" w:cs="Times New Roman"/>
          <w:i/>
          <w:color w:val="000000"/>
        </w:rPr>
        <w:t>a</w:t>
      </w:r>
      <w:r>
        <w:rPr>
          <w:rFonts w:ascii="宋体" w:hAnsi="宋体" w:eastAsia="宋体" w:cs="宋体"/>
          <w:color w:val="000000"/>
        </w:rPr>
        <w:t>元，</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2533" o:spt="75" alt="学科网(www.zxxk.com)--教育资源门户，提供试卷、教案、课件、论文、素材以及各类教学资源下载，还有大量而丰富的教学相关资讯！" type="#_x0000_t75" style="height:13.95pt;width:75pt;" o:ole="t" filled="f" o:preferrelative="t" stroked="f" coordsize="21600,21600">
            <v:path/>
            <v:fill on="f" focussize="0,0"/>
            <v:stroke on="f" joinstyle="miter"/>
            <v:imagedata r:id="rId2707" o:title="eqId9650200bd00de28304567a6c0343fff8"/>
            <o:lock v:ext="edit" aspectratio="t"/>
            <w10:wrap type="none"/>
            <w10:anchorlock/>
          </v:shape>
        </w:pict>
      </w:r>
      <w:r>
        <w:rPr>
          <w:rFonts w:ascii="宋体" w:hAnsi="宋体" w:eastAsia="宋体" w:cs="宋体"/>
          <w:color w:val="000000"/>
        </w:rPr>
        <w:t>，</w:t>
      </w:r>
      <w:r>
        <w:pict>
          <v:shape id="_x0000_i712534"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2708" o:title="eqIdc4188ec809b2b7732082531465b78b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当小华此次购物打折前的总金额超出</w:t>
      </w:r>
      <w:r>
        <w:rPr>
          <w:rFonts w:ascii="Times New Roman" w:hAnsi="Times New Roman" w:eastAsia="Times New Roman" w:cs="Times New Roman"/>
          <w:color w:val="000000"/>
        </w:rPr>
        <w:t>500</w:t>
      </w:r>
      <w:r>
        <w:rPr>
          <w:rFonts w:ascii="宋体" w:hAnsi="宋体" w:eastAsia="宋体" w:cs="宋体"/>
          <w:color w:val="000000"/>
        </w:rPr>
        <w:t>元，但不超过</w:t>
      </w:r>
      <w:r>
        <w:rPr>
          <w:rFonts w:ascii="Times New Roman" w:hAnsi="Times New Roman" w:eastAsia="Times New Roman" w:cs="Times New Roman"/>
          <w:color w:val="000000"/>
        </w:rPr>
        <w:t>800</w:t>
      </w:r>
      <w:r>
        <w:rPr>
          <w:rFonts w:ascii="宋体" w:hAnsi="宋体" w:eastAsia="宋体" w:cs="宋体"/>
          <w:color w:val="000000"/>
        </w:rPr>
        <w:t>元时，</w:t>
      </w:r>
    </w:p>
    <w:p>
      <w:pPr>
        <w:spacing w:line="360" w:lineRule="auto"/>
        <w:jc w:val="left"/>
        <w:textAlignment w:val="center"/>
        <w:rPr>
          <w:color w:val="000000"/>
        </w:rPr>
      </w:pPr>
      <w:r>
        <w:pict>
          <v:shape id="_x0000_i712535"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2709" o:title="eqIdf708063407e781cf626bed6fe8e05f17"/>
            <o:lock v:ext="edit" aspectratio="t"/>
            <w10:wrap type="none"/>
            <w10:anchorlock/>
          </v:shape>
        </w:pict>
      </w:r>
      <w:r>
        <w:rPr>
          <w:rFonts w:ascii="宋体" w:hAnsi="宋体" w:eastAsia="宋体" w:cs="宋体"/>
          <w:color w:val="000000"/>
        </w:rPr>
        <w:t>，解得</w:t>
      </w:r>
      <w:r>
        <w:pict>
          <v:shape id="_x0000_i71253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710" o:title="eqIdda4cb8bc0252132d3dc117833451ea3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当小华此次购物打折前的总金额超出</w:t>
      </w:r>
      <w:r>
        <w:rPr>
          <w:rFonts w:ascii="Times New Roman" w:hAnsi="Times New Roman" w:eastAsia="Times New Roman" w:cs="Times New Roman"/>
          <w:color w:val="000000"/>
        </w:rPr>
        <w:t>800</w:t>
      </w:r>
      <w:r>
        <w:rPr>
          <w:rFonts w:ascii="宋体" w:hAnsi="宋体" w:eastAsia="宋体" w:cs="宋体"/>
          <w:color w:val="000000"/>
        </w:rPr>
        <w:t>元时，</w:t>
      </w:r>
    </w:p>
    <w:p>
      <w:pPr>
        <w:spacing w:line="360" w:lineRule="auto"/>
        <w:jc w:val="left"/>
        <w:textAlignment w:val="center"/>
        <w:rPr>
          <w:color w:val="000000"/>
        </w:rPr>
      </w:pPr>
      <w:r>
        <w:pict>
          <v:shape id="_x0000_i712537" o:spt="75" alt="学科网(www.zxxk.com)--教育资源门户，提供试卷、教案、课件、论文、素材以及各类教学资源下载，还有大量而丰富的教学相关资讯！" type="#_x0000_t75" style="height:20.25pt;width:144.75pt;" o:ole="t" filled="f" o:preferrelative="t" stroked="f" coordsize="21600,21600">
            <v:path/>
            <v:fill on="f" focussize="0,0"/>
            <v:stroke on="f" joinstyle="miter"/>
            <v:imagedata r:id="rId2711" o:title="eqId7f0f3628e58e7a283a430648c190050b"/>
            <o:lock v:ext="edit" aspectratio="t"/>
            <w10:wrap type="none"/>
            <w10:anchorlock/>
          </v:shape>
        </w:pict>
      </w:r>
      <w:r>
        <w:rPr>
          <w:rFonts w:ascii="宋体" w:hAnsi="宋体" w:eastAsia="宋体" w:cs="宋体"/>
          <w:color w:val="000000"/>
        </w:rPr>
        <w:t>，解得</w:t>
      </w:r>
      <w:r>
        <w:pict>
          <v:shape id="_x0000_i71253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712" o:title="eqIdd4d10c643696ec69895e72c7dba917e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小华此次购物打折前的总金额为</w:t>
      </w:r>
      <w:r>
        <w:rPr>
          <w:rFonts w:ascii="Times New Roman" w:hAnsi="Times New Roman" w:eastAsia="Times New Roman" w:cs="Times New Roman"/>
          <w:color w:val="000000"/>
        </w:rPr>
        <w:t>750</w:t>
      </w:r>
      <w:r>
        <w:rPr>
          <w:rFonts w:ascii="宋体" w:hAnsi="宋体" w:eastAsia="宋体" w:cs="宋体"/>
          <w:color w:val="000000"/>
        </w:rPr>
        <w:t>元或</w:t>
      </w:r>
      <w:r>
        <w:rPr>
          <w:rFonts w:ascii="Times New Roman" w:hAnsi="Times New Roman" w:eastAsia="Times New Roman" w:cs="Times New Roman"/>
          <w:color w:val="000000"/>
        </w:rPr>
        <w:t>850</w:t>
      </w:r>
      <w:r>
        <w:rPr>
          <w:rFonts w:ascii="宋体" w:hAnsi="宋体" w:eastAsia="宋体" w:cs="宋体"/>
          <w:color w:val="000000"/>
        </w:rPr>
        <w:t>元．</w:t>
      </w:r>
    </w:p>
    <w:p>
      <w:pPr>
        <w:spacing w:line="360" w:lineRule="auto"/>
        <w:jc w:val="left"/>
        <w:textAlignment w:val="center"/>
        <w:rPr>
          <w:color w:val="000000"/>
        </w:rPr>
      </w:pPr>
      <w:r>
        <w:rPr>
          <w:color w:val="000000"/>
        </w:rPr>
        <w:t>【点睛】</w:t>
      </w:r>
      <w:r>
        <w:rPr>
          <w:rFonts w:ascii="宋体" w:hAnsi="宋体" w:eastAsia="宋体" w:cs="宋体"/>
          <w:color w:val="000000"/>
        </w:rPr>
        <w:t>本题考查了分式方程的解法的运用，销售问题的数量关系利润÷进价</w:t>
      </w:r>
      <w:r>
        <w:rPr>
          <w:rFonts w:ascii="Times New Roman" w:hAnsi="Times New Roman" w:eastAsia="Times New Roman" w:cs="Times New Roman"/>
          <w:color w:val="000000"/>
        </w:rPr>
        <w:t>=</w:t>
      </w:r>
      <w:r>
        <w:rPr>
          <w:rFonts w:ascii="宋体" w:hAnsi="宋体" w:eastAsia="宋体" w:cs="宋体"/>
          <w:color w:val="000000"/>
        </w:rPr>
        <w:t>利润率的运用，列一元一次方程解实际问题的运用，解答时根据甲乙两种商品的进价之和建立方程是关键．</w:t>
      </w:r>
    </w:p>
    <w:p>
      <w:pPr>
        <w:spacing w:line="360" w:lineRule="auto"/>
        <w:jc w:val="left"/>
        <w:textAlignment w:val="center"/>
        <w:rPr>
          <w:color w:val="000000"/>
        </w:rPr>
      </w:pPr>
      <w:r>
        <w:rPr>
          <w:color w:val="000000"/>
        </w:rPr>
        <w:t xml:space="preserve">27. </w:t>
      </w:r>
      <w:r>
        <w:rPr>
          <w:rFonts w:ascii="宋体" w:hAnsi="宋体" w:eastAsia="宋体" w:cs="宋体"/>
          <w:color w:val="000000"/>
        </w:rPr>
        <w:t>已知数轴上两点</w:t>
      </w:r>
      <w:r>
        <w:pict>
          <v:shape id="_x0000_i71253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13" o:title="eqId5963abe8f421bd99a2aaa94831a951e9"/>
            <o:lock v:ext="edit" aspectratio="t"/>
            <w10:wrap type="none"/>
            <w10:anchorlock/>
          </v:shape>
        </w:pict>
      </w:r>
      <w:r>
        <w:rPr>
          <w:rFonts w:ascii="宋体" w:hAnsi="宋体" w:eastAsia="宋体" w:cs="宋体"/>
          <w:color w:val="000000"/>
        </w:rPr>
        <w:t>，</w:t>
      </w:r>
      <w:r>
        <w:pict>
          <v:shape id="_x0000_i71254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14" o:title="eqId7f9e8449aad35c5d840a3395ea86df6d"/>
            <o:lock v:ext="edit" aspectratio="t"/>
            <w10:wrap type="none"/>
            <w10:anchorlock/>
          </v:shape>
        </w:pict>
      </w:r>
      <w:r>
        <w:rPr>
          <w:rFonts w:ascii="宋体" w:hAnsi="宋体" w:eastAsia="宋体" w:cs="宋体"/>
          <w:color w:val="000000"/>
        </w:rPr>
        <w:t>对应的数分别为</w:t>
      </w:r>
      <w:r>
        <w:pict>
          <v:shape id="_x0000_i71254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715"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，点</w:t>
      </w:r>
      <w:r>
        <w:pict>
          <v:shape id="_x0000_i71254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16" o:title="eqIddad2a36927223bd70f426ba06aea4b45"/>
            <o:lock v:ext="edit" aspectratio="t"/>
            <w10:wrap type="none"/>
            <w10:anchorlock/>
          </v:shape>
        </w:pict>
      </w:r>
      <w:r>
        <w:rPr>
          <w:rFonts w:ascii="宋体" w:hAnsi="宋体" w:eastAsia="宋体" w:cs="宋体"/>
          <w:color w:val="000000"/>
        </w:rPr>
        <w:t>为数轴上一动点，其对应的数为</w:t>
      </w:r>
      <w:r>
        <w:pict>
          <v:shape id="_x0000_i712543" o:spt="75" alt="学科网(www.zxxk.com)--教育资源门户，提供试卷、教案、课件、论文、素材以及各类教学资源下载，还有大量而丰富的教学相关资讯！" type="#_x0000_t75" style="height:19pt;width:14.25pt;" o:ole="t" filled="f" o:preferrelative="t" stroked="f" coordsize="21600,21600">
            <v:path/>
            <v:fill on="f" focussize="0,0"/>
            <v:stroke on="f" joinstyle="miter"/>
            <v:imagedata r:id="rId2717" o:title="eqId4838f8ecdec6c290073935e718ee03b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62225" cy="504825"/>
            <wp:effectExtent l="0" t="0" r="9525" b="9525"/>
            <wp:docPr id="3357"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 name="图片 100043" descr="学科网(www.zxxk.com)--教育资源门户，提供试卷、教案、课件、论文、素材以及各类教学资源下载，还有大量而丰富的教学相关资讯！"/>
                    <pic:cNvPicPr>
                      <a:picLocks noChangeAspect="1"/>
                    </pic:cNvPicPr>
                  </pic:nvPicPr>
                  <pic:blipFill>
                    <a:blip r:embed="rId2718"/>
                    <a:stretch>
                      <a:fillRect/>
                    </a:stretch>
                  </pic:blipFill>
                  <pic:spPr>
                    <a:xfrm>
                      <a:off x="0" y="0"/>
                      <a:ext cx="2562225" cy="5048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若点</w:t>
      </w:r>
      <w:r>
        <w:pict>
          <v:shape id="_x0000_i71254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19" o:title="eqIddad2a36927223bd70f426ba06aea4b45"/>
            <o:lock v:ext="edit" aspectratio="t"/>
            <w10:wrap type="none"/>
            <w10:anchorlock/>
          </v:shape>
        </w:pict>
      </w:r>
      <w:r>
        <w:rPr>
          <w:rFonts w:ascii="宋体" w:hAnsi="宋体" w:eastAsia="宋体" w:cs="宋体"/>
          <w:color w:val="000000"/>
        </w:rPr>
        <w:t>为线段</w:t>
      </w:r>
      <w:r>
        <w:pict>
          <v:shape id="_x0000_i712545"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720" o:title="eqIdf52a58fbaf4fea03567e88a9f0f6e37e"/>
            <o:lock v:ext="edit" aspectratio="t"/>
            <w10:wrap type="none"/>
            <w10:anchorlock/>
          </v:shape>
        </w:pict>
      </w:r>
      <w:r>
        <w:rPr>
          <w:rFonts w:ascii="宋体" w:hAnsi="宋体" w:eastAsia="宋体" w:cs="宋体"/>
          <w:color w:val="000000"/>
        </w:rPr>
        <w:t>的中点，则点</w:t>
      </w:r>
      <w:r>
        <w:pict>
          <v:shape id="_x0000_i71254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19" o:title="eqIddad2a36927223bd70f426ba06aea4b45"/>
            <o:lock v:ext="edit" aspectratio="t"/>
            <w10:wrap type="none"/>
            <w10:anchorlock/>
          </v:shape>
        </w:pict>
      </w:r>
      <w:r>
        <w:rPr>
          <w:rFonts w:ascii="宋体" w:hAnsi="宋体" w:eastAsia="宋体" w:cs="宋体"/>
          <w:color w:val="000000"/>
        </w:rPr>
        <w:t>对应的数</w:t>
      </w:r>
      <w:r>
        <w:pict>
          <v:shape id="_x0000_i712547" o:spt="75" alt="学科网(www.zxxk.com)--教育资源门户，提供试卷、教案、课件、论文、素材以及各类教学资源下载，还有大量而丰富的教学相关资讯！" type="#_x0000_t75" style="height:19pt;width:24.45pt;" o:ole="t" filled="f" o:preferrelative="t" stroked="f" coordsize="21600,21600">
            <v:path/>
            <v:fill on="f" focussize="0,0"/>
            <v:stroke on="f" joinstyle="miter"/>
            <v:imagedata r:id="rId2721" o:title="eqId0563ae79c3a409662586b434fc6a5254"/>
            <o:lock v:ext="edit" aspectratio="t"/>
            <w10:wrap type="none"/>
            <w10:anchorlock/>
          </v:shape>
        </w:pic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pict>
          <v:shape id="_x0000_i71254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22" o:title="eqIddad2a36927223bd70f426ba06aea4b45"/>
            <o:lock v:ext="edit" aspectratio="t"/>
            <w10:wrap type="none"/>
            <w10:anchorlock/>
          </v:shape>
        </w:pict>
      </w:r>
      <w:r>
        <w:rPr>
          <w:rFonts w:ascii="宋体" w:hAnsi="宋体" w:eastAsia="宋体" w:cs="宋体"/>
          <w:color w:val="000000"/>
        </w:rPr>
        <w:t>在移动的过程中，其到点</w:t>
      </w:r>
      <w:r>
        <w:pict>
          <v:shape id="_x0000_i71254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23" o:title="eqId5963abe8f421bd99a2aaa94831a951e9"/>
            <o:lock v:ext="edit" aspectratio="t"/>
            <w10:wrap type="none"/>
            <w10:anchorlock/>
          </v:shape>
        </w:pict>
      </w:r>
      <w:r>
        <w:rPr>
          <w:rFonts w:ascii="宋体" w:hAnsi="宋体" w:eastAsia="宋体" w:cs="宋体"/>
          <w:color w:val="000000"/>
        </w:rPr>
        <w:t>、点</w:t>
      </w:r>
      <w:r>
        <w:pict>
          <v:shape id="_x0000_i71255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24" o:title="eqId7f9e8449aad35c5d840a3395ea86df6d"/>
            <o:lock v:ext="edit" aspectratio="t"/>
            <w10:wrap type="none"/>
            <w10:anchorlock/>
          </v:shape>
        </w:pict>
      </w:r>
      <w:r>
        <w:rPr>
          <w:rFonts w:ascii="宋体" w:hAnsi="宋体" w:eastAsia="宋体" w:cs="宋体"/>
          <w:color w:val="000000"/>
        </w:rPr>
        <w:t>的距离之和为</w:t>
      </w:r>
      <w:r>
        <w:rPr>
          <w:rFonts w:ascii="Times New Roman" w:hAnsi="Times New Roman" w:eastAsia="Times New Roman" w:cs="Times New Roman"/>
          <w:color w:val="000000"/>
        </w:rPr>
        <w:t>8</w:t>
      </w:r>
      <w:r>
        <w:rPr>
          <w:rFonts w:ascii="宋体" w:hAnsi="宋体" w:eastAsia="宋体" w:cs="宋体"/>
          <w:color w:val="000000"/>
        </w:rPr>
        <w:t>，求此时点</w:t>
      </w:r>
      <w:r>
        <w:pict>
          <v:shape id="_x0000_i71255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22" o:title="eqIddad2a36927223bd70f426ba06aea4b45"/>
            <o:lock v:ext="edit" aspectratio="t"/>
            <w10:wrap type="none"/>
            <w10:anchorlock/>
          </v:shape>
        </w:pict>
      </w:r>
      <w:r>
        <w:rPr>
          <w:rFonts w:ascii="宋体" w:hAnsi="宋体" w:eastAsia="宋体" w:cs="宋体"/>
          <w:color w:val="000000"/>
        </w:rPr>
        <w:t>对应的数</w:t>
      </w:r>
      <w:r>
        <w:pict>
          <v:shape id="_x0000_i712552" o:spt="75" alt="学科网(www.zxxk.com)--教育资源门户，提供试卷、教案、课件、论文、素材以及各类教学资源下载，还有大量而丰富的教学相关资讯！" type="#_x0000_t75" style="height:19pt;width:14.25pt;" o:ole="t" filled="f" o:preferrelative="t" stroked="f" coordsize="21600,21600">
            <v:path/>
            <v:fill on="f" focussize="0,0"/>
            <v:stroke on="f" joinstyle="miter"/>
            <v:imagedata r:id="rId2725" o:title="eqId4838f8ecdec6c290073935e718ee03bb"/>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对于数轴上的三点，给出如下定义：若当其中一个点与其他两个点的距离恰好满足</w:t>
      </w:r>
      <w:r>
        <w:rPr>
          <w:rFonts w:ascii="Times New Roman" w:hAnsi="Times New Roman" w:eastAsia="Times New Roman" w:cs="Times New Roman"/>
          <w:color w:val="000000"/>
        </w:rPr>
        <w:t>2</w:t>
      </w:r>
      <w:r>
        <w:rPr>
          <w:rFonts w:ascii="宋体" w:hAnsi="宋体" w:eastAsia="宋体" w:cs="宋体"/>
          <w:color w:val="000000"/>
        </w:rPr>
        <w:t>倍关系时，则称该点是其他两个点的“</w:t>
      </w:r>
      <w:r>
        <w:rPr>
          <w:rFonts w:ascii="Times New Roman" w:hAnsi="Times New Roman" w:eastAsia="Times New Roman" w:cs="Times New Roman"/>
          <w:color w:val="000000"/>
        </w:rPr>
        <w:t>2</w:t>
      </w:r>
      <w:r>
        <w:rPr>
          <w:rFonts w:ascii="宋体" w:hAnsi="宋体" w:eastAsia="宋体" w:cs="宋体"/>
          <w:color w:val="000000"/>
        </w:rPr>
        <w:t>倍点”．如图，原点</w:t>
      </w:r>
      <w:r>
        <w:pict>
          <v:shape id="_x0000_i71255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726" o:title="eqId1dde8112e8eb968fd042418dd632759e"/>
            <o:lock v:ext="edit" aspectratio="t"/>
            <w10:wrap type="none"/>
            <w10:anchorlock/>
          </v:shape>
        </w:pict>
      </w:r>
      <w:r>
        <w:rPr>
          <w:rFonts w:ascii="宋体" w:hAnsi="宋体" w:eastAsia="宋体" w:cs="宋体"/>
          <w:color w:val="000000"/>
        </w:rPr>
        <w:t>是点</w:t>
      </w:r>
      <w:r>
        <w:pict>
          <v:shape id="_x0000_i71255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27" o:title="eqId5963abe8f421bd99a2aaa94831a951e9"/>
            <o:lock v:ext="edit" aspectratio="t"/>
            <w10:wrap type="none"/>
            <w10:anchorlock/>
          </v:shape>
        </w:pict>
      </w:r>
      <w:r>
        <w:rPr>
          <w:rFonts w:ascii="宋体" w:hAnsi="宋体" w:eastAsia="宋体" w:cs="宋体"/>
          <w:color w:val="000000"/>
        </w:rPr>
        <w:t>，</w:t>
      </w:r>
      <w:r>
        <w:pict>
          <v:shape id="_x0000_i71255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28"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倍点．</w:t>
      </w:r>
    </w:p>
    <w:p>
      <w:pPr>
        <w:spacing w:line="360" w:lineRule="auto"/>
        <w:jc w:val="left"/>
        <w:textAlignment w:val="center"/>
        <w:rPr>
          <w:color w:val="000000"/>
        </w:rPr>
      </w:pPr>
      <w:r>
        <w:rPr>
          <w:rFonts w:ascii="宋体" w:hAnsi="宋体" w:eastAsia="宋体" w:cs="宋体"/>
          <w:color w:val="000000"/>
        </w:rPr>
        <w:t>现在，点</w:t>
      </w:r>
      <w:r>
        <w:pict>
          <v:shape id="_x0000_i71255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29" o:title="eqId5963abe8f421bd99a2aaa94831a951e9"/>
            <o:lock v:ext="edit" aspectratio="t"/>
            <w10:wrap type="none"/>
            <w10:anchorlock/>
          </v:shape>
        </w:pict>
      </w:r>
      <w:r>
        <w:rPr>
          <w:rFonts w:ascii="宋体" w:hAnsi="宋体" w:eastAsia="宋体" w:cs="宋体"/>
          <w:color w:val="000000"/>
        </w:rPr>
        <w:t>、点</w:t>
      </w:r>
      <w:r>
        <w:pict>
          <v:shape id="_x0000_i71255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30" o:title="eqId7f9e8449aad35c5d840a3395ea86df6d"/>
            <o:lock v:ext="edit" aspectratio="t"/>
            <w10:wrap type="none"/>
            <w10:anchorlock/>
          </v:shape>
        </w:pict>
      </w:r>
      <w:r>
        <w:rPr>
          <w:rFonts w:ascii="宋体" w:hAnsi="宋体" w:eastAsia="宋体" w:cs="宋体"/>
          <w:color w:val="000000"/>
        </w:rPr>
        <w:t>分别以每秒</w:t>
      </w:r>
      <w:r>
        <w:rPr>
          <w:rFonts w:ascii="Times New Roman" w:hAnsi="Times New Roman" w:eastAsia="Times New Roman" w:cs="Times New Roman"/>
          <w:color w:val="000000"/>
        </w:rPr>
        <w:t>4</w:t>
      </w:r>
      <w:r>
        <w:rPr>
          <w:rFonts w:ascii="宋体" w:hAnsi="宋体" w:eastAsia="宋体" w:cs="宋体"/>
          <w:color w:val="000000"/>
        </w:rPr>
        <w:t>个单位长度和每秒</w:t>
      </w:r>
      <w:r>
        <w:rPr>
          <w:rFonts w:ascii="Times New Roman" w:hAnsi="Times New Roman" w:eastAsia="Times New Roman" w:cs="Times New Roman"/>
          <w:color w:val="000000"/>
        </w:rPr>
        <w:t>1</w:t>
      </w:r>
      <w:r>
        <w:rPr>
          <w:rFonts w:ascii="宋体" w:hAnsi="宋体" w:eastAsia="宋体" w:cs="宋体"/>
          <w:color w:val="000000"/>
        </w:rPr>
        <w:t>个单位长度的速度同时向右运动，同时点</w:t>
      </w:r>
      <w:r>
        <w:pict>
          <v:shape id="_x0000_i71255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31" o:title="eqIddad2a36927223bd70f426ba06aea4b45"/>
            <o:lock v:ext="edit" aspectratio="t"/>
            <w10:wrap type="none"/>
            <w10:anchorlock/>
          </v:shape>
        </w:pict>
      </w:r>
      <w:r>
        <w:rPr>
          <w:rFonts w:ascii="宋体" w:hAnsi="宋体" w:eastAsia="宋体" w:cs="宋体"/>
          <w:color w:val="000000"/>
        </w:rPr>
        <w:t>以每秒</w:t>
      </w:r>
      <w:r>
        <w:rPr>
          <w:rFonts w:ascii="Times New Roman" w:hAnsi="Times New Roman" w:eastAsia="Times New Roman" w:cs="Times New Roman"/>
          <w:color w:val="000000"/>
        </w:rPr>
        <w:t>3</w:t>
      </w:r>
      <w:r>
        <w:rPr>
          <w:rFonts w:ascii="宋体" w:hAnsi="宋体" w:eastAsia="宋体" w:cs="宋体"/>
          <w:color w:val="000000"/>
        </w:rPr>
        <w:t>个单位长度的速度从表示数</w:t>
      </w:r>
      <w:r>
        <w:rPr>
          <w:rFonts w:ascii="Times New Roman" w:hAnsi="Times New Roman" w:eastAsia="Times New Roman" w:cs="Times New Roman"/>
          <w:color w:val="000000"/>
        </w:rPr>
        <w:t>5</w:t>
      </w:r>
      <w:r>
        <w:rPr>
          <w:rFonts w:ascii="宋体" w:hAnsi="宋体" w:eastAsia="宋体" w:cs="宋体"/>
          <w:color w:val="000000"/>
        </w:rPr>
        <w:t>的点向左运动．设出发</w:t>
      </w:r>
      <w:r>
        <w:pict>
          <v:shape id="_x0000_i712559"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2732" o:title="eqId36a1b09c653185842513e24ebba60bb3"/>
            <o:lock v:ext="edit" aspectratio="t"/>
            <w10:wrap type="none"/>
            <w10:anchorlock/>
          </v:shape>
        </w:pict>
      </w:r>
      <w:r>
        <w:rPr>
          <w:rFonts w:ascii="宋体" w:hAnsi="宋体" w:eastAsia="宋体" w:cs="宋体"/>
          <w:color w:val="000000"/>
        </w:rPr>
        <w:t>秒后，点</w:t>
      </w:r>
      <w:r>
        <w:pict>
          <v:shape id="_x0000_i71256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31" o:title="eqIddad2a36927223bd70f426ba06aea4b45"/>
            <o:lock v:ext="edit" aspectratio="t"/>
            <w10:wrap type="none"/>
            <w10:anchorlock/>
          </v:shape>
        </w:pict>
      </w:r>
      <w:r>
        <w:rPr>
          <w:rFonts w:ascii="宋体" w:hAnsi="宋体" w:eastAsia="宋体" w:cs="宋体"/>
          <w:color w:val="000000"/>
        </w:rPr>
        <w:t>恰好是点</w:t>
      </w:r>
      <w:r>
        <w:pict>
          <v:shape id="_x0000_i71256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29" o:title="eqId5963abe8f421bd99a2aaa94831a951e9"/>
            <o:lock v:ext="edit" aspectratio="t"/>
            <w10:wrap type="none"/>
            <w10:anchorlock/>
          </v:shape>
        </w:pict>
      </w:r>
      <w:r>
        <w:rPr>
          <w:rFonts w:ascii="宋体" w:hAnsi="宋体" w:eastAsia="宋体" w:cs="宋体"/>
          <w:color w:val="000000"/>
        </w:rPr>
        <w:t>，</w:t>
      </w:r>
      <w:r>
        <w:pict>
          <v:shape id="_x0000_i71256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30"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倍点”，请直接写出此时的</w:t>
      </w:r>
      <w:r>
        <w:pict>
          <v:shape id="_x0000_i712563"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2732" o:title="eqId36a1b09c653185842513e24ebba60bb3"/>
            <o:lock v:ext="edit" aspectratio="t"/>
            <w10:wrap type="none"/>
            <w10:anchorlock/>
          </v:shape>
        </w:pict>
      </w:r>
      <w:r>
        <w:rPr>
          <w:rFonts w:ascii="宋体" w:hAnsi="宋体" w:eastAsia="宋体" w:cs="宋体"/>
          <w:color w:val="000000"/>
        </w:rPr>
        <w:t>值．</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w:t>
      </w:r>
      <w:r>
        <w:rPr>
          <w:color w:val="000000"/>
        </w:rPr>
        <w:t xml:space="preserve">    （2）</w:t>
      </w:r>
      <w:r>
        <w:pict>
          <v:shape id="_x0000_i712564"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733" o:title="eqId81fb134b2b48acc99213fff6ccfee65f"/>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5</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5</w:t>
      </w:r>
      <w:r>
        <w:rPr>
          <w:rFonts w:ascii="宋体" w:hAnsi="宋体" w:eastAsia="宋体" w:cs="宋体"/>
          <w:color w:val="000000"/>
        </w:rPr>
        <w:t>或</w:t>
      </w:r>
      <w:r>
        <w:pict>
          <v:shape id="_x0000_i712565" o:spt="75" alt="学科网(www.zxxk.com)--教育资源门户，提供试卷、教案、课件、论文、素材以及各类教学资源下载，还有大量而丰富的教学相关资讯！" type="#_x0000_t75" style="height:31.1pt;width:10.95pt;" o:ole="t" filled="f" o:preferrelative="t" stroked="f" coordsize="21600,21600">
            <v:path/>
            <v:fill on="f" focussize="0,0"/>
            <v:stroke on="f" joinstyle="miter"/>
            <v:imagedata r:id="rId2734" o:title="eqIdeac97e6740365c85ad857aff85cefbe5"/>
            <o:lock v:ext="edit" aspectratio="t"/>
            <w10:wrap type="none"/>
            <w10:anchorlock/>
          </v:shape>
        </w:pict>
      </w:r>
      <w:r>
        <w:rPr>
          <w:rFonts w:ascii="宋体" w:hAnsi="宋体" w:eastAsia="宋体" w:cs="宋体"/>
          <w:color w:val="000000"/>
        </w:rPr>
        <w:t>或</w:t>
      </w:r>
      <w:r>
        <w:pict>
          <v:shape id="_x0000_i712566" o:spt="75" alt="学科网(www.zxxk.com)--教育资源门户，提供试卷、教案、课件、论文、素材以及各类教学资源下载，还有大量而丰富的教学相关资讯！" type="#_x0000_t75" style="height:31.2pt;width:16.2pt;" o:ole="t" filled="f" o:preferrelative="t" stroked="f" coordsize="21600,21600">
            <v:path/>
            <v:fill on="f" focussize="0,0"/>
            <v:stroke on="f" joinstyle="miter"/>
            <v:imagedata r:id="rId2735" o:title="eqIda0703b052d85a1fb24f0079021abbfb6"/>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）根据点</w:t>
      </w:r>
      <w:r>
        <w:pict>
          <v:shape id="_x0000_i71256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36" o:title="eqIddad2a36927223bd70f426ba06aea4b45"/>
            <o:lock v:ext="edit" aspectratio="t"/>
            <w10:wrap type="none"/>
            <w10:anchorlock/>
          </v:shape>
        </w:pict>
      </w:r>
      <w:r>
        <w:rPr>
          <w:rFonts w:ascii="宋体" w:hAnsi="宋体" w:eastAsia="宋体" w:cs="宋体"/>
          <w:color w:val="000000"/>
        </w:rPr>
        <w:t>到点</w:t>
      </w:r>
      <w:r>
        <w:pict>
          <v:shape id="_x0000_i71256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37" o:title="eqId5963abe8f421bd99a2aaa94831a951e9"/>
            <o:lock v:ext="edit" aspectratio="t"/>
            <w10:wrap type="none"/>
            <w10:anchorlock/>
          </v:shape>
        </w:pict>
      </w:r>
      <w:r>
        <w:rPr>
          <w:rFonts w:ascii="宋体" w:hAnsi="宋体" w:eastAsia="宋体" w:cs="宋体"/>
          <w:color w:val="000000"/>
        </w:rPr>
        <w:t>、点</w:t>
      </w:r>
      <w:r>
        <w:pict>
          <v:shape id="_x0000_i71256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38" o:title="eqId7f9e8449aad35c5d840a3395ea86df6d"/>
            <o:lock v:ext="edit" aspectratio="t"/>
            <w10:wrap type="none"/>
            <w10:anchorlock/>
          </v:shape>
        </w:pict>
      </w:r>
      <w:r>
        <w:rPr>
          <w:rFonts w:ascii="宋体" w:hAnsi="宋体" w:eastAsia="宋体" w:cs="宋体"/>
          <w:color w:val="000000"/>
        </w:rPr>
        <w:t>的距离相等，结合数轴可得答案；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）此题要分两种情况：</w:t>
      </w:r>
      <w:r>
        <w:rPr>
          <w:rFonts w:ascii="Times New Roman" w:hAnsi="Times New Roman" w:eastAsia="Times New Roman" w:cs="Times New Roman"/>
          <w:color w:val="000000"/>
        </w:rPr>
        <w:t>①</w:t>
      </w:r>
      <w:r>
        <w:rPr>
          <w:rFonts w:ascii="宋体" w:hAnsi="宋体" w:eastAsia="宋体" w:cs="宋体"/>
          <w:color w:val="000000"/>
        </w:rPr>
        <w:t>当</w:t>
      </w:r>
      <w:r>
        <w:pict>
          <v:shape id="_x0000_i71257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39" o:title="eqIddad2a36927223bd70f426ba06aea4b45"/>
            <o:lock v:ext="edit" aspectratio="t"/>
            <w10:wrap type="none"/>
            <w10:anchorlock/>
          </v:shape>
        </w:pict>
      </w:r>
      <w:r>
        <w:rPr>
          <w:rFonts w:ascii="宋体" w:hAnsi="宋体" w:eastAsia="宋体" w:cs="宋体"/>
          <w:color w:val="000000"/>
        </w:rPr>
        <w:t>在</w:t>
      </w:r>
      <w:r>
        <w:pict>
          <v:shape id="_x0000_i712571"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740" o:title="eqIdf52a58fbaf4fea03567e88a9f0f6e37e"/>
            <o:lock v:ext="edit" aspectratio="t"/>
            <w10:wrap type="none"/>
            <w10:anchorlock/>
          </v:shape>
        </w:pict>
      </w:r>
      <w:r>
        <w:rPr>
          <w:rFonts w:ascii="宋体" w:hAnsi="宋体" w:eastAsia="宋体" w:cs="宋体"/>
          <w:color w:val="000000"/>
        </w:rPr>
        <w:t>左侧时，</w:t>
      </w:r>
      <w:r>
        <w:rPr>
          <w:rFonts w:ascii="Times New Roman" w:hAnsi="Times New Roman" w:eastAsia="Times New Roman" w:cs="Times New Roman"/>
          <w:color w:val="000000"/>
        </w:rPr>
        <w:t>②</w:t>
      </w:r>
      <w:r>
        <w:rPr>
          <w:rFonts w:ascii="宋体" w:hAnsi="宋体" w:eastAsia="宋体" w:cs="宋体"/>
          <w:color w:val="000000"/>
        </w:rPr>
        <w:t>当</w:t>
      </w:r>
      <w:r>
        <w:pict>
          <v:shape id="_x0000_i71257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39" o:title="eqIddad2a36927223bd70f426ba06aea4b45"/>
            <o:lock v:ext="edit" aspectratio="t"/>
            <w10:wrap type="none"/>
            <w10:anchorlock/>
          </v:shape>
        </w:pict>
      </w:r>
      <w:r>
        <w:rPr>
          <w:rFonts w:ascii="宋体" w:hAnsi="宋体" w:eastAsia="宋体" w:cs="宋体"/>
          <w:color w:val="000000"/>
        </w:rPr>
        <w:t>在</w:t>
      </w:r>
      <w:r>
        <w:pict>
          <v:shape id="_x0000_i712573"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740" o:title="eqIdf52a58fbaf4fea03567e88a9f0f6e37e"/>
            <o:lock v:ext="edit" aspectratio="t"/>
            <w10:wrap type="none"/>
            <w10:anchorlock/>
          </v:shape>
        </w:pict>
      </w:r>
      <w:r>
        <w:rPr>
          <w:rFonts w:ascii="宋体" w:hAnsi="宋体" w:eastAsia="宋体" w:cs="宋体"/>
          <w:color w:val="000000"/>
        </w:rPr>
        <w:t>右侧时，再列出方程求解即可；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）由点</w:t>
      </w:r>
      <w:r>
        <w:pict>
          <v:shape id="_x0000_i71257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41" o:title="eqIddad2a36927223bd70f426ba06aea4b45"/>
            <o:lock v:ext="edit" aspectratio="t"/>
            <w10:wrap type="none"/>
            <w10:anchorlock/>
          </v:shape>
        </w:pict>
      </w:r>
      <w:r>
        <w:rPr>
          <w:rFonts w:ascii="宋体" w:hAnsi="宋体" w:eastAsia="宋体" w:cs="宋体"/>
          <w:color w:val="000000"/>
        </w:rPr>
        <w:t>恰好是点</w:t>
      </w:r>
      <w:r>
        <w:pict>
          <v:shape id="_x0000_i71257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42" o:title="eqId5963abe8f421bd99a2aaa94831a951e9"/>
            <o:lock v:ext="edit" aspectratio="t"/>
            <w10:wrap type="none"/>
            <w10:anchorlock/>
          </v:shape>
        </w:pict>
      </w:r>
      <w:r>
        <w:rPr>
          <w:rFonts w:ascii="宋体" w:hAnsi="宋体" w:eastAsia="宋体" w:cs="宋体"/>
          <w:color w:val="000000"/>
        </w:rPr>
        <w:t>，</w:t>
      </w:r>
      <w:r>
        <w:pict>
          <v:shape id="_x0000_i71257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43"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倍点”，列出方程可求解．</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3359" name="图片 96385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 name="图片 963854943"/>
                    <pic:cNvPicPr>
                      <a:picLocks noChangeAspect="1"/>
                    </pic:cNvPicPr>
                  </pic:nvPicPr>
                  <pic:blipFill>
                    <a:blip r:embed="rId2744"/>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257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45" o:title="eqIddad2a36927223bd70f426ba06aea4b45"/>
            <o:lock v:ext="edit" aspectratio="t"/>
            <w10:wrap type="none"/>
            <w10:anchorlock/>
          </v:shape>
        </w:pict>
      </w:r>
      <w:r>
        <w:rPr>
          <w:rFonts w:ascii="宋体" w:hAnsi="宋体" w:eastAsia="宋体" w:cs="宋体"/>
          <w:color w:val="000000"/>
        </w:rPr>
        <w:t>为</w:t>
      </w:r>
      <w:r>
        <w:pict>
          <v:shape id="_x0000_i712578"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746" o:title="eqIdf52a58fbaf4fea03567e88a9f0f6e37e"/>
            <o:lock v:ext="edit" aspectratio="t"/>
            <w10:wrap type="none"/>
            <w10:anchorlock/>
          </v:shape>
        </w:pict>
      </w:r>
      <w:r>
        <w:rPr>
          <w:rFonts w:ascii="宋体" w:hAnsi="宋体" w:eastAsia="宋体" w:cs="宋体"/>
          <w:color w:val="000000"/>
        </w:rPr>
        <w:t>的中点，</w:t>
      </w:r>
      <w:r>
        <w:pict>
          <v:shape id="_x0000_i712579"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2747" o:title="eqIdb8737d81b61ff374b0c626aba6b7ed3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依题意得</w:t>
      </w:r>
      <w:r>
        <w:pict>
          <v:shape id="_x0000_i712580" o:spt="75" alt="学科网(www.zxxk.com)--教育资源门户，提供试卷、教案、课件、论文、素材以及各类教学资源下载，还有大量而丰富的教学相关资讯！" type="#_x0000_t75" style="height:18.75pt;width:87pt;" o:ole="t" filled="f" o:preferrelative="t" stroked="f" coordsize="21600,21600">
            <v:path/>
            <v:fill on="f" focussize="0,0"/>
            <v:stroke on="f" joinstyle="miter"/>
            <v:imagedata r:id="rId2748" o:title="eqId8189caaab0141756f8fb278e3f4ce49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2581" o:spt="75" alt="学科网(www.zxxk.com)--教育资源门户，提供试卷、教案、课件、论文、素材以及各类教学资源下载，还有大量而丰富的教学相关资讯！" type="#_x0000_t75" style="height:18.75pt;width:30.75pt;" o:ole="t" filled="f" o:preferrelative="t" stroked="f" coordsize="21600,21600">
            <v:path/>
            <v:fill on="f" focussize="0,0"/>
            <v:stroke on="f" joinstyle="miter"/>
            <v:imagedata r:id="rId2749" o:title="eqId8195e5153361082279cbd1e01469a74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解：由</w:t>
      </w:r>
      <w:r>
        <w:pict>
          <v:shape id="_x0000_i712582" o:spt="75" alt="学科网(www.zxxk.com)--教育资源门户，提供试卷、教案、课件、论文、素材以及各类教学资源下载，还有大量而丰富的教学相关资讯！" type="#_x0000_t75" style="height:14.5pt;width:36.8pt;" o:ole="t" filled="f" o:preferrelative="t" stroked="f" coordsize="21600,21600">
            <v:path/>
            <v:fill on="f" focussize="0,0"/>
            <v:stroke on="f" joinstyle="miter"/>
            <v:imagedata r:id="rId2750" o:title="eqId305a88d4e0249bd16d48eda01331d2d4"/>
            <o:lock v:ext="edit" aspectratio="t"/>
            <w10:wrap type="none"/>
            <w10:anchorlock/>
          </v:shape>
        </w:pict>
      </w:r>
      <w:r>
        <w:rPr>
          <w:rFonts w:ascii="宋体" w:hAnsi="宋体" w:eastAsia="宋体" w:cs="宋体"/>
          <w:color w:val="000000"/>
        </w:rPr>
        <w:t>，若存在点</w:t>
      </w:r>
      <w:r>
        <w:pict>
          <v:shape id="_x0000_i71258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51" o:title="eqIddad2a36927223bd70f426ba06aea4b45"/>
            <o:lock v:ext="edit" aspectratio="t"/>
            <w10:wrap type="none"/>
            <w10:anchorlock/>
          </v:shape>
        </w:pict>
      </w:r>
      <w:r>
        <w:rPr>
          <w:rFonts w:ascii="宋体" w:hAnsi="宋体" w:eastAsia="宋体" w:cs="宋体"/>
          <w:color w:val="000000"/>
        </w:rPr>
        <w:t>到点</w:t>
      </w:r>
      <w:r>
        <w:pict>
          <v:shape id="_x0000_i71258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52" o:title="eqId5963abe8f421bd99a2aaa94831a951e9"/>
            <o:lock v:ext="edit" aspectratio="t"/>
            <w10:wrap type="none"/>
            <w10:anchorlock/>
          </v:shape>
        </w:pict>
      </w:r>
      <w:r>
        <w:rPr>
          <w:rFonts w:ascii="宋体" w:hAnsi="宋体" w:eastAsia="宋体" w:cs="宋体"/>
          <w:color w:val="000000"/>
        </w:rPr>
        <w:t>、点</w:t>
      </w:r>
      <w:r>
        <w:pict>
          <v:shape id="_x0000_i71258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53" o:title="eqId7f9e8449aad35c5d840a3395ea86df6d"/>
            <o:lock v:ext="edit" aspectratio="t"/>
            <w10:wrap type="none"/>
            <w10:anchorlock/>
          </v:shape>
        </w:pict>
      </w:r>
      <w:r>
        <w:rPr>
          <w:rFonts w:ascii="宋体" w:hAnsi="宋体" w:eastAsia="宋体" w:cs="宋体"/>
          <w:color w:val="000000"/>
        </w:rPr>
        <w:t>的距离之和为</w:t>
      </w:r>
      <w:r>
        <w:rPr>
          <w:rFonts w:ascii="Times New Roman" w:hAnsi="Times New Roman" w:eastAsia="Times New Roman" w:cs="Times New Roman"/>
          <w:color w:val="000000"/>
        </w:rPr>
        <w:t>8</w:t>
      </w:r>
      <w:r>
        <w:rPr>
          <w:rFonts w:ascii="宋体" w:hAnsi="宋体" w:eastAsia="宋体" w:cs="宋体"/>
          <w:color w:val="000000"/>
        </w:rPr>
        <w:t>，</w:t>
      </w:r>
      <w:r>
        <w:pict>
          <v:shape id="_x0000_i71258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51" o:title="eqIddad2a36927223bd70f426ba06aea4b45"/>
            <o:lock v:ext="edit" aspectratio="t"/>
            <w10:wrap type="none"/>
            <w10:anchorlock/>
          </v:shape>
        </w:pict>
      </w:r>
      <w:r>
        <w:rPr>
          <w:rFonts w:ascii="宋体" w:hAnsi="宋体" w:eastAsia="宋体" w:cs="宋体"/>
          <w:color w:val="000000"/>
        </w:rPr>
        <w:t>不可能在线段</w:t>
      </w:r>
      <w:r>
        <w:pict>
          <v:shape id="_x0000_i712587"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2754" o:title="eqIdf52a58fbaf4fea03567e88a9f0f6e37e"/>
            <o:lock v:ext="edit" aspectratio="t"/>
            <w10:wrap type="none"/>
            <w10:anchorlock/>
          </v:shape>
        </w:pict>
      </w:r>
      <w:r>
        <w:rPr>
          <w:rFonts w:ascii="宋体" w:hAnsi="宋体" w:eastAsia="宋体" w:cs="宋体"/>
          <w:color w:val="000000"/>
        </w:rPr>
        <w:t>上，只能在</w:t>
      </w:r>
      <w:r>
        <w:pict>
          <v:shape id="_x0000_i71258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52" o:title="eqId5963abe8f421bd99a2aaa94831a951e9"/>
            <o:lock v:ext="edit" aspectratio="t"/>
            <w10:wrap type="none"/>
            <w10:anchorlock/>
          </v:shape>
        </w:pict>
      </w:r>
      <w:r>
        <w:rPr>
          <w:rFonts w:ascii="宋体" w:hAnsi="宋体" w:eastAsia="宋体" w:cs="宋体"/>
          <w:color w:val="000000"/>
        </w:rPr>
        <w:t>点左侧，或</w:t>
      </w:r>
      <w:r>
        <w:pict>
          <v:shape id="_x0000_i71258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53" o:title="eqId7f9e8449aad35c5d840a3395ea86df6d"/>
            <o:lock v:ext="edit" aspectratio="t"/>
            <w10:wrap type="none"/>
            <w10:anchorlock/>
          </v:shape>
        </w:pict>
      </w:r>
      <w:r>
        <w:rPr>
          <w:rFonts w:ascii="宋体" w:hAnsi="宋体" w:eastAsia="宋体" w:cs="宋体"/>
          <w:color w:val="000000"/>
        </w:rPr>
        <w:t>点右侧．</w:t>
      </w:r>
    </w:p>
    <w:p>
      <w:pPr>
        <w:spacing w:line="360" w:lineRule="auto"/>
        <w:jc w:val="left"/>
        <w:textAlignment w:val="center"/>
        <w:rPr>
          <w:color w:val="000000"/>
        </w:rPr>
      </w:pPr>
      <w:r>
        <w:rPr>
          <w:rFonts w:ascii="Times New Roman" w:hAnsi="Times New Roman" w:eastAsia="Times New Roman" w:cs="Times New Roman"/>
          <w:color w:val="000000"/>
        </w:rPr>
        <w:t>①</w:t>
      </w:r>
      <w:r>
        <w:pict>
          <v:shape id="_x0000_i71259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55" o:title="eqIddad2a36927223bd70f426ba06aea4b45"/>
            <o:lock v:ext="edit" aspectratio="t"/>
            <w10:wrap type="none"/>
            <w10:anchorlock/>
          </v:shape>
        </w:pict>
      </w:r>
      <w:r>
        <w:rPr>
          <w:rFonts w:ascii="宋体" w:hAnsi="宋体" w:eastAsia="宋体" w:cs="宋体"/>
          <w:color w:val="000000"/>
        </w:rPr>
        <w:t>在点</w:t>
      </w:r>
      <w:r>
        <w:pict>
          <v:shape id="_x0000_i71259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56" o:title="eqId5963abe8f421bd99a2aaa94831a951e9"/>
            <o:lock v:ext="edit" aspectratio="t"/>
            <w10:wrap type="none"/>
            <w10:anchorlock/>
          </v:shape>
        </w:pict>
      </w:r>
      <w:r>
        <w:rPr>
          <w:rFonts w:ascii="宋体" w:hAnsi="宋体" w:eastAsia="宋体" w:cs="宋体"/>
          <w:color w:val="000000"/>
        </w:rPr>
        <w:t>左侧，</w:t>
      </w:r>
      <w:r>
        <w:pict>
          <v:shape id="_x0000_i712592" o:spt="75" alt="学科网(www.zxxk.com)--教育资源门户，提供试卷、教案、课件、论文、素材以及各类教学资源下载，还有大量而丰富的教学相关资讯！" type="#_x0000_t75" style="height:18.75pt;width:63.75pt;" o:ole="t" filled="f" o:preferrelative="t" stroked="f" coordsize="21600,21600">
            <v:path/>
            <v:fill on="f" focussize="0,0"/>
            <v:stroke on="f" joinstyle="miter"/>
            <v:imagedata r:id="rId2757" o:title="eqId106419e383a7257aa12bf24a7ea99057"/>
            <o:lock v:ext="edit" aspectratio="t"/>
            <w10:wrap type="none"/>
            <w10:anchorlock/>
          </v:shape>
        </w:pict>
      </w:r>
      <w:r>
        <w:rPr>
          <w:rFonts w:ascii="宋体" w:hAnsi="宋体" w:eastAsia="宋体" w:cs="宋体"/>
          <w:color w:val="000000"/>
        </w:rPr>
        <w:t>，</w:t>
      </w:r>
      <w:r>
        <w:pict>
          <v:shape id="_x0000_i712593" o:spt="75" alt="学科网(www.zxxk.com)--教育资源门户，提供试卷、教案、课件、论文、素材以及各类教学资源下载，还有大量而丰富的教学相关资讯！" type="#_x0000_t75" style="height:18.75pt;width:57.75pt;" o:ole="t" filled="f" o:preferrelative="t" stroked="f" coordsize="21600,21600">
            <v:path/>
            <v:fill on="f" focussize="0,0"/>
            <v:stroke on="f" joinstyle="miter"/>
            <v:imagedata r:id="rId2758" o:title="eqId3f96700b0725754492d884ea3bcd4e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依题意得</w:t>
      </w:r>
      <w:r>
        <w:pict>
          <v:shape id="_x0000_i712594" o:spt="75" alt="学科网(www.zxxk.com)--教育资源门户，提供试卷、教案、课件、论文、素材以及各类教学资源下载，还有大量而丰富的教学相关资讯！" type="#_x0000_t75" style="height:18.75pt;width:111pt;" o:ole="t" filled="f" o:preferrelative="t" stroked="f" coordsize="21600,21600">
            <v:path/>
            <v:fill on="f" focussize="0,0"/>
            <v:stroke on="f" joinstyle="miter"/>
            <v:imagedata r:id="rId2759" o:title="eqIdb1a6dfa623cf4f16d94a4454801f008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2595" o:spt="75" alt="学科网(www.zxxk.com)--教育资源门户，提供试卷、教案、课件、论文、素材以及各类教学资源下载，还有大量而丰富的教学相关资讯！" type="#_x0000_t75" style="height:19.5pt;width:40.5pt;" o:ole="t" filled="f" o:preferrelative="t" stroked="f" coordsize="21600,21600">
            <v:path/>
            <v:fill on="f" focussize="0,0"/>
            <v:stroke on="f" joinstyle="miter"/>
            <v:imagedata r:id="rId2760" o:title="eqId27e616dbc1a8ada708fc024799b515a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pict>
          <v:shape id="_x0000_i71259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61" o:title="eqIddad2a36927223bd70f426ba06aea4b45"/>
            <o:lock v:ext="edit" aspectratio="t"/>
            <w10:wrap type="none"/>
            <w10:anchorlock/>
          </v:shape>
        </w:pict>
      </w:r>
      <w:r>
        <w:rPr>
          <w:rFonts w:ascii="宋体" w:hAnsi="宋体" w:eastAsia="宋体" w:cs="宋体"/>
          <w:color w:val="000000"/>
        </w:rPr>
        <w:t>在点</w:t>
      </w:r>
      <w:r>
        <w:pict>
          <v:shape id="_x0000_i71259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62" o:title="eqId7f9e8449aad35c5d840a3395ea86df6d"/>
            <o:lock v:ext="edit" aspectratio="t"/>
            <w10:wrap type="none"/>
            <w10:anchorlock/>
          </v:shape>
        </w:pict>
      </w:r>
      <w:r>
        <w:rPr>
          <w:rFonts w:ascii="宋体" w:hAnsi="宋体" w:eastAsia="宋体" w:cs="宋体"/>
          <w:color w:val="000000"/>
        </w:rPr>
        <w:t>右侧，</w:t>
      </w:r>
      <w:r>
        <w:pict>
          <v:shape id="_x0000_i712598" o:spt="75" alt="学科网(www.zxxk.com)--教育资源门户，提供试卷、教案、课件、论文、素材以及各类教学资源下载，还有大量而丰富的教学相关资讯！" type="#_x0000_t75" style="height:18.75pt;width:114pt;" o:ole="t" filled="f" o:preferrelative="t" stroked="f" coordsize="21600,21600">
            <v:path/>
            <v:fill on="f" focussize="0,0"/>
            <v:stroke on="f" joinstyle="miter"/>
            <v:imagedata r:id="rId2763" o:title="eqIdbe25ff33194a8ac29a6835888d2ce015"/>
            <o:lock v:ext="edit" aspectratio="t"/>
            <w10:wrap type="none"/>
            <w10:anchorlock/>
          </v:shape>
        </w:pict>
      </w:r>
      <w:r>
        <w:rPr>
          <w:rFonts w:ascii="宋体" w:hAnsi="宋体" w:eastAsia="宋体" w:cs="宋体"/>
          <w:color w:val="000000"/>
        </w:rPr>
        <w:t>，</w:t>
      </w:r>
      <w:r>
        <w:pict>
          <v:shape id="_x0000_i712599" o:spt="75" alt="学科网(www.zxxk.com)--教育资源门户，提供试卷、教案、课件、论文、素材以及各类教学资源下载，还有大量而丰富的教学相关资讯！" type="#_x0000_t75" style="height:18.75pt;width:59.25pt;" o:ole="t" filled="f" o:preferrelative="t" stroked="f" coordsize="21600,21600">
            <v:path/>
            <v:fill on="f" focussize="0,0"/>
            <v:stroke on="f" joinstyle="miter"/>
            <v:imagedata r:id="rId2764" o:title="eqId5d4202c8933771ad2445e81669c12ae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依题意得</w:t>
      </w:r>
      <w:r>
        <w:pict>
          <v:shape id="_x0000_i712600" o:spt="75" alt="学科网(www.zxxk.com)--教育资源门户，提供试卷、教案、课件、论文、素材以及各类教学资源下载，还有大量而丰富的教学相关资讯！" type="#_x0000_t75" style="height:18.75pt;width:105pt;" o:ole="t" filled="f" o:preferrelative="t" stroked="f" coordsize="21600,21600">
            <v:path/>
            <v:fill on="f" focussize="0,0"/>
            <v:stroke on="f" joinstyle="miter"/>
            <v:imagedata r:id="rId2765" o:title="eqIdbf375e7ece7264ec7eb0234804a0c04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2601" o:spt="75" alt="学科网(www.zxxk.com)--教育资源门户，提供试卷、教案、课件、论文、素材以及各类教学资源下载，还有大量而丰富的教学相关资讯！" type="#_x0000_t75" style="height:19pt;width:33pt;" o:ole="t" filled="f" o:preferrelative="t" stroked="f" coordsize="21600,21600">
            <v:path/>
            <v:fill on="f" focussize="0,0"/>
            <v:stroke on="f" joinstyle="miter"/>
            <v:imagedata r:id="rId2766" o:title="eqIdcb089e297304ef2ec8e87b93aeea683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w:t>
      </w:r>
      <w:r>
        <w:pict>
          <v:shape id="_x0000_i71260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67" o:title="eqIddad2a36927223bd70f426ba06aea4b45"/>
            <o:lock v:ext="edit" aspectratio="t"/>
            <w10:wrap type="none"/>
            <w10:anchorlock/>
          </v:shape>
        </w:pict>
      </w:r>
      <w:r>
        <w:rPr>
          <w:rFonts w:ascii="宋体" w:hAnsi="宋体" w:eastAsia="宋体" w:cs="宋体"/>
          <w:color w:val="000000"/>
        </w:rPr>
        <w:t>点对应的数是</w:t>
      </w:r>
      <w:r>
        <w:pict>
          <v:shape id="_x0000_i712603"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768" o:title="eqId81fb134b2b48acc99213fff6ccfee65f"/>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解：由题意可得：</w:t>
      </w:r>
      <w:r>
        <w:pict>
          <v:shape id="_x0000_i712604"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2769" o:title="eqId36a1b09c653185842513e24ebba60bb3"/>
            <o:lock v:ext="edit" aspectratio="t"/>
            <w10:wrap type="none"/>
            <w10:anchorlock/>
          </v:shape>
        </w:pict>
      </w:r>
      <w:r>
        <w:rPr>
          <w:rFonts w:ascii="宋体" w:hAnsi="宋体" w:eastAsia="宋体" w:cs="宋体"/>
          <w:color w:val="000000"/>
        </w:rPr>
        <w:t>秒后，点</w:t>
      </w:r>
      <w:r>
        <w:pict>
          <v:shape id="_x0000_i71260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70" o:title="eqId5963abe8f421bd99a2aaa94831a951e9"/>
            <o:lock v:ext="edit" aspectratio="t"/>
            <w10:wrap type="none"/>
            <w10:anchorlock/>
          </v:shape>
        </w:pict>
      </w:r>
      <w:r>
        <w:rPr>
          <w:rFonts w:ascii="宋体" w:hAnsi="宋体" w:eastAsia="宋体" w:cs="宋体"/>
          <w:color w:val="000000"/>
        </w:rPr>
        <w:t>对应的数为</w:t>
      </w:r>
      <w:r>
        <w:pict>
          <v:shape id="_x0000_i712606" o:spt="75" alt="学科网(www.zxxk.com)--教育资源门户，提供试卷、教案、课件、论文、素材以及各类教学资源下载，还有大量而丰富的教学相关资讯！" type="#_x0000_t75" style="height:13.5pt;width:37.5pt;" o:ole="t" filled="f" o:preferrelative="t" stroked="f" coordsize="21600,21600">
            <v:path/>
            <v:fill on="f" focussize="0,0"/>
            <v:stroke on="f" joinstyle="miter"/>
            <v:imagedata r:id="rId2771" o:title="eqId49bfeace30d8f906766d2b1800b7c9d8"/>
            <o:lock v:ext="edit" aspectratio="t"/>
            <w10:wrap type="none"/>
            <w10:anchorlock/>
          </v:shape>
        </w:pict>
      </w:r>
      <w:r>
        <w:rPr>
          <w:rFonts w:ascii="宋体" w:hAnsi="宋体" w:eastAsia="宋体" w:cs="宋体"/>
          <w:color w:val="000000"/>
        </w:rPr>
        <w:t>，点</w:t>
      </w:r>
      <w:r>
        <w:pict>
          <v:shape id="_x0000_i71260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72" o:title="eqId7f9e8449aad35c5d840a3395ea86df6d"/>
            <o:lock v:ext="edit" aspectratio="t"/>
            <w10:wrap type="none"/>
            <w10:anchorlock/>
          </v:shape>
        </w:pict>
      </w:r>
      <w:r>
        <w:rPr>
          <w:rFonts w:ascii="宋体" w:hAnsi="宋体" w:eastAsia="宋体" w:cs="宋体"/>
          <w:color w:val="000000"/>
        </w:rPr>
        <w:t>对应的数为</w:t>
      </w:r>
      <w:r>
        <w:pict>
          <v:shape id="_x0000_i712608"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2773" o:title="eqIdf586b0db7d295a0ca63b214b0cd123ad"/>
            <o:lock v:ext="edit" aspectratio="t"/>
            <w10:wrap type="none"/>
            <w10:anchorlock/>
          </v:shape>
        </w:pict>
      </w:r>
      <w:r>
        <w:rPr>
          <w:rFonts w:ascii="宋体" w:hAnsi="宋体" w:eastAsia="宋体" w:cs="宋体"/>
          <w:color w:val="000000"/>
        </w:rPr>
        <w:t>，点</w:t>
      </w:r>
      <w:r>
        <w:pict>
          <v:shape id="_x0000_i71260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74" o:title="eqIddad2a36927223bd70f426ba06aea4b45"/>
            <o:lock v:ext="edit" aspectratio="t"/>
            <w10:wrap type="none"/>
            <w10:anchorlock/>
          </v:shape>
        </w:pict>
      </w:r>
      <w:r>
        <w:rPr>
          <w:rFonts w:ascii="宋体" w:hAnsi="宋体" w:eastAsia="宋体" w:cs="宋体"/>
          <w:color w:val="000000"/>
        </w:rPr>
        <w:t>对应的数为</w:t>
      </w:r>
      <w:r>
        <w:pict>
          <v:shape id="_x0000_i712610" o:spt="75" alt="学科网(www.zxxk.com)--教育资源门户，提供试卷、教案、课件、论文、素材以及各类教学资源下载，还有大量而丰富的教学相关资讯！" type="#_x0000_t75" style="height:14pt;width:29pt;" o:ole="t" filled="f" o:preferrelative="t" stroked="f" coordsize="21600,21600">
            <v:path/>
            <v:fill on="f" focussize="0,0"/>
            <v:stroke on="f" joinstyle="miter"/>
            <v:imagedata r:id="rId2775" o:title="eqId676f64471882c7a6974f73af40e27c3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611"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776" o:title="eqId16f3d198e76391779fa3badc848c8ac8"/>
            <o:lock v:ext="edit" aspectratio="t"/>
            <w10:wrap type="none"/>
            <w10:anchorlock/>
          </v:shape>
        </w:pict>
      </w:r>
      <w:r>
        <w:rPr>
          <w:rFonts w:ascii="宋体" w:hAnsi="宋体" w:eastAsia="宋体" w:cs="宋体"/>
          <w:color w:val="000000"/>
        </w:rPr>
        <w:t>点</w:t>
      </w:r>
      <w:r>
        <w:pict>
          <v:shape id="_x0000_i71261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77" o:title="eqIddad2a36927223bd70f426ba06aea4b45"/>
            <o:lock v:ext="edit" aspectratio="t"/>
            <w10:wrap type="none"/>
            <w10:anchorlock/>
          </v:shape>
        </w:pict>
      </w:r>
      <w:r>
        <w:rPr>
          <w:rFonts w:ascii="宋体" w:hAnsi="宋体" w:eastAsia="宋体" w:cs="宋体"/>
          <w:color w:val="000000"/>
        </w:rPr>
        <w:t>恰好是点</w:t>
      </w:r>
      <w:r>
        <w:pict>
          <v:shape id="_x0000_i71261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78" o:title="eqId5963abe8f421bd99a2aaa94831a951e9"/>
            <o:lock v:ext="edit" aspectratio="t"/>
            <w10:wrap type="none"/>
            <w10:anchorlock/>
          </v:shape>
        </w:pict>
      </w:r>
      <w:r>
        <w:rPr>
          <w:rFonts w:ascii="宋体" w:hAnsi="宋体" w:eastAsia="宋体" w:cs="宋体"/>
          <w:color w:val="000000"/>
        </w:rPr>
        <w:t>，</w:t>
      </w:r>
      <w:r>
        <w:pict>
          <v:shape id="_x0000_i71261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79"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倍点”，</w:t>
      </w:r>
    </w:p>
    <w:p>
      <w:pPr>
        <w:spacing w:line="360" w:lineRule="auto"/>
        <w:jc w:val="left"/>
        <w:textAlignment w:val="center"/>
        <w:rPr>
          <w:color w:val="000000"/>
        </w:rPr>
      </w:pPr>
      <w:r>
        <w:pict>
          <v:shape id="_x0000_i712615" o:spt="75" alt="学科网(www.zxxk.com)--教育资源门户，提供试卷、教案、课件、论文、素材以及各类教学资源下载，还有大量而丰富的教学相关资讯！" type="#_x0000_t75" style="height:20.25pt;width:198pt;" o:ole="t" filled="f" o:preferrelative="t" stroked="f" coordsize="21600,21600">
            <v:path/>
            <v:fill on="f" focussize="0,0"/>
            <v:stroke on="f" joinstyle="miter"/>
            <v:imagedata r:id="rId2780" o:title="eqIdeb517f2decd32f4f7d829c5864f3fe02"/>
            <o:lock v:ext="edit" aspectratio="t"/>
            <w10:wrap type="none"/>
            <w10:anchorlock/>
          </v:shape>
        </w:pict>
      </w:r>
      <w:r>
        <w:rPr>
          <w:rFonts w:ascii="宋体" w:hAnsi="宋体" w:eastAsia="宋体" w:cs="宋体"/>
          <w:color w:val="000000"/>
        </w:rPr>
        <w:t>或</w:t>
      </w:r>
      <w:r>
        <w:pict>
          <v:shape id="_x0000_i712616" o:spt="75" alt="学科网(www.zxxk.com)--教育资源门户，提供试卷、教案、课件、论文、素材以及各类教学资源下载，还有大量而丰富的教学相关资讯！" type="#_x0000_t75" style="height:21.75pt;width:186.75pt;" o:ole="t" filled="f" o:preferrelative="t" stroked="f" coordsize="21600,21600">
            <v:path/>
            <v:fill on="f" focussize="0,0"/>
            <v:stroke on="f" joinstyle="miter"/>
            <v:imagedata r:id="rId2781" o:title="eqId65c98806820cbcf30302708e23db905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2617" o:spt="75" alt="学科网(www.zxxk.com)--教育资源门户，提供试卷、教案、课件、论文、素材以及各类教学资源下载，还有大量而丰富的教学相关资讯！" type="#_x0000_t75" style="height:14.1pt;width:24.7pt;" o:ole="t" filled="f" o:preferrelative="t" stroked="f" coordsize="21600,21600">
            <v:path/>
            <v:fill on="f" focussize="0,0"/>
            <v:stroke on="f" joinstyle="miter"/>
            <v:imagedata r:id="rId2782" o:title="eqIda495c197fcbacb8c109aa0060525a371"/>
            <o:lock v:ext="edit" aspectratio="t"/>
            <w10:wrap type="none"/>
            <w10:anchorlock/>
          </v:shape>
        </w:pict>
      </w:r>
      <w:r>
        <w:rPr>
          <w:rFonts w:ascii="宋体" w:hAnsi="宋体" w:eastAsia="宋体" w:cs="宋体"/>
          <w:color w:val="000000"/>
        </w:rPr>
        <w:t>或</w:t>
      </w:r>
      <w:r>
        <w:pict>
          <v:shape id="_x0000_i712618" o:spt="75" alt="学科网(www.zxxk.com)--教育资源门户，提供试卷、教案、课件、论文、素材以及各类教学资源下载，还有大量而丰富的教学相关资讯！" type="#_x0000_t75" style="height:30.85pt;width:27.25pt;" o:ole="t" filled="f" o:preferrelative="t" stroked="f" coordsize="21600,21600">
            <v:path/>
            <v:fill on="f" focussize="0,0"/>
            <v:stroke on="f" joinstyle="miter"/>
            <v:imagedata r:id="rId2783" o:title="eqId7deeda802e6238bb034ab317956f70f9"/>
            <o:lock v:ext="edit" aspectratio="t"/>
            <w10:wrap type="none"/>
            <w10:anchorlock/>
          </v:shape>
        </w:pict>
      </w:r>
      <w:r>
        <w:rPr>
          <w:rFonts w:ascii="宋体" w:hAnsi="宋体" w:eastAsia="宋体" w:cs="宋体"/>
          <w:color w:val="000000"/>
        </w:rPr>
        <w:t>或</w:t>
      </w:r>
      <w:r>
        <w:pict>
          <v:shape id="_x0000_i712619"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2784" o:title="eqId57d7ba7b17a9f17fb018814f14ad72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620" o:spt="75" alt="学科网(www.zxxk.com)--教育资源门户，提供试卷、教案、课件、论文、素材以及各类教学资源下载，还有大量而丰富的教学相关资讯！" type="#_x0000_t75" style="height:11.8pt;width:17.2pt;" o:ole="t" filled="f" o:preferrelative="t" stroked="f" coordsize="21600,21600">
            <v:path/>
            <v:fill on="f" focussize="0,0"/>
            <v:stroke on="f" joinstyle="miter"/>
            <v:imagedata r:id="rId2785" o:title="eqIde36048ba4ecc0839ef90fef1cb96cc7b"/>
            <o:lock v:ext="edit" aspectratio="t"/>
            <w10:wrap type="none"/>
            <w10:anchorlock/>
          </v:shape>
        </w:pict>
      </w:r>
      <w:r>
        <w:rPr>
          <w:rFonts w:ascii="宋体" w:hAnsi="宋体" w:eastAsia="宋体" w:cs="宋体"/>
          <w:color w:val="000000"/>
        </w:rPr>
        <w:t>的值</w:t>
      </w:r>
      <w:r>
        <w:rPr>
          <w:rFonts w:ascii="Times New Roman" w:hAnsi="Times New Roman" w:eastAsia="Times New Roman" w:cs="Times New Roman"/>
          <w:color w:val="000000"/>
        </w:rPr>
        <w:t>5</w:t>
      </w:r>
      <w:r>
        <w:rPr>
          <w:rFonts w:ascii="宋体" w:hAnsi="宋体" w:eastAsia="宋体" w:cs="宋体"/>
          <w:color w:val="000000"/>
        </w:rPr>
        <w:t>或</w:t>
      </w:r>
      <w:r>
        <w:pict>
          <v:shape id="_x0000_i712621" o:spt="75" alt="学科网(www.zxxk.com)--教育资源门户，提供试卷、教案、课件、论文、素材以及各类教学资源下载，还有大量而丰富的教学相关资讯！" type="#_x0000_t75" style="height:31.1pt;width:10.95pt;" o:ole="t" filled="f" o:preferrelative="t" stroked="f" coordsize="21600,21600">
            <v:path/>
            <v:fill on="f" focussize="0,0"/>
            <v:stroke on="f" joinstyle="miter"/>
            <v:imagedata r:id="rId2786" o:title="eqIdeac97e6740365c85ad857aff85cefbe5"/>
            <o:lock v:ext="edit" aspectratio="t"/>
            <w10:wrap type="none"/>
            <w10:anchorlock/>
          </v:shape>
        </w:pict>
      </w:r>
      <w:r>
        <w:rPr>
          <w:rFonts w:ascii="宋体" w:hAnsi="宋体" w:eastAsia="宋体" w:cs="宋体"/>
          <w:color w:val="000000"/>
        </w:rPr>
        <w:t>或</w:t>
      </w:r>
      <w:r>
        <w:pict>
          <v:shape id="_x0000_i712622" o:spt="75" alt="学科网(www.zxxk.com)--教育资源门户，提供试卷、教案、课件、论文、素材以及各类教学资源下载，还有大量而丰富的教学相关资讯！" type="#_x0000_t75" style="height:31.2pt;width:16.2pt;" o:ole="t" filled="f" o:preferrelative="t" stroked="f" coordsize="21600,21600">
            <v:path/>
            <v:fill on="f" focussize="0,0"/>
            <v:stroke on="f" joinstyle="miter"/>
            <v:imagedata r:id="rId2787" o:title="eqIda0703b052d85a1fb24f0079021abbfb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本题考查了一元一次方程的应用，以及数轴，关键是理解题意，表示出两点之间的距离，利用数形结合法列出方程．</w:t>
      </w:r>
    </w:p>
    <w:p>
      <w:pPr>
        <w:pStyle w:val="Heading2"/>
      </w:pPr>
      <w:r>
        <w:t>丰台区</w:t>
      </w:r>
    </w:p>
    <w:p>
      <w:pPr>
        <w:spacing w:line="360" w:lineRule="auto"/>
        <w:jc w:val="left"/>
        <w:textAlignment w:val="center"/>
        <w:rPr>
          <w:color w:val="000000"/>
        </w:rPr>
      </w:pPr>
      <w:r>
        <w:rPr>
          <w:color w:val="000000"/>
        </w:rPr>
        <w:t xml:space="preserve">27. </w:t>
      </w:r>
      <w:r>
        <w:rPr>
          <w:rFonts w:ascii="宋体" w:eastAsia="宋体" w:hAnsi="宋体" w:cs="宋体"/>
          <w:color w:val="000000"/>
        </w:rPr>
        <w:t>有这样一个问题：将一个两位数的十位上的数与个位上的数交换位置，得到一个新数，那么这个新数与原数的和能被</w:t>
      </w:r>
      <w:r>
        <w:rPr>
          <w:rFonts w:ascii="Times New Roman" w:eastAsia="Times New Roman" w:hAnsi="Times New Roman" w:cs="Times New Roman"/>
          <w:color w:val="000000"/>
        </w:rPr>
        <w:t>11</w:t>
      </w:r>
      <w:r>
        <w:rPr>
          <w:rFonts w:ascii="宋体" w:eastAsia="宋体" w:hAnsi="宋体" w:cs="宋体"/>
          <w:color w:val="000000"/>
        </w:rPr>
        <w:t>整除吗？</w:t>
      </w:r>
    </w:p>
    <w:p>
      <w:pPr>
        <w:spacing w:line="360" w:lineRule="auto"/>
        <w:jc w:val="left"/>
        <w:textAlignment w:val="center"/>
        <w:rPr>
          <w:color w:val="000000"/>
        </w:rPr>
      </w:pPr>
      <w:r>
        <w:rPr>
          <w:rFonts w:ascii="宋体" w:eastAsia="宋体" w:hAnsi="宋体" w:cs="宋体"/>
          <w:color w:val="000000"/>
        </w:rPr>
        <w:t>下面是小明的探究过程，请补充完整：</w:t>
      </w:r>
    </w:p>
    <w:p>
      <w:pPr>
        <w:spacing w:line="360" w:lineRule="auto"/>
        <w:jc w:val="left"/>
        <w:textAlignment w:val="center"/>
        <w:rPr>
          <w:color w:val="000000"/>
        </w:rPr>
      </w:pPr>
      <w:r>
        <w:rPr>
          <w:color w:val="000000"/>
        </w:rPr>
        <w:t>（1）</w:t>
      </w:r>
      <w:r>
        <w:rPr>
          <w:rFonts w:ascii="宋体" w:eastAsia="宋体" w:hAnsi="宋体" w:cs="宋体"/>
          <w:color w:val="000000"/>
        </w:rPr>
        <w:t>举例：例</w:t>
      </w:r>
      <w:r>
        <w:rPr>
          <w:rFonts w:ascii="Times New Roman" w:eastAsia="Times New Roman" w:hAnsi="Times New Roman" w:cs="Times New Roman"/>
          <w:color w:val="000000"/>
        </w:rPr>
        <w:t>①</w:t>
      </w:r>
      <w:r>
        <w:pict>
          <v:shape id="_x0000_i712623" type="#_x0000_t75" alt="学科网(www.zxxk.com)--教育资源门户，提供试卷、教案、课件、论文、素材以及各类教学资源下载，还有大量而丰富的教学相关资讯！" style="width:60pt;height:14.2pt" o:oleicon="f" o:ole="">
            <v:imagedata r:id="rId2788" o:title="eqIde15c4ee074da2da22f38f0235f3a075d"/>
          </v:shape>
        </w:pict>
      </w:r>
      <w:r>
        <w:rPr>
          <w:rFonts w:ascii="宋体" w:eastAsia="宋体" w:hAnsi="宋体" w:cs="宋体"/>
          <w:color w:val="000000"/>
        </w:rPr>
        <w:t>，</w:t>
      </w:r>
      <w:r>
        <w:pict>
          <v:shape id="_x0000_i712624" type="#_x0000_t75" alt="学科网(www.zxxk.com)--教育资源门户，提供试卷、教案、课件、论文、素材以及各类教学资源下载，还有大量而丰富的教学相关资讯！" style="width:54.55pt;height:12.55pt" o:oleicon="f" o:ole="">
            <v:imagedata r:id="rId2789" o:title="eqId01e925096e6e0d3551359188e7203ec5"/>
          </v:shape>
        </w:pict>
      </w:r>
      <w:r>
        <w:rPr>
          <w:rFonts w:ascii="宋体" w:eastAsia="宋体" w:hAnsi="宋体" w:cs="宋体"/>
          <w:color w:val="000000"/>
        </w:rPr>
        <w:t>；例</w:t>
      </w:r>
      <w:r>
        <w:rPr>
          <w:rFonts w:ascii="Times New Roman" w:eastAsia="Times New Roman" w:hAnsi="Times New Roman" w:cs="Times New Roman"/>
          <w:color w:val="000000"/>
        </w:rPr>
        <w:t>②</w:t>
      </w:r>
      <w:r>
        <w:pict>
          <v:shape id="_x0000_i712625" type="#_x0000_t75" alt="学科网(www.zxxk.com)--教育资源门户，提供试卷、教案、课件、论文、素材以及各类教学资源下载，还有大量而丰富的教学相关资讯！" style="width:56.25pt;height:12.75pt" o:oleicon="f" o:ole="">
            <v:imagedata r:id="rId2790" o:title="eqIdc2a5f36789f16a97cab3dd01b6a1a942"/>
          </v:shape>
        </w:pict>
      </w:r>
      <w:r>
        <w:rPr>
          <w:rFonts w:ascii="宋体" w:eastAsia="宋体" w:hAnsi="宋体" w:cs="宋体"/>
          <w:color w:val="000000"/>
        </w:rPr>
        <w:t>，</w:t>
      </w:r>
      <w:r>
        <w:pict>
          <v:shape id="_x0000_i712626" type="#_x0000_t75" alt="学科网(www.zxxk.com)--教育资源门户，提供试卷、教案、课件、论文、素材以及各类教学资源下载，还有大量而丰富的教学相关资讯！" style="width:52.9pt;height:14.15pt" o:oleicon="f" o:ole="">
            <v:imagedata r:id="rId2791" o:title="eqIde5491dc49cd85e943bfe828132d1d5fe"/>
          </v:shape>
        </w:pict>
      </w:r>
      <w:r>
        <w:rPr>
          <w:rFonts w:ascii="宋体" w:eastAsia="宋体" w:hAnsi="宋体" w:cs="宋体"/>
          <w:color w:val="000000"/>
        </w:rPr>
        <w:t>；例</w:t>
      </w:r>
      <w:r>
        <w:rPr>
          <w:rFonts w:ascii="Times New Roman" w:eastAsia="Times New Roman" w:hAnsi="Times New Roman" w:cs="Times New Roman"/>
          <w:color w:val="000000"/>
        </w:rPr>
        <w:t>③____________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说理：设一个两位数的十位上的数是</w:t>
      </w:r>
      <w:r>
        <w:rPr>
          <w:rFonts w:ascii="Times New Roman" w:eastAsia="Times New Roman" w:hAnsi="Times New Roman" w:cs="Times New Roman"/>
          <w:i/>
          <w:color w:val="000000"/>
        </w:rPr>
        <w:t>a</w:t>
      </w:r>
      <w:r>
        <w:rPr>
          <w:rFonts w:ascii="宋体" w:eastAsia="宋体" w:hAnsi="宋体" w:cs="宋体"/>
          <w:color w:val="000000"/>
        </w:rPr>
        <w:t>，个位上的数是</w:t>
      </w:r>
      <w:r>
        <w:rPr>
          <w:rFonts w:ascii="Times New Roman" w:eastAsia="Times New Roman" w:hAnsi="Times New Roman" w:cs="Times New Roman"/>
          <w:i/>
          <w:color w:val="000000"/>
        </w:rPr>
        <w:t>b</w:t>
      </w:r>
      <w:r>
        <w:rPr>
          <w:rFonts w:ascii="宋体" w:eastAsia="宋体" w:hAnsi="宋体" w:cs="宋体"/>
          <w:color w:val="000000"/>
        </w:rPr>
        <w:t>，那么这个两位数可表示为</w:t>
      </w:r>
      <w:r>
        <w:rPr>
          <w:rFonts w:ascii="Times New Roman" w:eastAsia="Times New Roman" w:hAnsi="Times New Roman" w:cs="Times New Roman"/>
          <w:color w:val="000000"/>
        </w:rPr>
        <w:t>____________</w:t>
      </w:r>
      <w:r>
        <w:rPr>
          <w:rFonts w:ascii="宋体" w:eastAsia="宋体" w:hAnsi="宋体" w:cs="宋体"/>
          <w:color w:val="000000"/>
        </w:rPr>
        <w:t>．依题意得到的新数可表示为</w:t>
      </w:r>
      <w:r>
        <w:rPr>
          <w:rFonts w:ascii="Times New Roman" w:eastAsia="Times New Roman" w:hAnsi="Times New Roman" w:cs="Times New Roman"/>
          <w:color w:val="000000"/>
        </w:rPr>
        <w:t>____________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通过计算说明这个两位数与得到的新数的和能否被</w:t>
      </w:r>
      <w:r>
        <w:rPr>
          <w:rFonts w:ascii="Times New Roman" w:eastAsia="Times New Roman" w:hAnsi="Times New Roman" w:cs="Times New Roman"/>
          <w:color w:val="000000"/>
        </w:rPr>
        <w:t>11</w:t>
      </w:r>
      <w:r>
        <w:rPr>
          <w:rFonts w:ascii="宋体" w:eastAsia="宋体" w:hAnsi="宋体" w:cs="宋体"/>
          <w:color w:val="000000"/>
        </w:rPr>
        <w:t>整除：</w:t>
      </w:r>
      <w:r>
        <w:rPr>
          <w:rFonts w:ascii="Times New Roman" w:eastAsia="Times New Roman" w:hAnsi="Times New Roman" w:cs="Times New Roman"/>
          <w:color w:val="000000"/>
        </w:rPr>
        <w:t>______________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结论：将一个两位数的十位上的数与个位上的数交换位置，得到一个新数，那么这个新数与原数的和</w:t>
      </w:r>
      <w:r>
        <w:rPr>
          <w:rFonts w:ascii="Times New Roman" w:eastAsia="Times New Roman" w:hAnsi="Times New Roman" w:cs="Times New Roman"/>
          <w:color w:val="000000"/>
        </w:rPr>
        <w:t>______</w:t>
      </w:r>
      <w:r>
        <w:rPr>
          <w:rFonts w:ascii="宋体" w:eastAsia="宋体" w:hAnsi="宋体" w:cs="宋体"/>
          <w:color w:val="000000"/>
        </w:rPr>
        <w:t>（填“能”或“不能”）被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答案不唯一，如：</w:t>
      </w:r>
      <w:r>
        <w:pict>
          <v:shape id="_x0000_i712627" type="#_x0000_t75" alt="学科网(www.zxxk.com)--教育资源门户，提供试卷、教案、课件、论文、素材以及各类教学资源下载，还有大量而丰富的教学相关资讯！" style="width:60.75pt;height:14.25pt" o:oleicon="f" o:ole="">
            <v:imagedata r:id="rId2792" o:title="eqId7e150763a6c635a5b7a283d73a710bf5"/>
          </v:shape>
        </w:pict>
      </w:r>
      <w:r>
        <w:rPr>
          <w:rFonts w:ascii="宋体" w:eastAsia="宋体" w:hAnsi="宋体" w:cs="宋体"/>
          <w:color w:val="000000"/>
        </w:rPr>
        <w:t>，</w:t>
      </w:r>
      <w:r>
        <w:pict>
          <v:shape id="_x0000_i712628" type="#_x0000_t75" alt="学科网(www.zxxk.com)--教育资源门户，提供试卷、教案、课件、论文、素材以及各类教学资源下载，还有大量而丰富的教学相关资讯！" style="width:51.75pt;height:14.25pt" o:oleicon="f" o:ole="">
            <v:imagedata r:id="rId2793" o:title="eqIdf253cd8f8167cf3d83f35653254dbc04"/>
          </v:shape>
        </w:pict>
      </w:r>
      <w:r>
        <w:rPr>
          <w:color w:val="000000"/>
        </w:rPr>
        <w:t xml:space="preserve">    </w:t>
      </w:r>
    </w:p>
    <w:p>
      <w:pPr>
        <w:spacing w:line="360" w:lineRule="auto"/>
        <w:textAlignment w:val="center"/>
        <w:rPr>
          <w:color w:val="000000"/>
        </w:rPr>
      </w:pPr>
      <w:r>
        <w:rPr>
          <w:color w:val="000000"/>
        </w:rPr>
        <w:t>（2）</w:t>
      </w:r>
      <w:r>
        <w:pict>
          <v:shape id="_x0000_i712629" type="#_x0000_t75" alt="学科网(www.zxxk.com)--教育资源门户，提供试卷、教案、课件、论文、素材以及各类教学资源下载，还有大量而丰富的教学相关资讯！" style="width:36.75pt;height:14.25pt" o:oleicon="f" o:ole="">
            <v:imagedata r:id="rId2794" o:title="eqId8391c00b4e767153f77479b75a0ce78e"/>
          </v:shape>
        </w:pict>
      </w:r>
      <w:r>
        <w:rPr>
          <w:rFonts w:ascii="宋体" w:eastAsia="宋体" w:hAnsi="宋体" w:cs="宋体"/>
          <w:color w:val="000000"/>
        </w:rPr>
        <w:t>，</w:t>
      </w:r>
      <w:r>
        <w:pict>
          <v:shape id="_x0000_i712630" type="#_x0000_t75" alt="学科网(www.zxxk.com)--教育资源门户，提供试卷、教案、课件、论文、素材以及各类教学资源下载，还有大量而丰富的教学相关资讯！" style="width:38.25pt;height:14.25pt" o:oleicon="f" o:ole="">
            <v:imagedata r:id="rId2795" o:title="eqIdce1ce4d791717f9d211bff92503e73cb"/>
          </v:shape>
        </w:pict>
      </w:r>
      <w:r>
        <w:rPr>
          <w:rFonts w:ascii="宋体" w:eastAsia="宋体" w:hAnsi="宋体" w:cs="宋体"/>
          <w:color w:val="000000"/>
        </w:rPr>
        <w:t>，能被</w:t>
      </w:r>
      <w:r>
        <w:rPr>
          <w:rFonts w:ascii="Times New Roman" w:eastAsia="Times New Roman" w:hAnsi="Times New Roman" w:cs="Times New Roman"/>
          <w:color w:val="000000"/>
        </w:rPr>
        <w:t>11</w:t>
      </w:r>
      <w:r>
        <w:rPr>
          <w:rFonts w:ascii="宋体" w:eastAsia="宋体" w:hAnsi="宋体" w:cs="宋体"/>
          <w:color w:val="000000"/>
        </w:rPr>
        <w:t>整除</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能</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）根据题意举例即可；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）首先表示出这个两位数和得到的新数，然后列式求解即可；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2</w:t>
      </w:r>
      <w:r>
        <w:rPr>
          <w:rFonts w:ascii="宋体" w:eastAsia="宋体" w:hAnsi="宋体" w:cs="宋体"/>
          <w:color w:val="000000"/>
        </w:rPr>
        <w:t>）的结论求解即可．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答案不唯一，例如：</w:t>
      </w:r>
      <w:r>
        <w:pict>
          <v:shape id="_x0000_i712631" type="#_x0000_t75" alt="学科网(www.zxxk.com)--教育资源门户，提供试卷、教案、课件、论文、素材以及各类教学资源下载，还有大量而丰富的教学相关资讯！" style="width:60.75pt;height:14.25pt" o:oleicon="f" o:ole="">
            <v:imagedata r:id="rId2796" o:title="eqId7e150763a6c635a5b7a283d73a710bf5"/>
          </v:shape>
        </w:pict>
      </w:r>
      <w:r>
        <w:rPr>
          <w:rFonts w:ascii="宋体" w:eastAsia="宋体" w:hAnsi="宋体" w:cs="宋体"/>
          <w:color w:val="000000"/>
        </w:rPr>
        <w:t>，</w:t>
      </w:r>
      <w:r>
        <w:pict>
          <v:shape id="_x0000_i712632" type="#_x0000_t75" alt="学科网(www.zxxk.com)--教育资源门户，提供试卷、教案、课件、论文、素材以及各类教学资源下载，还有大量而丰富的教学相关资讯！" style="width:51.75pt;height:14.25pt" o:oleicon="f" o:ole="">
            <v:imagedata r:id="rId2797" o:title="eqIdf253cd8f8167cf3d83f35653254dbc04"/>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这个两位数可表示为</w:t>
      </w:r>
      <w:r>
        <w:pict>
          <v:shape id="_x0000_i712633" type="#_x0000_t75" alt="学科网(www.zxxk.com)--教育资源门户，提供试卷、教案、课件、论文、素材以及各类教学资源下载，还有大量而丰富的教学相关资讯！" style="width:36.75pt;height:14.25pt" o:oleicon="f" o:ole="">
            <v:imagedata r:id="rId2798" o:title="eqId8391c00b4e767153f77479b75a0ce78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依题意得到的新数为</w:t>
      </w:r>
      <w:r>
        <w:pict>
          <v:shape id="_x0000_i712634" type="#_x0000_t75" alt="学科网(www.zxxk.com)--教育资源门户，提供试卷、教案、课件、论文、素材以及各类教学资源下载，还有大量而丰富的教学相关资讯！" style="width:38.25pt;height:14.25pt" o:oleicon="f" o:ole="">
            <v:imagedata r:id="rId2799" o:title="eqIdce1ce4d791717f9d211bff92503e73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这个两位数与得到的新数的和为：</w:t>
      </w:r>
      <w:r>
        <w:pict>
          <v:shape id="_x0000_i712635" type="#_x0000_t75" alt="学科网(www.zxxk.com)--教育资源门户，提供试卷、教案、课件、论文、素材以及各类教学资源下载，还有大量而丰富的教学相关资讯！" style="width:84pt;height:13.5pt" o:oleicon="f" o:ole="">
            <v:imagedata r:id="rId2800" o:title="eqId9643c5b16d5d5d313645c940cc0f5b3f"/>
          </v:shape>
        </w:pict>
      </w:r>
      <w:r>
        <w:pict>
          <v:shape id="_x0000_i712636" type="#_x0000_t75" alt="学科网(www.zxxk.com)--教育资源门户，提供试卷、教案、课件、论文、素材以及各类教学资源下载，还有大量而丰富的教学相关资讯！" style="width:56pt;height:13.95pt" o:oleicon="f" o:ole="">
            <v:imagedata r:id="rId2801" o:title="eqId8b6b1703f54506b5f4e4e4c9798b80cd"/>
          </v:shape>
        </w:pict>
      </w:r>
      <w:r>
        <w:pict>
          <v:shape id="_x0000_i712637" type="#_x0000_t75" alt="学科网(www.zxxk.com)--教育资源门户，提供试卷、教案、课件、论文、素材以及各类教学资源下载，还有大量而丰富的教学相关资讯！" style="width:56pt;height:20pt" o:oleicon="f" o:ole="">
            <v:imagedata r:id="rId2802" o:title="eqId44391e38adaafe116150fb2c8a81da4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所以，这个和是</w:t>
      </w:r>
      <w:r>
        <w:rPr>
          <w:rFonts w:ascii="Times New Roman" w:eastAsia="Times New Roman" w:hAnsi="Times New Roman" w:cs="Times New Roman"/>
          <w:color w:val="000000"/>
        </w:rPr>
        <w:t>11</w:t>
      </w:r>
      <w:r>
        <w:rPr>
          <w:rFonts w:ascii="宋体" w:eastAsia="宋体" w:hAnsi="宋体" w:cs="宋体"/>
          <w:color w:val="000000"/>
        </w:rPr>
        <w:t>的倍数．</w:t>
      </w:r>
    </w:p>
    <w:p>
      <w:pPr>
        <w:spacing w:line="360" w:lineRule="auto"/>
        <w:jc w:val="left"/>
        <w:textAlignment w:val="center"/>
        <w:rPr>
          <w:color w:val="000000"/>
        </w:rPr>
      </w:pPr>
      <w:r>
        <w:rPr>
          <w:rFonts w:ascii="宋体" w:eastAsia="宋体" w:hAnsi="宋体" w:cs="宋体"/>
          <w:color w:val="000000"/>
        </w:rPr>
        <w:t>所以，这个和能被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）可得，将一个两位数的十位上的数与个位上的数交换位置，得到一个新数，那么这个新数与原数的和能被</w:t>
      </w:r>
      <w:r>
        <w:rPr>
          <w:rFonts w:ascii="Times New Roman" w:eastAsia="Times New Roman" w:hAnsi="Times New Roman" w:cs="Times New Roman"/>
          <w:color w:val="000000"/>
        </w:rPr>
        <w:t>11</w:t>
      </w:r>
      <w:r>
        <w:rPr>
          <w:rFonts w:ascii="宋体" w:eastAsia="宋体" w:hAnsi="宋体" w:cs="宋体"/>
          <w:color w:val="000000"/>
        </w:rPr>
        <w:t>整除．</w:t>
      </w:r>
    </w:p>
    <w:p>
      <w:pPr>
        <w:spacing w:line="360" w:lineRule="auto"/>
        <w:jc w:val="left"/>
        <w:textAlignment w:val="center"/>
        <w:rPr>
          <w:color w:val="000000"/>
        </w:rPr>
      </w:pPr>
      <w:r>
        <w:rPr>
          <w:rFonts w:ascii="宋体" w:eastAsia="宋体" w:hAnsi="宋体" w:cs="宋体"/>
          <w:color w:val="000000"/>
        </w:rPr>
        <w:t>故答案为：能．</w:t>
      </w:r>
    </w:p>
    <w:p>
      <w:pPr>
        <w:spacing w:line="360" w:lineRule="auto"/>
        <w:jc w:val="left"/>
        <w:textAlignment w:val="center"/>
        <w:rPr>
          <w:color w:val="000000"/>
        </w:rPr>
      </w:pPr>
      <w:r>
        <w:rPr>
          <w:color w:val="000000"/>
        </w:rPr>
        <w:t>【点睛】</w:t>
      </w:r>
      <w:r>
        <w:rPr>
          <w:rFonts w:ascii="宋体" w:eastAsia="宋体" w:hAnsi="宋体" w:cs="宋体"/>
          <w:color w:val="000000"/>
        </w:rPr>
        <w:t>本题考查了列代数式，整式的加减计算，解题的关键是掌握两位数的表示方式：十位数字×</w:t>
      </w:r>
      <w:r>
        <w:rPr>
          <w:rFonts w:ascii="Times New Roman" w:eastAsia="Times New Roman" w:hAnsi="Times New Roman" w:cs="Times New Roman"/>
          <w:color w:val="000000"/>
        </w:rPr>
        <w:t>10</w:t>
      </w:r>
      <w:r>
        <w:rPr>
          <w:rFonts w:ascii="宋体" w:eastAsia="宋体" w:hAnsi="宋体" w:cs="宋体"/>
          <w:color w:val="000000"/>
        </w:rPr>
        <w:t>＋个位数字．</w:t>
      </w:r>
    </w:p>
    <w:p>
      <w:pPr>
        <w:spacing w:line="360" w:lineRule="auto"/>
        <w:jc w:val="left"/>
        <w:textAlignment w:val="center"/>
        <w:rPr>
          <w:color w:val="000000"/>
        </w:rPr>
      </w:pPr>
      <w:r>
        <w:rPr>
          <w:color w:val="000000"/>
        </w:rPr>
        <w:t xml:space="preserve">28. </w:t>
      </w:r>
      <w:r>
        <w:rPr>
          <w:rFonts w:ascii="宋体" w:eastAsia="宋体" w:hAnsi="宋体" w:cs="宋体"/>
          <w:color w:val="000000"/>
        </w:rPr>
        <w:t>在数轴上，点</w:t>
      </w:r>
      <w:r>
        <w:rPr>
          <w:rFonts w:ascii="Times New Roman" w:eastAsia="Times New Roman" w:hAnsi="Times New Roman" w:cs="Times New Roman"/>
          <w:i/>
          <w:color w:val="000000"/>
        </w:rPr>
        <w:t>O</w:t>
      </w:r>
      <w:r>
        <w:rPr>
          <w:rFonts w:ascii="宋体" w:eastAsia="宋体" w:hAnsi="宋体" w:cs="宋体"/>
          <w:color w:val="000000"/>
        </w:rPr>
        <w:t>表示的数为</w:t>
      </w:r>
      <w:r>
        <w:rPr>
          <w:rFonts w:ascii="Times New Roman" w:eastAsia="Times New Roman" w:hAnsi="Times New Roman" w:cs="Times New Roman"/>
          <w:color w:val="000000"/>
        </w:rPr>
        <w:t>0</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w:t>
      </w:r>
      <w:r>
        <w:pict>
          <v:shape id="_x0000_i712638" type="#_x0000_t75" alt="学科网(www.zxxk.com)--教育资源门户，提供试卷、教案、课件、论文、素材以及各类教学资源下载，还有大量而丰富的教学相关资讯！" style="width:30.75pt;height:14.25pt" o:oleicon="f" o:ole="">
            <v:imagedata r:id="rId2803" o:title="eqId0baedc4d7e690ab3f7d80d30ba0a9efe"/>
          </v:shape>
        </w:pict>
      </w:r>
      <w:r>
        <w:rPr>
          <w:rFonts w:ascii="宋体" w:eastAsia="宋体" w:hAnsi="宋体" w:cs="宋体"/>
          <w:color w:val="000000"/>
        </w:rPr>
        <w:t>）．给出如下定义：对于该数轴上的一点</w:t>
      </w:r>
      <w:r>
        <w:rPr>
          <w:rFonts w:ascii="Times New Roman" w:eastAsia="Times New Roman" w:hAnsi="Times New Roman" w:cs="Times New Roman"/>
          <w:i/>
          <w:color w:val="000000"/>
        </w:rPr>
        <w:t>P</w:t>
      </w:r>
      <w:r>
        <w:rPr>
          <w:rFonts w:ascii="宋体" w:eastAsia="宋体" w:hAnsi="宋体" w:cs="宋体"/>
          <w:color w:val="000000"/>
        </w:rPr>
        <w:t>与线段</w:t>
      </w:r>
      <w:r>
        <w:pict>
          <v:shape id="_x0000_i712639" type="#_x0000_t75" alt="学科网(www.zxxk.com)--教育资源门户，提供试卷、教案、课件、论文、素材以及各类教学资源下载，还有大量而丰富的教学相关资讯！" style="width:22.5pt;height:12.75pt" o:oleicon="f" o:ole="">
            <v:imagedata r:id="rId2804" o:title="eqIdaaf3369e0ea90e8d5cf4b6b3c45c0fd8"/>
          </v:shape>
        </w:pict>
      </w:r>
      <w:r>
        <w:rPr>
          <w:rFonts w:ascii="宋体" w:eastAsia="宋体" w:hAnsi="宋体" w:cs="宋体"/>
          <w:color w:val="000000"/>
        </w:rPr>
        <w:t>上一点</w:t>
      </w:r>
      <w:r>
        <w:rPr>
          <w:rFonts w:ascii="Times New Roman" w:eastAsia="Times New Roman" w:hAnsi="Times New Roman" w:cs="Times New Roman"/>
          <w:i/>
          <w:color w:val="000000"/>
        </w:rPr>
        <w:t>Q</w:t>
      </w:r>
      <w:r>
        <w:rPr>
          <w:rFonts w:ascii="宋体" w:eastAsia="宋体" w:hAnsi="宋体" w:cs="宋体"/>
          <w:color w:val="000000"/>
        </w:rPr>
        <w:t>，如果线段</w:t>
      </w:r>
      <w:r>
        <w:pict>
          <v:shape id="_x0000_i712640" type="#_x0000_t75" alt="学科网(www.zxxk.com)--教育资源门户，提供试卷、教案、课件、论文、素材以及各类教学资源下载，还有大量而丰富的教学相关资讯！" style="width:18pt;height:15pt" o:oleicon="f" o:ole="">
            <v:imagedata r:id="rId2805" o:title="eqId7a5f1641947153c80b987320885a2b57"/>
          </v:shape>
        </w:pict>
      </w:r>
      <w:r>
        <w:rPr>
          <w:rFonts w:ascii="宋体" w:eastAsia="宋体" w:hAnsi="宋体" w:cs="宋体"/>
          <w:color w:val="000000"/>
        </w:rPr>
        <w:t>的长度有最大值，那么称这个最大值为点</w:t>
      </w:r>
      <w:r>
        <w:rPr>
          <w:rFonts w:ascii="Times New Roman" w:eastAsia="Times New Roman" w:hAnsi="Times New Roman" w:cs="Times New Roman"/>
          <w:i/>
          <w:color w:val="000000"/>
        </w:rPr>
        <w:t>P</w:t>
      </w:r>
      <w:r>
        <w:rPr>
          <w:rFonts w:ascii="宋体" w:eastAsia="宋体" w:hAnsi="宋体" w:cs="宋体"/>
          <w:color w:val="000000"/>
        </w:rPr>
        <w:t>与线段</w:t>
      </w:r>
      <w:r>
        <w:pict>
          <v:shape id="_x0000_i712641" type="#_x0000_t75" alt="学科网(www.zxxk.com)--教育资源门户，提供试卷、教案、课件、论文、素材以及各类教学资源下载，还有大量而丰富的教学相关资讯！" style="width:22.5pt;height:12.75pt" o:oleicon="f" o:ole="">
            <v:imagedata r:id="rId2804" o:title="eqIdaaf3369e0ea90e8d5cf4b6b3c45c0fd8"/>
          </v:shape>
        </w:pict>
      </w:r>
      <w:r>
        <w:rPr>
          <w:rFonts w:ascii="宋体" w:eastAsia="宋体" w:hAnsi="宋体" w:cs="宋体"/>
          <w:color w:val="000000"/>
        </w:rPr>
        <w:t>的“闭距离”，如图</w:t>
      </w:r>
      <w:r>
        <w:rPr>
          <w:rFonts w:ascii="Times New Roman" w:eastAsia="Times New Roman" w:hAnsi="Times New Roman" w:cs="Times New Roman"/>
          <w:color w:val="000000"/>
        </w:rPr>
        <w:t>1</w:t>
      </w:r>
      <w:r>
        <w:rPr>
          <w:rFonts w:ascii="宋体" w:eastAsia="宋体" w:hAnsi="宋体" w:cs="宋体"/>
          <w:color w:val="000000"/>
        </w:rPr>
        <w:t>，若</w:t>
      </w:r>
      <w:r>
        <w:pict>
          <v:shape id="_x0000_i712642" type="#_x0000_t75" alt="学科网(www.zxxk.com)--教育资源门户，提供试卷、教案、课件、论文、素材以及各类教学资源下载，还有大量而丰富的教学相关资讯！" style="width:27.75pt;height:11.25pt" o:oleicon="f" o:ole="">
            <v:imagedata r:id="rId2806" o:title="eqId7aed39f5aca78934fb383402433fe549"/>
          </v:shape>
        </w:pic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，当点</w:t>
      </w:r>
      <w:r>
        <w:rPr>
          <w:rFonts w:ascii="Times New Roman" w:eastAsia="Times New Roman" w:hAnsi="Times New Roman" w:cs="Times New Roman"/>
          <w:i/>
          <w:color w:val="000000"/>
        </w:rPr>
        <w:t>Q</w:t>
      </w:r>
      <w:r>
        <w:rPr>
          <w:rFonts w:ascii="宋体" w:eastAsia="宋体" w:hAnsi="宋体" w:cs="宋体"/>
          <w:color w:val="000000"/>
        </w:rPr>
        <w:t>与点</w:t>
      </w:r>
      <w:r>
        <w:rPr>
          <w:rFonts w:ascii="Times New Roman" w:eastAsia="Times New Roman" w:hAnsi="Times New Roman" w:cs="Times New Roman"/>
          <w:i/>
          <w:color w:val="000000"/>
        </w:rPr>
        <w:t>M</w:t>
      </w:r>
      <w:r>
        <w:rPr>
          <w:rFonts w:ascii="宋体" w:eastAsia="宋体" w:hAnsi="宋体" w:cs="宋体"/>
          <w:color w:val="000000"/>
        </w:rPr>
        <w:t>重合时，线段</w:t>
      </w:r>
      <w:r>
        <w:pict>
          <v:shape id="_x0000_i712643" type="#_x0000_t75" alt="学科网(www.zxxk.com)--教育资源门户，提供试卷、教案、课件、论文、素材以及各类教学资源下载，还有大量而丰富的教学相关资讯！" style="width:18pt;height:15pt" o:oleicon="f" o:ole="">
            <v:imagedata r:id="rId2805" o:title="eqId7a5f1641947153c80b987320885a2b57"/>
          </v:shape>
        </w:pict>
      </w:r>
      <w:r>
        <w:rPr>
          <w:rFonts w:ascii="宋体" w:eastAsia="宋体" w:hAnsi="宋体" w:cs="宋体"/>
          <w:color w:val="000000"/>
        </w:rPr>
        <w:t>的长最大，值是</w:t>
      </w:r>
      <w:r>
        <w:rPr>
          <w:rFonts w:ascii="Times New Roman" w:eastAsia="Times New Roman" w:hAnsi="Times New Roman" w:cs="Times New Roman"/>
          <w:color w:val="000000"/>
        </w:rPr>
        <w:t>4</w:t>
      </w:r>
      <w:r>
        <w:rPr>
          <w:rFonts w:ascii="宋体" w:eastAsia="宋体" w:hAnsi="宋体" w:cs="宋体"/>
          <w:color w:val="000000"/>
        </w:rPr>
        <w:t>，则点</w:t>
      </w:r>
      <w:r>
        <w:rPr>
          <w:rFonts w:ascii="Times New Roman" w:eastAsia="Times New Roman" w:hAnsi="Times New Roman" w:cs="Times New Roman"/>
          <w:i/>
          <w:color w:val="000000"/>
        </w:rPr>
        <w:t>P</w:t>
      </w:r>
      <w:r>
        <w:rPr>
          <w:rFonts w:ascii="宋体" w:eastAsia="宋体" w:hAnsi="宋体" w:cs="宋体"/>
          <w:color w:val="000000"/>
        </w:rPr>
        <w:t>与线段</w:t>
      </w:r>
      <w:r>
        <w:pict>
          <v:shape id="_x0000_i712644" type="#_x0000_t75" alt="学科网(www.zxxk.com)--教育资源门户，提供试卷、教案、课件、论文、素材以及各类教学资源下载，还有大量而丰富的教学相关资讯！" style="width:22.5pt;height:12.75pt" o:oleicon="f" o:ole="">
            <v:imagedata r:id="rId2804" o:title="eqIdaaf3369e0ea90e8d5cf4b6b3c45c0fd8"/>
          </v:shape>
        </w:pict>
      </w:r>
      <w:r>
        <w:rPr>
          <w:rFonts w:ascii="宋体" w:eastAsia="宋体" w:hAnsi="宋体" w:cs="宋体"/>
          <w:color w:val="000000"/>
        </w:rPr>
        <w:t>的“闭距离”为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38425" cy="923925"/>
            <wp:docPr id="33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 name=""/>
                    <pic:cNvPicPr>
                      <a:picLocks noChangeAspect="1"/>
                    </pic:cNvPicPr>
                  </pic:nvPicPr>
                  <pic:blipFill>
                    <a:blip r:embed="rId2807"/>
                    <a:stretch>
                      <a:fillRect/>
                    </a:stretch>
                  </pic:blipFill>
                  <pic:spPr>
                    <a:xfrm>
                      <a:off x="0" y="0"/>
                      <a:ext cx="2638425" cy="9239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，在该数轴上，点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2645" type="#_x0000_t75" alt="学科网(www.zxxk.com)--教育资源门户，提供试卷、教案、课件、论文、素材以及各类教学资源下载，还有大量而丰富的教学相关资讯！" style="width:12pt;height:10.5pt" o:oleicon="f" o:ole="">
            <v:imagedata r:id="rId2808"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当</w:t>
      </w:r>
      <w:r>
        <w:pict>
          <v:shape id="_x0000_i712646" type="#_x0000_t75" alt="学科网(www.zxxk.com)--教育资源门户，提供试卷、教案、课件、论文、素材以及各类教学资源下载，还有大量而丰富的教学相关资讯！" style="width:28.2pt;height:13.8pt" o:oleicon="f" o:ole="">
            <v:imagedata r:id="rId2809" o:title="eqIdcf0086b054ef120408acac806a1b1318"/>
          </v:shape>
        </w:pict>
      </w:r>
      <w:r>
        <w:rPr>
          <w:rFonts w:ascii="宋体" w:eastAsia="宋体" w:hAnsi="宋体" w:cs="宋体"/>
          <w:color w:val="000000"/>
        </w:rPr>
        <w:t>时，点</w:t>
      </w:r>
      <w:r>
        <w:rPr>
          <w:rFonts w:ascii="Times New Roman" w:eastAsia="Times New Roman" w:hAnsi="Times New Roman" w:cs="Times New Roman"/>
          <w:i/>
          <w:color w:val="000000"/>
        </w:rPr>
        <w:t>A</w:t>
      </w:r>
      <w:r>
        <w:rPr>
          <w:rFonts w:ascii="宋体" w:eastAsia="宋体" w:hAnsi="宋体" w:cs="宋体"/>
          <w:color w:val="000000"/>
        </w:rPr>
        <w:t>与线段</w:t>
      </w:r>
      <w:r>
        <w:pict>
          <v:shape id="_x0000_i712647" type="#_x0000_t75" alt="学科网(www.zxxk.com)--教育资源门户，提供试卷、教案、课件、论文、素材以及各类教学资源下载，还有大量而丰富的教学相关资讯！" style="width:22.5pt;height:12.75pt" o:oleicon="f" o:ole="">
            <v:imagedata r:id="rId2810" o:title="eqIdaaf3369e0ea90e8d5cf4b6b3c45c0fd8"/>
          </v:shape>
        </w:pict>
      </w:r>
      <w:r>
        <w:rPr>
          <w:rFonts w:ascii="宋体" w:eastAsia="宋体" w:hAnsi="宋体" w:cs="宋体"/>
          <w:color w:val="000000"/>
        </w:rPr>
        <w:t>的“闭距离”为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若点</w:t>
      </w:r>
      <w:r>
        <w:rPr>
          <w:rFonts w:ascii="Times New Roman" w:eastAsia="Times New Roman" w:hAnsi="Times New Roman" w:cs="Times New Roman"/>
          <w:i/>
          <w:color w:val="000000"/>
        </w:rPr>
        <w:t>B</w:t>
      </w:r>
      <w:r>
        <w:rPr>
          <w:rFonts w:ascii="宋体" w:eastAsia="宋体" w:hAnsi="宋体" w:cs="宋体"/>
          <w:color w:val="000000"/>
        </w:rPr>
        <w:t>与线段</w:t>
      </w:r>
      <w:r>
        <w:pict>
          <v:shape id="_x0000_i712648" type="#_x0000_t75" alt="学科网(www.zxxk.com)--教育资源门户，提供试卷、教案、课件、论文、素材以及各类教学资源下载，还有大量而丰富的教学相关资讯！" style="width:22.5pt;height:12.75pt" o:oleicon="f" o:ole="">
            <v:imagedata r:id="rId2811" o:title="eqIdaaf3369e0ea90e8d5cf4b6b3c45c0fd8"/>
          </v:shape>
        </w:pict>
      </w:r>
      <w:r>
        <w:rPr>
          <w:rFonts w:ascii="宋体" w:eastAsia="宋体" w:hAnsi="宋体" w:cs="宋体"/>
          <w:color w:val="000000"/>
        </w:rPr>
        <w:t>的“闭距离”为</w:t>
      </w:r>
      <w:r>
        <w:rPr>
          <w:rFonts w:ascii="Times New Roman" w:eastAsia="Times New Roman" w:hAnsi="Times New Roman" w:cs="Times New Roman"/>
          <w:color w:val="000000"/>
        </w:rPr>
        <w:t>3</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3267075" cy="923925"/>
            <wp:docPr id="33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 name=""/>
                    <pic:cNvPicPr>
                      <a:picLocks noChangeAspect="1"/>
                    </pic:cNvPicPr>
                  </pic:nvPicPr>
                  <pic:blipFill>
                    <a:blip r:embed="rId2812"/>
                    <a:stretch>
                      <a:fillRect/>
                    </a:stretch>
                  </pic:blipFill>
                  <pic:spPr>
                    <a:xfrm>
                      <a:off x="0" y="0"/>
                      <a:ext cx="3267075" cy="9239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eastAsia="宋体" w:hAnsi="宋体" w:cs="宋体"/>
          <w:color w:val="000000"/>
        </w:rPr>
        <w:t>在该数轴上，点</w:t>
      </w:r>
      <w:r>
        <w:rPr>
          <w:rFonts w:ascii="Times New Roman" w:eastAsia="Times New Roman" w:hAnsi="Times New Roman" w:cs="Times New Roman"/>
          <w:i/>
          <w:color w:val="000000"/>
        </w:rPr>
        <w:t>C</w:t>
      </w:r>
      <w:r>
        <w:rPr>
          <w:rFonts w:ascii="宋体" w:eastAsia="宋体" w:hAnsi="宋体" w:cs="宋体"/>
          <w:color w:val="000000"/>
        </w:rPr>
        <w:t>表示的数为</w:t>
      </w:r>
      <w:r>
        <w:pict>
          <v:shape id="_x0000_i712649" type="#_x0000_t75" alt="学科网(www.zxxk.com)--教育资源门户，提供试卷、教案、课件、论文、素材以及各类教学资源下载，还有大量而丰富的教学相关资讯！" style="width:18.75pt;height:11.25pt" o:oleicon="f" o:ole="">
            <v:imagedata r:id="rId2813" o:title="eqId93129dde5fa5cd84e3702e457535e274"/>
          </v:shape>
        </w:pic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表示的数为</w:t>
      </w:r>
      <w:r>
        <w:pict>
          <v:shape id="_x0000_i712650" type="#_x0000_t75" alt="学科网(www.zxxk.com)--教育资源门户，提供试卷、教案、课件、论文、素材以及各类教学资源下载，还有大量而丰富的教学相关资讯！" style="width:36pt;height:14.25pt" o:oleicon="f" o:ole="">
            <v:imagedata r:id="rId2814" o:title="eqId220e192bb64139d683f231f368a2a250"/>
          </v:shape>
        </w:pict>
      </w:r>
      <w:r>
        <w:rPr>
          <w:rFonts w:ascii="宋体" w:eastAsia="宋体" w:hAnsi="宋体" w:cs="宋体"/>
          <w:color w:val="000000"/>
        </w:rPr>
        <w:t>，若线段</w:t>
      </w:r>
      <w:r>
        <w:pict>
          <v:shape id="_x0000_i712651" type="#_x0000_t75" alt="学科网(www.zxxk.com)--教育资源门户，提供试卷、教案、课件、论文、素材以及各类教学资源下载，还有大量而丰富的教学相关资讯！" style="width:21.75pt;height:14.25pt" o:oleicon="f" o:ole="">
            <v:imagedata r:id="rId2815" o:title="eqId9d78abbad68bbbf12af10cd40ef4c353"/>
          </v:shape>
        </w:pict>
      </w:r>
      <w:r>
        <w:rPr>
          <w:rFonts w:ascii="宋体" w:eastAsia="宋体" w:hAnsi="宋体" w:cs="宋体"/>
          <w:color w:val="000000"/>
        </w:rPr>
        <w:t>上存在点</w:t>
      </w:r>
      <w:r>
        <w:rPr>
          <w:rFonts w:ascii="Times New Roman" w:eastAsia="Times New Roman" w:hAnsi="Times New Roman" w:cs="Times New Roman"/>
          <w:i/>
          <w:color w:val="000000"/>
        </w:rPr>
        <w:t>G</w:t>
      </w:r>
      <w:r>
        <w:rPr>
          <w:rFonts w:ascii="宋体" w:eastAsia="宋体" w:hAnsi="宋体" w:cs="宋体"/>
          <w:color w:val="000000"/>
        </w:rPr>
        <w:t>，使得点</w:t>
      </w:r>
      <w:r>
        <w:rPr>
          <w:rFonts w:ascii="Times New Roman" w:eastAsia="Times New Roman" w:hAnsi="Times New Roman" w:cs="Times New Roman"/>
          <w:i/>
          <w:color w:val="000000"/>
        </w:rPr>
        <w:t>G</w:t>
      </w:r>
      <w:r>
        <w:rPr>
          <w:rFonts w:ascii="宋体" w:eastAsia="宋体" w:hAnsi="宋体" w:cs="宋体"/>
          <w:color w:val="000000"/>
        </w:rPr>
        <w:t>与线段</w:t>
      </w:r>
      <w:r>
        <w:pict>
          <v:shape id="_x0000_i712652" type="#_x0000_t75" alt="学科网(www.zxxk.com)--教育资源门户，提供试卷、教案、课件、论文、素材以及各类教学资源下载，还有大量而丰富的教学相关资讯！" style="width:22.5pt;height:12.75pt" o:oleicon="f" o:ole="">
            <v:imagedata r:id="rId2816" o:title="eqIdaaf3369e0ea90e8d5cf4b6b3c45c0fd8"/>
          </v:shape>
        </w:pict>
      </w:r>
      <w:r>
        <w:rPr>
          <w:rFonts w:ascii="宋体" w:eastAsia="宋体" w:hAnsi="宋体" w:cs="宋体"/>
          <w:color w:val="000000"/>
        </w:rPr>
        <w:t>的“闭距离”为</w:t>
      </w:r>
      <w:r>
        <w:rPr>
          <w:rFonts w:ascii="Times New Roman" w:eastAsia="Times New Roman" w:hAnsi="Times New Roman" w:cs="Times New Roman"/>
          <w:color w:val="000000"/>
        </w:rPr>
        <w:t>4</w:t>
      </w:r>
      <w:r>
        <w:rPr>
          <w:rFonts w:ascii="宋体" w:eastAsia="宋体" w:hAnsi="宋体" w:cs="宋体"/>
          <w:color w:val="000000"/>
        </w:rPr>
        <w:t>，直接写出</w:t>
      </w:r>
      <w:r>
        <w:rPr>
          <w:rFonts w:ascii="Times New Roman" w:eastAsia="Times New Roman" w:hAnsi="Times New Roman" w:cs="Times New Roman"/>
          <w:i/>
          <w:color w:val="000000"/>
        </w:rPr>
        <w:t>m</w:t>
      </w:r>
      <w:r>
        <w:rPr>
          <w:rFonts w:ascii="宋体" w:eastAsia="宋体" w:hAnsi="宋体" w:cs="宋体"/>
          <w:color w:val="000000"/>
        </w:rPr>
        <w:t>的最大值与最小值．</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①2</w:t>
      </w:r>
      <w:r>
        <w:rPr>
          <w:rFonts w:ascii="宋体" w:eastAsia="宋体" w:hAnsi="宋体" w:cs="宋体"/>
          <w:color w:val="000000"/>
        </w:rPr>
        <w:t>；</w:t>
      </w:r>
      <w:r>
        <w:rPr>
          <w:rFonts w:ascii="Times New Roman" w:eastAsia="Times New Roman" w:hAnsi="Times New Roman" w:cs="Times New Roman"/>
          <w:color w:val="000000"/>
        </w:rPr>
        <w:t>②5</w:t>
      </w:r>
      <w:r>
        <w:rPr>
          <w:rFonts w:ascii="宋体" w:eastAsia="宋体" w:hAnsi="宋体" w:cs="宋体"/>
          <w:color w:val="000000"/>
        </w:rPr>
        <w:t>或</w:t>
      </w:r>
      <w:r>
        <w:pict>
          <v:shape id="_x0000_i712653" type="#_x0000_t75" alt="学科网(www.zxxk.com)--教育资源门户，提供试卷、教案、课件、论文、素材以及各类教学资源下载，还有大量而丰富的教学相关资讯！" style="width:12pt;height:10.5pt" o:oleicon="f" o:ole="">
            <v:imagedata r:id="rId2817" o:title="eqIdacbc6a613224461ade69362d46550474"/>
          </v:shape>
        </w:pic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i/>
          <w:color w:val="000000"/>
        </w:rPr>
        <w:t>m</w:t>
      </w:r>
      <w:r>
        <w:rPr>
          <w:rFonts w:ascii="宋体" w:eastAsia="宋体" w:hAnsi="宋体" w:cs="宋体"/>
          <w:color w:val="000000"/>
        </w:rPr>
        <w:t>的最大值为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的最小值为</w:t>
      </w:r>
      <w:r>
        <w:pict>
          <v:shape id="_x0000_i712654" type="#_x0000_t75" alt="学科网(www.zxxk.com)--教育资源门户，提供试卷、教案、课件、论文、素材以及各类教学资源下载，还有大量而丰富的教学相关资讯！" style="width:15.75pt;height:12.75pt" o:oleicon="f" o:ole="">
            <v:imagedata r:id="rId2818" o:title="eqId274a9dc37509f01c2606fb3086a46f4f"/>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根据“闭距离”的概念求解即可；</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根据“闭距离”的概念列出方程求解即可；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）根据题意分</w:t>
      </w:r>
      <w:r>
        <w:pict>
          <v:shape id="_x0000_i712655" type="#_x0000_t75" alt="学科网(www.zxxk.com)--教育资源门户，提供试卷、教案、课件、论文、素材以及各类教学资源下载，还有大量而丰富的教学相关资讯！" style="width:30pt;height:14.4pt" o:oleicon="f" o:ole="">
            <v:imagedata r:id="rId2819" o:title="eqId057c9c652f16799896b0f707604c4a0f"/>
          </v:shape>
        </w:pict>
      </w:r>
      <w:r>
        <w:rPr>
          <w:rFonts w:ascii="宋体" w:eastAsia="宋体" w:hAnsi="宋体" w:cs="宋体"/>
          <w:color w:val="000000"/>
        </w:rPr>
        <w:t>和</w:t>
      </w:r>
      <w:r>
        <w:pict>
          <v:shape id="_x0000_i712656" type="#_x0000_t75" alt="学科网(www.zxxk.com)--教育资源门户，提供试卷、教案、课件、论文、素材以及各类教学资源下载，还有大量而丰富的教学相关资讯！" style="width:30pt;height:13.8pt" o:oleicon="f" o:ole="">
            <v:imagedata r:id="rId2820" o:title="eqIdd4f1138ee32299b2d8526e48e2fc9f8e"/>
          </v:shape>
        </w:pict>
      </w:r>
      <w:r>
        <w:rPr>
          <w:rFonts w:ascii="宋体" w:eastAsia="宋体" w:hAnsi="宋体" w:cs="宋体"/>
          <w:color w:val="000000"/>
        </w:rPr>
        <w:t>两种情况讨论，分别列出不等式求解即可．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eastAsia="Times New Roman" w:hAnsi="Times New Roman" w:cs="Times New Roman"/>
          <w:color w:val="000000"/>
        </w:rPr>
        <w:t>①∵</w:t>
      </w:r>
      <w:r>
        <w:pict>
          <v:shape id="_x0000_i712657" type="#_x0000_t75" alt="学科网(www.zxxk.com)--教育资源门户，提供试卷、教案、课件、论文、素材以及各类教学资源下载，还有大量而丰富的教学相关资讯！" style="width:28.2pt;height:13.8pt" o:oleicon="f" o:ole="">
            <v:imagedata r:id="rId2821" o:title="eqIdcf0086b054ef120408acac806a1b1318"/>
          </v:shape>
        </w:pic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2658" type="#_x0000_t75" alt="学科网(www.zxxk.com)--教育资源门户，提供试卷、教案、课件、论文、素材以及各类教学资源下载，还有大量而丰富的教学相关资讯！" style="width:12pt;height:10.5pt" o:oleicon="f" o:ole="">
            <v:imagedata r:id="rId2822" o:title="eqIdacbc6a613224461ade69362d46550474"/>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2659" type="#_x0000_t75" alt="学科网(www.zxxk.com)--教育资源门户，提供试卷、教案、课件、论文、素材以及各类教学资源下载，还有大量而丰富的教学相关资讯！" style="width:57pt;height:20.25pt" o:oleicon="f" o:ole="">
            <v:imagedata r:id="rId2823" o:title="eqId0619ff2cc03616d262f40393817b1ba3"/>
          </v:shape>
        </w:pi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与线段</w:t>
      </w:r>
      <w:r>
        <w:pict>
          <v:shape id="_x0000_i712660" type="#_x0000_t75" alt="学科网(www.zxxk.com)--教育资源门户，提供试卷、教案、课件、论文、素材以及各类教学资源下载，还有大量而丰富的教学相关资讯！" style="width:22.5pt;height:12.75pt" o:oleicon="f" o:ole="">
            <v:imagedata r:id="rId2824" o:title="eqIdaaf3369e0ea90e8d5cf4b6b3c45c0fd8"/>
          </v:shape>
        </w:pict>
      </w:r>
      <w:r>
        <w:rPr>
          <w:rFonts w:ascii="宋体" w:eastAsia="宋体" w:hAnsi="宋体" w:cs="宋体"/>
          <w:color w:val="000000"/>
        </w:rPr>
        <w:t>的“闭距离”为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当</w:t>
      </w:r>
      <w:r>
        <w:pict>
          <v:shape id="_x0000_i712661" type="#_x0000_t75" alt="学科网(www.zxxk.com)--教育资源门户，提供试卷、教案、课件、论文、素材以及各类教学资源下载，还有大量而丰富的教学相关资讯！" style="width:30pt;height:14.25pt" o:oleicon="f" o:ole="">
            <v:imagedata r:id="rId2825" o:title="eqId58b140e221ddf537b8964fff8557cca0"/>
          </v:shape>
        </w:pict>
      </w:r>
      <w:r>
        <w:rPr>
          <w:rFonts w:ascii="宋体" w:eastAsia="宋体" w:hAnsi="宋体" w:cs="宋体"/>
          <w:color w:val="000000"/>
        </w:rPr>
        <w:t>时，如图</w:t>
      </w:r>
      <w:r>
        <w:rPr>
          <w:rFonts w:ascii="Times New Roman" w:eastAsia="Times New Roman" w:hAnsi="Times New Roman" w:cs="Times New Roman"/>
          <w:color w:val="000000"/>
        </w:rPr>
        <w:t>1</w:t>
      </w:r>
      <w:r>
        <w:rPr>
          <w:rFonts w:ascii="宋体" w:eastAsia="宋体" w:hAnsi="宋体" w:cs="宋体"/>
          <w:color w:val="000000"/>
        </w:rPr>
        <w:t>，可列方程，得</w:t>
      </w:r>
      <w:r>
        <w:pict>
          <v:shape id="_x0000_i712662" type="#_x0000_t75" alt="学科网(www.zxxk.com)--教育资源门户，提供试卷、教案、课件、论文、素材以及各类教学资源下载，还有大量而丰富的教学相关资讯！" style="width:46.2pt;height:13.8pt" o:oleicon="f" o:ole="">
            <v:imagedata r:id="rId2826" o:title="eqId122cd16ea73a47ceae1f9b9f3b7f2e44"/>
          </v:shape>
        </w:pict>
      </w:r>
      <w:r>
        <w:rPr>
          <w:rFonts w:ascii="宋体" w:eastAsia="宋体" w:hAnsi="宋体" w:cs="宋体"/>
          <w:color w:val="000000"/>
        </w:rPr>
        <w:t>．解得</w:t>
      </w:r>
      <w:r>
        <w:pict>
          <v:shape id="_x0000_i712663" type="#_x0000_t75" alt="学科网(www.zxxk.com)--教育资源门户，提供试卷、教案、课件、论文、素材以及各类教学资源下载，还有大量而丰富的教学相关资讯！" style="width:30.05pt;height:14.15pt" o:oleicon="f" o:ole="">
            <v:imagedata r:id="rId2827" o:title="eqId6c7a1d739890a8951586e23b78b035bc"/>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000375" cy="952500"/>
            <wp:docPr id="33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 name=""/>
                    <pic:cNvPicPr>
                      <a:picLocks noChangeAspect="1"/>
                    </pic:cNvPicPr>
                  </pic:nvPicPr>
                  <pic:blipFill>
                    <a:blip r:embed="rId2828"/>
                    <a:stretch>
                      <a:fillRect/>
                    </a:stretch>
                  </pic:blipFill>
                  <pic:spPr>
                    <a:xfrm>
                      <a:off x="0" y="0"/>
                      <a:ext cx="3000375" cy="9525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当</w:t>
      </w:r>
      <w:r>
        <w:pict>
          <v:shape id="_x0000_i712664" type="#_x0000_t75" alt="学科网(www.zxxk.com)--教育资源门户，提供试卷、教案、课件、论文、素材以及各类教学资源下载，还有大量而丰富的教学相关资讯！" style="width:30pt;height:13.5pt" o:oleicon="f" o:ole="">
            <v:imagedata r:id="rId2829" o:title="eqId4f4c78214e43a8b93f2a57072033cbcf"/>
          </v:shape>
        </w:pict>
      </w:r>
      <w:r>
        <w:rPr>
          <w:rFonts w:ascii="宋体" w:eastAsia="宋体" w:hAnsi="宋体" w:cs="宋体"/>
          <w:color w:val="000000"/>
        </w:rPr>
        <w:t>时，如图</w:t>
      </w:r>
      <w:r>
        <w:rPr>
          <w:rFonts w:ascii="Times New Roman" w:eastAsia="Times New Roman" w:hAnsi="Times New Roman" w:cs="Times New Roman"/>
          <w:color w:val="000000"/>
        </w:rPr>
        <w:t>2</w:t>
      </w:r>
      <w:r>
        <w:rPr>
          <w:rFonts w:ascii="宋体" w:eastAsia="宋体" w:hAnsi="宋体" w:cs="宋体"/>
          <w:color w:val="000000"/>
        </w:rPr>
        <w:t>，可列方程，得</w:t>
      </w:r>
      <w:r>
        <w:pict>
          <v:shape id="_x0000_i712665" type="#_x0000_t75" alt="学科网(www.zxxk.com)--教育资源门户，提供试卷、教案、课件、论文、素材以及各类教学资源下载，还有大量而丰富的教学相关资讯！" style="width:47.4pt;height:14.35pt" o:oleicon="f" o:ole="">
            <v:imagedata r:id="rId2830" o:title="eqId7a0936b12e8bb21ffbb3e4094bc0a88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2666" type="#_x0000_t75" alt="学科网(www.zxxk.com)--教育资源门户，提供试卷、教案、课件、论文、素材以及各类教学资源下载，还有大量而丰富的教学相关资讯！" style="width:27.75pt;height:11.25pt" o:oleicon="f" o:ole="">
            <v:imagedata r:id="rId2831" o:title="eqId7aed39f5aca78934fb383402433fe549"/>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38425" cy="923925"/>
            <wp:docPr id="33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 name=""/>
                    <pic:cNvPicPr>
                      <a:picLocks noChangeAspect="1"/>
                    </pic:cNvPicPr>
                  </pic:nvPicPr>
                  <pic:blipFill>
                    <a:blip r:embed="rId2832"/>
                    <a:stretch>
                      <a:fillRect/>
                    </a:stretch>
                  </pic:blipFill>
                  <pic:spPr>
                    <a:xfrm>
                      <a:off x="0" y="0"/>
                      <a:ext cx="2638425" cy="9239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所以当点</w:t>
      </w:r>
      <w:r>
        <w:rPr>
          <w:rFonts w:ascii="Times New Roman" w:eastAsia="Times New Roman" w:hAnsi="Times New Roman" w:cs="Times New Roman"/>
          <w:i/>
          <w:color w:val="000000"/>
        </w:rPr>
        <w:t>B</w:t>
      </w:r>
      <w:r>
        <w:rPr>
          <w:rFonts w:ascii="宋体" w:eastAsia="宋体" w:hAnsi="宋体" w:cs="宋体"/>
          <w:color w:val="000000"/>
        </w:rPr>
        <w:t>与线段</w:t>
      </w:r>
      <w:r>
        <w:rPr>
          <w:rFonts w:ascii="Times New Roman" w:eastAsia="Times New Roman" w:hAnsi="Times New Roman" w:cs="Times New Roman"/>
          <w:i/>
          <w:color w:val="000000"/>
        </w:rPr>
        <w:t>OM</w:t>
      </w:r>
      <w:r>
        <w:rPr>
          <w:rFonts w:ascii="宋体" w:eastAsia="宋体" w:hAnsi="宋体" w:cs="宋体"/>
          <w:color w:val="000000"/>
        </w:rPr>
        <w:t>的“闭距离”为</w:t>
      </w:r>
      <w:r>
        <w:rPr>
          <w:rFonts w:ascii="Times New Roman" w:eastAsia="Times New Roman" w:hAnsi="Times New Roman" w:cs="Times New Roman"/>
          <w:color w:val="000000"/>
        </w:rPr>
        <w:t>3</w:t>
      </w:r>
      <w:r>
        <w:rPr>
          <w:rFonts w:ascii="宋体" w:eastAsia="宋体" w:hAnsi="宋体" w:cs="宋体"/>
          <w:color w:val="000000"/>
        </w:rPr>
        <w:t>时，</w:t>
      </w:r>
      <w:r>
        <w:rPr>
          <w:rFonts w:ascii="Times New Roman" w:eastAsia="Times New Roman" w:hAnsi="Times New Roman" w:cs="Times New Roman"/>
          <w:i/>
          <w:color w:val="000000"/>
        </w:rPr>
        <w:t>m</w:t>
      </w:r>
      <w:r>
        <w:rPr>
          <w:rFonts w:ascii="宋体" w:eastAsia="宋体" w:hAnsi="宋体" w:cs="宋体"/>
          <w:color w:val="000000"/>
        </w:rPr>
        <w:t>的值是</w:t>
      </w:r>
      <w:r>
        <w:rPr>
          <w:rFonts w:ascii="Times New Roman" w:eastAsia="Times New Roman" w:hAnsi="Times New Roman" w:cs="Times New Roman"/>
          <w:color w:val="000000"/>
        </w:rPr>
        <w:t>5</w:t>
      </w:r>
      <w:r>
        <w:rPr>
          <w:rFonts w:ascii="宋体" w:eastAsia="宋体" w:hAnsi="宋体" w:cs="宋体"/>
          <w:color w:val="000000"/>
        </w:rPr>
        <w:t>或</w:t>
      </w:r>
      <w:r>
        <w:pict>
          <v:shape id="_x0000_i712667" type="#_x0000_t75" alt="学科网(www.zxxk.com)--教育资源门户，提供试卷、教案、课件、论文、素材以及各类教学资源下载，还有大量而丰富的教学相关资讯！" style="width:12pt;height:10.5pt" o:oleicon="f" o:ole="">
            <v:imagedata r:id="rId2833" o:title="eqIdacbc6a613224461ade69362d46550474"/>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当</w:t>
      </w:r>
      <w:r>
        <w:pict>
          <v:shape id="_x0000_i712668" type="#_x0000_t75" alt="学科网(www.zxxk.com)--教育资源门户，提供试卷、教案、课件、论文、素材以及各类教学资源下载，还有大量而丰富的教学相关资讯！" style="width:30pt;height:13.8pt" o:oleicon="f" o:ole="">
            <v:imagedata r:id="rId2834" o:title="eqIdd4f1138ee32299b2d8526e48e2fc9f8e"/>
          </v:shape>
        </w:pict>
      </w:r>
      <w:r>
        <w:rPr>
          <w:rFonts w:ascii="宋体" w:eastAsia="宋体" w:hAnsi="宋体" w:cs="宋体"/>
          <w:color w:val="000000"/>
        </w:rPr>
        <w:t>时，</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2669" type="#_x0000_t75" alt="学科网(www.zxxk.com)--教育资源门户，提供试卷、教案、课件、论文、素材以及各类教学资源下载，还有大量而丰富的教学相关资讯！" style="width:80.25pt;height:36pt" o:oleicon="f" o:ole="">
            <v:imagedata r:id="rId2835" o:title="eqIdbb48735839d6799dcc72cac2978d1457"/>
          </v:shape>
        </w:pict>
      </w:r>
      <w:r>
        <w:rPr>
          <w:rFonts w:ascii="宋体" w:eastAsia="宋体" w:hAnsi="宋体" w:cs="宋体"/>
          <w:color w:val="000000"/>
        </w:rPr>
        <w:t>，解得</w:t>
      </w:r>
      <w:r>
        <w:pict>
          <v:shape id="_x0000_i712670" type="#_x0000_t75" alt="学科网(www.zxxk.com)--教育资源门户，提供试卷、教案、课件、论文、素材以及各类教学资源下载，还有大量而丰富的教学相关资讯！" style="width:60pt;height:14pt" o:oleicon="f" o:ole="">
            <v:imagedata r:id="rId2836" o:title="eqIde7917fdc1dfc6cf65aeae437bba895e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2671" type="#_x0000_t75" alt="学科网(www.zxxk.com)--教育资源门户，提供试卷、教案、课件、论文、素材以及各类教学资源下载，还有大量而丰富的教学相关资讯！" style="width:30pt;height:14.4pt" o:oleicon="f" o:ole="">
            <v:imagedata r:id="rId2837" o:title="eqId057c9c652f16799896b0f707604c4a0f"/>
          </v:shape>
        </w:pict>
      </w:r>
      <w:r>
        <w:pict>
          <v:shape id="_x0000_i712672" type="#_x0000_t75" alt="学科网(www.zxxk.com)--教育资源门户，提供试卷、教案、课件、论文、素材以及各类教学资源下载，还有大量而丰富的教学相关资讯！" style="width:30pt;height:13.8pt" o:oleicon="f" o:ole="">
            <v:imagedata r:id="rId2838" o:title="eqIdd4f1138ee32299b2d8526e48e2fc9f8e"/>
          </v:shape>
        </w:pict>
      </w:r>
      <w:r>
        <w:rPr>
          <w:rFonts w:ascii="宋体" w:eastAsia="宋体" w:hAnsi="宋体" w:cs="宋体"/>
          <w:color w:val="000000"/>
        </w:rPr>
        <w:t>时，</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2673" type="#_x0000_t75" alt="学科网(www.zxxk.com)--教育资源门户，提供试卷、教案、课件、论文、素材以及各类教学资源下载，还有大量而丰富的教学相关资讯！" style="width:87.75pt;height:39.75pt" o:oleicon="f" o:ole="">
            <v:imagedata r:id="rId2839" o:title="eqIdfc770eb8c3f7fbf6df6b954699b64618"/>
          </v:shape>
        </w:pict>
      </w:r>
      <w:r>
        <w:rPr>
          <w:rFonts w:ascii="宋体" w:eastAsia="宋体" w:hAnsi="宋体" w:cs="宋体"/>
          <w:color w:val="000000"/>
        </w:rPr>
        <w:t>，解得</w:t>
      </w:r>
      <w:r>
        <w:pict>
          <v:shape id="_x0000_i712674" type="#_x0000_t75" alt="学科网(www.zxxk.com)--教育资源门户，提供试卷、教案、课件、论文、素材以及各类教学资源下载，还有大量而丰富的教学相关资讯！" style="width:50.55pt;height:14.55pt" o:oleicon="f" o:ole="">
            <v:imagedata r:id="rId2840" o:title="eqIdb51a01e7f149eb75b350e69a23afce8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pict>
          <v:shape id="_x0000_i712675" type="#_x0000_t75" alt="学科网(www.zxxk.com)--教育资源门户，提供试卷、教案、课件、论文、素材以及各类教学资源下载，还有大量而丰富的教学相关资讯！" style="width:60pt;height:14pt" o:oleicon="f" o:ole="">
            <v:imagedata r:id="rId2841" o:title="eqIde7917fdc1dfc6cf65aeae437bba895eb"/>
          </v:shape>
        </w:pict>
      </w:r>
      <w:r>
        <w:rPr>
          <w:rFonts w:ascii="宋体" w:eastAsia="宋体" w:hAnsi="宋体" w:cs="宋体"/>
          <w:color w:val="000000"/>
        </w:rPr>
        <w:t>或</w:t>
      </w:r>
      <w:r>
        <w:pict>
          <v:shape id="_x0000_i712676" type="#_x0000_t75" alt="学科网(www.zxxk.com)--教育资源门户，提供试卷、教案、课件、论文、素材以及各类教学资源下载，还有大量而丰富的教学相关资讯！" style="width:50.55pt;height:14.55pt" o:oleicon="f" o:ole="">
            <v:imagedata r:id="rId2842" o:title="eqIdb51a01e7f149eb75b350e69a23afce89"/>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的最大值为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的最小值为</w:t>
      </w:r>
      <w:r>
        <w:pict>
          <v:shape id="_x0000_i712677" type="#_x0000_t75" alt="学科网(www.zxxk.com)--教育资源门户，提供试卷、教案、课件、论文、素材以及各类教学资源下载，还有大量而丰富的教学相关资讯！" style="width:15.75pt;height:12.75pt" o:oleicon="f" o:ole="">
            <v:imagedata r:id="rId2843" o:title="eqId274a9dc37509f01c2606fb3086a46f4f"/>
          </v:shape>
        </w:pic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本题考查有理数与数轴，一元一次方程，熟练掌握数轴上点的特征，弄清定义是解题的关键．</w:t>
      </w:r>
    </w:p>
    <w:p>
      <w:pPr>
        <w:pStyle w:val="Heading2"/>
      </w:pPr>
      <w:r>
        <w:t>二中教育集团</w:t>
      </w:r>
    </w:p>
    <w:p>
      <w:pPr>
        <w:spacing w:line="360" w:lineRule="auto"/>
        <w:jc w:val="both"/>
        <w:textAlignment w:val="center"/>
        <w:rPr>
          <w:color w:val="000000"/>
        </w:rPr>
      </w:pPr>
      <w:r>
        <w:rPr>
          <w:color w:val="000000"/>
        </w:rPr>
        <w:t xml:space="preserve">27. </w:t>
      </w:r>
      <w:r>
        <w:rPr>
          <w:rFonts w:ascii="宋体" w:hAnsi="宋体" w:eastAsia="宋体" w:cs="宋体"/>
          <w:color w:val="000000"/>
        </w:rPr>
        <w:t>已知</w:t>
      </w:r>
      <w:r>
        <w:pict>
          <v:shape id="_x0000_i712678" o:spt="75" alt="学科网(www.zxxk.com)--教育资源门户，提供试卷、教案、课件、论文、素材以及各类教学资源下载，还有大量而丰富的教学相关资讯！" type="#_x0000_t75" style="height:13.8pt;width:69.6pt;" o:ole="t" filled="f" o:preferrelative="t" stroked="f" coordsize="21600,21600">
            <v:path/>
            <v:fill on="f" focussize="0,0"/>
            <v:stroke on="f" joinstyle="miter"/>
            <v:imagedata r:id="rId2844" o:title="eqId86e847513a54d0e5a8433f583767ccaf"/>
            <o:lock v:ext="edit" aspectratio="t"/>
            <w10:wrap type="none"/>
            <w10:anchorlock/>
          </v:shape>
        </w:pict>
      </w:r>
      <w:r>
        <w:rPr>
          <w:rFonts w:ascii="宋体" w:hAnsi="宋体" w:eastAsia="宋体" w:cs="宋体"/>
          <w:color w:val="000000"/>
        </w:rPr>
        <w:t>，</w:t>
      </w:r>
      <w:r>
        <w:pict>
          <v:shape id="_x0000_i712679"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845" o:title="eqIdebdae1b1c950c86fa1db228b73bffc49"/>
            <o:lock v:ext="edit" aspectratio="t"/>
            <w10:wrap type="none"/>
            <w10:anchorlock/>
          </v:shape>
        </w:pict>
      </w:r>
      <w:r>
        <w:rPr>
          <w:rFonts w:ascii="宋体" w:hAnsi="宋体" w:eastAsia="宋体" w:cs="宋体"/>
          <w:color w:val="000000"/>
        </w:rPr>
        <w:t>是过点</w:t>
      </w:r>
      <w:r>
        <w:rPr>
          <w:rFonts w:ascii="Times New Roman" w:hAnsi="Times New Roman" w:eastAsia="Times New Roman" w:cs="Times New Roman"/>
          <w:i/>
          <w:color w:val="000000"/>
        </w:rPr>
        <w:t>O</w:t>
      </w:r>
      <w:r>
        <w:rPr>
          <w:rFonts w:ascii="宋体" w:hAnsi="宋体" w:eastAsia="宋体" w:cs="宋体"/>
          <w:color w:val="000000"/>
        </w:rPr>
        <w:t>的射线，射线</w:t>
      </w:r>
      <w:r>
        <w:pict>
          <v:shape id="_x0000_i712680"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2846" o:title="eqId091145fcc157587a3fc8e0b7c7c0ecb7"/>
            <o:lock v:ext="edit" aspectratio="t"/>
            <w10:wrap type="none"/>
            <w10:anchorlock/>
          </v:shape>
        </w:pict>
      </w:r>
      <w:r>
        <w:rPr>
          <w:rFonts w:ascii="宋体" w:hAnsi="宋体" w:eastAsia="宋体" w:cs="宋体"/>
          <w:color w:val="000000"/>
        </w:rPr>
        <w:t>分别平分</w:t>
      </w:r>
      <w:r>
        <w:pict>
          <v:shape id="_x0000_i712681"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2847" o:title="eqId9fed1f57a835af4e9022e27603d12d31"/>
            <o:lock v:ext="edit" aspectratio="t"/>
            <w10:wrap type="none"/>
            <w10:anchorlock/>
          </v:shape>
        </w:pict>
      </w:r>
      <w:r>
        <w:rPr>
          <w:rFonts w:ascii="宋体" w:hAnsi="宋体" w:eastAsia="宋体" w:cs="宋体"/>
          <w:color w:val="000000"/>
        </w:rPr>
        <w:t>和</w:t>
      </w:r>
      <w:r>
        <w:pict>
          <v:shape id="_x0000_i712682" o:spt="75" alt="学科网(www.zxxk.com)--教育资源门户，提供试卷、教案、课件、论文、素材以及各类教学资源下载，还有大量而丰富的教学相关资讯！" type="#_x0000_t75" style="height:14.4pt;width:36pt;" o:ole="t" filled="f" o:preferrelative="t" stroked="f" coordsize="21600,21600">
            <v:path/>
            <v:fill on="f" focussize="0,0"/>
            <v:stroke on="f" joinstyle="miter"/>
            <v:imagedata r:id="rId2848" o:title="eqIdbea7b811fa609b8e92da877471564e0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5238750" cy="1390650"/>
            <wp:effectExtent l="0" t="0" r="0" b="0"/>
            <wp:docPr id="336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 name="图片 100039" descr="学科网(www.zxxk.com)--教育资源门户，提供试卷、教案、课件、论文、素材以及各类教学资源下载，还有大量而丰富的教学相关资讯！"/>
                    <pic:cNvPicPr>
                      <a:picLocks noChangeAspect="1"/>
                    </pic:cNvPicPr>
                  </pic:nvPicPr>
                  <pic:blipFill>
                    <a:blip r:embed="rId2849"/>
                    <a:stretch>
                      <a:fillRect/>
                    </a:stretch>
                  </pic:blipFill>
                  <pic:spPr>
                    <a:xfrm>
                      <a:off x="0" y="0"/>
                      <a:ext cx="5238750" cy="1390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，若</w:t>
      </w:r>
      <w:r>
        <w:pict>
          <v:shape id="_x0000_i712683"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850" o:title="eqIdebdae1b1c950c86fa1db228b73bffc49"/>
            <o:lock v:ext="edit" aspectratio="t"/>
            <w10:wrap type="none"/>
            <w10:anchorlock/>
          </v:shape>
        </w:pict>
      </w:r>
      <w:r>
        <w:rPr>
          <w:rFonts w:ascii="宋体" w:hAnsi="宋体" w:eastAsia="宋体" w:cs="宋体"/>
          <w:color w:val="000000"/>
        </w:rPr>
        <w:t>是</w:t>
      </w:r>
      <w:r>
        <w:pict>
          <v:shape id="_x0000_i71268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851" o:title="eqId6d7b2fe01a33c4825f9974ed9663a99c"/>
            <o:lock v:ext="edit" aspectratio="t"/>
            <w10:wrap type="none"/>
            <w10:anchorlock/>
          </v:shape>
        </w:pict>
      </w:r>
      <w:r>
        <w:rPr>
          <w:rFonts w:ascii="宋体" w:hAnsi="宋体" w:eastAsia="宋体" w:cs="宋体"/>
          <w:color w:val="000000"/>
        </w:rPr>
        <w:t>的三等分线，则</w:t>
      </w:r>
      <w:r>
        <w:pict>
          <v:shape id="_x0000_i712685"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2852" o:title="eqIdcecad6cdbd87811e90c95331da8a8eff"/>
            <o:lock v:ext="edit" aspectratio="t"/>
            <w10:wrap type="none"/>
            <w10:anchorlock/>
          </v:shape>
        </w:pict>
      </w:r>
      <w:r>
        <w:rPr>
          <w:rFonts w:ascii="Times New Roman" w:hAnsi="Times New Roman" w:eastAsia="Times New Roman" w:cs="Times New Roman"/>
          <w:color w:val="000000"/>
        </w:rPr>
        <w:t>_________</w:t>
      </w:r>
      <w:r>
        <w:pict>
          <v:shape id="_x0000_i712686"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2853" o:title="eqId83873a9d782f2588c5eedbfe73f9bc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，在</w:t>
      </w:r>
      <w:r>
        <w:pict>
          <v:shape id="_x0000_i71268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854" o:title="eqId6d7b2fe01a33c4825f9974ed9663a99c"/>
            <o:lock v:ext="edit" aspectratio="t"/>
            <w10:wrap type="none"/>
            <w10:anchorlock/>
          </v:shape>
        </w:pict>
      </w:r>
      <w:r>
        <w:rPr>
          <w:rFonts w:ascii="宋体" w:hAnsi="宋体" w:eastAsia="宋体" w:cs="宋体"/>
          <w:color w:val="000000"/>
        </w:rPr>
        <w:t>内，若</w:t>
      </w:r>
      <w:r>
        <w:pict>
          <v:shape id="_x0000_i712688"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2855" o:title="eqIde30b02c7213f57d3c6c3d65e0650a926"/>
            <o:lock v:ext="edit" aspectratio="t"/>
            <w10:wrap type="none"/>
            <w10:anchorlock/>
          </v:shape>
        </w:pict>
      </w:r>
      <w:r>
        <w:rPr>
          <w:rFonts w:ascii="宋体" w:hAnsi="宋体" w:eastAsia="宋体" w:cs="宋体"/>
          <w:color w:val="000000"/>
        </w:rPr>
        <w:t>，则</w:t>
      </w:r>
      <w:r>
        <w:pict>
          <v:shape id="_x0000_i712689"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2856" o:title="eqIdcecad6cdbd87811e90c95331da8a8eff"/>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；（用含</w:t>
      </w:r>
      <w:r>
        <w:pict>
          <v:shape id="_x0000_i712690"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857" o:title="eqIde170f206fdbbd834aad7580c727e2cc6"/>
            <o:lock v:ext="edit" aspectratio="t"/>
            <w10:wrap type="none"/>
            <w10:anchorlock/>
          </v:shape>
        </w:pict>
      </w:r>
      <w:r>
        <w:rPr>
          <w:rFonts w:ascii="宋体" w:hAnsi="宋体" w:eastAsia="宋体" w:cs="宋体"/>
          <w:color w:val="000000"/>
        </w:rPr>
        <w:t>的代数式表示）</w:t>
      </w:r>
    </w:p>
    <w:p>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，若</w:t>
      </w:r>
      <w:r>
        <w:pict>
          <v:shape id="_x0000_i712691"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2858" o:title="eqId44b18100465cae8215db33eb2349b931"/>
            <o:lock v:ext="edit" aspectratio="t"/>
            <w10:wrap type="none"/>
            <w10:anchorlock/>
          </v:shape>
        </w:pict>
      </w:r>
      <w:r>
        <w:rPr>
          <w:rFonts w:ascii="宋体" w:hAnsi="宋体" w:eastAsia="宋体" w:cs="宋体"/>
          <w:color w:val="000000"/>
        </w:rPr>
        <w:t>，将</w:t>
      </w:r>
      <w:r>
        <w:pict>
          <v:shape id="_x0000_i712692"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2859" o:title="eqIded66570f697459aba9daa2eaf9460bcb"/>
            <o:lock v:ext="edit" aspectratio="t"/>
            <w10:wrap type="none"/>
            <w10:anchorlock/>
          </v:shape>
        </w:pict>
      </w:r>
      <w:r>
        <w:rPr>
          <w:rFonts w:ascii="宋体" w:hAnsi="宋体" w:eastAsia="宋体" w:cs="宋体"/>
          <w:color w:val="000000"/>
        </w:rPr>
        <w:t>绕着点</w:t>
      </w:r>
      <w:r>
        <w:rPr>
          <w:rFonts w:ascii="Times New Roman" w:hAnsi="Times New Roman" w:eastAsia="Times New Roman" w:cs="Times New Roman"/>
          <w:i/>
          <w:color w:val="000000"/>
        </w:rPr>
        <w:t>O</w:t>
      </w:r>
      <w:r>
        <w:rPr>
          <w:rFonts w:ascii="宋体" w:hAnsi="宋体" w:eastAsia="宋体" w:cs="宋体"/>
          <w:color w:val="000000"/>
        </w:rPr>
        <w:t>逆时针旋转到</w:t>
      </w:r>
      <w:r>
        <w:pict>
          <v:shape id="_x0000_i71269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860" o:title="eqId6d7b2fe01a33c4825f9974ed9663a99c"/>
            <o:lock v:ext="edit" aspectratio="t"/>
            <w10:wrap type="none"/>
            <w10:anchorlock/>
          </v:shape>
        </w:pict>
      </w:r>
      <w:r>
        <w:rPr>
          <w:rFonts w:ascii="宋体" w:hAnsi="宋体" w:eastAsia="宋体" w:cs="宋体"/>
          <w:color w:val="000000"/>
        </w:rPr>
        <w:t>的外部</w:t>
      </w:r>
      <w:r>
        <w:pict>
          <v:shape id="_x0000_i712694" o:spt="75" alt="学科网(www.zxxk.com)--教育资源门户，提供试卷、教案、课件、论文、素材以及各类教学资源下载，还有大量而丰富的教学相关资讯！" type="#_x0000_t75" style="height:19.5pt;width:196.5pt;" o:ole="t" filled="f" o:preferrelative="t" stroked="f" coordsize="21600,21600">
            <v:path/>
            <v:fill on="f" focussize="0,0"/>
            <v:stroke on="f" joinstyle="miter"/>
            <v:imagedata r:id="rId2861" o:title="eqIddcc5b452b0a86160809d6b79d1e26243"/>
            <o:lock v:ext="edit" aspectratio="t"/>
            <w10:wrap type="none"/>
            <w10:anchorlock/>
          </v:shape>
        </w:pict>
      </w:r>
      <w:r>
        <w:rPr>
          <w:rFonts w:ascii="宋体" w:hAnsi="宋体" w:eastAsia="宋体" w:cs="宋体"/>
          <w:color w:val="000000"/>
        </w:rPr>
        <w:t>，请直接写出此时</w:t>
      </w:r>
      <w:r>
        <w:pict>
          <v:shape id="_x0000_i712695"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862" o:title="eqId27935c1ef4df2d52ac697678a3c8f39d"/>
            <o:lock v:ext="edit" aspectratio="t"/>
            <w10:wrap type="none"/>
            <w10:anchorlock/>
          </v:shape>
        </w:pict>
      </w:r>
      <w:r>
        <w:rPr>
          <w:rFonts w:ascii="宋体" w:hAnsi="宋体" w:eastAsia="宋体" w:cs="宋体"/>
          <w:color w:val="000000"/>
        </w:rPr>
        <w:t>的度数．</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100</w:t>
      </w:r>
      <w:r>
        <w:rPr>
          <w:color w:val="000000"/>
        </w:rPr>
        <w:t xml:space="preserve">    （2）</w:t>
      </w:r>
      <w:r>
        <w:pict>
          <v:shape id="_x0000_i712696" o:spt="75" alt="学科网(www.zxxk.com)--教育资源门户，提供试卷、教案、课件、论文、素材以及各类教学资源下载，还有大量而丰富的教学相关资讯！" type="#_x0000_t75" style="height:28pt;width:43pt;" o:ole="t" filled="f" o:preferrelative="t" stroked="f" coordsize="21600,21600">
            <v:path/>
            <v:fill on="f" focussize="0,0"/>
            <v:stroke on="f" joinstyle="miter"/>
            <v:imagedata r:id="rId2863" o:title="eqIdfbc6ed01b35f54ce8829eaa1e76fd85b"/>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2697" o:spt="75" alt="学科网(www.zxxk.com)--教育资源门户，提供试卷、教案、课件、论文、素材以及各类教学资源下载，还有大量而丰富的教学相关资讯！" type="#_x0000_t75" style="height:13.9pt;width:19.9pt;" o:ole="t" filled="f" o:preferrelative="t" stroked="f" coordsize="21600,21600">
            <v:path/>
            <v:fill on="f" focussize="0,0"/>
            <v:stroke on="f" joinstyle="miter"/>
            <v:imagedata r:id="rId2864" o:title="eqId391479c151307826c9765a47a5f10503"/>
            <o:lock v:ext="edit" aspectratio="t"/>
            <w10:wrap type="none"/>
            <w10:anchorlock/>
          </v:shape>
        </w:pict>
      </w:r>
      <w:r>
        <w:rPr>
          <w:rFonts w:ascii="宋体" w:hAnsi="宋体" w:eastAsia="宋体" w:cs="宋体"/>
          <w:color w:val="000000"/>
        </w:rPr>
        <w:t>或</w:t>
      </w:r>
      <w:r>
        <w:pict>
          <v:shape id="_x0000_i712698" o:spt="75" alt="学科网(www.zxxk.com)--教育资源门户，提供试卷、教案、课件、论文、素材以及各类教学资源下载，还有大量而丰富的教学相关资讯！" type="#_x0000_t75" style="height:14.2pt;width:24.55pt;" o:ole="t" filled="f" o:preferrelative="t" stroked="f" coordsize="21600,21600">
            <v:path/>
            <v:fill on="f" focussize="0,0"/>
            <v:stroke on="f" joinstyle="miter"/>
            <v:imagedata r:id="rId2865" o:title="eqId85e283d58ea8a48989988ce61df58688"/>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）根据角平分线的定义得到</w:t>
      </w:r>
      <w:r>
        <w:pict>
          <v:shape id="_x0000_i712699" o:spt="75" alt="学科网(www.zxxk.com)--教育资源门户，提供试卷、教案、课件、论文、素材以及各类教学资源下载，还有大量而丰富的教学相关资讯！" type="#_x0000_t75" style="height:28pt;width:184pt;" o:ole="t" filled="f" o:preferrelative="t" stroked="f" coordsize="21600,21600">
            <v:path/>
            <v:fill on="f" focussize="0,0"/>
            <v:stroke on="f" joinstyle="miter"/>
            <v:imagedata r:id="rId2866" o:title="eqId774370291c54f7319b6ec48dcc039587"/>
            <o:lock v:ext="edit" aspectratio="t"/>
            <w10:wrap type="none"/>
            <w10:anchorlock/>
          </v:shape>
        </w:pict>
      </w:r>
      <w:r>
        <w:rPr>
          <w:rFonts w:ascii="宋体" w:hAnsi="宋体" w:eastAsia="宋体" w:cs="宋体"/>
          <w:color w:val="000000"/>
        </w:rPr>
        <w:t>，</w:t>
      </w:r>
      <w:r>
        <w:pict>
          <v:shape id="_x0000_i712700" o:spt="75" alt="学科网(www.zxxk.com)--教育资源门户，提供试卷、教案、课件、论文、素材以及各类教学资源下载，还有大量而丰富的教学相关资讯！" type="#_x0000_t75" style="height:28pt;width:109pt;" o:ole="t" filled="f" o:preferrelative="t" stroked="f" coordsize="21600,21600">
            <v:path/>
            <v:fill on="f" focussize="0,0"/>
            <v:stroke on="f" joinstyle="miter"/>
            <v:imagedata r:id="rId2867" o:title="eqId3d9d2d13ede590979b883ebfcaab3fff"/>
            <o:lock v:ext="edit" aspectratio="t"/>
            <w10:wrap type="none"/>
            <w10:anchorlock/>
          </v:shape>
        </w:pict>
      </w:r>
      <w:r>
        <w:rPr>
          <w:rFonts w:ascii="宋体" w:hAnsi="宋体" w:eastAsia="宋体" w:cs="宋体"/>
          <w:color w:val="000000"/>
        </w:rPr>
        <w:t>，</w:t>
      </w:r>
      <w:r>
        <w:pict>
          <v:shape id="_x0000_i712701" o:spt="75" alt="学科网(www.zxxk.com)--教育资源门户，提供试卷、教案、课件、论文、素材以及各类教学资源下载，还有大量而丰富的教学相关资讯！" type="#_x0000_t75" style="height:28pt;width:108pt;" o:ole="t" filled="f" o:preferrelative="t" stroked="f" coordsize="21600,21600">
            <v:path/>
            <v:fill on="f" focussize="0,0"/>
            <v:stroke on="f" joinstyle="miter"/>
            <v:imagedata r:id="rId2868" o:title="eqIdd6d001ee0d29b2c940e53c105cdf64c5"/>
            <o:lock v:ext="edit" aspectratio="t"/>
            <w10:wrap type="none"/>
            <w10:anchorlock/>
          </v:shape>
        </w:pict>
      </w:r>
      <w:r>
        <w:rPr>
          <w:rFonts w:ascii="宋体" w:hAnsi="宋体" w:eastAsia="宋体" w:cs="宋体"/>
          <w:color w:val="000000"/>
        </w:rPr>
        <w:t>，则</w:t>
      </w:r>
      <w:r>
        <w:pict>
          <v:shape id="_x0000_i712702" o:spt="75" alt="学科网(www.zxxk.com)--教育资源门户，提供试卷、教案、课件、论文、素材以及各类教学资源下载，还有大量而丰富的教学相关资讯！" type="#_x0000_t75" style="height:13pt;width:139pt;" o:ole="t" filled="f" o:preferrelative="t" stroked="f" coordsize="21600,21600">
            <v:path/>
            <v:fill on="f" focussize="0,0"/>
            <v:stroke on="f" joinstyle="miter"/>
            <v:imagedata r:id="rId2869" o:title="eqId8e71fe9461ea2d13f4ef6807f242e9a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2703" o:spt="75" alt="学科网(www.zxxk.com)--教育资源门户，提供试卷、教案、课件、论文、素材以及各类教学资源下载，还有大量而丰富的教学相关资讯！" type="#_x0000_t75" style="height:31.2pt;width:94.8pt;" o:ole="t" filled="f" o:preferrelative="t" stroked="f" coordsize="21600,21600">
            <v:path/>
            <v:fill on="f" focussize="0,0"/>
            <v:stroke on="f" joinstyle="miter"/>
            <v:imagedata r:id="rId2870" o:title="eqIdc33bfb46653b86864a2c63e11fa705f6"/>
            <o:lock v:ext="edit" aspectratio="t"/>
            <w10:wrap type="none"/>
            <w10:anchorlock/>
          </v:shape>
        </w:pict>
      </w:r>
      <w:r>
        <w:rPr>
          <w:rFonts w:ascii="宋体" w:hAnsi="宋体" w:eastAsia="宋体" w:cs="宋体"/>
          <w:color w:val="000000"/>
        </w:rPr>
        <w:t>，</w:t>
      </w:r>
      <w:r>
        <w:pict>
          <v:shape id="_x0000_i712704" o:spt="75" alt="学科网(www.zxxk.com)--教育资源门户，提供试卷、教案、课件、论文、素材以及各类教学资源下载，还有大量而丰富的教学相关资讯！" type="#_x0000_t75" style="height:30.6pt;width:95.4pt;" o:ole="t" filled="f" o:preferrelative="t" stroked="f" coordsize="21600,21600">
            <v:path/>
            <v:fill on="f" focussize="0,0"/>
            <v:stroke on="f" joinstyle="miter"/>
            <v:imagedata r:id="rId2871" o:title="eqIdcaf145775edc6ecb05af34ce50f79998"/>
            <o:lock v:ext="edit" aspectratio="t"/>
            <w10:wrap type="none"/>
            <w10:anchorlock/>
          </v:shape>
        </w:pict>
      </w:r>
      <w:r>
        <w:rPr>
          <w:rFonts w:ascii="宋体" w:hAnsi="宋体" w:eastAsia="宋体" w:cs="宋体"/>
          <w:color w:val="000000"/>
        </w:rPr>
        <w:t>，</w:t>
      </w:r>
      <w:r>
        <w:pict>
          <v:shape id="_x0000_i712705" o:spt="75" alt="学科网(www.zxxk.com)--教育资源门户，提供试卷、教案、课件、论文、素材以及各类教学资源下载，还有大量而丰富的教学相关资讯！" type="#_x0000_t75" style="height:13pt;width:119.5pt;" o:ole="t" filled="f" o:preferrelative="t" stroked="f" coordsize="21600,21600">
            <v:path/>
            <v:fill on="f" focussize="0,0"/>
            <v:stroke on="f" joinstyle="miter"/>
            <v:imagedata r:id="rId2872" o:title="eqIdb1ea9aab067ef46ca7e5db03be2b62e5"/>
            <o:lock v:ext="edit" aspectratio="t"/>
            <w10:wrap type="none"/>
            <w10:anchorlock/>
          </v:shape>
        </w:pict>
      </w:r>
      <w:r>
        <w:rPr>
          <w:rFonts w:ascii="宋体" w:hAnsi="宋体" w:eastAsia="宋体" w:cs="宋体"/>
          <w:color w:val="000000"/>
        </w:rPr>
        <w:t>，</w:t>
      </w:r>
      <w:r>
        <w:pict>
          <v:shape id="_x0000_i712706" o:spt="75" alt="学科网(www.zxxk.com)--教育资源门户，提供试卷、教案、课件、论文、素材以及各类教学资源下载，还有大量而丰富的教学相关资讯！" type="#_x0000_t75" style="height:28pt;width:127pt;" o:ole="t" filled="f" o:preferrelative="t" stroked="f" coordsize="21600,21600">
            <v:path/>
            <v:fill on="f" focussize="0,0"/>
            <v:stroke on="f" joinstyle="miter"/>
            <v:imagedata r:id="rId2873" o:title="eqId80ccba0915f303e49802799b74e1b5db"/>
            <o:lock v:ext="edit" aspectratio="t"/>
            <w10:wrap type="none"/>
            <w10:anchorlock/>
          </v:shape>
        </w:pict>
      </w:r>
      <w:r>
        <w:rPr>
          <w:rFonts w:ascii="宋体" w:hAnsi="宋体" w:eastAsia="宋体" w:cs="宋体"/>
          <w:color w:val="000000"/>
        </w:rPr>
        <w:t>，则</w:t>
      </w:r>
      <w:r>
        <w:pict>
          <v:shape id="_x0000_i712707" o:spt="75" alt="学科网(www.zxxk.com)--教育资源门户，提供试卷、教案、课件、论文、素材以及各类教学资源下载，还有大量而丰富的教学相关资讯！" type="#_x0000_t75" style="height:28pt;width:153pt;" o:ole="t" filled="f" o:preferrelative="t" stroked="f" coordsize="21600,21600">
            <v:path/>
            <v:fill on="f" focussize="0,0"/>
            <v:stroke on="f" joinstyle="miter"/>
            <v:imagedata r:id="rId2874" o:title="eqIdf439f5ac8655118858c870d1f66ad27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）反向延长</w:t>
      </w:r>
      <w:r>
        <w:pict>
          <v:shape id="_x0000_i712708"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875" o:title="eqIdef4113c492885ba7c47fe42ac792578f"/>
            <o:lock v:ext="edit" aspectratio="t"/>
            <w10:wrap type="none"/>
            <w10:anchorlock/>
          </v:shape>
        </w:pict>
      </w:r>
      <w:r>
        <w:rPr>
          <w:rFonts w:ascii="宋体" w:hAnsi="宋体" w:eastAsia="宋体" w:cs="宋体"/>
          <w:color w:val="000000"/>
        </w:rPr>
        <w:t>、</w:t>
      </w:r>
      <w:r>
        <w:pict>
          <v:shape id="_x0000_i712709"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2876" o:title="eqIdb90e0f35eda1a729fed485f83da5ea9d"/>
            <o:lock v:ext="edit" aspectratio="t"/>
            <w10:wrap type="none"/>
            <w10:anchorlock/>
          </v:shape>
        </w:pict>
      </w:r>
      <w:r>
        <w:rPr>
          <w:rFonts w:ascii="宋体" w:hAnsi="宋体" w:eastAsia="宋体" w:cs="宋体"/>
          <w:color w:val="000000"/>
        </w:rPr>
        <w:t>得到</w:t>
      </w:r>
      <w:r>
        <w:pict>
          <v:shape id="_x0000_i712710" o:spt="75" alt="学科网(www.zxxk.com)--教育资源门户，提供试卷、教案、课件、论文、素材以及各类教学资源下载，还有大量而丰富的教学相关资讯！" type="#_x0000_t75" style="height:14.35pt;width:21.65pt;" o:ole="t" filled="f" o:preferrelative="t" stroked="f" coordsize="21600,21600">
            <v:path/>
            <v:fill on="f" focussize="0,0"/>
            <v:stroke on="f" joinstyle="miter"/>
            <v:imagedata r:id="rId2877" o:title="eqId852519629948e6c7c8f34e56dc3f2e91"/>
            <o:lock v:ext="edit" aspectratio="t"/>
            <w10:wrap type="none"/>
            <w10:anchorlock/>
          </v:shape>
        </w:pict>
      </w:r>
      <w:r>
        <w:rPr>
          <w:rFonts w:ascii="宋体" w:hAnsi="宋体" w:eastAsia="宋体" w:cs="宋体"/>
          <w:color w:val="000000"/>
        </w:rPr>
        <w:t>、</w:t>
      </w:r>
      <w:r>
        <w:pict>
          <v:shape id="_x0000_i71271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878" o:title="eqId5cf488423a74dcb892bb6d7585f20846"/>
            <o:lock v:ext="edit" aspectratio="t"/>
            <w10:wrap type="none"/>
            <w10:anchorlock/>
          </v:shape>
        </w:pict>
      </w:r>
      <w:r>
        <w:rPr>
          <w:rFonts w:ascii="宋体" w:hAnsi="宋体" w:eastAsia="宋体" w:cs="宋体"/>
          <w:color w:val="000000"/>
        </w:rPr>
        <w:t>，然后分类讨论：当</w:t>
      </w:r>
      <w:r>
        <w:pict>
          <v:shape id="_x0000_i71271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2879" o:title="eqId828628c0876b45381c9a0edeb0fec236"/>
            <o:lock v:ext="edit" aspectratio="t"/>
            <w10:wrap type="none"/>
            <w10:anchorlock/>
          </v:shape>
        </w:pict>
      </w:r>
      <w:r>
        <w:rPr>
          <w:rFonts w:ascii="宋体" w:hAnsi="宋体" w:eastAsia="宋体" w:cs="宋体"/>
          <w:color w:val="000000"/>
        </w:rPr>
        <w:t>在</w:t>
      </w:r>
      <w:r>
        <w:pict>
          <v:shape id="_x0000_i712713" o:spt="75" alt="学科网(www.zxxk.com)--教育资源门户，提供试卷、教案、课件、论文、素材以及各类教学资源下载，还有大量而丰富的教学相关资讯！" type="#_x0000_t75" style="height:14.15pt;width:39pt;" o:ole="t" filled="f" o:preferrelative="t" stroked="f" coordsize="21600,21600">
            <v:path/>
            <v:fill on="f" focussize="0,0"/>
            <v:stroke on="f" joinstyle="miter"/>
            <v:imagedata r:id="rId2880" o:title="eqIdeae1d8bca154bc3c81ca9b7e96ab24a7"/>
            <o:lock v:ext="edit" aspectratio="t"/>
            <w10:wrap type="none"/>
            <w10:anchorlock/>
          </v:shape>
        </w:pict>
      </w:r>
      <w:r>
        <w:rPr>
          <w:rFonts w:ascii="宋体" w:hAnsi="宋体" w:eastAsia="宋体" w:cs="宋体"/>
          <w:color w:val="000000"/>
        </w:rPr>
        <w:t>内部，当</w:t>
      </w:r>
      <w:r>
        <w:pict>
          <v:shape id="_x0000_i712714"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881" o:title="eqId683c590673eece14fea3319c4fd5eb55"/>
            <o:lock v:ext="edit" aspectratio="t"/>
            <w10:wrap type="none"/>
            <w10:anchorlock/>
          </v:shape>
        </w:pict>
      </w:r>
      <w:r>
        <w:rPr>
          <w:rFonts w:ascii="宋体" w:hAnsi="宋体" w:eastAsia="宋体" w:cs="宋体"/>
          <w:color w:val="000000"/>
        </w:rPr>
        <w:t>、</w:t>
      </w:r>
      <w:r>
        <w:pict>
          <v:shape id="_x0000_i712715"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2879" o:title="eqId828628c0876b45381c9a0edeb0fec236"/>
            <o:lock v:ext="edit" aspectratio="t"/>
            <w10:wrap type="none"/>
            <w10:anchorlock/>
          </v:shape>
        </w:pict>
      </w:r>
      <w:r>
        <w:rPr>
          <w:rFonts w:ascii="宋体" w:hAnsi="宋体" w:eastAsia="宋体" w:cs="宋体"/>
          <w:color w:val="000000"/>
        </w:rPr>
        <w:t>在</w:t>
      </w:r>
      <w:r>
        <w:pict>
          <v:shape id="_x0000_i712716"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2882" o:title="eqId510f036575e0e0580d3c3a612667abe3"/>
            <o:lock v:ext="edit" aspectratio="t"/>
            <w10:wrap type="none"/>
            <w10:anchorlock/>
          </v:shape>
        </w:pict>
      </w:r>
      <w:r>
        <w:rPr>
          <w:rFonts w:ascii="宋体" w:hAnsi="宋体" w:eastAsia="宋体" w:cs="宋体"/>
          <w:color w:val="000000"/>
        </w:rPr>
        <w:t>内部，当</w:t>
      </w:r>
      <w:r>
        <w:pict>
          <v:shape id="_x0000_i712717"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881" o:title="eqId683c590673eece14fea3319c4fd5eb55"/>
            <o:lock v:ext="edit" aspectratio="t"/>
            <w10:wrap type="none"/>
            <w10:anchorlock/>
          </v:shape>
        </w:pict>
      </w:r>
      <w:r>
        <w:rPr>
          <w:rFonts w:ascii="宋体" w:hAnsi="宋体" w:eastAsia="宋体" w:cs="宋体"/>
          <w:color w:val="000000"/>
        </w:rPr>
        <w:t>在</w:t>
      </w:r>
      <w:r>
        <w:pict>
          <v:shape id="_x0000_i712718" o:spt="75" alt="学科网(www.zxxk.com)--教育资源门户，提供试卷、教案、课件、论文、素材以及各类教学资源下载，还有大量而丰富的教学相关资讯！" type="#_x0000_t75" style="height:12.6pt;width:33.6pt;" o:ole="t" filled="f" o:preferrelative="t" stroked="f" coordsize="21600,21600">
            <v:path/>
            <v:fill on="f" focussize="0,0"/>
            <v:stroke on="f" joinstyle="miter"/>
            <v:imagedata r:id="rId2883" o:title="eqId0e12376a338137713dc562245f11cba0"/>
            <o:lock v:ext="edit" aspectratio="t"/>
            <w10:wrap type="none"/>
            <w10:anchorlock/>
          </v:shape>
        </w:pict>
      </w:r>
      <w:r>
        <w:rPr>
          <w:rFonts w:ascii="宋体" w:hAnsi="宋体" w:eastAsia="宋体" w:cs="宋体"/>
          <w:color w:val="000000"/>
        </w:rPr>
        <w:t>内部三种情况分别求解即可．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2719"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2884" o:title="eqId649105167435b241fd7ce9e2d736f214"/>
            <o:lock v:ext="edit" aspectratio="t"/>
            <w10:wrap type="none"/>
            <w10:anchorlock/>
          </v:shape>
        </w:pict>
      </w:r>
      <w:r>
        <w:rPr>
          <w:rFonts w:ascii="宋体" w:hAnsi="宋体" w:eastAsia="宋体" w:cs="宋体"/>
          <w:color w:val="000000"/>
        </w:rPr>
        <w:t>、</w:t>
      </w:r>
      <w:r>
        <w:pict>
          <v:shape id="_x0000_i712720"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885" o:title="eqId683c590673eece14fea3319c4fd5eb55"/>
            <o:lock v:ext="edit" aspectratio="t"/>
            <w10:wrap type="none"/>
            <w10:anchorlock/>
          </v:shape>
        </w:pict>
      </w:r>
      <w:r>
        <w:rPr>
          <w:rFonts w:ascii="宋体" w:hAnsi="宋体" w:eastAsia="宋体" w:cs="宋体"/>
          <w:color w:val="000000"/>
        </w:rPr>
        <w:t>是</w:t>
      </w:r>
      <w:r>
        <w:pict>
          <v:shape id="_x0000_i71272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886" o:title="eqId6d7b2fe01a33c4825f9974ed9663a99c"/>
            <o:lock v:ext="edit" aspectratio="t"/>
            <w10:wrap type="none"/>
            <w10:anchorlock/>
          </v:shape>
        </w:pict>
      </w:r>
      <w:r>
        <w:rPr>
          <w:rFonts w:ascii="宋体" w:hAnsi="宋体" w:eastAsia="宋体" w:cs="宋体"/>
          <w:color w:val="000000"/>
        </w:rPr>
        <w:t>的三等分线，</w:t>
      </w:r>
    </w:p>
    <w:p>
      <w:pPr>
        <w:spacing w:line="360" w:lineRule="auto"/>
        <w:jc w:val="left"/>
        <w:textAlignment w:val="center"/>
        <w:rPr>
          <w:color w:val="000000"/>
        </w:rPr>
      </w:pPr>
      <w:r>
        <w:pict>
          <v:shape id="_x0000_i712722" o:spt="75" alt="学科网(www.zxxk.com)--教育资源门户，提供试卷、教案、课件、论文、素材以及各类教学资源下载，还有大量而丰富的教学相关资讯！" type="#_x0000_t75" style="height:28pt;width:192pt;" o:ole="t" filled="f" o:preferrelative="t" stroked="f" coordsize="21600,21600">
            <v:path/>
            <v:fill on="f" focussize="0,0"/>
            <v:stroke on="f" joinstyle="miter"/>
            <v:imagedata r:id="rId2887" o:title="eqId35e076c63b21e17f58b75e83c309831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2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8" o:title="eqId16f3d198e76391779fa3badc848c8ac8"/>
            <o:lock v:ext="edit" aspectratio="t"/>
            <w10:wrap type="none"/>
            <w10:anchorlock/>
          </v:shape>
        </w:pict>
      </w:r>
      <w:r>
        <w:rPr>
          <w:rFonts w:ascii="宋体" w:hAnsi="宋体" w:eastAsia="宋体" w:cs="宋体"/>
          <w:color w:val="000000"/>
        </w:rPr>
        <w:t>射线</w:t>
      </w:r>
      <w:r>
        <w:pict>
          <v:shape id="_x0000_i712724"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889" o:title="eqIdaaf3369e0ea90e8d5cf4b6b3c45c0fd8"/>
            <o:lock v:ext="edit" aspectratio="t"/>
            <w10:wrap type="none"/>
            <w10:anchorlock/>
          </v:shape>
        </w:pict>
      </w:r>
      <w:r>
        <w:rPr>
          <w:rFonts w:ascii="宋体" w:hAnsi="宋体" w:eastAsia="宋体" w:cs="宋体"/>
          <w:color w:val="000000"/>
        </w:rPr>
        <w:t>、</w:t>
      </w:r>
      <w:r>
        <w:pict>
          <v:shape id="_x0000_i712725"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890" o:title="eqId88e9f7d1272b7344346b58b660aa260a"/>
            <o:lock v:ext="edit" aspectratio="t"/>
            <w10:wrap type="none"/>
            <w10:anchorlock/>
          </v:shape>
        </w:pict>
      </w:r>
      <w:r>
        <w:rPr>
          <w:rFonts w:ascii="宋体" w:hAnsi="宋体" w:eastAsia="宋体" w:cs="宋体"/>
          <w:color w:val="000000"/>
        </w:rPr>
        <w:t>分别平分</w:t>
      </w:r>
      <w:r>
        <w:pict>
          <v:shape id="_x0000_i712726"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2891" o:title="eqId38fc1df99f9a3c9e22d2041a89e2880f"/>
            <o:lock v:ext="edit" aspectratio="t"/>
            <w10:wrap type="none"/>
            <w10:anchorlock/>
          </v:shape>
        </w:pict>
      </w:r>
      <w:r>
        <w:rPr>
          <w:rFonts w:ascii="宋体" w:hAnsi="宋体" w:eastAsia="宋体" w:cs="宋体"/>
          <w:color w:val="000000"/>
        </w:rPr>
        <w:t>和</w:t>
      </w:r>
      <w:r>
        <w:pict>
          <v:shape id="_x0000_i712727" o:spt="75" alt="学科网(www.zxxk.com)--教育资源门户，提供试卷、教案、课件、论文、素材以及各类教学资源下载，还有大量而丰富的教学相关资讯！" type="#_x0000_t75" style="height:14.4pt;width:36pt;" o:ole="t" filled="f" o:preferrelative="t" stroked="f" coordsize="21600,21600">
            <v:path/>
            <v:fill on="f" focussize="0,0"/>
            <v:stroke on="f" joinstyle="miter"/>
            <v:imagedata r:id="rId2892" o:title="eqIdbea7b811fa609b8e92da877471564e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28" o:spt="75" alt="学科网(www.zxxk.com)--教育资源门户，提供试卷、教案、课件、论文、素材以及各类教学资源下载，还有大量而丰富的教学相关资讯！" type="#_x0000_t75" style="height:28pt;width:117pt;" o:ole="t" filled="f" o:preferrelative="t" stroked="f" coordsize="21600,21600">
            <v:path/>
            <v:fill on="f" focussize="0,0"/>
            <v:stroke on="f" joinstyle="miter"/>
            <v:imagedata r:id="rId2893" o:title="eqId9872c3b26dc228373befd48dcdddf621"/>
            <o:lock v:ext="edit" aspectratio="t"/>
            <w10:wrap type="none"/>
            <w10:anchorlock/>
          </v:shape>
        </w:pict>
      </w:r>
      <w:r>
        <w:rPr>
          <w:rFonts w:ascii="宋体" w:hAnsi="宋体" w:eastAsia="宋体" w:cs="宋体"/>
          <w:color w:val="000000"/>
        </w:rPr>
        <w:t>，</w:t>
      </w:r>
      <w:r>
        <w:pict>
          <v:shape id="_x0000_i712729" o:spt="75" alt="学科网(www.zxxk.com)--教育资源门户，提供试卷、教案、课件、论文、素材以及各类教学资源下载，还有大量而丰富的教学相关资讯！" type="#_x0000_t75" style="height:28pt;width:108pt;" o:ole="t" filled="f" o:preferrelative="t" stroked="f" coordsize="21600,21600">
            <v:path/>
            <v:fill on="f" focussize="0,0"/>
            <v:stroke on="f" joinstyle="miter"/>
            <v:imagedata r:id="rId2894" o:title="eqIdd6d001ee0d29b2c940e53c105cdf64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30" o:spt="75" alt="学科网(www.zxxk.com)--教育资源门户，提供试卷、教案、课件、论文、素材以及各类教学资源下载，还有大量而丰富的教学相关资讯！" type="#_x0000_t75" style="height:13pt;width:148pt;" o:ole="t" filled="f" o:preferrelative="t" stroked="f" coordsize="21600,21600">
            <v:path/>
            <v:fill on="f" focussize="0,0"/>
            <v:stroke on="f" joinstyle="miter"/>
            <v:imagedata r:id="rId2895" o:title="eqId18a007865ed2417adf433da227cc784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12731"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96" o:title="eqId16f3d198e76391779fa3badc848c8ac8"/>
            <o:lock v:ext="edit" aspectratio="t"/>
            <w10:wrap type="none"/>
            <w10:anchorlock/>
          </v:shape>
        </w:pict>
      </w:r>
      <w:r>
        <w:rPr>
          <w:rFonts w:ascii="宋体" w:hAnsi="宋体" w:eastAsia="宋体" w:cs="宋体"/>
          <w:color w:val="000000"/>
        </w:rPr>
        <w:t>射线</w:t>
      </w:r>
      <w:r>
        <w:pict>
          <v:shape id="_x0000_i712732"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897" o:title="eqIdaaf3369e0ea90e8d5cf4b6b3c45c0fd8"/>
            <o:lock v:ext="edit" aspectratio="t"/>
            <w10:wrap type="none"/>
            <w10:anchorlock/>
          </v:shape>
        </w:pict>
      </w:r>
      <w:r>
        <w:rPr>
          <w:rFonts w:ascii="宋体" w:hAnsi="宋体" w:eastAsia="宋体" w:cs="宋体"/>
          <w:color w:val="000000"/>
        </w:rPr>
        <w:t>、</w:t>
      </w:r>
      <w:r>
        <w:pict>
          <v:shape id="_x0000_i712733"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898" o:title="eqId88e9f7d1272b7344346b58b660aa260a"/>
            <o:lock v:ext="edit" aspectratio="t"/>
            <w10:wrap type="none"/>
            <w10:anchorlock/>
          </v:shape>
        </w:pict>
      </w:r>
      <w:r>
        <w:rPr>
          <w:rFonts w:ascii="宋体" w:hAnsi="宋体" w:eastAsia="宋体" w:cs="宋体"/>
          <w:color w:val="000000"/>
        </w:rPr>
        <w:t>分别平分</w:t>
      </w:r>
      <w:r>
        <w:pict>
          <v:shape id="_x0000_i712734"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2899" o:title="eqId9fed1f57a835af4e9022e27603d12d31"/>
            <o:lock v:ext="edit" aspectratio="t"/>
            <w10:wrap type="none"/>
            <w10:anchorlock/>
          </v:shape>
        </w:pict>
      </w:r>
      <w:r>
        <w:rPr>
          <w:rFonts w:ascii="宋体" w:hAnsi="宋体" w:eastAsia="宋体" w:cs="宋体"/>
          <w:color w:val="000000"/>
        </w:rPr>
        <w:t>和</w:t>
      </w:r>
      <w:r>
        <w:pict>
          <v:shape id="_x0000_i712735" o:spt="75" alt="学科网(www.zxxk.com)--教育资源门户，提供试卷、教案、课件、论文、素材以及各类教学资源下载，还有大量而丰富的教学相关资讯！" type="#_x0000_t75" style="height:14.4pt;width:36pt;" o:ole="t" filled="f" o:preferrelative="t" stroked="f" coordsize="21600,21600">
            <v:path/>
            <v:fill on="f" focussize="0,0"/>
            <v:stroke on="f" joinstyle="miter"/>
            <v:imagedata r:id="rId2900" o:title="eqIdbea7b811fa609b8e92da877471564e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36" o:spt="75" alt="学科网(www.zxxk.com)--教育资源门户，提供试卷、教案、课件、论文、素材以及各类教学资源下载，还有大量而丰富的教学相关资讯！" type="#_x0000_t75" style="height:30.75pt;width:105pt;" o:ole="t" filled="f" o:preferrelative="t" stroked="f" coordsize="21600,21600">
            <v:path/>
            <v:fill on="f" focussize="0,0"/>
            <v:stroke on="f" joinstyle="miter"/>
            <v:imagedata r:id="rId2901" o:title="eqId3af1f6d57e65ade985ca042f6b9fcac0"/>
            <o:lock v:ext="edit" aspectratio="t"/>
            <w10:wrap type="none"/>
            <w10:anchorlock/>
          </v:shape>
        </w:pict>
      </w:r>
      <w:r>
        <w:rPr>
          <w:rFonts w:ascii="宋体" w:hAnsi="宋体" w:eastAsia="宋体" w:cs="宋体"/>
          <w:color w:val="000000"/>
        </w:rPr>
        <w:t>，</w:t>
      </w:r>
      <w:r>
        <w:pict>
          <v:shape id="_x0000_i712737" o:spt="75" alt="学科网(www.zxxk.com)--教育资源门户，提供试卷、教案、课件、论文、素材以及各类教学资源下载，还有大量而丰富的教学相关资讯！" type="#_x0000_t75" style="height:30.6pt;width:95.4pt;" o:ole="t" filled="f" o:preferrelative="t" stroked="f" coordsize="21600,21600">
            <v:path/>
            <v:fill on="f" focussize="0,0"/>
            <v:stroke on="f" joinstyle="miter"/>
            <v:imagedata r:id="rId2902" o:title="eqIdcaf145775edc6ecb05af34ce50f7999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38" o:spt="75" alt="学科网(www.zxxk.com)--教育资源门户，提供试卷、教案、课件、论文、素材以及各类教学资源下载，还有大量而丰富的教学相关资讯！" type="#_x0000_t75" style="height:27.6pt;width:180pt;" o:ole="t" filled="f" o:preferrelative="t" stroked="f" coordsize="21600,21600">
            <v:path/>
            <v:fill on="f" focussize="0,0"/>
            <v:stroke on="f" joinstyle="miter"/>
            <v:imagedata r:id="rId2903" o:title="eqId3b021255f660a2cf405190ac6c627f5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39" o:spt="75" alt="学科网(www.zxxk.com)--教育资源门户，提供试卷、教案、课件、论文、素材以及各类教学资源下载，还有大量而丰富的教学相关资讯！" type="#_x0000_t75" style="height:13.25pt;width:69.1pt;" o:ole="t" filled="f" o:preferrelative="t" stroked="f" coordsize="21600,21600">
            <v:path/>
            <v:fill on="f" focussize="0,0"/>
            <v:stroke on="f" joinstyle="miter"/>
            <v:imagedata r:id="rId2904" o:title="eqIde6ccbfaa9f4513e784612b829c78d3a3"/>
            <o:lock v:ext="edit" aspectratio="t"/>
            <w10:wrap type="none"/>
            <w10:anchorlock/>
          </v:shape>
        </w:pict>
      </w:r>
      <w:r>
        <w:rPr>
          <w:rFonts w:ascii="宋体" w:hAnsi="宋体" w:eastAsia="宋体" w:cs="宋体"/>
          <w:color w:val="000000"/>
        </w:rPr>
        <w:t>，</w:t>
      </w:r>
      <w:r>
        <w:pict>
          <v:shape id="_x0000_i712740"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2905" o:title="eqIde30b02c7213f57d3c6c3d65e0650a9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41" o:spt="75" alt="学科网(www.zxxk.com)--教育资源门户，提供试卷、教案、课件、论文、素材以及各类教学资源下载，还有大量而丰富的教学相关资讯！" type="#_x0000_t75" style="height:13pt;width:128.5pt;" o:ole="t" filled="f" o:preferrelative="t" stroked="f" coordsize="21600,21600">
            <v:path/>
            <v:fill on="f" focussize="0,0"/>
            <v:stroke on="f" joinstyle="miter"/>
            <v:imagedata r:id="rId2906" o:title="eqId4031de5d1d532f29bb38a759553139f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42" o:spt="75" alt="学科网(www.zxxk.com)--教育资源门户，提供试卷、教案、课件、论文、素材以及各类教学资源下载，还有大量而丰富的教学相关资讯！" type="#_x0000_t75" style="height:28pt;width:135pt;" o:ole="t" filled="f" o:preferrelative="t" stroked="f" coordsize="21600,21600">
            <v:path/>
            <v:fill on="f" focussize="0,0"/>
            <v:stroke on="f" joinstyle="miter"/>
            <v:imagedata r:id="rId2907" o:title="eqIdbad0be73b2db7fbf1d84febaa322142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43" o:spt="75" alt="学科网(www.zxxk.com)--教育资源门户，提供试卷、教案、课件、论文、素材以及各类教学资源下载，还有大量而丰富的教学相关资讯！" type="#_x0000_t75" style="height:28pt;width:162pt;" o:ole="t" filled="f" o:preferrelative="t" stroked="f" coordsize="21600,21600">
            <v:path/>
            <v:fill on="f" focussize="0,0"/>
            <v:stroke on="f" joinstyle="miter"/>
            <v:imagedata r:id="rId2908" o:title="eqId9ed54fbefa576132bc0e5772d655b0d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2744" o:spt="75" alt="学科网(www.zxxk.com)--教育资源门户，提供试卷、教案、课件、论文、素材以及各类教学资源下载，还有大量而丰富的教学相关资讯！" type="#_x0000_t75" style="height:28pt;width:51pt;" o:ole="t" filled="f" o:preferrelative="t" stroked="f" coordsize="21600,21600">
            <v:path/>
            <v:fill on="f" focussize="0,0"/>
            <v:stroke on="f" joinstyle="miter"/>
            <v:imagedata r:id="rId2909" o:title="eqId829e822b80956e9c82afbfe45c12415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反向延长</w:t>
      </w:r>
      <w:r>
        <w:pict>
          <v:shape id="_x0000_i712745"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910" o:title="eqIdef4113c492885ba7c47fe42ac792578f"/>
            <o:lock v:ext="edit" aspectratio="t"/>
            <w10:wrap type="none"/>
            <w10:anchorlock/>
          </v:shape>
        </w:pict>
      </w:r>
      <w:r>
        <w:rPr>
          <w:rFonts w:ascii="宋体" w:hAnsi="宋体" w:eastAsia="宋体" w:cs="宋体"/>
          <w:color w:val="000000"/>
        </w:rPr>
        <w:t>、</w:t>
      </w:r>
      <w:r>
        <w:pict>
          <v:shape id="_x0000_i712746"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2911" o:title="eqIdb90e0f35eda1a729fed485f83da5ea9d"/>
            <o:lock v:ext="edit" aspectratio="t"/>
            <w10:wrap type="none"/>
            <w10:anchorlock/>
          </v:shape>
        </w:pict>
      </w:r>
      <w:r>
        <w:rPr>
          <w:rFonts w:ascii="宋体" w:hAnsi="宋体" w:eastAsia="宋体" w:cs="宋体"/>
          <w:color w:val="000000"/>
        </w:rPr>
        <w:t>得到</w:t>
      </w:r>
      <w:r>
        <w:pict>
          <v:shape id="_x0000_i712747" o:spt="75" alt="学科网(www.zxxk.com)--教育资源门户，提供试卷、教案、课件、论文、素材以及各类教学资源下载，还有大量而丰富的教学相关资讯！" type="#_x0000_t75" style="height:14.35pt;width:21.65pt;" o:ole="t" filled="f" o:preferrelative="t" stroked="f" coordsize="21600,21600">
            <v:path/>
            <v:fill on="f" focussize="0,0"/>
            <v:stroke on="f" joinstyle="miter"/>
            <v:imagedata r:id="rId2912" o:title="eqId852519629948e6c7c8f34e56dc3f2e91"/>
            <o:lock v:ext="edit" aspectratio="t"/>
            <w10:wrap type="none"/>
            <w10:anchorlock/>
          </v:shape>
        </w:pict>
      </w:r>
      <w:r>
        <w:rPr>
          <w:rFonts w:ascii="宋体" w:hAnsi="宋体" w:eastAsia="宋体" w:cs="宋体"/>
          <w:color w:val="000000"/>
        </w:rPr>
        <w:t>、</w:t>
      </w:r>
      <w:r>
        <w:pict>
          <v:shape id="_x0000_i71274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913" o:title="eqId5cf488423a74dcb892bb6d7585f20846"/>
            <o:lock v:ext="edit" aspectratio="t"/>
            <w10:wrap type="none"/>
            <w10:anchorlock/>
          </v:shape>
        </w:pict>
      </w:r>
      <w:r>
        <w:rPr>
          <w:rFonts w:ascii="宋体" w:hAnsi="宋体" w:eastAsia="宋体" w:cs="宋体"/>
          <w:color w:val="000000"/>
        </w:rPr>
        <w:t>，如图，</w:t>
      </w:r>
    </w:p>
    <w:p>
      <w:pPr>
        <w:spacing w:line="360" w:lineRule="auto"/>
        <w:jc w:val="left"/>
        <w:textAlignment w:val="center"/>
        <w:rPr>
          <w:color w:val="000000"/>
        </w:rPr>
      </w:pPr>
      <w:r>
        <w:rPr>
          <w:rFonts w:ascii="宋体" w:hAnsi="宋体" w:eastAsia="宋体" w:cs="宋体"/>
          <w:color w:val="000000"/>
        </w:rPr>
        <w:t>当</w:t>
      </w:r>
      <w:r>
        <w:pict>
          <v:shape id="_x0000_i712749"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2914" o:title="eqId828628c0876b45381c9a0edeb0fec236"/>
            <o:lock v:ext="edit" aspectratio="t"/>
            <w10:wrap type="none"/>
            <w10:anchorlock/>
          </v:shape>
        </w:pict>
      </w:r>
      <w:r>
        <w:rPr>
          <w:rFonts w:ascii="宋体" w:hAnsi="宋体" w:eastAsia="宋体" w:cs="宋体"/>
          <w:color w:val="000000"/>
        </w:rPr>
        <w:t>在</w:t>
      </w:r>
      <w:r>
        <w:pict>
          <v:shape id="_x0000_i712750" o:spt="75" alt="学科网(www.zxxk.com)--教育资源门户，提供试卷、教案、课件、论文、素材以及各类教学资源下载，还有大量而丰富的教学相关资讯！" type="#_x0000_t75" style="height:14.15pt;width:39pt;" o:ole="t" filled="f" o:preferrelative="t" stroked="f" coordsize="21600,21600">
            <v:path/>
            <v:fill on="f" focussize="0,0"/>
            <v:stroke on="f" joinstyle="miter"/>
            <v:imagedata r:id="rId2915" o:title="eqIdeae1d8bca154bc3c81ca9b7e96ab24a7"/>
            <o:lock v:ext="edit" aspectratio="t"/>
            <w10:wrap type="none"/>
            <w10:anchorlock/>
          </v:shape>
        </w:pict>
      </w:r>
      <w:r>
        <w:rPr>
          <w:rFonts w:ascii="宋体" w:hAnsi="宋体" w:eastAsia="宋体" w:cs="宋体"/>
          <w:color w:val="000000"/>
        </w:rPr>
        <w:t>内部，</w:t>
      </w:r>
    </w:p>
    <w:p>
      <w:pPr>
        <w:spacing w:line="360" w:lineRule="auto"/>
        <w:jc w:val="left"/>
        <w:textAlignment w:val="center"/>
        <w:rPr>
          <w:color w:val="000000"/>
        </w:rPr>
      </w:pPr>
      <w:r>
        <w:rPr>
          <w:color w:val="000000"/>
        </w:rPr>
        <w:drawing>
          <wp:inline distT="0" distB="0" distL="114300" distR="114300">
            <wp:extent cx="2428875" cy="1714500"/>
            <wp:effectExtent l="0" t="0" r="9525" b="0"/>
            <wp:docPr id="337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 name="图片 100041" descr="学科网(www.zxxk.com)--教育资源门户，提供试卷、教案、课件、论文、素材以及各类教学资源下载，还有大量而丰富的教学相关资讯！"/>
                    <pic:cNvPicPr>
                      <a:picLocks noChangeAspect="1"/>
                    </pic:cNvPicPr>
                  </pic:nvPicPr>
                  <pic:blipFill>
                    <a:blip r:embed="rId2916"/>
                    <a:stretch>
                      <a:fillRect/>
                    </a:stretch>
                  </pic:blipFill>
                  <pic:spPr>
                    <a:xfrm>
                      <a:off x="0" y="0"/>
                      <a:ext cx="2428875" cy="17145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设</w:t>
      </w:r>
      <w:r>
        <w:pict>
          <v:shape id="_x0000_i712751" o:spt="75" alt="学科网(www.zxxk.com)--教育资源门户，提供试卷、教案、课件、论文、素材以及各类教学资源下载，还有大量而丰富的教学相关资讯！" type="#_x0000_t75" style="height:13pt;width:56pt;" o:ole="t" filled="f" o:preferrelative="t" stroked="f" coordsize="21600,21600">
            <v:path/>
            <v:fill on="f" focussize="0,0"/>
            <v:stroke on="f" joinstyle="miter"/>
            <v:imagedata r:id="rId2917" o:title="eqId36ef75b1759564220917e1f3e608780a"/>
            <o:lock v:ext="edit" aspectratio="t"/>
            <w10:wrap type="none"/>
            <w10:anchorlock/>
          </v:shape>
        </w:pict>
      </w:r>
      <w:r>
        <w:rPr>
          <w:rFonts w:ascii="宋体" w:hAnsi="宋体" w:eastAsia="宋体" w:cs="宋体"/>
          <w:color w:val="000000"/>
        </w:rPr>
        <w:t>，则</w:t>
      </w:r>
      <w:r>
        <w:pict>
          <v:shape id="_x0000_i712752" o:spt="75" alt="学科网(www.zxxk.com)--教育资源门户，提供试卷、教案、课件、论文、素材以及各类教学资源下载，还有大量而丰富的教学相关资讯！" type="#_x0000_t75" style="height:13pt;width:77pt;" o:ole="t" filled="f" o:preferrelative="t" stroked="f" coordsize="21600,21600">
            <v:path/>
            <v:fill on="f" focussize="0,0"/>
            <v:stroke on="f" joinstyle="miter"/>
            <v:imagedata r:id="rId2918" o:title="eqId51acf829cd5fa99cc0bfa3ef25cbeac6"/>
            <o:lock v:ext="edit" aspectratio="t"/>
            <w10:wrap type="none"/>
            <w10:anchorlock/>
          </v:shape>
        </w:pict>
      </w:r>
      <w:r>
        <w:rPr>
          <w:rFonts w:ascii="宋体" w:hAnsi="宋体" w:eastAsia="宋体" w:cs="宋体"/>
          <w:color w:val="000000"/>
        </w:rPr>
        <w:t>，</w:t>
      </w:r>
      <w:r>
        <w:pict>
          <v:shape id="_x0000_i712753" o:spt="75" alt="学科网(www.zxxk.com)--教育资源门户，提供试卷、教案、课件、论文、素材以及各类教学资源下载，还有大量而丰富的教学相关资讯！" type="#_x0000_t75" style="height:13pt;width:80pt;" o:ole="t" filled="f" o:preferrelative="t" stroked="f" coordsize="21600,21600">
            <v:path/>
            <v:fill on="f" focussize="0,0"/>
            <v:stroke on="f" joinstyle="miter"/>
            <v:imagedata r:id="rId2919" o:title="eqIdc5151707381a5dead768b8ff0632c530"/>
            <o:lock v:ext="edit" aspectratio="t"/>
            <w10:wrap type="none"/>
            <w10:anchorlock/>
          </v:shape>
        </w:pict>
      </w:r>
    </w:p>
    <w:p>
      <w:pPr>
        <w:spacing w:line="360" w:lineRule="auto"/>
        <w:jc w:val="left"/>
        <w:textAlignment w:val="center"/>
        <w:rPr>
          <w:color w:val="000000"/>
        </w:rPr>
      </w:pPr>
      <w:r>
        <w:pict>
          <v:shape id="_x0000_i712754"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2920" o:title="eqIdf9621e3f9620d44c5885333facd55bb6"/>
            <o:lock v:ext="edit" aspectratio="t"/>
            <w10:wrap type="none"/>
            <w10:anchorlock/>
          </v:shape>
        </w:pict>
      </w:r>
      <w:r>
        <w:rPr>
          <w:rFonts w:ascii="宋体" w:hAnsi="宋体" w:eastAsia="宋体" w:cs="宋体"/>
          <w:color w:val="000000"/>
        </w:rPr>
        <w:t>，</w:t>
      </w:r>
      <w:r>
        <w:pict>
          <v:shape id="_x0000_i712755" o:spt="75" alt="学科网(www.zxxk.com)--教育资源门户，提供试卷、教案、课件、论文、素材以及各类教学资源下载，还有大量而丰富的教学相关资讯！" type="#_x0000_t75" style="height:14pt;width:178pt;" o:ole="t" filled="f" o:preferrelative="t" stroked="f" coordsize="21600,21600">
            <v:path/>
            <v:fill on="f" focussize="0,0"/>
            <v:stroke on="f" joinstyle="miter"/>
            <v:imagedata r:id="rId2921" o:title="eqIdc2fc82fc537ff9c57a584306dea21b5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56" o:spt="75" alt="学科网(www.zxxk.com)--教育资源门户，提供试卷、教案、课件、论文、素材以及各类教学资源下载，还有大量而丰富的教学相关资讯！" type="#_x0000_t75" style="height:28pt;width:144pt;" o:ole="t" filled="f" o:preferrelative="t" stroked="f" coordsize="21600,21600">
            <v:path/>
            <v:fill on="f" focussize="0,0"/>
            <v:stroke on="f" joinstyle="miter"/>
            <v:imagedata r:id="rId2922" o:title="eqId78ca79fef68244f62831d04d94971565"/>
            <o:lock v:ext="edit" aspectratio="t"/>
            <w10:wrap type="none"/>
            <w10:anchorlock/>
          </v:shape>
        </w:pict>
      </w:r>
      <w:r>
        <w:rPr>
          <w:rFonts w:ascii="宋体" w:hAnsi="宋体" w:eastAsia="宋体" w:cs="宋体"/>
          <w:color w:val="000000"/>
        </w:rPr>
        <w:t>，</w:t>
      </w:r>
      <w:r>
        <w:pict>
          <v:shape id="_x0000_i712757" o:spt="75" alt="学科网(www.zxxk.com)--教育资源门户，提供试卷、教案、课件、论文、素材以及各类教学资源下载，还有大量而丰富的教学相关资讯！" type="#_x0000_t75" style="height:28pt;width:135pt;" o:ole="t" filled="f" o:preferrelative="t" stroked="f" coordsize="21600,21600">
            <v:path/>
            <v:fill on="f" focussize="0,0"/>
            <v:stroke on="f" joinstyle="miter"/>
            <v:imagedata r:id="rId2923" o:title="eqId38a8932402335152f4c6a1b512d22f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58" o:spt="75" alt="学科网(www.zxxk.com)--教育资源门户，提供试卷、教案、课件、论文、素材以及各类教学资源下载，还有大量而丰富的教学相关资讯！" type="#_x0000_t75" style="height:28pt;width:179pt;" o:ole="t" filled="f" o:preferrelative="t" stroked="f" coordsize="21600,21600">
            <v:path/>
            <v:fill on="f" focussize="0,0"/>
            <v:stroke on="f" joinstyle="miter"/>
            <v:imagedata r:id="rId2924" o:title="eqId0b763d08a5e438a349fcce7984ac1db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759" o:spt="75" alt="学科网(www.zxxk.com)--教育资源门户，提供试卷、教案、课件、论文、素材以及各类教学资源下载，还有大量而丰富的教学相关资讯！" type="#_x0000_t75" style="height:28pt;width:261pt;" o:ole="t" filled="f" o:preferrelative="t" stroked="f" coordsize="21600,21600">
            <v:path/>
            <v:fill on="f" focussize="0,0"/>
            <v:stroke on="f" joinstyle="miter"/>
            <v:imagedata r:id="rId2925" o:title="eqId7e793c547fdba61f3c478281448178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2760"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926" o:title="eqId683c590673eece14fea3319c4fd5eb55"/>
            <o:lock v:ext="edit" aspectratio="t"/>
            <w10:wrap type="none"/>
            <w10:anchorlock/>
          </v:shape>
        </w:pict>
      </w:r>
      <w:r>
        <w:rPr>
          <w:rFonts w:ascii="宋体" w:hAnsi="宋体" w:eastAsia="宋体" w:cs="宋体"/>
          <w:color w:val="000000"/>
        </w:rPr>
        <w:t>、</w:t>
      </w:r>
      <w:r>
        <w:pict>
          <v:shape id="_x0000_i712761"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2927" o:title="eqId828628c0876b45381c9a0edeb0fec236"/>
            <o:lock v:ext="edit" aspectratio="t"/>
            <w10:wrap type="none"/>
            <w10:anchorlock/>
          </v:shape>
        </w:pict>
      </w:r>
      <w:r>
        <w:rPr>
          <w:rFonts w:ascii="宋体" w:hAnsi="宋体" w:eastAsia="宋体" w:cs="宋体"/>
          <w:color w:val="000000"/>
        </w:rPr>
        <w:t>在</w:t>
      </w:r>
      <w:r>
        <w:pict>
          <v:shape id="_x0000_i712762"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2928" o:title="eqId510f036575e0e0580d3c3a612667abe3"/>
            <o:lock v:ext="edit" aspectratio="t"/>
            <w10:wrap type="none"/>
            <w10:anchorlock/>
          </v:shape>
        </w:pict>
      </w:r>
      <w:r>
        <w:rPr>
          <w:rFonts w:ascii="宋体" w:hAnsi="宋体" w:eastAsia="宋体" w:cs="宋体"/>
          <w:color w:val="000000"/>
        </w:rPr>
        <w:t>内部，</w:t>
      </w:r>
    </w:p>
    <w:p>
      <w:pPr>
        <w:spacing w:line="360" w:lineRule="auto"/>
        <w:jc w:val="left"/>
        <w:textAlignment w:val="center"/>
        <w:rPr>
          <w:color w:val="000000"/>
        </w:rPr>
      </w:pPr>
      <w:r>
        <w:rPr>
          <w:rFonts w:ascii="宋体" w:hAnsi="宋体" w:eastAsia="宋体" w:cs="宋体"/>
          <w:color w:val="000000"/>
        </w:rPr>
        <w:t>设</w:t>
      </w:r>
      <w:r>
        <w:pict>
          <v:shape id="_x0000_i712763" o:spt="75" alt="学科网(www.zxxk.com)--教育资源门户，提供试卷、教案、课件、论文、素材以及各类教学资源下载，还有大量而丰富的教学相关资讯！" type="#_x0000_t75" style="height:14.05pt;width:60.2pt;" o:ole="t" filled="f" o:preferrelative="t" stroked="f" coordsize="21600,21600">
            <v:path/>
            <v:fill on="f" focussize="0,0"/>
            <v:stroke on="f" joinstyle="miter"/>
            <v:imagedata r:id="rId2929" o:title="eqIde69d07b91ffd87cff52c97df6114c3a8"/>
            <o:lock v:ext="edit" aspectratio="t"/>
            <w10:wrap type="none"/>
            <w10:anchorlock/>
          </v:shape>
        </w:pict>
      </w:r>
      <w:r>
        <w:rPr>
          <w:rFonts w:ascii="宋体" w:hAnsi="宋体" w:eastAsia="宋体" w:cs="宋体"/>
          <w:color w:val="000000"/>
        </w:rPr>
        <w:t>，则</w:t>
      </w:r>
      <w:r>
        <w:pict>
          <v:shape id="_x0000_i712764" o:spt="75" alt="学科网(www.zxxk.com)--教育资源门户，提供试卷、教案、课件、论文、素材以及各类教学资源下载，还有大量而丰富的教学相关资讯！" type="#_x0000_t75" style="height:28pt;width:108pt;" o:ole="t" filled="f" o:preferrelative="t" stroked="f" coordsize="21600,21600">
            <v:path/>
            <v:fill on="f" focussize="0,0"/>
            <v:stroke on="f" joinstyle="miter"/>
            <v:imagedata r:id="rId2930" o:title="eqIdb6d4ec7f7e167c264dafb3b9be3b0ef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pict>
          <v:shape id="_x0000_i712765" o:spt="75" alt="学科网(www.zxxk.com)--教育资源门户，提供试卷、教案、课件、论文、素材以及各类教学资源下载，还有大量而丰富的教学相关资讯！" type="#_x0000_t75" style="height:31pt;width:110pt;" o:ole="t" filled="f" o:preferrelative="t" stroked="f" coordsize="21600,21600">
            <v:path/>
            <v:fill on="f" focussize="0,0"/>
            <v:stroke on="f" joinstyle="miter"/>
            <v:imagedata r:id="rId2931" o:title="eqIdc8a16f78da77abeecdcba9bbc1f1f44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66" o:spt="75" alt="学科网(www.zxxk.com)--教育资源门户，提供试卷、教案、课件、论文、素材以及各类教学资源下载，还有大量而丰富的教学相关资讯！" type="#_x0000_t75" style="height:20pt;width:351pt;" o:ole="t" filled="f" o:preferrelative="t" stroked="f" coordsize="21600,21600">
            <v:path/>
            <v:fill on="f" focussize="0,0"/>
            <v:stroke on="f" joinstyle="miter"/>
            <v:imagedata r:id="rId2932" o:title="eqIdd9f6e4aff97c3682e370483de54297c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67" o:spt="75" alt="学科网(www.zxxk.com)--教育资源门户，提供试卷、教案、课件、论文、素材以及各类教学资源下载，还有大量而丰富的教学相关资讯！" type="#_x0000_t75" style="height:31pt;width:159pt;" o:ole="t" filled="f" o:preferrelative="t" stroked="f" coordsize="21600,21600">
            <v:path/>
            <v:fill on="f" focussize="0,0"/>
            <v:stroke on="f" joinstyle="miter"/>
            <v:imagedata r:id="rId2933" o:title="eqId6ebd70cde1be588f6c5b4cfee5c9a2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68" o:spt="75" alt="学科网(www.zxxk.com)--教育资源门户，提供试卷、教案、课件、论文、素材以及各类教学资源下载，还有大量而丰富的教学相关资讯！" type="#_x0000_t75" style="height:31pt;width:287pt;" o:ole="t" filled="f" o:preferrelative="t" stroked="f" coordsize="21600,21600">
            <v:path/>
            <v:fill on="f" focussize="0,0"/>
            <v:stroke on="f" joinstyle="miter"/>
            <v:imagedata r:id="rId2934" o:title="eqId24ac5001331a4e82239d6015145f5b2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638425" cy="1971675"/>
            <wp:effectExtent l="0" t="0" r="9525" b="9525"/>
            <wp:docPr id="337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 name="图片 100043" descr="学科网(www.zxxk.com)--教育资源门户，提供试卷、教案、课件、论文、素材以及各类教学资源下载，还有大量而丰富的教学相关资讯！"/>
                    <pic:cNvPicPr>
                      <a:picLocks noChangeAspect="1"/>
                    </pic:cNvPicPr>
                  </pic:nvPicPr>
                  <pic:blipFill>
                    <a:blip r:embed="rId2935"/>
                    <a:stretch>
                      <a:fillRect/>
                    </a:stretch>
                  </pic:blipFill>
                  <pic:spPr>
                    <a:xfrm>
                      <a:off x="0" y="0"/>
                      <a:ext cx="2638425" cy="19716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当</w:t>
      </w:r>
      <w:r>
        <w:pict>
          <v:shape id="_x0000_i71276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2936" o:title="eqId683c590673eece14fea3319c4fd5eb55"/>
            <o:lock v:ext="edit" aspectratio="t"/>
            <w10:wrap type="none"/>
            <w10:anchorlock/>
          </v:shape>
        </w:pict>
      </w:r>
      <w:r>
        <w:rPr>
          <w:rFonts w:ascii="宋体" w:hAnsi="宋体" w:eastAsia="宋体" w:cs="宋体"/>
          <w:color w:val="000000"/>
        </w:rPr>
        <w:t>在</w:t>
      </w:r>
      <w:r>
        <w:pict>
          <v:shape id="_x0000_i712770" o:spt="75" alt="学科网(www.zxxk.com)--教育资源门户，提供试卷、教案、课件、论文、素材以及各类教学资源下载，还有大量而丰富的教学相关资讯！" type="#_x0000_t75" style="height:12.6pt;width:33.6pt;" o:ole="t" filled="f" o:preferrelative="t" stroked="f" coordsize="21600,21600">
            <v:path/>
            <v:fill on="f" focussize="0,0"/>
            <v:stroke on="f" joinstyle="miter"/>
            <v:imagedata r:id="rId2937" o:title="eqId0e12376a338137713dc562245f11cba0"/>
            <o:lock v:ext="edit" aspectratio="t"/>
            <w10:wrap type="none"/>
            <w10:anchorlock/>
          </v:shape>
        </w:pict>
      </w:r>
      <w:r>
        <w:rPr>
          <w:rFonts w:ascii="宋体" w:hAnsi="宋体" w:eastAsia="宋体" w:cs="宋体"/>
          <w:color w:val="000000"/>
        </w:rPr>
        <w:t>内部，</w:t>
      </w:r>
    </w:p>
    <w:p>
      <w:pPr>
        <w:spacing w:line="360" w:lineRule="auto"/>
        <w:jc w:val="left"/>
        <w:textAlignment w:val="center"/>
        <w:rPr>
          <w:color w:val="000000"/>
        </w:rPr>
      </w:pPr>
      <w:r>
        <w:rPr>
          <w:rFonts w:ascii="宋体" w:hAnsi="宋体" w:eastAsia="宋体" w:cs="宋体"/>
          <w:color w:val="000000"/>
        </w:rPr>
        <w:t>设</w:t>
      </w:r>
      <w:r>
        <w:pict>
          <v:shape id="_x0000_i712771" o:spt="75" alt="学科网(www.zxxk.com)--教育资源门户，提供试卷、教案、课件、论文、素材以及各类教学资源下载，还有大量而丰富的教学相关资讯！" type="#_x0000_t75" style="height:14.05pt;width:60.2pt;" o:ole="t" filled="f" o:preferrelative="t" stroked="f" coordsize="21600,21600">
            <v:path/>
            <v:fill on="f" focussize="0,0"/>
            <v:stroke on="f" joinstyle="miter"/>
            <v:imagedata r:id="rId2938" o:title="eqIde69d07b91ffd87cff52c97df6114c3a8"/>
            <o:lock v:ext="edit" aspectratio="t"/>
            <w10:wrap type="none"/>
            <w10:anchorlock/>
          </v:shape>
        </w:pict>
      </w:r>
      <w:r>
        <w:rPr>
          <w:rFonts w:ascii="宋体" w:hAnsi="宋体" w:eastAsia="宋体" w:cs="宋体"/>
          <w:color w:val="000000"/>
        </w:rPr>
        <w:t>，则</w:t>
      </w:r>
      <w:r>
        <w:pict>
          <v:shape id="_x0000_i712772" o:spt="75" alt="学科网(www.zxxk.com)--教育资源门户，提供试卷、教案、课件、论文、素材以及各类教学资源下载，还有大量而丰富的教学相关资讯！" type="#_x0000_t75" style="height:28pt;width:108pt;" o:ole="t" filled="f" o:preferrelative="t" stroked="f" coordsize="21600,21600">
            <v:path/>
            <v:fill on="f" focussize="0,0"/>
            <v:stroke on="f" joinstyle="miter"/>
            <v:imagedata r:id="rId2939" o:title="eqIdb6d4ec7f7e167c264dafb3b9be3b0ef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73" o:spt="75" alt="学科网(www.zxxk.com)--教育资源门户，提供试卷、教案、课件、论文、素材以及各类教学资源下载，还有大量而丰富的教学相关资讯！" type="#_x0000_t75" style="height:31pt;width:196pt;" o:ole="t" filled="f" o:preferrelative="t" stroked="f" coordsize="21600,21600">
            <v:path/>
            <v:fill on="f" focussize="0,0"/>
            <v:stroke on="f" joinstyle="miter"/>
            <v:imagedata r:id="rId2940" o:title="eqId958759556aafb371e1ea07a99cd33af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74" o:spt="75" alt="学科网(www.zxxk.com)--教育资源门户，提供试卷、教案、课件、论文、素材以及各类教学资源下载，还有大量而丰富的教学相关资讯！" type="#_x0000_t75" style="height:34pt;width:286pt;" o:ole="t" filled="f" o:preferrelative="t" stroked="f" coordsize="21600,21600">
            <v:path/>
            <v:fill on="f" focussize="0,0"/>
            <v:stroke on="f" joinstyle="miter"/>
            <v:imagedata r:id="rId2941" o:title="eqId09c1caf9359d106f64e5a11c5cb4cfa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75" o:spt="75" alt="学科网(www.zxxk.com)--教育资源门户，提供试卷、教案、课件、论文、素材以及各类教学资源下载，还有大量而丰富的教学相关资讯！" type="#_x0000_t75" style="height:20pt;width:267pt;" o:ole="t" filled="f" o:preferrelative="t" stroked="f" coordsize="21600,21600">
            <v:path/>
            <v:fill on="f" focussize="0,0"/>
            <v:stroke on="f" joinstyle="miter"/>
            <v:imagedata r:id="rId2942" o:title="eqId24697ed7fc63694ce85963f255fa883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76" o:spt="75" alt="学科网(www.zxxk.com)--教育资源门户，提供试卷、教案、课件、论文、素材以及各类教学资源下载，还有大量而丰富的教学相关资讯！" type="#_x0000_t75" style="height:14pt;width:173pt;" o:ole="t" filled="f" o:preferrelative="t" stroked="f" coordsize="21600,21600">
            <v:path/>
            <v:fill on="f" focussize="0,0"/>
            <v:stroke on="f" joinstyle="miter"/>
            <v:imagedata r:id="rId2943" o:title="eqId1c49886e0f6dbbf31ed83878d941f0e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77" o:spt="75" alt="学科网(www.zxxk.com)--教育资源门户，提供试卷、教案、课件、论文、素材以及各类教学资源下载，还有大量而丰富的教学相关资讯！" type="#_x0000_t75" style="height:31pt;width:154pt;" o:ole="t" filled="f" o:preferrelative="t" stroked="f" coordsize="21600,21600">
            <v:path/>
            <v:fill on="f" focussize="0,0"/>
            <v:stroke on="f" joinstyle="miter"/>
            <v:imagedata r:id="rId2944" o:title="eqIdc5c1fef88b86c97dcffe47ffb8fa6b1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2778" o:spt="75" alt="学科网(www.zxxk.com)--教育资源门户，提供试卷、教案、课件、论文、素材以及各类教学资源下载，还有大量而丰富的教学相关资讯！" type="#_x0000_t75" style="height:31pt;width:287pt;" o:ole="t" filled="f" o:preferrelative="t" stroked="f" coordsize="21600,21600">
            <v:path/>
            <v:fill on="f" focussize="0,0"/>
            <v:stroke on="f" joinstyle="miter"/>
            <v:imagedata r:id="rId2945" o:title="eqIdbd5ff506a64f8678f2314c827f17a3a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676525" cy="2143125"/>
            <wp:effectExtent l="0" t="0" r="9525" b="9525"/>
            <wp:docPr id="337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 name="图片 100045" descr="学科网(www.zxxk.com)--教育资源门户，提供试卷、教案、课件、论文、素材以及各类教学资源下载，还有大量而丰富的教学相关资讯！"/>
                    <pic:cNvPicPr>
                      <a:picLocks noChangeAspect="1"/>
                    </pic:cNvPicPr>
                  </pic:nvPicPr>
                  <pic:blipFill>
                    <a:blip r:embed="rId2946"/>
                    <a:stretch>
                      <a:fillRect/>
                    </a:stretch>
                  </pic:blipFill>
                  <pic:spPr>
                    <a:xfrm>
                      <a:off x="0" y="0"/>
                      <a:ext cx="2676525" cy="21431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综上：</w:t>
      </w:r>
      <w:r>
        <w:pict>
          <v:shape id="_x0000_i712779"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947" o:title="eqId27935c1ef4df2d52ac697678a3c8f39d"/>
            <o:lock v:ext="edit" aspectratio="t"/>
            <w10:wrap type="none"/>
            <w10:anchorlock/>
          </v:shape>
        </w:pict>
      </w:r>
      <w:r>
        <w:rPr>
          <w:rFonts w:ascii="宋体" w:hAnsi="宋体" w:eastAsia="宋体" w:cs="宋体"/>
          <w:color w:val="000000"/>
        </w:rPr>
        <w:t>的度数为</w:t>
      </w:r>
      <w:r>
        <w:pict>
          <v:shape id="_x0000_i712780" o:spt="75" alt="学科网(www.zxxk.com)--教育资源门户，提供试卷、教案、课件、论文、素材以及各类教学资源下载，还有大量而丰富的教学相关资讯！" type="#_x0000_t75" style="height:13.9pt;width:19.9pt;" o:ole="t" filled="f" o:preferrelative="t" stroked="f" coordsize="21600,21600">
            <v:path/>
            <v:fill on="f" focussize="0,0"/>
            <v:stroke on="f" joinstyle="miter"/>
            <v:imagedata r:id="rId2948" o:title="eqId391479c151307826c9765a47a5f10503"/>
            <o:lock v:ext="edit" aspectratio="t"/>
            <w10:wrap type="none"/>
            <w10:anchorlock/>
          </v:shape>
        </w:pict>
      </w:r>
      <w:r>
        <w:rPr>
          <w:rFonts w:ascii="宋体" w:hAnsi="宋体" w:eastAsia="宋体" w:cs="宋体"/>
          <w:color w:val="000000"/>
        </w:rPr>
        <w:t>或</w:t>
      </w:r>
      <w:r>
        <w:pict>
          <v:shape id="_x0000_i712781" o:spt="75" alt="学科网(www.zxxk.com)--教育资源门户，提供试卷、教案、课件、论文、素材以及各类教学资源下载，还有大量而丰富的教学相关资讯！" type="#_x0000_t75" style="height:14.2pt;width:24.55pt;" o:ole="t" filled="f" o:preferrelative="t" stroked="f" coordsize="21600,21600">
            <v:path/>
            <v:fill on="f" focussize="0,0"/>
            <v:stroke on="f" joinstyle="miter"/>
            <v:imagedata r:id="rId2949" o:title="eqId85e283d58ea8a48989988ce61df5868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本题考查了角度的计算，理清角的关系是解题的关键．</w:t>
      </w:r>
    </w:p>
    <w:p>
      <w:pPr>
        <w:spacing w:line="360" w:lineRule="auto"/>
        <w:jc w:val="both"/>
        <w:textAlignment w:val="center"/>
        <w:rPr>
          <w:color w:val="000000"/>
        </w:rPr>
      </w:pPr>
      <w:r>
        <w:rPr>
          <w:color w:val="000000"/>
        </w:rPr>
        <w:t xml:space="preserve">28. </w:t>
      </w:r>
      <w:r>
        <w:rPr>
          <w:rFonts w:ascii="宋体" w:hAnsi="宋体" w:eastAsia="宋体" w:cs="宋体"/>
          <w:color w:val="000000"/>
        </w:rPr>
        <w:t>对于数轴上两条线段</w:t>
      </w:r>
      <w:r>
        <w:pict>
          <v:shape id="_x0000_i712782"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2950" o:title="eqId84663b253587679c01af3b5cfc620661"/>
            <o:lock v:ext="edit" aspectratio="t"/>
            <w10:wrap type="none"/>
            <w10:anchorlock/>
          </v:shape>
        </w:pict>
      </w:r>
      <w:r>
        <w:rPr>
          <w:rFonts w:ascii="宋体" w:hAnsi="宋体" w:eastAsia="宋体" w:cs="宋体"/>
          <w:color w:val="000000"/>
        </w:rPr>
        <w:t>，给出如下定义：若线段</w:t>
      </w:r>
      <w:r>
        <w:pict>
          <v:shape id="_x0000_i712783"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51" o:title="eqId7a5f1641947153c80b987320885a2b57"/>
            <o:lock v:ext="edit" aspectratio="t"/>
            <w10:wrap type="none"/>
            <w10:anchorlock/>
          </v:shape>
        </w:pict>
      </w:r>
      <w:r>
        <w:rPr>
          <w:rFonts w:ascii="宋体" w:hAnsi="宋体" w:eastAsia="宋体" w:cs="宋体"/>
          <w:color w:val="000000"/>
        </w:rPr>
        <w:t>的中点</w:t>
      </w:r>
      <w:r>
        <w:rPr>
          <w:rFonts w:ascii="Times New Roman" w:hAnsi="Times New Roman" w:eastAsia="Times New Roman" w:cs="Times New Roman"/>
          <w:i/>
          <w:color w:val="000000"/>
        </w:rPr>
        <w:t>H</w:t>
      </w:r>
      <w:r>
        <w:rPr>
          <w:rFonts w:ascii="宋体" w:hAnsi="宋体" w:eastAsia="宋体" w:cs="宋体"/>
          <w:color w:val="000000"/>
        </w:rPr>
        <w:t>与线段</w:t>
      </w:r>
      <w:r>
        <w:pict>
          <v:shape id="_x0000_i712784"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52" o:title="eqId411461db15ee8086332c531e086c40c7"/>
            <o:lock v:ext="edit" aspectratio="t"/>
            <w10:wrap type="none"/>
            <w10:anchorlock/>
          </v:shape>
        </w:pict>
      </w:r>
      <w:r>
        <w:rPr>
          <w:rFonts w:ascii="宋体" w:hAnsi="宋体" w:eastAsia="宋体" w:cs="宋体"/>
          <w:color w:val="000000"/>
        </w:rPr>
        <w:t>上点的最小距离不超过</w:t>
      </w:r>
      <w:r>
        <w:rPr>
          <w:rFonts w:ascii="Times New Roman" w:hAnsi="Times New Roman" w:eastAsia="Times New Roman" w:cs="Times New Roman"/>
          <w:color w:val="000000"/>
        </w:rPr>
        <w:t>1</w:t>
      </w:r>
      <w:r>
        <w:rPr>
          <w:rFonts w:ascii="宋体" w:hAnsi="宋体" w:eastAsia="宋体" w:cs="宋体"/>
          <w:color w:val="000000"/>
        </w:rPr>
        <w:t>，则称线段</w:t>
      </w:r>
      <w:r>
        <w:pict>
          <v:shape id="_x0000_i712785"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51" o:title="eqId7a5f1641947153c80b987320885a2b57"/>
            <o:lock v:ext="edit" aspectratio="t"/>
            <w10:wrap type="none"/>
            <w10:anchorlock/>
          </v:shape>
        </w:pict>
      </w:r>
      <w:r>
        <w:rPr>
          <w:rFonts w:ascii="宋体" w:hAnsi="宋体" w:eastAsia="宋体" w:cs="宋体"/>
          <w:color w:val="000000"/>
        </w:rPr>
        <w:t>是线段</w:t>
      </w:r>
      <w:r>
        <w:pict>
          <v:shape id="_x0000_i712786"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52" o:title="eqId411461db15ee8086332c531e086c40c7"/>
            <o:lock v:ext="edit" aspectratio="t"/>
            <w10:wrap type="none"/>
            <w10:anchorlock/>
          </v:shape>
        </w:pict>
      </w:r>
      <w:r>
        <w:rPr>
          <w:rFonts w:ascii="宋体" w:hAnsi="宋体" w:eastAsia="宋体" w:cs="宋体"/>
          <w:color w:val="000000"/>
        </w:rPr>
        <w:t>的“限中距线段”．</w:t>
      </w:r>
    </w:p>
    <w:p>
      <w:pPr>
        <w:spacing w:line="360" w:lineRule="auto"/>
        <w:jc w:val="both"/>
        <w:textAlignment w:val="center"/>
        <w:rPr>
          <w:color w:val="000000"/>
        </w:rPr>
      </w:pPr>
      <w:r>
        <w:rPr>
          <w:rFonts w:ascii="宋体" w:hAnsi="宋体" w:eastAsia="宋体" w:cs="宋体"/>
          <w:color w:val="000000"/>
        </w:rPr>
        <w:t>已知：如图，在数轴上点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表示的数分别为</w:t>
      </w:r>
      <w:r>
        <w:pict>
          <v:shape id="_x0000_i712787"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953" o:title="eqId01317332a203c898536b1d0459f51d2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571875" cy="428625"/>
            <wp:effectExtent l="0" t="0" r="9525" b="9525"/>
            <wp:docPr id="337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 name="图片 100047" descr="学科网(www.zxxk.com)--教育资源门户，提供试卷、教案、课件、论文、素材以及各类教学资源下载，还有大量而丰富的教学相关资讯！"/>
                    <pic:cNvPicPr>
                      <a:picLocks noChangeAspect="1"/>
                    </pic:cNvPicPr>
                  </pic:nvPicPr>
                  <pic:blipFill>
                    <a:blip r:embed="rId2954"/>
                    <a:stretch>
                      <a:fillRect/>
                    </a:stretch>
                  </pic:blipFill>
                  <pic:spPr>
                    <a:xfrm>
                      <a:off x="0" y="0"/>
                      <a:ext cx="3571875" cy="428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设点</w:t>
      </w:r>
      <w:r>
        <w:rPr>
          <w:rFonts w:ascii="Times New Roman" w:hAnsi="Times New Roman" w:eastAsia="Times New Roman" w:cs="Times New Roman"/>
          <w:i/>
          <w:color w:val="000000"/>
        </w:rPr>
        <w:t>Q</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，若线段</w:t>
      </w:r>
      <w:r>
        <w:pict>
          <v:shape id="_x0000_i712788"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55" o:title="eqId7a5f1641947153c80b987320885a2b57"/>
            <o:lock v:ext="edit" aspectratio="t"/>
            <w10:wrap type="none"/>
            <w10:anchorlock/>
          </v:shape>
        </w:pict>
      </w:r>
      <w:r>
        <w:rPr>
          <w:rFonts w:ascii="宋体" w:hAnsi="宋体" w:eastAsia="宋体" w:cs="宋体"/>
          <w:color w:val="000000"/>
        </w:rPr>
        <w:t>是线段</w:t>
      </w:r>
      <w:r>
        <w:pict>
          <v:shape id="_x0000_i712789"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56" o:title="eqId411461db15ee8086332c531e086c40c7"/>
            <o:lock v:ext="edit" aspectratio="t"/>
            <w10:wrap type="none"/>
            <w10:anchorlock/>
          </v:shape>
        </w:pict>
      </w:r>
      <w:r>
        <w:rPr>
          <w:rFonts w:ascii="宋体" w:hAnsi="宋体" w:eastAsia="宋体" w:cs="宋体"/>
          <w:color w:val="000000"/>
        </w:rPr>
        <w:t>的“限中距线段”，</w:t>
      </w:r>
    </w:p>
    <w:p>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i/>
          <w:color w:val="000000"/>
        </w:rPr>
        <w:t>m</w:t>
      </w:r>
      <w:r>
        <w:rPr>
          <w:rFonts w:ascii="宋体" w:hAnsi="宋体" w:eastAsia="宋体" w:cs="宋体"/>
          <w:color w:val="000000"/>
        </w:rPr>
        <w:t>的值可以是</w: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1      B</w:t>
      </w:r>
      <w:r>
        <w:rPr>
          <w:rFonts w:ascii="宋体" w:hAnsi="宋体" w:eastAsia="宋体" w:cs="宋体"/>
          <w:color w:val="000000"/>
        </w:rPr>
        <w:t>．</w:t>
      </w:r>
      <w:r>
        <w:rPr>
          <w:rFonts w:ascii="Times New Roman" w:hAnsi="Times New Roman" w:eastAsia="Times New Roman" w:cs="Times New Roman"/>
          <w:color w:val="000000"/>
        </w:rPr>
        <w:t>6      C</w:t>
      </w:r>
      <w:r>
        <w:rPr>
          <w:rFonts w:ascii="宋体" w:hAnsi="宋体" w:eastAsia="宋体" w:cs="宋体"/>
          <w:color w:val="000000"/>
        </w:rPr>
        <w:t>．</w:t>
      </w:r>
      <w:r>
        <w:rPr>
          <w:rFonts w:ascii="Times New Roman" w:hAnsi="Times New Roman" w:eastAsia="Times New Roman" w:cs="Times New Roman"/>
          <w:color w:val="000000"/>
        </w:rPr>
        <w:t>14</w:t>
      </w:r>
    </w:p>
    <w:p>
      <w:pPr>
        <w:spacing w:line="360" w:lineRule="auto"/>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i/>
          <w:color w:val="000000"/>
        </w:rPr>
        <w:t>m</w:t>
      </w:r>
      <w:r>
        <w:rPr>
          <w:rFonts w:ascii="宋体" w:hAnsi="宋体" w:eastAsia="宋体" w:cs="宋体"/>
          <w:color w:val="000000"/>
        </w:rPr>
        <w:t>的最大值是</w: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从</w:t>
      </w:r>
      <w:r>
        <w:pict>
          <v:shape id="_x0000_i712790"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957" o:title="eqId01317332a203c898536b1d0459f51d23"/>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1</w:t>
      </w:r>
      <w:r>
        <w:rPr>
          <w:rFonts w:ascii="宋体" w:hAnsi="宋体" w:eastAsia="宋体" w:cs="宋体"/>
          <w:color w:val="000000"/>
        </w:rPr>
        <w:t>个单位的速度向右运动，运动时间为</w:t>
      </w:r>
      <w:r>
        <w:rPr>
          <w:rFonts w:ascii="Times New Roman" w:hAnsi="Times New Roman" w:eastAsia="Times New Roman" w:cs="Times New Roman"/>
          <w:i/>
          <w:color w:val="000000"/>
        </w:rPr>
        <w:t>t</w:t>
      </w:r>
      <w:r>
        <w:rPr>
          <w:rFonts w:ascii="宋体" w:hAnsi="宋体" w:eastAsia="宋体" w:cs="宋体"/>
          <w:color w:val="000000"/>
        </w:rPr>
        <w:t>秒．</w:t>
      </w:r>
    </w:p>
    <w:p>
      <w:pPr>
        <w:spacing w:line="360" w:lineRule="auto"/>
        <w:jc w:val="both"/>
        <w:textAlignment w:val="center"/>
        <w:rPr>
          <w:color w:val="000000"/>
        </w:rPr>
      </w:pPr>
      <w:r>
        <w:rPr>
          <w:rFonts w:ascii="宋体" w:hAnsi="宋体" w:eastAsia="宋体" w:cs="宋体"/>
          <w:color w:val="000000"/>
        </w:rPr>
        <w:t>当</w:t>
      </w:r>
      <w:r>
        <w:pict>
          <v:shape id="_x0000_i712791"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958" o:title="eqId1e5b1fb389be05545c00a403d9fe3f07"/>
            <o:lock v:ext="edit" aspectratio="t"/>
            <w10:wrap type="none"/>
            <w10:anchorlock/>
          </v:shape>
        </w:pict>
      </w:r>
      <w:r>
        <w:rPr>
          <w:rFonts w:ascii="宋体" w:hAnsi="宋体" w:eastAsia="宋体" w:cs="宋体"/>
          <w:color w:val="000000"/>
        </w:rPr>
        <w:t>时，若线段</w:t>
      </w:r>
      <w:r>
        <w:pict>
          <v:shape id="_x0000_i712792"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59" o:title="eqId411461db15ee8086332c531e086c40c7"/>
            <o:lock v:ext="edit" aspectratio="t"/>
            <w10:wrap type="none"/>
            <w10:anchorlock/>
          </v:shape>
        </w:pict>
      </w:r>
      <w:r>
        <w:rPr>
          <w:rFonts w:ascii="宋体" w:hAnsi="宋体" w:eastAsia="宋体" w:cs="宋体"/>
          <w:color w:val="000000"/>
        </w:rPr>
        <w:t>的“限中距线段”</w:t>
      </w:r>
      <w:r>
        <w:pict>
          <v:shape id="_x0000_i712793"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60" o:title="eqId7a5f1641947153c80b987320885a2b57"/>
            <o:lock v:ext="edit" aspectratio="t"/>
            <w10:wrap type="none"/>
            <w10:anchorlock/>
          </v:shape>
        </w:pict>
      </w:r>
      <w:r>
        <w:rPr>
          <w:rFonts w:ascii="宋体" w:hAnsi="宋体" w:eastAsia="宋体" w:cs="宋体"/>
          <w:color w:val="000000"/>
        </w:rPr>
        <w:t>的长度恰好与</w:t>
      </w:r>
      <w:r>
        <w:pict>
          <v:shape id="_x0000_i712794" o:spt="75" alt="学科网(www.zxxk.com)--教育资源门户，提供试卷、教案、课件、论文、素材以及各类教学资源下载，还有大量而丰富的教学相关资讯！" type="#_x0000_t75" style="height:13.95pt;width:51.05pt;" o:ole="t" filled="f" o:preferrelative="t" stroked="f" coordsize="21600,21600">
            <v:path/>
            <v:fill on="f" focussize="0,0"/>
            <v:stroke on="f" joinstyle="miter"/>
            <v:imagedata r:id="rId2961" o:title="eqIdc2bb1548ddc0e5536a35b1bd78c4e7cd"/>
            <o:lock v:ext="edit" aspectratio="t"/>
            <w10:wrap type="none"/>
            <w10:anchorlock/>
          </v:shape>
        </w:pict>
      </w:r>
      <w:r>
        <w:rPr>
          <w:rFonts w:ascii="宋体" w:hAnsi="宋体" w:eastAsia="宋体" w:cs="宋体"/>
          <w:color w:val="000000"/>
        </w:rPr>
        <w:t>的值相等，求出</w:t>
      </w:r>
      <w:r>
        <w:pict>
          <v:shape id="_x0000_i712795"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60" o:title="eqId7a5f1641947153c80b987320885a2b57"/>
            <o:lock v:ext="edit" aspectratio="t"/>
            <w10:wrap type="none"/>
            <w10:anchorlock/>
          </v:shape>
        </w:pict>
      </w:r>
      <w:r>
        <w:rPr>
          <w:rFonts w:ascii="宋体" w:hAnsi="宋体" w:eastAsia="宋体" w:cs="宋体"/>
          <w:color w:val="000000"/>
        </w:rPr>
        <w:t>的中点</w:t>
      </w:r>
      <w:r>
        <w:rPr>
          <w:rFonts w:ascii="Times New Roman" w:hAnsi="Times New Roman" w:eastAsia="Times New Roman" w:cs="Times New Roman"/>
          <w:i/>
          <w:color w:val="000000"/>
        </w:rPr>
        <w:t>H</w:t>
      </w:r>
      <w:r>
        <w:rPr>
          <w:rFonts w:ascii="宋体" w:hAnsi="宋体" w:eastAsia="宋体" w:cs="宋体"/>
          <w:color w:val="000000"/>
        </w:rPr>
        <w:t>所表示的数；</w:t>
      </w:r>
    </w:p>
    <w:p>
      <w:pPr>
        <w:spacing w:line="360" w:lineRule="auto"/>
        <w:jc w:val="left"/>
        <w:textAlignment w:val="center"/>
        <w:rPr>
          <w:color w:val="000000"/>
        </w:rPr>
      </w:pPr>
      <w:r>
        <w:rPr>
          <w:color w:val="000000"/>
        </w:rPr>
        <w:t>（3）</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从</w:t>
      </w:r>
      <w:r>
        <w:pict>
          <v:shape id="_x0000_i712796"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962" o:title="eqId01317332a203c898536b1d0459f51d23"/>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1</w:t>
      </w:r>
      <w:r>
        <w:rPr>
          <w:rFonts w:ascii="宋体" w:hAnsi="宋体" w:eastAsia="宋体" w:cs="宋体"/>
          <w:color w:val="000000"/>
        </w:rPr>
        <w:t>个单位的速度向右运动，同时线段</w:t>
      </w:r>
      <w:r>
        <w:pict>
          <v:shape id="_x0000_i712797"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63" o:title="eqId411461db15ee8086332c531e086c40c7"/>
            <o:lock v:ext="edit" aspectratio="t"/>
            <w10:wrap type="none"/>
            <w10:anchorlock/>
          </v:shape>
        </w:pict>
      </w:r>
      <w:r>
        <w:rPr>
          <w:rFonts w:ascii="宋体" w:hAnsi="宋体" w:eastAsia="宋体" w:cs="宋体"/>
          <w:color w:val="000000"/>
        </w:rPr>
        <w:t>以每秒</w:t>
      </w:r>
      <w:r>
        <w:rPr>
          <w:rFonts w:ascii="Times New Roman" w:hAnsi="Times New Roman" w:eastAsia="Times New Roman" w:cs="Times New Roman"/>
          <w:color w:val="000000"/>
        </w:rPr>
        <w:t>2</w:t>
      </w:r>
      <w:r>
        <w:rPr>
          <w:rFonts w:ascii="宋体" w:hAnsi="宋体" w:eastAsia="宋体" w:cs="宋体"/>
          <w:color w:val="000000"/>
        </w:rPr>
        <w:t>个单位的速度向左运动，设运动时间为</w:t>
      </w:r>
      <w:r>
        <w:rPr>
          <w:rFonts w:ascii="Times New Roman" w:hAnsi="Times New Roman" w:eastAsia="Times New Roman" w:cs="Times New Roman"/>
          <w:i/>
          <w:color w:val="000000"/>
        </w:rPr>
        <w:t>t</w:t>
      </w:r>
      <w:r>
        <w:rPr>
          <w:rFonts w:ascii="宋体" w:hAnsi="宋体" w:eastAsia="宋体" w:cs="宋体"/>
          <w:color w:val="000000"/>
        </w:rPr>
        <w:t>秒．若对于线段</w:t>
      </w:r>
      <w:r>
        <w:pict>
          <v:shape id="_x0000_i71279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63" o:title="eqId411461db15ee8086332c531e086c40c7"/>
            <o:lock v:ext="edit" aspectratio="t"/>
            <w10:wrap type="none"/>
            <w10:anchorlock/>
          </v:shape>
        </w:pict>
      </w:r>
      <w:r>
        <w:rPr>
          <w:rFonts w:ascii="宋体" w:hAnsi="宋体" w:eastAsia="宋体" w:cs="宋体"/>
          <w:color w:val="000000"/>
        </w:rPr>
        <w:t>上任意一点</w:t>
      </w:r>
      <w:r>
        <w:rPr>
          <w:rFonts w:ascii="Times New Roman" w:hAnsi="Times New Roman" w:eastAsia="Times New Roman" w:cs="Times New Roman"/>
          <w:i/>
          <w:color w:val="000000"/>
        </w:rPr>
        <w:t>Q</w:t>
      </w:r>
      <w:r>
        <w:rPr>
          <w:rFonts w:ascii="宋体" w:hAnsi="宋体" w:eastAsia="宋体" w:cs="宋体"/>
          <w:color w:val="000000"/>
        </w:rPr>
        <w:t>，都有线段</w:t>
      </w:r>
      <w:r>
        <w:pict>
          <v:shape id="_x0000_i712799"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64" o:title="eqId7a5f1641947153c80b987320885a2b57"/>
            <o:lock v:ext="edit" aspectratio="t"/>
            <w10:wrap type="none"/>
            <w10:anchorlock/>
          </v:shape>
        </w:pict>
      </w:r>
      <w:r>
        <w:rPr>
          <w:rFonts w:ascii="宋体" w:hAnsi="宋体" w:eastAsia="宋体" w:cs="宋体"/>
          <w:color w:val="000000"/>
        </w:rPr>
        <w:t>是线段</w:t>
      </w:r>
      <w:r>
        <w:pict>
          <v:shape id="_x0000_i712800"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63" o:title="eqId411461db15ee8086332c531e086c40c7"/>
            <o:lock v:ext="edit" aspectratio="t"/>
            <w10:wrap type="none"/>
            <w10:anchorlock/>
          </v:shape>
        </w:pict>
      </w:r>
      <w:r>
        <w:rPr>
          <w:rFonts w:ascii="宋体" w:hAnsi="宋体" w:eastAsia="宋体" w:cs="宋体"/>
          <w:color w:val="000000"/>
        </w:rPr>
        <w:t>的“限中距线段”，则</w:t>
      </w:r>
      <w:r>
        <w:rPr>
          <w:rFonts w:ascii="Times New Roman" w:hAnsi="Times New Roman" w:eastAsia="Times New Roman" w:cs="Times New Roman"/>
          <w:i/>
          <w:color w:val="000000"/>
        </w:rPr>
        <w:t>t</w:t>
      </w:r>
      <w:r>
        <w:rPr>
          <w:rFonts w:ascii="宋体" w:hAnsi="宋体" w:eastAsia="宋体" w:cs="宋体"/>
          <w:color w:val="000000"/>
        </w:rPr>
        <w:t>的最小值为</w:t>
      </w:r>
      <w:r>
        <w:rPr>
          <w:rFonts w:ascii="Times New Roman" w:hAnsi="Times New Roman" w:eastAsia="Times New Roman" w:cs="Times New Roman"/>
          <w:color w:val="000000"/>
        </w:rPr>
        <w:t>_________</w:t>
      </w:r>
      <w:r>
        <w:rPr>
          <w:rFonts w:ascii="宋体" w:hAnsi="宋体" w:eastAsia="宋体" w:cs="宋体"/>
          <w:color w:val="000000"/>
        </w:rPr>
        <w:t>，最大值为</w: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rPr>
          <w:rFonts w:ascii="Times New Roman" w:hAnsi="Times New Roman" w:eastAsia="Times New Roman" w:cs="Times New Roman"/>
          <w:color w:val="000000"/>
        </w:rPr>
        <w:t>B</w:t>
      </w:r>
      <w:r>
        <w:rPr>
          <w:rFonts w:ascii="宋体" w:hAnsi="宋体" w:eastAsia="宋体" w:cs="宋体"/>
          <w:color w:val="000000"/>
        </w:rPr>
        <w:t>；②</w:t>
      </w:r>
      <w:r>
        <w:rPr>
          <w:rFonts w:ascii="Times New Roman" w:hAnsi="Times New Roman" w:eastAsia="Times New Roman" w:cs="Times New Roman"/>
          <w:color w:val="000000"/>
        </w:rPr>
        <w:t>12</w:t>
      </w:r>
      <w:r>
        <w:rPr>
          <w:color w:val="000000"/>
        </w:rPr>
        <w:t xml:space="preserve">    </w:t>
      </w:r>
    </w:p>
    <w:p>
      <w:pPr>
        <w:spacing w:line="360" w:lineRule="auto"/>
        <w:textAlignment w:val="center"/>
        <w:rPr>
          <w:color w:val="000000"/>
        </w:rPr>
      </w:pPr>
      <w:r>
        <w:rPr>
          <w:color w:val="000000"/>
        </w:rPr>
        <w:t>（2）</w:t>
      </w:r>
      <w:r>
        <w:pict>
          <v:shape id="_x0000_i712801"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2965" o:title="eqIda4b8503f4706b8321e4e79a87eadea84"/>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2802"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2966" o:title="eqIdcaa585b9257ed0798213a9ae9b87d291"/>
            <o:lock v:ext="edit" aspectratio="t"/>
            <w10:wrap type="none"/>
            <w10:anchorlock/>
          </v:shape>
        </w:pict>
      </w:r>
      <w:r>
        <w:rPr>
          <w:rFonts w:ascii="宋体" w:hAnsi="宋体" w:eastAsia="宋体" w:cs="宋体"/>
          <w:color w:val="000000"/>
        </w:rPr>
        <w:t>，</w:t>
      </w:r>
      <w:r>
        <w:pict>
          <v:shape id="_x0000_i712803"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2967" o:title="eqId5991e9ec7666f533a528a4173c58f0ff"/>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2804"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68" o:title="eqId7a5f1641947153c80b987320885a2b57"/>
            <o:lock v:ext="edit" aspectratio="t"/>
            <w10:wrap type="none"/>
            <w10:anchorlock/>
          </v:shape>
        </w:pict>
      </w:r>
      <w:r>
        <w:rPr>
          <w:rFonts w:ascii="宋体" w:hAnsi="宋体" w:eastAsia="宋体" w:cs="宋体"/>
          <w:color w:val="000000"/>
        </w:rPr>
        <w:t>的中点表示的数是</w:t>
      </w:r>
      <w:r>
        <w:pict>
          <v:shape id="_x0000_i712805" o:spt="75" alt="学科网(www.zxxk.com)--教育资源门户，提供试卷、教案、课件、论文、素材以及各类教学资源下载，还有大量而丰富的教学相关资讯！" type="#_x0000_t75" style="height:28pt;width:34pt;" o:ole="t" filled="f" o:preferrelative="t" stroked="f" coordsize="21600,21600">
            <v:path/>
            <v:fill on="f" focussize="0,0"/>
            <v:stroke on="f" joinstyle="miter"/>
            <v:imagedata r:id="rId2969" o:title="eqId299bf4bfc9c6e0731571cc58cdf31e36"/>
            <o:lock v:ext="edit" aspectratio="t"/>
            <w10:wrap type="none"/>
            <w10:anchorlock/>
          </v:shape>
        </w:pict>
      </w:r>
      <w:r>
        <w:rPr>
          <w:rFonts w:ascii="宋体" w:hAnsi="宋体" w:eastAsia="宋体" w:cs="宋体"/>
          <w:color w:val="000000"/>
        </w:rPr>
        <w:t>，可得</w:t>
      </w:r>
      <w:r>
        <w:pict>
          <v:shape id="_x0000_i712806" o:spt="75" alt="学科网(www.zxxk.com)--教育资源门户，提供试卷、教案、课件、论文、素材以及各类教学资源下载，还有大量而丰富的教学相关资讯！" type="#_x0000_t75" style="height:28pt;width:65pt;" o:ole="t" filled="f" o:preferrelative="t" stroked="f" coordsize="21600,21600">
            <v:path/>
            <v:fill on="f" focussize="0,0"/>
            <v:stroke on="f" joinstyle="miter"/>
            <v:imagedata r:id="rId2970" o:title="eqId5a4521347b1961b08dfc8eedac1bfc3c"/>
            <o:lock v:ext="edit" aspectratio="t"/>
            <w10:wrap type="none"/>
            <w10:anchorlock/>
          </v:shape>
        </w:pict>
      </w:r>
      <w:r>
        <w:rPr>
          <w:rFonts w:ascii="宋体" w:hAnsi="宋体" w:eastAsia="宋体" w:cs="宋体"/>
          <w:color w:val="000000"/>
        </w:rPr>
        <w:t>，故</w:t>
      </w:r>
      <w:r>
        <w:pict>
          <v:shape id="_x0000_i712807" o:spt="75" alt="学科网(www.zxxk.com)--教育资源门户，提供试卷、教案、课件、论文、素材以及各类教学资源下载，还有大量而丰富的教学相关资讯！" type="#_x0000_t75" style="height:13.95pt;width:53pt;" o:ole="t" filled="f" o:preferrelative="t" stroked="f" coordsize="21600,21600">
            <v:path/>
            <v:fill on="f" focussize="0,0"/>
            <v:stroke on="f" joinstyle="miter"/>
            <v:imagedata r:id="rId2971" o:title="eqId97f33397184ab3b967451ef114fb368b"/>
            <o:lock v:ext="edit" aspectratio="t"/>
            <w10:wrap type="none"/>
            <w10:anchorlock/>
          </v:shape>
        </w:pict>
      </w:r>
      <w:r>
        <w:rPr>
          <w:rFonts w:ascii="宋体" w:hAnsi="宋体" w:eastAsia="宋体" w:cs="宋体"/>
          <w:color w:val="000000"/>
        </w:rPr>
        <w:t>，①由</w:t>
      </w:r>
      <w:r>
        <w:pict>
          <v:shape id="_x0000_i712808" o:spt="75" alt="学科网(www.zxxk.com)--教育资源门户，提供试卷、教案、课件、论文、素材以及各类教学资源下载，还有大量而丰富的教学相关资讯！" type="#_x0000_t75" style="height:13.95pt;width:53pt;" o:ole="t" filled="f" o:preferrelative="t" stroked="f" coordsize="21600,21600">
            <v:path/>
            <v:fill on="f" focussize="0,0"/>
            <v:stroke on="f" joinstyle="miter"/>
            <v:imagedata r:id="rId2971" o:title="eqId97f33397184ab3b967451ef114fb368b"/>
            <o:lock v:ext="edit" aspectratio="t"/>
            <w10:wrap type="none"/>
            <w10:anchorlock/>
          </v:shape>
        </w:pict>
      </w:r>
      <w:r>
        <w:rPr>
          <w:rFonts w:ascii="宋体" w:hAnsi="宋体" w:eastAsia="宋体" w:cs="宋体"/>
          <w:color w:val="000000"/>
        </w:rPr>
        <w:t>可得答案；②由</w:t>
      </w:r>
      <w:r>
        <w:pict>
          <v:shape id="_x0000_i712809" o:spt="75" alt="学科网(www.zxxk.com)--教育资源门户，提供试卷、教案、课件、论文、素材以及各类教学资源下载，还有大量而丰富的教学相关资讯！" type="#_x0000_t75" style="height:13.95pt;width:53pt;" o:ole="t" filled="f" o:preferrelative="t" stroked="f" coordsize="21600,21600">
            <v:path/>
            <v:fill on="f" focussize="0,0"/>
            <v:stroke on="f" joinstyle="miter"/>
            <v:imagedata r:id="rId2971" o:title="eqId97f33397184ab3b967451ef114fb368b"/>
            <o:lock v:ext="edit" aspectratio="t"/>
            <w10:wrap type="none"/>
            <w10:anchorlock/>
          </v:shape>
        </w:pict>
      </w:r>
      <w:r>
        <w:rPr>
          <w:rFonts w:ascii="宋体" w:hAnsi="宋体" w:eastAsia="宋体" w:cs="宋体"/>
          <w:color w:val="000000"/>
        </w:rPr>
        <w:t>得</w:t>
      </w:r>
      <w:r>
        <w:pict>
          <v:shape id="_x0000_i712810"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972" o:title="eqId294f5ba74cdf695fc9a8a8e52f421328"/>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w:t>
      </w:r>
      <w:r>
        <w:pict>
          <v:shape id="_x0000_i71281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2973" o:title="eqIdacc290b44635265137fdf13146b6a6d9"/>
            <o:lock v:ext="edit" aspectratio="t"/>
            <w10:wrap type="none"/>
            <w10:anchorlock/>
          </v:shape>
        </w:pict>
      </w:r>
      <w:r>
        <w:rPr>
          <w:rFonts w:ascii="宋体" w:hAnsi="宋体" w:eastAsia="宋体" w:cs="宋体"/>
          <w:color w:val="000000"/>
        </w:rPr>
        <w:t>表示的数是</w:t>
      </w:r>
      <w:r>
        <w:pict>
          <v:shape id="_x0000_i71281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974" o:title="eqId81dea63b8ce3e51adf66cf7b9982a248"/>
            <o:lock v:ext="edit" aspectratio="t"/>
            <w10:wrap type="none"/>
            <w10:anchorlock/>
          </v:shape>
        </w:pict>
      </w:r>
      <w:r>
        <w:rPr>
          <w:rFonts w:ascii="宋体" w:hAnsi="宋体" w:eastAsia="宋体" w:cs="宋体"/>
          <w:color w:val="000000"/>
        </w:rPr>
        <w:t>，根据线段</w:t>
      </w:r>
      <w:r>
        <w:pict>
          <v:shape id="_x0000_i712813"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75" o:title="eqId411461db15ee8086332c531e086c40c7"/>
            <o:lock v:ext="edit" aspectratio="t"/>
            <w10:wrap type="none"/>
            <w10:anchorlock/>
          </v:shape>
        </w:pict>
      </w:r>
      <w:r>
        <w:rPr>
          <w:rFonts w:ascii="宋体" w:hAnsi="宋体" w:eastAsia="宋体" w:cs="宋体"/>
          <w:color w:val="000000"/>
        </w:rPr>
        <w:t>的“限中距线段”</w:t>
      </w:r>
      <w:r>
        <w:rPr>
          <w:rFonts w:ascii="Times New Roman" w:hAnsi="Times New Roman" w:eastAsia="Times New Roman" w:cs="Times New Roman"/>
          <w:color w:val="000000"/>
        </w:rPr>
        <w:t xml:space="preserve"> </w:t>
      </w:r>
      <w:r>
        <w:pict>
          <v:shape id="_x0000_i712814"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76" o:title="eqId7a5f1641947153c80b987320885a2b57"/>
            <o:lock v:ext="edit" aspectratio="t"/>
            <w10:wrap type="none"/>
            <w10:anchorlock/>
          </v:shape>
        </w:pict>
      </w:r>
      <w:r>
        <w:rPr>
          <w:rFonts w:ascii="宋体" w:hAnsi="宋体" w:eastAsia="宋体" w:cs="宋体"/>
          <w:color w:val="000000"/>
        </w:rPr>
        <w:t>的长度恰好与</w:t>
      </w:r>
      <w:r>
        <w:pict>
          <v:shape id="_x0000_i712815" o:spt="75" alt="学科网(www.zxxk.com)--教育资源门户，提供试卷、教案、课件、论文、素材以及各类教学资源下载，还有大量而丰富的教学相关资讯！" type="#_x0000_t75" style="height:13.95pt;width:51.05pt;" o:ole="t" filled="f" o:preferrelative="t" stroked="f" coordsize="21600,21600">
            <v:path/>
            <v:fill on="f" focussize="0,0"/>
            <v:stroke on="f" joinstyle="miter"/>
            <v:imagedata r:id="rId2977" o:title="eqIdc2bb1548ddc0e5536a35b1bd78c4e7cd"/>
            <o:lock v:ext="edit" aspectratio="t"/>
            <w10:wrap type="none"/>
            <w10:anchorlock/>
          </v:shape>
        </w:pict>
      </w:r>
      <w:r>
        <w:rPr>
          <w:rFonts w:ascii="宋体" w:hAnsi="宋体" w:eastAsia="宋体" w:cs="宋体"/>
          <w:color w:val="000000"/>
        </w:rPr>
        <w:t>的值相等，且</w:t>
      </w:r>
      <w:r>
        <w:pict>
          <v:shape id="_x0000_i71281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978" o:title="eqId1e5b1fb389be05545c00a403d9fe3f07"/>
            <o:lock v:ext="edit" aspectratio="t"/>
            <w10:wrap type="none"/>
            <w10:anchorlock/>
          </v:shape>
        </w:pict>
      </w:r>
      <w:r>
        <w:rPr>
          <w:rFonts w:ascii="宋体" w:hAnsi="宋体" w:eastAsia="宋体" w:cs="宋体"/>
          <w:color w:val="000000"/>
        </w:rPr>
        <w:t>，有</w:t>
      </w:r>
      <w:r>
        <w:pict>
          <v:shape id="_x0000_i712817" o:spt="75" alt="学科网(www.zxxk.com)--教育资源门户，提供试卷、教案、课件、论文、素材以及各类教学资源下载，还有大量而丰富的教学相关资讯！" type="#_x0000_t75" style="height:15pt;width:162pt;" o:ole="t" filled="f" o:preferrelative="t" stroked="f" coordsize="21600,21600">
            <v:path/>
            <v:fill on="f" focussize="0,0"/>
            <v:stroke on="f" joinstyle="miter"/>
            <v:imagedata r:id="rId2979" o:title="eqId5b84b7c1b8209676c57beb111f054b6c"/>
            <o:lock v:ext="edit" aspectratio="t"/>
            <w10:wrap type="none"/>
            <w10:anchorlock/>
          </v:shape>
        </w:pict>
      </w:r>
      <w:r>
        <w:rPr>
          <w:rFonts w:ascii="宋体" w:hAnsi="宋体" w:eastAsia="宋体" w:cs="宋体"/>
          <w:color w:val="000000"/>
        </w:rPr>
        <w:t>，可得</w:t>
      </w:r>
      <w:r>
        <w:pict>
          <v:shape id="_x0000_i712818" o:spt="75" alt="学科网(www.zxxk.com)--教育资源门户，提供试卷、教案、课件、论文、素材以及各类教学资源下载，还有大量而丰富的教学相关资讯！" type="#_x0000_t75" style="height:13pt;width:38.5pt;" o:ole="t" filled="f" o:preferrelative="t" stroked="f" coordsize="21600,21600">
            <v:path/>
            <v:fill on="f" focussize="0,0"/>
            <v:stroke on="f" joinstyle="miter"/>
            <v:imagedata r:id="rId2980" o:title="eqId1765464ef9ba807dd394c42c9789707a"/>
            <o:lock v:ext="edit" aspectratio="t"/>
            <w10:wrap type="none"/>
            <w10:anchorlock/>
          </v:shape>
        </w:pict>
      </w:r>
      <w:r>
        <w:rPr>
          <w:rFonts w:ascii="宋体" w:hAnsi="宋体" w:eastAsia="宋体" w:cs="宋体"/>
          <w:color w:val="000000"/>
        </w:rPr>
        <w:t>，即可得</w:t>
      </w:r>
      <w:r>
        <w:pict>
          <v:shape id="_x0000_i712819"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76" o:title="eqId7a5f1641947153c80b987320885a2b57"/>
            <o:lock v:ext="edit" aspectratio="t"/>
            <w10:wrap type="none"/>
            <w10:anchorlock/>
          </v:shape>
        </w:pict>
      </w:r>
      <w:r>
        <w:rPr>
          <w:rFonts w:ascii="宋体" w:hAnsi="宋体" w:eastAsia="宋体" w:cs="宋体"/>
          <w:color w:val="000000"/>
        </w:rPr>
        <w:t>的中点</w:t>
      </w:r>
      <w:r>
        <w:pict>
          <v:shape id="_x0000_i71282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2981" o:title="eqId73465a1f9aa03481295bf6bd3c6903ac"/>
            <o:lock v:ext="edit" aspectratio="t"/>
            <w10:wrap type="none"/>
            <w10:anchorlock/>
          </v:shape>
        </w:pict>
      </w:r>
      <w:r>
        <w:rPr>
          <w:rFonts w:ascii="宋体" w:hAnsi="宋体" w:eastAsia="宋体" w:cs="宋体"/>
          <w:color w:val="000000"/>
        </w:rPr>
        <w:t>所表示的数是</w:t>
      </w:r>
      <w:r>
        <w:pict>
          <v:shape id="_x0000_i712821"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2982" o:title="eqIda4b8503f4706b8321e4e79a87eadea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w:t>
      </w:r>
      <w:r>
        <w:pict>
          <v:shape id="_x0000_i71282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983" o:title="eqIddad2a36927223bd70f426ba06aea4b45"/>
            <o:lock v:ext="edit" aspectratio="t"/>
            <w10:wrap type="none"/>
            <w10:anchorlock/>
          </v:shape>
        </w:pict>
      </w:r>
      <w:r>
        <w:rPr>
          <w:rFonts w:ascii="宋体" w:hAnsi="宋体" w:eastAsia="宋体" w:cs="宋体"/>
          <w:color w:val="000000"/>
        </w:rPr>
        <w:t>表示的数是</w:t>
      </w:r>
      <w:r>
        <w:pict>
          <v:shape id="_x0000_i712823" o:spt="75" alt="学科网(www.zxxk.com)--教育资源门户，提供试卷、教案、课件、论文、素材以及各类教学资源下载，还有大量而丰富的教学相关资讯！" type="#_x0000_t75" style="height:14.4pt;width:31.8pt;" o:ole="t" filled="f" o:preferrelative="t" stroked="f" coordsize="21600,21600">
            <v:path/>
            <v:fill on="f" focussize="0,0"/>
            <v:stroke on="f" joinstyle="miter"/>
            <v:imagedata r:id="rId2984" o:title="eqIdbdbe8b397ff9b270a0c1fb867449fed7"/>
            <o:lock v:ext="edit" aspectratio="t"/>
            <w10:wrap type="none"/>
            <w10:anchorlock/>
          </v:shape>
        </w:pict>
      </w:r>
      <w:r>
        <w:rPr>
          <w:rFonts w:ascii="宋体" w:hAnsi="宋体" w:eastAsia="宋体" w:cs="宋体"/>
          <w:color w:val="000000"/>
        </w:rPr>
        <w:t>，</w:t>
      </w:r>
      <w:r>
        <w:pict>
          <v:shape id="_x0000_i712824"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2985" o:title="eqIdac047e91852b91af639feec23a9598b2"/>
            <o:lock v:ext="edit" aspectratio="t"/>
            <w10:wrap type="none"/>
            <w10:anchorlock/>
          </v:shape>
        </w:pict>
      </w:r>
      <w:r>
        <w:rPr>
          <w:rFonts w:ascii="宋体" w:hAnsi="宋体" w:eastAsia="宋体" w:cs="宋体"/>
          <w:color w:val="000000"/>
        </w:rPr>
        <w:t>表示的数是</w:t>
      </w:r>
      <w:r>
        <w:pict>
          <v:shape id="_x0000_i71282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986" o:title="eqIdd746bdca9e99387b35dc57411099d80b"/>
            <o:lock v:ext="edit" aspectratio="t"/>
            <w10:wrap type="none"/>
            <w10:anchorlock/>
          </v:shape>
        </w:pict>
      </w:r>
      <w:r>
        <w:rPr>
          <w:rFonts w:ascii="宋体" w:hAnsi="宋体" w:eastAsia="宋体" w:cs="宋体"/>
          <w:color w:val="000000"/>
        </w:rPr>
        <w:t>，</w:t>
      </w:r>
      <w:r>
        <w:pict>
          <v:shape id="_x0000_i71282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987" o:title="eqId54a5d7d3b6b63fe5c24c3907b7a8eaa3"/>
            <o:lock v:ext="edit" aspectratio="t"/>
            <w10:wrap type="none"/>
            <w10:anchorlock/>
          </v:shape>
        </w:pict>
      </w:r>
      <w:r>
        <w:rPr>
          <w:rFonts w:ascii="宋体" w:hAnsi="宋体" w:eastAsia="宋体" w:cs="宋体"/>
          <w:color w:val="000000"/>
        </w:rPr>
        <w:t>表示的数是</w:t>
      </w:r>
      <w:r>
        <w:pict>
          <v:shape id="_x0000_i712827"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2988" o:title="eqIde5f2b39b224d0f4109a0196d0086b5b3"/>
            <o:lock v:ext="edit" aspectratio="t"/>
            <w10:wrap type="none"/>
            <w10:anchorlock/>
          </v:shape>
        </w:pict>
      </w:r>
      <w:r>
        <w:rPr>
          <w:rFonts w:ascii="宋体" w:hAnsi="宋体" w:eastAsia="宋体" w:cs="宋体"/>
          <w:color w:val="000000"/>
        </w:rPr>
        <w:t>，设</w:t>
      </w:r>
      <w:r>
        <w:pict>
          <v:shape id="_x0000_i712828"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2989" o:title="eqIdacc290b44635265137fdf13146b6a6d9"/>
            <o:lock v:ext="edit" aspectratio="t"/>
            <w10:wrap type="none"/>
            <w10:anchorlock/>
          </v:shape>
        </w:pict>
      </w:r>
      <w:r>
        <w:rPr>
          <w:rFonts w:ascii="宋体" w:hAnsi="宋体" w:eastAsia="宋体" w:cs="宋体"/>
          <w:color w:val="000000"/>
        </w:rPr>
        <w:t>表示的数是</w:t>
      </w:r>
      <w:r>
        <w:pict>
          <v:shape id="_x0000_i712829"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990" o:title="eqIdd053b14c8588eee2acbbe44fc37a6886"/>
            <o:lock v:ext="edit" aspectratio="t"/>
            <w10:wrap type="none"/>
            <w10:anchorlock/>
          </v:shape>
        </w:pict>
      </w:r>
      <w:r>
        <w:rPr>
          <w:rFonts w:ascii="宋体" w:hAnsi="宋体" w:eastAsia="宋体" w:cs="宋体"/>
          <w:color w:val="000000"/>
        </w:rPr>
        <w:t>，则</w:t>
      </w:r>
      <w:r>
        <w:pict>
          <v:shape id="_x0000_i712830" o:spt="75" alt="学科网(www.zxxk.com)--教育资源门户，提供试卷、教案、课件、论文、素材以及各类教学资源下载，还有大量而丰富的教学相关资讯！" type="#_x0000_t75" style="height:15pt;width:76pt;" o:ole="t" filled="f" o:preferrelative="t" stroked="f" coordsize="21600,21600">
            <v:path/>
            <v:fill on="f" focussize="0,0"/>
            <v:stroke on="f" joinstyle="miter"/>
            <v:imagedata r:id="rId2991" o:title="eqId3a72894653f135014dc4298c7aa802bf"/>
            <o:lock v:ext="edit" aspectratio="t"/>
            <w10:wrap type="none"/>
            <w10:anchorlock/>
          </v:shape>
        </w:pict>
      </w:r>
      <w:r>
        <w:rPr>
          <w:rFonts w:ascii="宋体" w:hAnsi="宋体" w:eastAsia="宋体" w:cs="宋体"/>
          <w:color w:val="000000"/>
        </w:rPr>
        <w:t>，又线段</w:t>
      </w:r>
      <w:r>
        <w:pict>
          <v:shape id="_x0000_i712831"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2992" o:title="eqId7a5f1641947153c80b987320885a2b57"/>
            <o:lock v:ext="edit" aspectratio="t"/>
            <w10:wrap type="none"/>
            <w10:anchorlock/>
          </v:shape>
        </w:pict>
      </w:r>
      <w:r>
        <w:rPr>
          <w:rFonts w:ascii="宋体" w:hAnsi="宋体" w:eastAsia="宋体" w:cs="宋体"/>
          <w:color w:val="000000"/>
        </w:rPr>
        <w:t>是线段</w:t>
      </w:r>
      <w:r>
        <w:pict>
          <v:shape id="_x0000_i712832"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993" o:title="eqId411461db15ee8086332c531e086c40c7"/>
            <o:lock v:ext="edit" aspectratio="t"/>
            <w10:wrap type="none"/>
            <w10:anchorlock/>
          </v:shape>
        </w:pict>
      </w:r>
      <w:r>
        <w:rPr>
          <w:rFonts w:ascii="宋体" w:hAnsi="宋体" w:eastAsia="宋体" w:cs="宋体"/>
          <w:color w:val="000000"/>
        </w:rPr>
        <w:t>的“限中距线段”，有</w:t>
      </w:r>
      <w:r>
        <w:pict>
          <v:shape id="_x0000_i712833" o:spt="75" alt="学科网(www.zxxk.com)--教育资源门户，提供试卷、教案、课件、论文、素材以及各类教学资源下载，还有大量而丰富的教学相关资讯！" type="#_x0000_t75" style="height:28pt;width:140pt;" o:ole="t" filled="f" o:preferrelative="t" stroked="f" coordsize="21600,21600">
            <v:path/>
            <v:fill on="f" focussize="0,0"/>
            <v:stroke on="f" joinstyle="miter"/>
            <v:imagedata r:id="rId2994" o:title="eqId40cac058d4fb322088f439661b94e3d2"/>
            <o:lock v:ext="edit" aspectratio="t"/>
            <w10:wrap type="none"/>
            <w10:anchorlock/>
          </v:shape>
        </w:pict>
      </w:r>
      <w:r>
        <w:rPr>
          <w:rFonts w:ascii="宋体" w:hAnsi="宋体" w:eastAsia="宋体" w:cs="宋体"/>
          <w:color w:val="000000"/>
        </w:rPr>
        <w:t>，从而</w:t>
      </w:r>
      <w:r>
        <w:pict>
          <v:shape id="_x0000_i712834" o:spt="75" alt="学科网(www.zxxk.com)--教育资源门户，提供试卷、教案、课件、论文、素材以及各类教学资源下载，还有大量而丰富的教学相关资讯！" type="#_x0000_t75" style="height:13pt;width:83pt;" o:ole="t" filled="f" o:preferrelative="t" stroked="f" coordsize="21600,21600">
            <v:path/>
            <v:fill on="f" focussize="0,0"/>
            <v:stroke on="f" joinstyle="miter"/>
            <v:imagedata r:id="rId2995" o:title="eqId69f72d1382ceec0e34de6db62acf13f9"/>
            <o:lock v:ext="edit" aspectratio="t"/>
            <w10:wrap type="none"/>
            <w10:anchorlock/>
          </v:shape>
        </w:pict>
      </w:r>
      <w:r>
        <w:rPr>
          <w:rFonts w:ascii="宋体" w:hAnsi="宋体" w:eastAsia="宋体" w:cs="宋体"/>
          <w:color w:val="000000"/>
        </w:rPr>
        <w:t>，由</w:t>
      </w:r>
      <w:r>
        <w:pict>
          <v:shape id="_x0000_i712835" o:spt="75" alt="学科网(www.zxxk.com)--教育资源门户，提供试卷、教案、课件、论文、素材以及各类教学资源下载，还有大量而丰富的教学相关资讯！" type="#_x0000_t75" style="height:13pt;width:59pt;" o:ole="t" filled="f" o:preferrelative="t" stroked="f" coordsize="21600,21600">
            <v:path/>
            <v:fill on="f" focussize="0,0"/>
            <v:stroke on="f" joinstyle="miter"/>
            <v:imagedata r:id="rId2996" o:title="eqId52a9bca9e45ab12174d648d22987743a"/>
            <o:lock v:ext="edit" aspectratio="t"/>
            <w10:wrap type="none"/>
            <w10:anchorlock/>
          </v:shape>
        </w:pict>
      </w:r>
      <w:r>
        <w:rPr>
          <w:rFonts w:ascii="宋体" w:hAnsi="宋体" w:eastAsia="宋体" w:cs="宋体"/>
          <w:color w:val="000000"/>
        </w:rPr>
        <w:t>得</w:t>
      </w:r>
      <w:r>
        <w:pict>
          <v:shape id="_x0000_i712836"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2997" o:title="eqId15f69b72a854ef8eb3a774a7021428de"/>
            <o:lock v:ext="edit" aspectratio="t"/>
            <w10:wrap type="none"/>
            <w10:anchorlock/>
          </v:shape>
        </w:pict>
      </w:r>
      <w:r>
        <w:rPr>
          <w:rFonts w:ascii="宋体" w:hAnsi="宋体" w:eastAsia="宋体" w:cs="宋体"/>
          <w:color w:val="000000"/>
        </w:rPr>
        <w:t>，由</w:t>
      </w:r>
      <w:r>
        <w:pict>
          <v:shape id="_x0000_i712837" o:spt="75" alt="学科网(www.zxxk.com)--教育资源门户，提供试卷、教案、课件、论文、素材以及各类教学资源下载，还有大量而丰富的教学相关资讯！" type="#_x0000_t75" style="height:13pt;width:65pt;" o:ole="t" filled="f" o:preferrelative="t" stroked="f" coordsize="21600,21600">
            <v:path/>
            <v:fill on="f" focussize="0,0"/>
            <v:stroke on="f" joinstyle="miter"/>
            <v:imagedata r:id="rId2998" o:title="eqId799a81fc9ea090ec89a7656d4398417e"/>
            <o:lock v:ext="edit" aspectratio="t"/>
            <w10:wrap type="none"/>
            <w10:anchorlock/>
          </v:shape>
        </w:pict>
      </w:r>
      <w:r>
        <w:rPr>
          <w:rFonts w:ascii="宋体" w:hAnsi="宋体" w:eastAsia="宋体" w:cs="宋体"/>
          <w:color w:val="000000"/>
        </w:rPr>
        <w:t>得</w:t>
      </w:r>
      <w:r>
        <w:pict>
          <v:shape id="_x0000_i712838" o:spt="75" alt="学科网(www.zxxk.com)--教育资源门户，提供试卷、教案、课件、论文、素材以及各类教学资源下载，还有大量而丰富的教学相关资讯！" type="#_x0000_t75" style="height:28pt;width:29pt;" o:ole="t" filled="f" o:preferrelative="t" stroked="f" coordsize="21600,21600">
            <v:path/>
            <v:fill on="f" focussize="0,0"/>
            <v:stroke on="f" joinstyle="miter"/>
            <v:imagedata r:id="rId2999" o:title="eqId5558ad7305cd56e94c82277f75be2106"/>
            <o:lock v:ext="edit" aspectratio="t"/>
            <w10:wrap type="none"/>
            <w10:anchorlock/>
          </v:shape>
        </w:pict>
      </w:r>
      <w:r>
        <w:rPr>
          <w:rFonts w:ascii="宋体" w:hAnsi="宋体" w:eastAsia="宋体" w:cs="宋体"/>
          <w:color w:val="000000"/>
        </w:rPr>
        <w:t>，即可得答案．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283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000" o:title="eqId2c77ccada074400aa8d24e9c2f0b5848"/>
            <o:lock v:ext="edit" aspectratio="t"/>
            <w10:wrap type="none"/>
            <w10:anchorlock/>
          </v:shape>
        </w:pict>
      </w:r>
      <w:r>
        <w:rPr>
          <w:rFonts w:ascii="宋体" w:hAnsi="宋体" w:eastAsia="宋体" w:cs="宋体"/>
          <w:color w:val="000000"/>
        </w:rPr>
        <w:t>表示的数是</w:t>
      </w:r>
      <w:r>
        <w:pict>
          <v:shape id="_x0000_i712840"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3001" o:title="eqId01317332a203c898536b1d0459f51d23"/>
            <o:lock v:ext="edit" aspectratio="t"/>
            <w10:wrap type="none"/>
            <w10:anchorlock/>
          </v:shape>
        </w:pict>
      </w:r>
      <w:r>
        <w:rPr>
          <w:rFonts w:ascii="宋体" w:hAnsi="宋体" w:eastAsia="宋体" w:cs="宋体"/>
          <w:color w:val="000000"/>
        </w:rPr>
        <w:t>，</w:t>
      </w:r>
      <w:r>
        <w:pict>
          <v:shape id="_x0000_i71284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002" o:title="eqIdacc290b44635265137fdf13146b6a6d9"/>
            <o:lock v:ext="edit" aspectratio="t"/>
            <w10:wrap type="none"/>
            <w10:anchorlock/>
          </v:shape>
        </w:pict>
      </w:r>
      <w:r>
        <w:rPr>
          <w:rFonts w:ascii="宋体" w:hAnsi="宋体" w:eastAsia="宋体" w:cs="宋体"/>
          <w:color w:val="000000"/>
        </w:rPr>
        <w:t>表示的数是</w:t>
      </w:r>
      <w:r>
        <w:pict>
          <v:shape id="_x0000_i712842"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3003" o:title="eqId294f5ba74cdf695fc9a8a8e52f42132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43" o:spt="75" alt="学科网(www.zxxk.com)--教育资源门户，提供试卷、教案、课件、论文、素材以及各类教学资源下载，还有大量而丰富的教学相关资讯！" type="#_x0000_t75" style="height:16.2pt;width:30pt;" o:ole="t" filled="f" o:preferrelative="t" stroked="f" coordsize="21600,21600">
            <v:path/>
            <v:fill on="f" focussize="0,0"/>
            <v:stroke on="f" joinstyle="miter"/>
            <v:imagedata r:id="rId3004" o:title="eqIdee22ab8392bacdd5cdbef091df973ca4"/>
            <o:lock v:ext="edit" aspectratio="t"/>
            <w10:wrap type="none"/>
            <w10:anchorlock/>
          </v:shape>
        </w:pict>
      </w:r>
      <w:r>
        <w:rPr>
          <w:rFonts w:ascii="宋体" w:hAnsi="宋体" w:eastAsia="宋体" w:cs="宋体"/>
          <w:color w:val="000000"/>
        </w:rPr>
        <w:t>的中点表示的数是</w:t>
      </w:r>
      <w:r>
        <w:pict>
          <v:shape id="_x0000_i712844" o:spt="75" alt="学科网(www.zxxk.com)--教育资源门户，提供试卷、教案、课件、论文、素材以及各类教学资源下载，还有大量而丰富的教学相关资讯！" type="#_x0000_t75" style="height:28pt;width:34pt;" o:ole="t" filled="f" o:preferrelative="t" stroked="f" coordsize="21600,21600">
            <v:path/>
            <v:fill on="f" focussize="0,0"/>
            <v:stroke on="f" joinstyle="miter"/>
            <v:imagedata r:id="rId3005" o:title="eqId299bf4bfc9c6e0731571cc58cdf31e3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根据题意得</w:t>
      </w:r>
      <w:r>
        <w:pict>
          <v:shape id="_x0000_i712845" o:spt="75" alt="学科网(www.zxxk.com)--教育资源门户，提供试卷、教案、课件、论文、素材以及各类教学资源下载，还有大量而丰富的教学相关资讯！" type="#_x0000_t75" style="height:28pt;width:65pt;" o:ole="t" filled="f" o:preferrelative="t" stroked="f" coordsize="21600,21600">
            <v:path/>
            <v:fill on="f" focussize="0,0"/>
            <v:stroke on="f" joinstyle="miter"/>
            <v:imagedata r:id="rId3006" o:title="eqId5a4521347b1961b08dfc8eedac1bfc3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46" o:spt="75" alt="学科网(www.zxxk.com)--教育资源门户，提供试卷、教案、课件、论文、素材以及各类教学资源下载，还有大量而丰富的教学相关资讯！" type="#_x0000_t75" style="height:13pt;width:55pt;" o:ole="t" filled="f" o:preferrelative="t" stroked="f" coordsize="21600,21600">
            <v:path/>
            <v:fill on="f" focussize="0,0"/>
            <v:stroke on="f" joinstyle="miter"/>
            <v:imagedata r:id="rId3007" o:title="eqId4f9800293d536ce70fc35cc4a40451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①由</w:t>
      </w:r>
      <w:r>
        <w:pict>
          <v:shape id="_x0000_i712847" o:spt="75" alt="学科网(www.zxxk.com)--教育资源门户，提供试卷、教案、课件、论文、素材以及各类教学资源下载，还有大量而丰富的教学相关资讯！" type="#_x0000_t75" style="height:13.95pt;width:53pt;" o:ole="t" filled="f" o:preferrelative="t" stroked="f" coordsize="21600,21600">
            <v:path/>
            <v:fill on="f" focussize="0,0"/>
            <v:stroke on="f" joinstyle="miter"/>
            <v:imagedata r:id="rId3008" o:title="eqId97f33397184ab3b967451ef114fb368b"/>
            <o:lock v:ext="edit" aspectratio="t"/>
            <w10:wrap type="none"/>
            <w10:anchorlock/>
          </v:shape>
        </w:pict>
      </w:r>
      <w:r>
        <w:rPr>
          <w:rFonts w:ascii="宋体" w:hAnsi="宋体" w:eastAsia="宋体" w:cs="宋体"/>
          <w:color w:val="000000"/>
        </w:rPr>
        <w:t>可知，当</w:t>
      </w:r>
      <w:r>
        <w:pict>
          <v:shape id="_x0000_i712848"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3009" o:title="eqIde3967d620e2fef3ecc724c66e29f68a8"/>
            <o:lock v:ext="edit" aspectratio="t"/>
            <w10:wrap type="none"/>
            <w10:anchorlock/>
          </v:shape>
        </w:pict>
      </w:r>
      <w:r>
        <w:rPr>
          <w:rFonts w:ascii="宋体" w:hAnsi="宋体" w:eastAsia="宋体" w:cs="宋体"/>
          <w:color w:val="000000"/>
        </w:rPr>
        <w:t>时，线段</w:t>
      </w:r>
      <w:r>
        <w:pict>
          <v:shape id="_x0000_i712849"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3010" o:title="eqId7a5f1641947153c80b987320885a2b57"/>
            <o:lock v:ext="edit" aspectratio="t"/>
            <w10:wrap type="none"/>
            <w10:anchorlock/>
          </v:shape>
        </w:pict>
      </w:r>
      <w:r>
        <w:rPr>
          <w:rFonts w:ascii="宋体" w:hAnsi="宋体" w:eastAsia="宋体" w:cs="宋体"/>
          <w:color w:val="000000"/>
        </w:rPr>
        <w:t>是线段</w:t>
      </w:r>
      <w:r>
        <w:pict>
          <v:shape id="_x0000_i712850"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011" o:title="eqId411461db15ee8086332c531e086c40c7"/>
            <o:lock v:ext="edit" aspectratio="t"/>
            <w10:wrap type="none"/>
            <w10:anchorlock/>
          </v:shape>
        </w:pict>
      </w:r>
      <w:r>
        <w:rPr>
          <w:rFonts w:ascii="宋体" w:hAnsi="宋体" w:eastAsia="宋体" w:cs="宋体"/>
          <w:color w:val="000000"/>
        </w:rPr>
        <w:t>的“限中距线段”，</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②由</w:t>
      </w:r>
      <w:r>
        <w:pict>
          <v:shape id="_x0000_i712851" o:spt="75" alt="学科网(www.zxxk.com)--教育资源门户，提供试卷、教案、课件、论文、素材以及各类教学资源下载，还有大量而丰富的教学相关资讯！" type="#_x0000_t75" style="height:13.95pt;width:53pt;" o:ole="t" filled="f" o:preferrelative="t" stroked="f" coordsize="21600,21600">
            <v:path/>
            <v:fill on="f" focussize="0,0"/>
            <v:stroke on="f" joinstyle="miter"/>
            <v:imagedata r:id="rId3012" o:title="eqId97f33397184ab3b967451ef114fb368b"/>
            <o:lock v:ext="edit" aspectratio="t"/>
            <w10:wrap type="none"/>
            <w10:anchorlock/>
          </v:shape>
        </w:pict>
      </w:r>
      <w:r>
        <w:rPr>
          <w:rFonts w:ascii="宋体" w:hAnsi="宋体" w:eastAsia="宋体" w:cs="宋体"/>
          <w:color w:val="000000"/>
        </w:rPr>
        <w:t>可知，线段</w:t>
      </w:r>
      <w:r>
        <w:pict>
          <v:shape id="_x0000_i712852"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3013" o:title="eqId7a5f1641947153c80b987320885a2b57"/>
            <o:lock v:ext="edit" aspectratio="t"/>
            <w10:wrap type="none"/>
            <w10:anchorlock/>
          </v:shape>
        </w:pict>
      </w:r>
      <w:r>
        <w:rPr>
          <w:rFonts w:ascii="宋体" w:hAnsi="宋体" w:eastAsia="宋体" w:cs="宋体"/>
          <w:color w:val="000000"/>
        </w:rPr>
        <w:t>是线段</w:t>
      </w:r>
      <w:r>
        <w:pict>
          <v:shape id="_x0000_i712853"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014" o:title="eqId411461db15ee8086332c531e086c40c7"/>
            <o:lock v:ext="edit" aspectratio="t"/>
            <w10:wrap type="none"/>
            <w10:anchorlock/>
          </v:shape>
        </w:pict>
      </w:r>
      <w:r>
        <w:rPr>
          <w:rFonts w:ascii="宋体" w:hAnsi="宋体" w:eastAsia="宋体" w:cs="宋体"/>
          <w:color w:val="000000"/>
        </w:rPr>
        <w:t>的“限中距线段“，</w:t>
      </w:r>
      <w:r>
        <w:pict>
          <v:shape id="_x0000_i712854"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3015" o:title="eqId294f5ba74cdf695fc9a8a8e52f421328"/>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设</w:t>
      </w:r>
      <w:r>
        <w:pict>
          <v:shape id="_x0000_i712855"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016" o:title="eqIdacc290b44635265137fdf13146b6a6d9"/>
            <o:lock v:ext="edit" aspectratio="t"/>
            <w10:wrap type="none"/>
            <w10:anchorlock/>
          </v:shape>
        </w:pict>
      </w:r>
      <w:r>
        <w:rPr>
          <w:rFonts w:ascii="宋体" w:hAnsi="宋体" w:eastAsia="宋体" w:cs="宋体"/>
          <w:color w:val="000000"/>
        </w:rPr>
        <w:t>表示的数是</w:t>
      </w:r>
      <w:r>
        <w:pict>
          <v:shape id="_x0000_i71285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017" o:title="eqId81dea63b8ce3e51adf66cf7b9982a248"/>
            <o:lock v:ext="edit" aspectratio="t"/>
            <w10:wrap type="none"/>
            <w10:anchorlock/>
          </v:shape>
        </w:pict>
      </w:r>
      <w:r>
        <w:rPr>
          <w:rFonts w:ascii="宋体" w:hAnsi="宋体" w:eastAsia="宋体" w:cs="宋体"/>
          <w:color w:val="000000"/>
        </w:rPr>
        <w:t>，根据题意知</w:t>
      </w:r>
      <w:r>
        <w:pict>
          <v:shape id="_x0000_i71285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018" o:title="eqIddad2a36927223bd70f426ba06aea4b45"/>
            <o:lock v:ext="edit" aspectratio="t"/>
            <w10:wrap type="none"/>
            <w10:anchorlock/>
          </v:shape>
        </w:pict>
      </w:r>
      <w:r>
        <w:rPr>
          <w:rFonts w:ascii="宋体" w:hAnsi="宋体" w:eastAsia="宋体" w:cs="宋体"/>
          <w:color w:val="000000"/>
        </w:rPr>
        <w:t>表示的数是</w:t>
      </w:r>
      <w:r>
        <w:pict>
          <v:shape id="_x0000_i712858" o:spt="75" alt="学科网(www.zxxk.com)--教育资源门户，提供试卷、教案、课件、论文、素材以及各类教学资源下载，还有大量而丰富的教学相关资讯！" type="#_x0000_t75" style="height:14.4pt;width:31.8pt;" o:ole="t" filled="f" o:preferrelative="t" stroked="f" coordsize="21600,21600">
            <v:path/>
            <v:fill on="f" focussize="0,0"/>
            <v:stroke on="f" joinstyle="miter"/>
            <v:imagedata r:id="rId3019" o:title="eqIdbdbe8b397ff9b270a0c1fb867449fed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59" o:spt="75" alt="学科网(www.zxxk.com)--教育资源门户，提供试卷、教案、课件、论文、素材以及各类教学资源下载，还有大量而丰富的教学相关资讯！" type="#_x0000_t75" style="height:16.2pt;width:30pt;" o:ole="t" filled="f" o:preferrelative="t" stroked="f" coordsize="21600,21600">
            <v:path/>
            <v:fill on="f" focussize="0,0"/>
            <v:stroke on="f" joinstyle="miter"/>
            <v:imagedata r:id="rId3020" o:title="eqIdee22ab8392bacdd5cdbef091df973ca4"/>
            <o:lock v:ext="edit" aspectratio="t"/>
            <w10:wrap type="none"/>
            <w10:anchorlock/>
          </v:shape>
        </w:pict>
      </w:r>
      <w:r>
        <w:rPr>
          <w:rFonts w:ascii="宋体" w:hAnsi="宋体" w:eastAsia="宋体" w:cs="宋体"/>
          <w:color w:val="000000"/>
        </w:rPr>
        <w:t>的中点</w:t>
      </w:r>
      <w:r>
        <w:pict>
          <v:shape id="_x0000_i71286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21" o:title="eqId73465a1f9aa03481295bf6bd3c6903ac"/>
            <o:lock v:ext="edit" aspectratio="t"/>
            <w10:wrap type="none"/>
            <w10:anchorlock/>
          </v:shape>
        </w:pict>
      </w:r>
      <w:r>
        <w:rPr>
          <w:rFonts w:ascii="宋体" w:hAnsi="宋体" w:eastAsia="宋体" w:cs="宋体"/>
          <w:color w:val="000000"/>
        </w:rPr>
        <w:t>所表示的数是</w:t>
      </w:r>
      <w:r>
        <w:pict>
          <v:shape id="_x0000_i712861" o:spt="75" alt="学科网(www.zxxk.com)--教育资源门户，提供试卷、教案、课件、论文、素材以及各类教学资源下载，还有大量而丰富的教学相关资讯！" type="#_x0000_t75" style="height:28pt;width:45pt;" o:ole="t" filled="f" o:preferrelative="t" stroked="f" coordsize="21600,21600">
            <v:path/>
            <v:fill on="f" focussize="0,0"/>
            <v:stroke on="f" joinstyle="miter"/>
            <v:imagedata r:id="rId3022" o:title="eqId3b091dc2835eedf6ec3665d4cac6250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6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023" o:title="eqId16f3d198e76391779fa3badc848c8ac8"/>
            <o:lock v:ext="edit" aspectratio="t"/>
            <w10:wrap type="none"/>
            <w10:anchorlock/>
          </v:shape>
        </w:pict>
      </w:r>
      <w:r>
        <w:rPr>
          <w:rFonts w:ascii="宋体" w:hAnsi="宋体" w:eastAsia="宋体" w:cs="宋体"/>
          <w:color w:val="000000"/>
        </w:rPr>
        <w:t>线段</w:t>
      </w:r>
      <w:r>
        <w:pict>
          <v:shape id="_x0000_i712863"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024" o:title="eqId411461db15ee8086332c531e086c40c7"/>
            <o:lock v:ext="edit" aspectratio="t"/>
            <w10:wrap type="none"/>
            <w10:anchorlock/>
          </v:shape>
        </w:pict>
      </w:r>
      <w:r>
        <w:rPr>
          <w:rFonts w:ascii="宋体" w:hAnsi="宋体" w:eastAsia="宋体" w:cs="宋体"/>
          <w:color w:val="000000"/>
        </w:rPr>
        <w:t>的“限中距线段”</w:t>
      </w:r>
      <w:r>
        <w:rPr>
          <w:rFonts w:ascii="Times New Roman" w:hAnsi="Times New Roman" w:eastAsia="Times New Roman" w:cs="Times New Roman"/>
          <w:color w:val="000000"/>
        </w:rPr>
        <w:t xml:space="preserve"> </w:t>
      </w:r>
      <w:r>
        <w:pict>
          <v:shape id="_x0000_i712864"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3025" o:title="eqId7a5f1641947153c80b987320885a2b57"/>
            <o:lock v:ext="edit" aspectratio="t"/>
            <w10:wrap type="none"/>
            <w10:anchorlock/>
          </v:shape>
        </w:pict>
      </w:r>
      <w:r>
        <w:rPr>
          <w:rFonts w:ascii="宋体" w:hAnsi="宋体" w:eastAsia="宋体" w:cs="宋体"/>
          <w:color w:val="000000"/>
        </w:rPr>
        <w:t>的长度恰好与</w:t>
      </w:r>
      <w:r>
        <w:pict>
          <v:shape id="_x0000_i712865" o:spt="75" alt="学科网(www.zxxk.com)--教育资源门户，提供试卷、教案、课件、论文、素材以及各类教学资源下载，还有大量而丰富的教学相关资讯！" type="#_x0000_t75" style="height:13.95pt;width:51.05pt;" o:ole="t" filled="f" o:preferrelative="t" stroked="f" coordsize="21600,21600">
            <v:path/>
            <v:fill on="f" focussize="0,0"/>
            <v:stroke on="f" joinstyle="miter"/>
            <v:imagedata r:id="rId3026" o:title="eqIdc2bb1548ddc0e5536a35b1bd78c4e7cd"/>
            <o:lock v:ext="edit" aspectratio="t"/>
            <w10:wrap type="none"/>
            <w10:anchorlock/>
          </v:shape>
        </w:pict>
      </w:r>
      <w:r>
        <w:rPr>
          <w:rFonts w:ascii="宋体" w:hAnsi="宋体" w:eastAsia="宋体" w:cs="宋体"/>
          <w:color w:val="000000"/>
        </w:rPr>
        <w:t>的值相等，且</w:t>
      </w:r>
      <w:r>
        <w:pict>
          <v:shape id="_x0000_i71286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3027" o:title="eqId1e5b1fb389be05545c00a403d9fe3f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67" o:spt="75" alt="学科网(www.zxxk.com)--教育资源门户，提供试卷、教案、课件、论文、素材以及各类教学资源下载，还有大量而丰富的教学相关资讯！" type="#_x0000_t75" style="height:15pt;width:171pt;" o:ole="t" filled="f" o:preferrelative="t" stroked="f" coordsize="21600,21600">
            <v:path/>
            <v:fill on="f" focussize="0,0"/>
            <v:stroke on="f" joinstyle="miter"/>
            <v:imagedata r:id="rId3028" o:title="eqId43a7d58b73b3185bd7877d486379432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68" o:spt="75" alt="学科网(www.zxxk.com)--教育资源门户，提供试卷、教案、课件、论文、素材以及各类教学资源下载，还有大量而丰富的教学相关资讯！" type="#_x0000_t75" style="height:13pt;width:46pt;" o:ole="t" filled="f" o:preferrelative="t" stroked="f" coordsize="21600,21600">
            <v:path/>
            <v:fill on="f" focussize="0,0"/>
            <v:stroke on="f" joinstyle="miter"/>
            <v:imagedata r:id="rId3029" o:title="eqIdc0ab78fd689140da6aead37893da4b5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6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030" o:title="eqId2de0d10ef8b748d4531250c37c5d3f9e"/>
            <o:lock v:ext="edit" aspectratio="t"/>
            <w10:wrap type="none"/>
            <w10:anchorlock/>
          </v:shape>
        </w:pict>
      </w:r>
      <w:r>
        <w:pict>
          <v:shape id="_x0000_i712870" o:spt="75" alt="学科网(www.zxxk.com)--教育资源门户，提供试卷、教案、课件、论文、素材以及各类教学资源下载，还有大量而丰富的教学相关资讯！" type="#_x0000_t75" style="height:28pt;width:134.5pt;" o:ole="t" filled="f" o:preferrelative="t" stroked="f" coordsize="21600,21600">
            <v:path/>
            <v:fill on="f" focussize="0,0"/>
            <v:stroke on="f" joinstyle="miter"/>
            <v:imagedata r:id="rId3031" o:title="eqId1260178498098e03cb3b8ad5bafc8be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71" o:spt="75" alt="学科网(www.zxxk.com)--教育资源门户，提供试卷、教案、课件、论文、素材以及各类教学资源下载，还有大量而丰富的教学相关资讯！" type="#_x0000_t75" style="height:16.2pt;width:30pt;" o:ole="t" filled="f" o:preferrelative="t" stroked="f" coordsize="21600,21600">
            <v:path/>
            <v:fill on="f" focussize="0,0"/>
            <v:stroke on="f" joinstyle="miter"/>
            <v:imagedata r:id="rId3032" o:title="eqIdee22ab8392bacdd5cdbef091df973ca4"/>
            <o:lock v:ext="edit" aspectratio="t"/>
            <w10:wrap type="none"/>
            <w10:anchorlock/>
          </v:shape>
        </w:pict>
      </w:r>
      <w:r>
        <w:rPr>
          <w:rFonts w:ascii="宋体" w:hAnsi="宋体" w:eastAsia="宋体" w:cs="宋体"/>
          <w:color w:val="000000"/>
        </w:rPr>
        <w:t>的中点</w:t>
      </w:r>
      <w:r>
        <w:pict>
          <v:shape id="_x0000_i712872"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033" o:title="eqId73465a1f9aa03481295bf6bd3c6903ac"/>
            <o:lock v:ext="edit" aspectratio="t"/>
            <w10:wrap type="none"/>
            <w10:anchorlock/>
          </v:shape>
        </w:pict>
      </w:r>
      <w:r>
        <w:rPr>
          <w:rFonts w:ascii="宋体" w:hAnsi="宋体" w:eastAsia="宋体" w:cs="宋体"/>
          <w:color w:val="000000"/>
        </w:rPr>
        <w:t>所表示的数是</w:t>
      </w:r>
      <w:r>
        <w:pict>
          <v:shape id="_x0000_i712873"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3034" o:title="eqIda4b8503f4706b8321e4e79a87eadea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根据题意，</w:t>
      </w:r>
      <w:r>
        <w:pict>
          <v:shape id="_x0000_i71287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035" o:title="eqIddad2a36927223bd70f426ba06aea4b45"/>
            <o:lock v:ext="edit" aspectratio="t"/>
            <w10:wrap type="none"/>
            <w10:anchorlock/>
          </v:shape>
        </w:pict>
      </w:r>
      <w:r>
        <w:rPr>
          <w:rFonts w:ascii="宋体" w:hAnsi="宋体" w:eastAsia="宋体" w:cs="宋体"/>
          <w:color w:val="000000"/>
        </w:rPr>
        <w:t>表示的数是</w:t>
      </w:r>
      <w:r>
        <w:pict>
          <v:shape id="_x0000_i712875" o:spt="75" alt="学科网(www.zxxk.com)--教育资源门户，提供试卷、教案、课件、论文、素材以及各类教学资源下载，还有大量而丰富的教学相关资讯！" type="#_x0000_t75" style="height:14.4pt;width:31.8pt;" o:ole="t" filled="f" o:preferrelative="t" stroked="f" coordsize="21600,21600">
            <v:path/>
            <v:fill on="f" focussize="0,0"/>
            <v:stroke on="f" joinstyle="miter"/>
            <v:imagedata r:id="rId3036" o:title="eqIdbdbe8b397ff9b270a0c1fb867449fed7"/>
            <o:lock v:ext="edit" aspectratio="t"/>
            <w10:wrap type="none"/>
            <w10:anchorlock/>
          </v:shape>
        </w:pict>
      </w:r>
      <w:r>
        <w:rPr>
          <w:rFonts w:ascii="宋体" w:hAnsi="宋体" w:eastAsia="宋体" w:cs="宋体"/>
          <w:color w:val="000000"/>
        </w:rPr>
        <w:t>，</w:t>
      </w:r>
      <w:r>
        <w:pict>
          <v:shape id="_x0000_i71287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037" o:title="eqIdac047e91852b91af639feec23a9598b2"/>
            <o:lock v:ext="edit" aspectratio="t"/>
            <w10:wrap type="none"/>
            <w10:anchorlock/>
          </v:shape>
        </w:pict>
      </w:r>
      <w:r>
        <w:rPr>
          <w:rFonts w:ascii="宋体" w:hAnsi="宋体" w:eastAsia="宋体" w:cs="宋体"/>
          <w:color w:val="000000"/>
        </w:rPr>
        <w:t>表示的数是</w:t>
      </w:r>
      <w:r>
        <w:pict>
          <v:shape id="_x0000_i712877"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038" o:title="eqIdd746bdca9e99387b35dc57411099d80b"/>
            <o:lock v:ext="edit" aspectratio="t"/>
            <w10:wrap type="none"/>
            <w10:anchorlock/>
          </v:shape>
        </w:pict>
      </w:r>
      <w:r>
        <w:rPr>
          <w:rFonts w:ascii="宋体" w:hAnsi="宋体" w:eastAsia="宋体" w:cs="宋体"/>
          <w:color w:val="000000"/>
        </w:rPr>
        <w:t>，</w:t>
      </w:r>
      <w:r>
        <w:pict>
          <v:shape id="_x0000_i71287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039" o:title="eqId54a5d7d3b6b63fe5c24c3907b7a8eaa3"/>
            <o:lock v:ext="edit" aspectratio="t"/>
            <w10:wrap type="none"/>
            <w10:anchorlock/>
          </v:shape>
        </w:pict>
      </w:r>
      <w:r>
        <w:rPr>
          <w:rFonts w:ascii="宋体" w:hAnsi="宋体" w:eastAsia="宋体" w:cs="宋体"/>
          <w:color w:val="000000"/>
        </w:rPr>
        <w:t>表示的数是</w:t>
      </w:r>
      <w:r>
        <w:pict>
          <v:shape id="_x0000_i712879"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3040" o:title="eqIde5f2b39b224d0f4109a0196d0086b5b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w:t>
      </w:r>
      <w:r>
        <w:pict>
          <v:shape id="_x0000_i71288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041" o:title="eqIdacc290b44635265137fdf13146b6a6d9"/>
            <o:lock v:ext="edit" aspectratio="t"/>
            <w10:wrap type="none"/>
            <w10:anchorlock/>
          </v:shape>
        </w:pict>
      </w:r>
      <w:r>
        <w:rPr>
          <w:rFonts w:ascii="宋体" w:hAnsi="宋体" w:eastAsia="宋体" w:cs="宋体"/>
          <w:color w:val="000000"/>
        </w:rPr>
        <w:t>表示的数是</w:t>
      </w:r>
      <w:r>
        <w:pict>
          <v:shape id="_x0000_i712881"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042" o:title="eqIdd053b14c8588eee2acbbe44fc37a6886"/>
            <o:lock v:ext="edit" aspectratio="t"/>
            <w10:wrap type="none"/>
            <w10:anchorlock/>
          </v:shape>
        </w:pict>
      </w:r>
      <w:r>
        <w:rPr>
          <w:rFonts w:ascii="宋体" w:hAnsi="宋体" w:eastAsia="宋体" w:cs="宋体"/>
          <w:color w:val="000000"/>
        </w:rPr>
        <w:t>，则</w:t>
      </w:r>
      <w:r>
        <w:pict>
          <v:shape id="_x0000_i712882" o:spt="75" alt="学科网(www.zxxk.com)--教育资源门户，提供试卷、教案、课件、论文、素材以及各类教学资源下载，还有大量而丰富的教学相关资讯！" type="#_x0000_t75" style="height:15pt;width:76pt;" o:ole="t" filled="f" o:preferrelative="t" stroked="f" coordsize="21600,21600">
            <v:path/>
            <v:fill on="f" focussize="0,0"/>
            <v:stroke on="f" joinstyle="miter"/>
            <v:imagedata r:id="rId3043" o:title="eqId3a72894653f135014dc4298c7aa802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8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044" o:title="eqId16f3d198e76391779fa3badc848c8ac8"/>
            <o:lock v:ext="edit" aspectratio="t"/>
            <w10:wrap type="none"/>
            <w10:anchorlock/>
          </v:shape>
        </w:pict>
      </w:r>
      <w:r>
        <w:rPr>
          <w:rFonts w:ascii="宋体" w:hAnsi="宋体" w:eastAsia="宋体" w:cs="宋体"/>
          <w:color w:val="000000"/>
        </w:rPr>
        <w:t>线段</w:t>
      </w:r>
      <w:r>
        <w:pict>
          <v:shape id="_x0000_i712884"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3045" o:title="eqId7a5f1641947153c80b987320885a2b57"/>
            <o:lock v:ext="edit" aspectratio="t"/>
            <w10:wrap type="none"/>
            <w10:anchorlock/>
          </v:shape>
        </w:pict>
      </w:r>
      <w:r>
        <w:rPr>
          <w:rFonts w:ascii="宋体" w:hAnsi="宋体" w:eastAsia="宋体" w:cs="宋体"/>
          <w:color w:val="000000"/>
        </w:rPr>
        <w:t>是线段</w:t>
      </w:r>
      <w:r>
        <w:pict>
          <v:shape id="_x0000_i712885"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046" o:title="eqId411461db15ee8086332c531e086c40c7"/>
            <o:lock v:ext="edit" aspectratio="t"/>
            <w10:wrap type="none"/>
            <w10:anchorlock/>
          </v:shape>
        </w:pict>
      </w:r>
      <w:r>
        <w:rPr>
          <w:rFonts w:ascii="宋体" w:hAnsi="宋体" w:eastAsia="宋体" w:cs="宋体"/>
          <w:color w:val="000000"/>
        </w:rPr>
        <w:t>的“限中距线段”，</w:t>
      </w:r>
    </w:p>
    <w:p>
      <w:pPr>
        <w:spacing w:line="360" w:lineRule="auto"/>
        <w:jc w:val="left"/>
        <w:textAlignment w:val="center"/>
        <w:rPr>
          <w:color w:val="000000"/>
        </w:rPr>
      </w:pPr>
      <w:r>
        <w:pict>
          <v:shape id="_x0000_i712886" o:spt="75" alt="学科网(www.zxxk.com)--教育资源门户，提供试卷、教案、课件、论文、素材以及各类教学资源下载，还有大量而丰富的教学相关资讯！" type="#_x0000_t75" style="height:28pt;width:147pt;" o:ole="t" filled="f" o:preferrelative="t" stroked="f" coordsize="21600,21600">
            <v:path/>
            <v:fill on="f" focussize="0,0"/>
            <v:stroke on="f" joinstyle="miter"/>
            <v:imagedata r:id="rId3047" o:title="eqIdf9de95a33346d9c69e116d2fd09891f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2887" o:spt="75" alt="学科网(www.zxxk.com)--教育资源门户，提供试卷、教案、课件、论文、素材以及各类教学资源下载，还有大量而丰富的教学相关资讯！" type="#_x0000_t75" style="height:15pt;width:81pt;" o:ole="t" filled="f" o:preferrelative="t" stroked="f" coordsize="21600,21600">
            <v:path/>
            <v:fill on="f" focussize="0,0"/>
            <v:stroke on="f" joinstyle="miter"/>
            <v:imagedata r:id="rId3048" o:title="eqIdf0f9c4adcf77e05a78bd7f4252263be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w:t>
      </w:r>
      <w:r>
        <w:pict>
          <v:shape id="_x0000_i712888" o:spt="75" alt="学科网(www.zxxk.com)--教育资源门户，提供试卷、教案、课件、论文、素材以及各类教学资源下载，还有大量而丰富的教学相关资讯！" type="#_x0000_t75" style="height:13pt;width:59pt;" o:ole="t" filled="f" o:preferrelative="t" stroked="f" coordsize="21600,21600">
            <v:path/>
            <v:fill on="f" focussize="0,0"/>
            <v:stroke on="f" joinstyle="miter"/>
            <v:imagedata r:id="rId3049" o:title="eqId52a9bca9e45ab12174d648d22987743a"/>
            <o:lock v:ext="edit" aspectratio="t"/>
            <w10:wrap type="none"/>
            <w10:anchorlock/>
          </v:shape>
        </w:pict>
      </w:r>
      <w:r>
        <w:rPr>
          <w:rFonts w:ascii="宋体" w:hAnsi="宋体" w:eastAsia="宋体" w:cs="宋体"/>
          <w:color w:val="000000"/>
        </w:rPr>
        <w:t>得</w:t>
      </w:r>
      <w:r>
        <w:pict>
          <v:shape id="_x0000_i712889"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3050" o:title="eqId15f69b72a854ef8eb3a774a7021428d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w:t>
      </w:r>
      <w:r>
        <w:pict>
          <v:shape id="_x0000_i712890" o:spt="75" alt="学科网(www.zxxk.com)--教育资源门户，提供试卷、教案、课件、论文、素材以及各类教学资源下载，还有大量而丰富的教学相关资讯！" type="#_x0000_t75" style="height:13pt;width:65pt;" o:ole="t" filled="f" o:preferrelative="t" stroked="f" coordsize="21600,21600">
            <v:path/>
            <v:fill on="f" focussize="0,0"/>
            <v:stroke on="f" joinstyle="miter"/>
            <v:imagedata r:id="rId3051" o:title="eqId799a81fc9ea090ec89a7656d4398417e"/>
            <o:lock v:ext="edit" aspectratio="t"/>
            <w10:wrap type="none"/>
            <w10:anchorlock/>
          </v:shape>
        </w:pict>
      </w:r>
      <w:r>
        <w:rPr>
          <w:rFonts w:ascii="宋体" w:hAnsi="宋体" w:eastAsia="宋体" w:cs="宋体"/>
          <w:color w:val="000000"/>
        </w:rPr>
        <w:t>得</w:t>
      </w:r>
      <w:r>
        <w:pict>
          <v:shape id="_x0000_i712891" o:spt="75" alt="学科网(www.zxxk.com)--教育资源门户，提供试卷、教案、课件、论文、素材以及各类教学资源下载，还有大量而丰富的教学相关资讯！" type="#_x0000_t75" style="height:28pt;width:29pt;" o:ole="t" filled="f" o:preferrelative="t" stroked="f" coordsize="21600,21600">
            <v:path/>
            <v:fill on="f" focussize="0,0"/>
            <v:stroke on="f" joinstyle="miter"/>
            <v:imagedata r:id="rId3052" o:title="eqId5558ad7305cd56e94c82277f75be210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9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053" o:title="eqId2de0d10ef8b748d4531250c37c5d3f9e"/>
            <o:lock v:ext="edit" aspectratio="t"/>
            <w10:wrap type="none"/>
            <w10:anchorlock/>
          </v:shape>
        </w:pict>
      </w:r>
      <w:r>
        <w:pict>
          <v:shape id="_x0000_i712893" o:spt="75" alt="学科网(www.zxxk.com)--教育资源门户，提供试卷、教案、课件、论文、素材以及各类教学资源下载，还有大量而丰富的教学相关资讯！" type="#_x0000_t75" style="height:30.75pt;width:51pt;" o:ole="t" filled="f" o:preferrelative="t" stroked="f" coordsize="21600,21600">
            <v:path/>
            <v:fill on="f" focussize="0,0"/>
            <v:stroke on="f" joinstyle="miter"/>
            <v:imagedata r:id="rId3054" o:title="eqId3aaadc5669021d5feaea27c70f03f59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2894" o:spt="75" alt="学科网(www.zxxk.com)--教育资源门户，提供试卷、教案、课件、论文、素材以及各类教学资源下载，还有大量而丰富的教学相关资讯！" type="#_x0000_t75" style="height:11.8pt;width:17.2pt;" o:ole="t" filled="f" o:preferrelative="t" stroked="f" coordsize="21600,21600">
            <v:path/>
            <v:fill on="f" focussize="0,0"/>
            <v:stroke on="f" joinstyle="miter"/>
            <v:imagedata r:id="rId3055" o:title="eqIde36048ba4ecc0839ef90fef1cb96cc7b"/>
            <o:lock v:ext="edit" aspectratio="t"/>
            <w10:wrap type="none"/>
            <w10:anchorlock/>
          </v:shape>
        </w:pict>
      </w:r>
      <w:r>
        <w:rPr>
          <w:rFonts w:ascii="宋体" w:hAnsi="宋体" w:eastAsia="宋体" w:cs="宋体"/>
          <w:color w:val="000000"/>
        </w:rPr>
        <w:t>最小值为</w:t>
      </w:r>
      <w:r>
        <w:pict>
          <v:shape id="_x0000_i712895"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3056" o:title="eqIdcaa585b9257ed0798213a9ae9b87d291"/>
            <o:lock v:ext="edit" aspectratio="t"/>
            <w10:wrap type="none"/>
            <w10:anchorlock/>
          </v:shape>
        </w:pict>
      </w:r>
      <w:r>
        <w:rPr>
          <w:rFonts w:ascii="宋体" w:hAnsi="宋体" w:eastAsia="宋体" w:cs="宋体"/>
          <w:color w:val="000000"/>
        </w:rPr>
        <w:t>，最大值为</w:t>
      </w:r>
      <w:r>
        <w:pict>
          <v:shape id="_x0000_i712896"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3057" o:title="eqId5991e9ec7666f533a528a4173c58f0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2897"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3058" o:title="eqIdcaa585b9257ed0798213a9ae9b87d291"/>
            <o:lock v:ext="edit" aspectratio="t"/>
            <w10:wrap type="none"/>
            <w10:anchorlock/>
          </v:shape>
        </w:pict>
      </w:r>
      <w:r>
        <w:rPr>
          <w:rFonts w:ascii="宋体" w:hAnsi="宋体" w:eastAsia="宋体" w:cs="宋体"/>
          <w:color w:val="000000"/>
        </w:rPr>
        <w:t>，</w:t>
      </w:r>
      <w:r>
        <w:pict>
          <v:shape id="_x0000_i712898"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3059" o:title="eqId5991e9ec7666f533a528a4173c58f0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本题教材一元一次方程和一元一次不等式组的应用，涉及新定义，解题的关键是读懂题意，理解“限中距线段”的概念．</w:t>
      </w:r>
    </w:p>
    <w:p>
      <w:pPr>
        <w:pStyle w:val="Heading2"/>
      </w:pPr>
      <w:r>
        <w:t>人大附中二分校</w:t>
      </w:r>
    </w:p>
    <w:p>
      <w:pPr>
        <w:spacing w:line="360" w:lineRule="auto"/>
        <w:jc w:val="both"/>
        <w:textAlignment w:val="center"/>
        <w:rPr>
          <w:color w:val="000000"/>
        </w:rPr>
      </w:pPr>
      <w:r>
        <w:rPr>
          <w:color w:val="000000"/>
        </w:rPr>
        <w:t xml:space="preserve">26. </w:t>
      </w:r>
      <w:r>
        <w:rPr>
          <w:rFonts w:ascii="宋体" w:eastAsia="宋体" w:hAnsi="宋体" w:cs="宋体"/>
          <w:color w:val="000000"/>
        </w:rPr>
        <w:t>在数轴上，</w:t>
      </w:r>
      <w:r>
        <w:pict>
          <v:shape id="_x0000_i712899" type="#_x0000_t75" alt="学科网(www.zxxk.com)--教育资源门户，提供试卷、教案、课件、论文、素材以及各类教学资源下载，还有大量而丰富的教学相关资讯！" style="width:12pt;height:14.25pt" o:oleicon="f" o:ole="">
            <v:imagedata r:id="rId3060" o:title="eqId1dde8112e8eb968fd042418dd632759e"/>
          </v:shape>
        </w:pict>
      </w:r>
      <w:r>
        <w:rPr>
          <w:rFonts w:ascii="宋体" w:eastAsia="宋体" w:hAnsi="宋体" w:cs="宋体"/>
          <w:color w:val="000000"/>
        </w:rPr>
        <w:t>为原点，点</w:t>
      </w:r>
      <w:r>
        <w:pict>
          <v:shape id="_x0000_i712900" type="#_x0000_t75" alt="学科网(www.zxxk.com)--教育资源门户，提供试卷、教案、课件、论文、素材以及各类教学资源下载，还有大量而丰富的教学相关资讯！" style="width:12pt;height:12pt" o:oleicon="f" o:ole="">
            <v:imagedata r:id="rId3061" o:title="eqId5963abe8f421bd99a2aaa94831a951e9"/>
          </v:shape>
        </w:pict>
      </w:r>
      <w:r>
        <w:rPr>
          <w:rFonts w:ascii="宋体" w:eastAsia="宋体" w:hAnsi="宋体" w:cs="宋体"/>
          <w:color w:val="000000"/>
        </w:rPr>
        <w:t>，</w:t>
      </w:r>
      <w:r>
        <w:pict>
          <v:shape id="_x0000_i712901" type="#_x0000_t75" alt="学科网(www.zxxk.com)--教育资源门户，提供试卷、教案、课件、论文、素材以及各类教学资源下载，还有大量而丰富的教学相关资讯！" style="width:9.75pt;height:10.5pt" o:oleicon="f" o:ole="">
            <v:imagedata r:id="rId3062" o:title="eqId7f9e8449aad35c5d840a3395ea86df6d"/>
          </v:shape>
        </w:pict>
      </w:r>
      <w:r>
        <w:rPr>
          <w:rFonts w:ascii="宋体" w:eastAsia="宋体" w:hAnsi="宋体" w:cs="宋体"/>
          <w:color w:val="000000"/>
        </w:rPr>
        <w:t>对应的数分别是</w:t>
      </w:r>
      <w:r>
        <w:pict>
          <v:shape id="_x0000_i712902" type="#_x0000_t75" alt="学科网(www.zxxk.com)--教育资源门户，提供试卷、教案、课件、论文、素材以及各类教学资源下载，还有大量而丰富的教学相关资讯！" style="width:9pt;height:9.75pt" o:oleicon="f" o:ole="">
            <v:imagedata r:id="rId3063" o:title="eqId0a6936d370d6a238a608ca56f87198de"/>
          </v:shape>
        </w:pict>
      </w:r>
      <w:r>
        <w:rPr>
          <w:rFonts w:ascii="宋体" w:eastAsia="宋体" w:hAnsi="宋体" w:cs="宋体"/>
          <w:color w:val="000000"/>
        </w:rPr>
        <w:t>，</w:t>
      </w:r>
      <w:r>
        <w:pict>
          <v:shape id="_x0000_i712903" type="#_x0000_t75" alt="学科网(www.zxxk.com)--教育资源门户，提供试卷、教案、课件、论文、素材以及各类教学资源下载，还有大量而丰富的教学相关资讯！" style="width:9.9pt;height:14.35pt" o:oleicon="f" o:ole="">
            <v:imagedata r:id="rId3064" o:title="eqId2c94bb12cee76221e13f9ef955b0aab1"/>
          </v:shape>
        </w:pict>
      </w:r>
      <w:r>
        <w:rPr>
          <w:rFonts w:ascii="宋体" w:eastAsia="宋体" w:hAnsi="宋体" w:cs="宋体"/>
          <w:color w:val="000000"/>
        </w:rPr>
        <w:t>（</w:t>
      </w:r>
      <w:r>
        <w:pict>
          <v:shape id="_x0000_i712904" type="#_x0000_t75" alt="学科网(www.zxxk.com)--教育资源门户，提供试卷、教案、课件、论文、素材以及各类教学资源下载，还有大量而丰富的教学相关资讯！" style="width:29.4pt;height:12.6pt" o:oleicon="f" o:ole="">
            <v:imagedata r:id="rId3065" o:title="eqId2958030ec9d7543dda1f529593a915e2"/>
          </v:shape>
        </w:pict>
      </w:r>
      <w:r>
        <w:rPr>
          <w:rFonts w:ascii="宋体" w:eastAsia="宋体" w:hAnsi="宋体" w:cs="宋体"/>
          <w:color w:val="000000"/>
        </w:rPr>
        <w:t>，</w:t>
      </w:r>
      <w:r>
        <w:pict>
          <v:shape id="_x0000_i712905" type="#_x0000_t75" alt="学科网(www.zxxk.com)--教育资源门户，提供试卷、教案、课件、论文、素材以及各类教学资源下载，还有大量而丰富的教学相关资讯！" style="width:33.9pt;height:14.55pt" o:oleicon="f" o:ole="">
            <v:imagedata r:id="rId3066" o:title="eqId9eae9ba258299eb489b490594397e23c"/>
          </v:shape>
        </w:pict>
      </w:r>
      <w:r>
        <w:rPr>
          <w:rFonts w:ascii="宋体" w:eastAsia="宋体" w:hAnsi="宋体" w:cs="宋体"/>
          <w:color w:val="000000"/>
        </w:rPr>
        <w:t>），</w:t>
      </w:r>
      <w:r>
        <w:pict>
          <v:shape id="_x0000_i712906" type="#_x0000_t75" alt="学科网(www.zxxk.com)--教育资源门户，提供试卷、教案、课件、论文、素材以及各类教学资源下载，还有大量而丰富的教学相关资讯！" style="width:14.25pt;height:10.5pt" o:oleicon="f" o:ole="">
            <v:imagedata r:id="rId3067" o:title="eqIdac047e91852b91af639feec23a9598b2"/>
          </v:shape>
        </w:pict>
      </w:r>
      <w:r>
        <w:rPr>
          <w:rFonts w:ascii="宋体" w:eastAsia="宋体" w:hAnsi="宋体" w:cs="宋体"/>
          <w:color w:val="000000"/>
        </w:rPr>
        <w:t>为线段</w:t>
      </w:r>
      <w:r>
        <w:pict>
          <v:shape id="_x0000_i712907" type="#_x0000_t75" alt="学科网(www.zxxk.com)--教育资源门户，提供试卷、教案、课件、论文、素材以及各类教学资源下载，还有大量而丰富的教学相关资讯！" style="width:20.05pt;height:12.6pt" o:oleicon="f" o:ole="">
            <v:imagedata r:id="rId3068" o:title="eqIdf52a58fbaf4fea03567e88a9f0f6e37e"/>
          </v:shape>
        </w:pict>
      </w:r>
      <w:r>
        <w:rPr>
          <w:rFonts w:ascii="宋体" w:eastAsia="宋体" w:hAnsi="宋体" w:cs="宋体"/>
          <w:color w:val="000000"/>
        </w:rPr>
        <w:t>的中点．给出如下定义：若</w:t>
      </w:r>
      <w:r>
        <w:pict>
          <v:shape id="_x0000_i712908" type="#_x0000_t75" alt="学科网(www.zxxk.com)--教育资源门户，提供试卷、教案、课件、论文、素材以及各类教学资源下载，还有大量而丰富的教学相关资讯！" style="width:62.95pt;height:13.85pt" o:oleicon="f" o:ole="">
            <v:imagedata r:id="rId3069" o:title="eqId77808b1c84197bb30fd4d9b7b97bb59d"/>
          </v:shape>
        </w:pict>
      </w:r>
      <w:r>
        <w:rPr>
          <w:rFonts w:ascii="宋体" w:eastAsia="宋体" w:hAnsi="宋体" w:cs="宋体"/>
          <w:color w:val="000000"/>
        </w:rPr>
        <w:t>，则称</w:t>
      </w:r>
      <w:r>
        <w:pict>
          <v:shape id="_x0000_i712909" type="#_x0000_t75" alt="学科网(www.zxxk.com)--教育资源门户，提供试卷、教案、课件、论文、素材以及各类教学资源下载，还有大量而丰富的教学相关资讯！" style="width:12pt;height:12pt" o:oleicon="f" o:ole="">
            <v:imagedata r:id="rId3061" o:title="eqId5963abe8f421bd99a2aaa94831a951e9"/>
          </v:shape>
        </w:pict>
      </w:r>
      <w:r>
        <w:rPr>
          <w:rFonts w:ascii="宋体" w:eastAsia="宋体" w:hAnsi="宋体" w:cs="宋体"/>
          <w:color w:val="000000"/>
        </w:rPr>
        <w:t>是</w:t>
      </w:r>
      <w:r>
        <w:pict>
          <v:shape id="_x0000_i712910" type="#_x0000_t75" alt="学科网(www.zxxk.com)--教育资源门户，提供试卷、教案、课件、论文、素材以及各类教学资源下载，还有大量而丰富的教学相关资讯！" style="width:9.75pt;height:10.5pt" o:oleicon="f" o:ole="">
            <v:imagedata r:id="rId3062"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；若</w:t>
      </w:r>
      <w:r>
        <w:pict>
          <v:shape id="_x0000_i712911" type="#_x0000_t75" alt="学科网(www.zxxk.com)--教育资源门户，提供试卷、教案、课件、论文、素材以及各类教学资源下载，还有大量而丰富的教学相关资讯！" style="width:61.85pt;height:13.85pt" o:oleicon="f" o:ole="">
            <v:imagedata r:id="rId3070" o:title="eqId5b064810c972b9fb3e10fa23887aa8c9"/>
          </v:shape>
        </w:pict>
      </w:r>
      <w:r>
        <w:rPr>
          <w:rFonts w:ascii="宋体" w:eastAsia="宋体" w:hAnsi="宋体" w:cs="宋体"/>
          <w:color w:val="000000"/>
        </w:rPr>
        <w:t>，则称</w:t>
      </w:r>
      <w:r>
        <w:pict>
          <v:shape id="_x0000_i712912" type="#_x0000_t75" alt="学科网(www.zxxk.com)--教育资源门户，提供试卷、教案、课件、论文、素材以及各类教学资源下载，还有大量而丰富的教学相关资讯！" style="width:12pt;height:12pt" o:oleicon="f" o:ole="">
            <v:imagedata r:id="rId3061" o:title="eqId5963abe8f421bd99a2aaa94831a951e9"/>
          </v:shape>
        </w:pict>
      </w:r>
      <w:r>
        <w:rPr>
          <w:rFonts w:ascii="宋体" w:eastAsia="宋体" w:hAnsi="宋体" w:cs="宋体"/>
          <w:color w:val="000000"/>
        </w:rPr>
        <w:t>是</w:t>
      </w:r>
      <w:r>
        <w:pict>
          <v:shape id="_x0000_i712913" type="#_x0000_t75" alt="学科网(www.zxxk.com)--教育资源门户，提供试卷、教案、课件、论文、素材以及各类教学资源下载，还有大量而丰富的教学相关资讯！" style="width:9.75pt;height:10.5pt" o:oleicon="f" o:ole="">
            <v:imagedata r:id="rId3062"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．例如</w:t>
      </w:r>
      <w:r>
        <w:pict>
          <v:shape id="_x0000_i712914" type="#_x0000_t75" alt="学科网(www.zxxk.com)--教育资源门户，提供试卷、教案、课件、论文、素材以及各类教学资源下载，还有大量而丰富的教学相关资讯！" style="width:24.75pt;height:12.75pt" o:oleicon="f" o:ole="">
            <v:imagedata r:id="rId3071" o:title="eqId8e258ab9e600435b37465092243d99f6"/>
          </v:shape>
        </w:pict>
      </w:r>
      <w:r>
        <w:rPr>
          <w:rFonts w:ascii="宋体" w:eastAsia="宋体" w:hAnsi="宋体" w:cs="宋体"/>
          <w:color w:val="000000"/>
        </w:rPr>
        <w:t>，</w:t>
      </w:r>
      <w:r>
        <w:pict>
          <v:shape id="_x0000_i712915" type="#_x0000_t75" alt="学科网(www.zxxk.com)--教育资源门户，提供试卷、教案、课件、论文、素材以及各类教学资源下载，还有大量而丰富的教学相关资讯！" style="width:29pt;height:31pt" o:oleicon="f" o:ole="">
            <v:imagedata r:id="rId3072" o:title="eqIddc64eaf4cd6737b000b28f1fcdd16c4b"/>
          </v:shape>
        </w:pict>
      </w:r>
      <w:r>
        <w:rPr>
          <w:rFonts w:ascii="宋体" w:eastAsia="宋体" w:hAnsi="宋体" w:cs="宋体"/>
          <w:color w:val="000000"/>
        </w:rPr>
        <w:t>时，</w:t>
      </w:r>
      <w:r>
        <w:pict>
          <v:shape id="_x0000_i712916" type="#_x0000_t75" alt="学科网(www.zxxk.com)--教育资源门户，提供试卷、教案、课件、论文、素材以及各类教学资源下载，还有大量而丰富的教学相关资讯！" style="width:12pt;height:12pt" o:oleicon="f" o:ole="">
            <v:imagedata r:id="rId3061" o:title="eqId5963abe8f421bd99a2aaa94831a951e9"/>
          </v:shape>
        </w:pict>
      </w:r>
      <w:r>
        <w:rPr>
          <w:rFonts w:ascii="宋体" w:eastAsia="宋体" w:hAnsi="宋体" w:cs="宋体"/>
          <w:color w:val="000000"/>
        </w:rPr>
        <w:t>是</w:t>
      </w:r>
      <w:r>
        <w:pict>
          <v:shape id="_x0000_i712917" type="#_x0000_t75" alt="学科网(www.zxxk.com)--教育资源门户，提供试卷、教案、课件、论文、素材以及各类教学资源下载，还有大量而丰富的教学相关资讯！" style="width:9.75pt;height:10.5pt" o:oleicon="f" o:ole="">
            <v:imagedata r:id="rId3062"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2918" type="#_x0000_t75" alt="学科网(www.zxxk.com)--教育资源门户，提供试卷、教案、课件、论文、素材以及各类教学资源下载，还有大量而丰富的教学相关资讯！" style="width:24.75pt;height:12.75pt" o:oleicon="f" o:ole="">
            <v:imagedata r:id="rId3071" o:title="eqId8e258ab9e600435b37465092243d99f6"/>
          </v:shape>
        </w:pict>
      </w:r>
      <w:r>
        <w:rPr>
          <w:rFonts w:ascii="宋体" w:eastAsia="宋体" w:hAnsi="宋体" w:cs="宋体"/>
          <w:color w:val="000000"/>
        </w:rPr>
        <w:t>，</w:t>
      </w:r>
      <w:r>
        <w:pict>
          <v:shape id="_x0000_i712919" type="#_x0000_t75" alt="学科网(www.zxxk.com)--教育资源门户，提供试卷、教案、课件、论文、素材以及各类教学资源下载，还有大量而丰富的教学相关资讯！" style="width:34pt;height:14.15pt" o:oleicon="f" o:ole="">
            <v:imagedata r:id="rId3073" o:title="eqId6f06408895febc126c2ae409e807349c"/>
          </v:shape>
        </w:pict>
      </w:r>
      <w:r>
        <w:rPr>
          <w:rFonts w:ascii="宋体" w:eastAsia="宋体" w:hAnsi="宋体" w:cs="宋体"/>
          <w:color w:val="000000"/>
        </w:rPr>
        <w:t>时，</w:t>
      </w:r>
      <w:r>
        <w:pict>
          <v:shape id="_x0000_i712920" type="#_x0000_t75" alt="学科网(www.zxxk.com)--教育资源门户，提供试卷、教案、课件、论文、素材以及各类教学资源下载，还有大量而丰富的教学相关资讯！" style="width:12pt;height:12pt" o:oleicon="f" o:ole="">
            <v:imagedata r:id="rId3061" o:title="eqId5963abe8f421bd99a2aaa94831a951e9"/>
          </v:shape>
        </w:pict>
      </w:r>
      <w:r>
        <w:rPr>
          <w:rFonts w:ascii="宋体" w:eastAsia="宋体" w:hAnsi="宋体" w:cs="宋体"/>
          <w:color w:val="000000"/>
        </w:rPr>
        <w:t>是</w:t>
      </w:r>
      <w:r>
        <w:pict>
          <v:shape id="_x0000_i712921" type="#_x0000_t75" alt="学科网(www.zxxk.com)--教育资源门户，提供试卷、教案、课件、论文、素材以及各类教学资源下载，还有大量而丰富的教学相关资讯！" style="width:9.75pt;height:10.5pt" o:oleicon="f" o:ole="">
            <v:imagedata r:id="rId3062"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2922" type="#_x0000_t75" alt="学科网(www.zxxk.com)--教育资源门户，提供试卷、教案、课件、论文、素材以及各类教学资源下载，还有大量而丰富的教学相关资讯！" style="width:93.85pt;height:20.25pt" o:oleicon="f" o:ole="">
            <v:imagedata r:id="rId3074" o:title="eqIde6b483dbf7bed7def23fa4f884a80c3a"/>
          </v:shape>
        </w:pict>
      </w:r>
      <w:r>
        <w:rPr>
          <w:rFonts w:ascii="宋体" w:eastAsia="宋体" w:hAnsi="宋体" w:cs="宋体"/>
          <w:color w:val="000000"/>
        </w:rPr>
        <w:t>，则</w:t>
      </w:r>
      <w:r>
        <w:pict>
          <v:shape id="_x0000_i712923" type="#_x0000_t75" alt="学科网(www.zxxk.com)--教育资源门户，提供试卷、教案、课件、论文、素材以及各类教学资源下载，还有大量而丰富的教学相关资讯！" style="width:14.25pt;height:10.5pt" o:oleicon="f" o:ole="">
            <v:imagedata r:id="rId3075" o:title="eqIdac047e91852b91af639feec23a9598b2"/>
          </v:shape>
        </w:pict>
      </w:r>
      <w:r>
        <w:rPr>
          <w:rFonts w:ascii="宋体" w:eastAsia="宋体" w:hAnsi="宋体" w:cs="宋体"/>
          <w:color w:val="000000"/>
        </w:rPr>
        <w:t>对应的数为</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，下列说法正确的是</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（填序号）．</w:t>
      </w:r>
    </w:p>
    <w:p>
      <w:pPr>
        <w:spacing w:line="360" w:lineRule="auto"/>
        <w:jc w:val="both"/>
        <w:textAlignment w:val="center"/>
        <w:rPr>
          <w:color w:val="000000"/>
        </w:rPr>
      </w:pPr>
      <w:r>
        <w:rPr>
          <w:rFonts w:ascii="宋体" w:eastAsia="宋体" w:hAnsi="宋体" w:cs="宋体"/>
          <w:color w:val="000000"/>
        </w:rPr>
        <w:t>①</w:t>
      </w:r>
      <w:r>
        <w:pict>
          <v:shape id="_x0000_i712924" type="#_x0000_t75" alt="学科网(www.zxxk.com)--教育资源门户，提供试卷、教案、课件、论文、素材以及各类教学资源下载，还有大量而丰富的教学相关资讯！" style="width:12pt;height:12pt" o:oleicon="f" o:ole="">
            <v:imagedata r:id="rId3076" o:title="eqId5963abe8f421bd99a2aaa94831a951e9"/>
          </v:shape>
        </w:pict>
      </w:r>
      <w:r>
        <w:rPr>
          <w:rFonts w:ascii="宋体" w:eastAsia="宋体" w:hAnsi="宋体" w:cs="宋体"/>
          <w:color w:val="000000"/>
        </w:rPr>
        <w:t>是</w:t>
      </w:r>
      <w:r>
        <w:pict>
          <v:shape id="_x0000_i712925" type="#_x0000_t75" alt="学科网(www.zxxk.com)--教育资源门户，提供试卷、教案、课件、论文、素材以及各类教学资源下载，还有大量而丰富的教学相关资讯！" style="width:14.25pt;height:10.5pt" o:oleicon="f" o:ole="">
            <v:imagedata r:id="rId3077" o:title="eqIdac047e91852b91af639feec23a9598b2"/>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w:t>
      </w:r>
      <w:r>
        <w:pict>
          <v:shape id="_x0000_i712926" type="#_x0000_t75" alt="学科网(www.zxxk.com)--教育资源门户，提供试卷、教案、课件、论文、素材以及各类教学资源下载，还有大量而丰富的教学相关资讯！" style="width:12pt;height:12pt" o:oleicon="f" o:ole="">
            <v:imagedata r:id="rId3078" o:title="eqId5963abe8f421bd99a2aaa94831a951e9"/>
          </v:shape>
        </w:pict>
      </w:r>
      <w:r>
        <w:rPr>
          <w:rFonts w:ascii="宋体" w:eastAsia="宋体" w:hAnsi="宋体" w:cs="宋体"/>
          <w:color w:val="000000"/>
        </w:rPr>
        <w:t>是</w:t>
      </w:r>
      <w:r>
        <w:pict>
          <v:shape id="_x0000_i712927" type="#_x0000_t75" alt="学科网(www.zxxk.com)--教育资源门户，提供试卷、教案、课件、论文、素材以及各类教学资源下载，还有大量而丰富的教学相关资讯！" style="width:14.25pt;height:10.5pt" o:oleicon="f" o:ole="">
            <v:imagedata r:id="rId3079" o:title="eqIdac047e91852b91af639feec23a9598b2"/>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w:t>
      </w:r>
      <w:r>
        <w:pict>
          <v:shape id="_x0000_i712928" type="#_x0000_t75" alt="学科网(www.zxxk.com)--教育资源门户，提供试卷、教案、课件、论文、素材以及各类教学资源下载，还有大量而丰富的教学相关资讯！" style="width:9.75pt;height:10.5pt" o:oleicon="f" o:ole="">
            <v:imagedata r:id="rId3080" o:title="eqId7f9e8449aad35c5d840a3395ea86df6d"/>
          </v:shape>
        </w:pict>
      </w:r>
      <w:r>
        <w:rPr>
          <w:rFonts w:ascii="宋体" w:eastAsia="宋体" w:hAnsi="宋体" w:cs="宋体"/>
          <w:color w:val="000000"/>
        </w:rPr>
        <w:t>是</w:t>
      </w:r>
      <w:r>
        <w:pict>
          <v:shape id="_x0000_i712929" type="#_x0000_t75" alt="学科网(www.zxxk.com)--教育资源门户，提供试卷、教案、课件、论文、素材以及各类教学资源下载，还有大量而丰富的教学相关资讯！" style="width:14.25pt;height:10.5pt" o:oleicon="f" o:ole="">
            <v:imagedata r:id="rId3081" o:title="eqIdac047e91852b91af639feec23a9598b2"/>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④</w:t>
      </w:r>
      <w:r>
        <w:pict>
          <v:shape id="_x0000_i712930" type="#_x0000_t75" alt="学科网(www.zxxk.com)--教育资源门户，提供试卷、教案、课件、论文、素材以及各类教学资源下载，还有大量而丰富的教学相关资讯！" style="width:9.75pt;height:10.5pt" o:oleicon="f" o:ole="">
            <v:imagedata r:id="rId3082" o:title="eqId7f9e8449aad35c5d840a3395ea86df6d"/>
          </v:shape>
        </w:pict>
      </w:r>
      <w:r>
        <w:rPr>
          <w:rFonts w:ascii="宋体" w:eastAsia="宋体" w:hAnsi="宋体" w:cs="宋体"/>
          <w:color w:val="000000"/>
        </w:rPr>
        <w:t>是</w:t>
      </w:r>
      <w:r>
        <w:pict>
          <v:shape id="_x0000_i712931" type="#_x0000_t75" alt="学科网(www.zxxk.com)--教育资源门户，提供试卷、教案、课件、论文、素材以及各类教学资源下载，还有大量而丰富的教学相关资讯！" style="width:14.25pt;height:10.5pt" o:oleicon="f" o:ole="">
            <v:imagedata r:id="rId3083" o:title="eqIdac047e91852b91af639feec23a9598b2"/>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12932" type="#_x0000_t75" alt="学科网(www.zxxk.com)--教育资源门户，提供试卷、教案、课件、论文、素材以及各类教学资源下载，还有大量而丰富的教学相关资讯！" style="width:30.75pt;height:14.25pt" o:oleicon="f" o:ole="">
            <v:imagedata r:id="rId3084" o:title="eqId3426b878c384074f9b07633a9d96bb67"/>
          </v:shape>
        </w:pict>
      </w:r>
      <w:r>
        <w:rPr>
          <w:rFonts w:ascii="宋体" w:eastAsia="宋体" w:hAnsi="宋体" w:cs="宋体"/>
          <w:color w:val="000000"/>
        </w:rPr>
        <w:t>，且</w:t>
      </w:r>
      <w:r>
        <w:pict>
          <v:shape id="_x0000_i712933" type="#_x0000_t75" alt="学科网(www.zxxk.com)--教育资源门户，提供试卷、教案、课件、论文、素材以及各类教学资源下载，还有大量而丰富的教学相关资讯！" style="width:14.25pt;height:10.5pt" o:oleicon="f" o:ole="">
            <v:imagedata r:id="rId3085" o:title="eqIdac047e91852b91af639feec23a9598b2"/>
          </v:shape>
        </w:pict>
      </w:r>
      <w:r>
        <w:rPr>
          <w:rFonts w:ascii="宋体" w:eastAsia="宋体" w:hAnsi="宋体" w:cs="宋体"/>
          <w:color w:val="000000"/>
        </w:rPr>
        <w:t>是</w:t>
      </w:r>
      <w:r>
        <w:pict>
          <v:shape id="_x0000_i712934" type="#_x0000_t75" alt="学科网(www.zxxk.com)--教育资源门户，提供试卷、教案、课件、论文、素材以及各类教学资源下载，还有大量而丰富的教学相关资讯！" style="width:12pt;height:12pt" o:oleicon="f" o:ole="">
            <v:imagedata r:id="rId3086" o:title="eqId5963abe8f421bd99a2aaa94831a951e9"/>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，求</w:t>
      </w:r>
      <w:r>
        <w:pict>
          <v:shape id="_x0000_i712935" type="#_x0000_t75" alt="学科网(www.zxxk.com)--教育资源门户，提供试卷、教案、课件、论文、素材以及各类教学资源下载，还有大量而丰富的教学相关资讯！" style="width:12pt;height:30.75pt" o:oleicon="f" o:ole="">
            <v:imagedata r:id="rId3087" o:title="eqId2122e3f1e76a635e58e4d54aa594c552"/>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pict>
          <v:shape id="_x0000_i712936" type="#_x0000_t75" alt="学科网(www.zxxk.com)--教育资源门户，提供试卷、教案、课件、论文、素材以及各类教学资源下载，还有大量而丰富的教学相关资讯！" style="width:28pt;height:13pt" o:oleicon="f" o:ole="">
            <v:imagedata r:id="rId3088" o:title="eqId16930472c34f94e04d2750126866db14"/>
          </v:shape>
        </w:pict>
      </w:r>
      <w:r>
        <w:rPr>
          <w:rFonts w:ascii="宋体" w:eastAsia="宋体" w:hAnsi="宋体" w:cs="宋体"/>
          <w:color w:val="000000"/>
        </w:rPr>
        <w:t>，且</w:t>
      </w:r>
      <w:r>
        <w:pict>
          <v:shape id="_x0000_i712937" type="#_x0000_t75" alt="学科网(www.zxxk.com)--教育资源门户，提供试卷、教案、课件、论文、素材以及各类教学资源下载，还有大量而丰富的教学相关资讯！" style="width:14.25pt;height:10.5pt" o:oleicon="f" o:ole="">
            <v:imagedata r:id="rId3089" o:title="eqIdac047e91852b91af639feec23a9598b2"/>
          </v:shape>
        </w:pict>
      </w:r>
      <w:r>
        <w:rPr>
          <w:rFonts w:ascii="宋体" w:eastAsia="宋体" w:hAnsi="宋体" w:cs="宋体"/>
          <w:color w:val="000000"/>
        </w:rPr>
        <w:t>既是</w:t>
      </w:r>
      <w:r>
        <w:pict>
          <v:shape id="_x0000_i712938" type="#_x0000_t75" alt="学科网(www.zxxk.com)--教育资源门户，提供试卷、教案、课件、论文、素材以及各类教学资源下载，还有大量而丰富的教学相关资讯！" style="width:12pt;height:12pt" o:oleicon="f" o:ole="">
            <v:imagedata r:id="rId3090" o:title="eqId5963abe8f421bd99a2aaa94831a951e9"/>
          </v:shape>
        </w:pict>
      </w:r>
      <w:r>
        <w:rPr>
          <w:rFonts w:ascii="宋体" w:eastAsia="宋体" w:hAnsi="宋体" w:cs="宋体"/>
          <w:color w:val="000000"/>
        </w:rPr>
        <w:t>，</w:t>
      </w:r>
      <w:r>
        <w:pict>
          <v:shape id="_x0000_i712939" type="#_x0000_t75" alt="学科网(www.zxxk.com)--教育资源门户，提供试卷、教案、课件、论文、素材以及各类教学资源下载，还有大量而丰富的教学相关资讯！" style="width:9.75pt;height:10.5pt" o:oleicon="f" o:ole="">
            <v:imagedata r:id="rId3091" o:title="eqId7f9e8449aad35c5d840a3395ea86df6d"/>
          </v:shape>
        </w:pict>
      </w:r>
      <w:r>
        <w:rPr>
          <w:rFonts w:ascii="宋体" w:eastAsia="宋体" w:hAnsi="宋体" w:cs="宋体"/>
          <w:color w:val="000000"/>
        </w:rPr>
        <w:t>其中一点的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，又是另一点的</w:t>
      </w:r>
      <w:r>
        <w:rPr>
          <w:rFonts w:ascii="Times New Roman" w:eastAsia="Times New Roman" w:hAnsi="Times New Roman" w:cs="Times New Roman"/>
          <w:color w:val="000000"/>
        </w:rPr>
        <w:t>“</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，直接写出</w:t>
      </w:r>
      <w:r>
        <w:pict>
          <v:shape id="_x0000_i712940" type="#_x0000_t75" alt="学科网(www.zxxk.com)--教育资源门户，提供试卷、教案、课件、论文、素材以及各类教学资源下载，还有大量而丰富的教学相关资讯！" style="width:12pt;height:30.75pt" o:oleicon="f" o:ole="">
            <v:imagedata r:id="rId3092" o:title="eqId2122e3f1e76a635e58e4d54aa594c552"/>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w:t>
      </w:r>
      <w:r>
        <w:rPr>
          <w:rFonts w:ascii="宋体" w:eastAsia="宋体" w:hAnsi="宋体" w:cs="宋体"/>
          <w:color w:val="000000"/>
        </w:rPr>
        <w:t>；③</w:t>
      </w:r>
      <w:r>
        <w:rPr>
          <w:color w:val="000000"/>
        </w:rPr>
        <w:t xml:space="preserve">    </w:t>
      </w:r>
      <w:r>
        <w:rPr>
          <w:color w:val="000000"/>
        </w:rPr>
        <w:t>（2）</w:t>
      </w:r>
      <w:r>
        <w:pict>
          <v:shape id="_x0000_i712941" type="#_x0000_t75" alt="学科网(www.zxxk.com)--教育资源门户，提供试卷、教案、课件、论文、素材以及各类教学资源下载，还有大量而丰富的教学相关资讯！" style="width:12pt;height:30.75pt" o:oleicon="f" o:ole="">
            <v:imagedata r:id="rId3093" o:title="eqId1985174e05ad371e13cf24d244423da4"/>
          </v:shape>
        </w:pict>
      </w:r>
      <w:r>
        <w:rPr>
          <w:color w:val="000000"/>
        </w:rPr>
        <w:t xml:space="preserve">    </w:t>
      </w:r>
    </w:p>
    <w:p>
      <w:pPr>
        <w:spacing w:line="360" w:lineRule="auto"/>
        <w:textAlignment w:val="center"/>
        <w:rPr>
          <w:color w:val="000000"/>
        </w:rPr>
      </w:pPr>
      <w:r>
        <w:rPr>
          <w:color w:val="000000"/>
        </w:rPr>
        <w:t>（3）</w:t>
      </w:r>
      <w:r>
        <w:pict>
          <v:shape id="_x0000_i712942" type="#_x0000_t75" alt="学科网(www.zxxk.com)--教育资源门户，提供试卷、教案、课件、论文、素材以及各类教学资源下载，还有大量而丰富的教学相关资讯！" style="width:15.75pt;height:14.25pt" o:oleicon="f" o:ole="">
            <v:imagedata r:id="rId3094" o:title="eqIdd3aab28a20b5bf47040aaec03b1eb550"/>
          </v:shape>
        </w:pict>
      </w:r>
      <w:r>
        <w:rPr>
          <w:rFonts w:ascii="宋体" w:eastAsia="宋体" w:hAnsi="宋体" w:cs="宋体"/>
          <w:color w:val="000000"/>
        </w:rPr>
        <w:t>或</w:t>
      </w:r>
      <w:r>
        <w:pict>
          <v:shape id="_x0000_i712943" type="#_x0000_t75" alt="学科网(www.zxxk.com)--教育资源门户，提供试卷、教案、课件、论文、素材以及各类教学资源下载，还有大量而丰富的教学相关资讯！" style="width:19.4pt;height:31.3pt" o:oleicon="f" o:ole="">
            <v:imagedata r:id="rId3095" o:title="eqId2267442b286785e89a0b5fb19b039669"/>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w:t>
      </w:r>
      <w:r>
        <w:pict>
          <v:shape id="_x0000_i712944" type="#_x0000_t75" alt="学科网(www.zxxk.com)--教育资源门户，提供试卷、教案、课件、论文、素材以及各类教学资源下载，还有大量而丰富的教学相关资讯！" style="width:93.85pt;height:20.25pt" o:oleicon="f" o:ole="">
            <v:imagedata r:id="rId3096" o:title="eqIde6b483dbf7bed7def23fa4f884a80c3a"/>
          </v:shape>
        </w:pict>
      </w:r>
      <w:r>
        <w:rPr>
          <w:rFonts w:ascii="宋体" w:eastAsia="宋体" w:hAnsi="宋体" w:cs="宋体"/>
          <w:color w:val="000000"/>
        </w:rPr>
        <w:t>，得</w:t>
      </w:r>
      <w:r>
        <w:pict>
          <v:shape id="_x0000_i712945" type="#_x0000_t75" alt="学科网(www.zxxk.com)--教育资源门户，提供试卷、教案、课件、论文、素材以及各类教学资源下载，还有大量而丰富的教学相关资讯！" style="width:34.9pt;height:14.2pt" o:oleicon="f" o:ole="">
            <v:imagedata r:id="rId3097" o:title="eqId5b624d88827e92e12bc0a8f1067cbe72"/>
          </v:shape>
        </w:pict>
      </w:r>
      <w:r>
        <w:rPr>
          <w:rFonts w:ascii="宋体" w:eastAsia="宋体" w:hAnsi="宋体" w:cs="宋体"/>
          <w:color w:val="000000"/>
        </w:rPr>
        <w:t>，</w:t>
      </w:r>
      <w:r>
        <w:pict>
          <v:shape id="_x0000_i712946" type="#_x0000_t75" alt="学科网(www.zxxk.com)--教育资源门户，提供试卷、教案、课件、论文、素材以及各类教学资源下载，还有大量而丰富的教学相关资讯！" style="width:27pt;height:14.55pt" o:oleicon="f" o:ole="">
            <v:imagedata r:id="rId3098" o:title="eqId019eb94a6a2b38308811470d860e1a20"/>
          </v:shape>
        </w:pict>
      </w:r>
      <w:r>
        <w:rPr>
          <w:rFonts w:ascii="宋体" w:eastAsia="宋体" w:hAnsi="宋体" w:cs="宋体"/>
          <w:color w:val="000000"/>
        </w:rPr>
        <w:t>，则中点</w:t>
      </w:r>
      <w:r>
        <w:pict>
          <v:shape id="_x0000_i712947" type="#_x0000_t75" alt="学科网(www.zxxk.com)--教育资源门户，提供试卷、教案、课件、论文、素材以及各类教学资源下载，还有大量而丰富的教学相关资讯！" style="width:14.25pt;height:10.5pt" o:oleicon="f" o:ole="">
            <v:imagedata r:id="rId3099" o:title="eqIdac047e91852b91af639feec23a9598b2"/>
          </v:shape>
        </w:pict>
      </w:r>
      <w:r>
        <w:rPr>
          <w:rFonts w:ascii="宋体" w:eastAsia="宋体" w:hAnsi="宋体" w:cs="宋体"/>
          <w:color w:val="000000"/>
        </w:rPr>
        <w:t>对应的数为：</w:t>
      </w:r>
      <w:r>
        <w:pict>
          <v:shape id="_x0000_i712948" type="#_x0000_t75" alt="学科网(www.zxxk.com)--教育资源门户，提供试卷、教案、课件、论文、素材以及各类教学资源下载，还有大量而丰富的教学相关资讯！" style="width:51.8pt;height:30.75pt" o:oleicon="f" o:ole="">
            <v:imagedata r:id="rId3100" o:title="eqId133c52dbd2de6fd559438088b1b282b0"/>
          </v:shape>
        </w:pict>
      </w:r>
      <w:r>
        <w:rPr>
          <w:rFonts w:ascii="宋体" w:eastAsia="宋体" w:hAnsi="宋体" w:cs="宋体"/>
          <w:color w:val="000000"/>
        </w:rPr>
        <w:t>，利用</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的定义直接判断即可；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）先表示出点</w:t>
      </w:r>
      <w:r>
        <w:pict>
          <v:shape id="_x0000_i712949" type="#_x0000_t75" alt="学科网(www.zxxk.com)--教育资源门户，提供试卷、教案、课件、论文、素材以及各类教学资源下载，还有大量而丰富的教学相关资讯！" style="width:14.25pt;height:10.5pt" o:oleicon="f" o:ole="">
            <v:imagedata r:id="rId3101" o:title="eqIdac047e91852b91af639feec23a9598b2"/>
          </v:shape>
        </w:pict>
      </w:r>
      <w:r>
        <w:rPr>
          <w:rFonts w:ascii="宋体" w:eastAsia="宋体" w:hAnsi="宋体" w:cs="宋体"/>
          <w:color w:val="000000"/>
        </w:rPr>
        <w:t>对应的数为：</w:t>
      </w:r>
      <w:r>
        <w:pict>
          <v:shape id="_x0000_i712950" type="#_x0000_t75" alt="学科网(www.zxxk.com)--教育资源门户，提供试卷、教案、课件、论文、素材以及各类教学资源下载，还有大量而丰富的教学相关资讯！" style="width:27.75pt;height:30.75pt" o:oleicon="f" o:ole="">
            <v:imagedata r:id="rId3102" o:title="eqIde2f89a8b5cf6996a6455375e405bfb9d"/>
          </v:shape>
        </w:pict>
      </w:r>
      <w:r>
        <w:rPr>
          <w:rFonts w:ascii="宋体" w:eastAsia="宋体" w:hAnsi="宋体" w:cs="宋体"/>
          <w:color w:val="000000"/>
        </w:rPr>
        <w:t>，分析出</w:t>
      </w:r>
      <w:r>
        <w:pict>
          <v:shape id="_x0000_i712951" type="#_x0000_t75" alt="学科网(www.zxxk.com)--教育资源门户，提供试卷、教案、课件、论文、素材以及各类教学资源下载，还有大量而丰富的教学相关资讯！" style="width:9pt;height:9.75pt" o:oleicon="f" o:ole="">
            <v:imagedata r:id="rId3103" o:title="eqId0a6936d370d6a238a608ca56f87198de"/>
          </v:shape>
        </w:pict>
      </w:r>
      <w:r>
        <w:rPr>
          <w:rFonts w:ascii="宋体" w:eastAsia="宋体" w:hAnsi="宋体" w:cs="宋体"/>
          <w:color w:val="000000"/>
        </w:rPr>
        <w:t>，</w:t>
      </w:r>
      <w:r>
        <w:pict>
          <v:shape id="_x0000_i712952" type="#_x0000_t75" alt="学科网(www.zxxk.com)--教育资源门户，提供试卷、教案、课件、论文、素材以及各类教学资源下载，还有大量而丰富的教学相关资讯！" style="width:9.9pt;height:14.35pt" o:oleicon="f" o:ole="">
            <v:imagedata r:id="rId3104" o:title="eqId2c94bb12cee76221e13f9ef955b0aab1"/>
          </v:shape>
        </w:pict>
      </w:r>
      <w:r>
        <w:rPr>
          <w:rFonts w:ascii="宋体" w:eastAsia="宋体" w:hAnsi="宋体" w:cs="宋体"/>
          <w:color w:val="000000"/>
        </w:rPr>
        <w:t>，</w:t>
      </w:r>
      <w:r>
        <w:pict>
          <v:shape id="_x0000_i712953" type="#_x0000_t75" alt="学科网(www.zxxk.com)--教育资源门户，提供试卷、教案、课件、论文、素材以及各类教学资源下载，还有大量而丰富的教学相关资讯！" style="width:27.75pt;height:30.75pt" o:oleicon="f" o:ole="">
            <v:imagedata r:id="rId3102" o:title="eqIde2f89a8b5cf6996a6455375e405bfb9d"/>
          </v:shape>
        </w:pict>
      </w:r>
      <w:r>
        <w:rPr>
          <w:rFonts w:ascii="宋体" w:eastAsia="宋体" w:hAnsi="宋体" w:cs="宋体"/>
          <w:color w:val="000000"/>
        </w:rPr>
        <w:t>都同号，根据定义得</w:t>
      </w:r>
      <w:r>
        <w:pict>
          <v:shape id="_x0000_i712954" type="#_x0000_t75" alt="学科网(www.zxxk.com)--教育资源门户，提供试卷、教案、课件、论文、素材以及各类教学资源下载，还有大量而丰富的教学相关资讯！" style="width:67.75pt;height:13.85pt" o:oleicon="f" o:ole="">
            <v:imagedata r:id="rId3105" o:title="eqIdcbf805551e76a0e59a6fcd8ca5ee59b7"/>
          </v:shape>
        </w:pict>
      </w:r>
      <w:r>
        <w:rPr>
          <w:rFonts w:ascii="宋体" w:eastAsia="宋体" w:hAnsi="宋体" w:cs="宋体"/>
          <w:color w:val="000000"/>
        </w:rPr>
        <w:t>，得</w:t>
      </w:r>
      <w:r>
        <w:pict>
          <v:shape id="_x0000_i712955" type="#_x0000_t75" alt="学科网(www.zxxk.com)--教育资源门户，提供试卷、教案、课件、论文、素材以及各类教学资源下载，还有大量而丰富的教学相关资讯！" style="width:52.8pt;height:30.95pt" o:oleicon="f" o:ole="">
            <v:imagedata r:id="rId3106" o:title="eqIdc29017654a062e368eb08324475894e0"/>
          </v:shape>
        </w:pict>
      </w:r>
      <w:r>
        <w:rPr>
          <w:rFonts w:ascii="宋体" w:eastAsia="宋体" w:hAnsi="宋体" w:cs="宋体"/>
          <w:color w:val="000000"/>
        </w:rPr>
        <w:t>，化简即可求解；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）利用定义可得</w:t>
      </w:r>
      <w:r>
        <w:pict>
          <v:shape id="_x0000_i712956" type="#_x0000_t75" alt="学科网(www.zxxk.com)--教育资源门户，提供试卷、教案、课件、论文、素材以及各类教学资源下载，还有大量而丰富的教学相关资讯！" style="width:57.5pt;height:14.5pt" o:oleicon="f" o:ole="">
            <v:imagedata r:id="rId3107" o:title="eqId3331231e7cc67fdffb3f4c1ef9bd989a"/>
          </v:shape>
        </w:pict>
      </w:r>
      <w:r>
        <w:rPr>
          <w:rFonts w:ascii="宋体" w:eastAsia="宋体" w:hAnsi="宋体" w:cs="宋体"/>
          <w:color w:val="000000"/>
        </w:rPr>
        <w:t>，得</w:t>
      </w:r>
      <w:r>
        <w:pict>
          <v:shape id="_x0000_i712957" type="#_x0000_t75" alt="学科网(www.zxxk.com)--教育资源门户，提供试卷、教案、课件、论文、素材以及各类教学资源下载，还有大量而丰富的教学相关资讯！" style="width:40.25pt;height:14.1pt" o:oleicon="f" o:ole="">
            <v:imagedata r:id="rId3108" o:title="eqId66f4d41c8e258f5e1932fbb334482eb4"/>
          </v:shape>
        </w:pict>
      </w:r>
      <w:r>
        <w:rPr>
          <w:rFonts w:ascii="宋体" w:eastAsia="宋体" w:hAnsi="宋体" w:cs="宋体"/>
          <w:color w:val="000000"/>
        </w:rPr>
        <w:t>，分两种情况：①</w:t>
      </w:r>
      <w:r>
        <w:pict>
          <v:shape id="_x0000_i712958" type="#_x0000_t75" alt="学科网(www.zxxk.com)--教育资源门户，提供试卷、教案、课件、论文、素材以及各类教学资源下载，还有大量而丰富的教学相关资讯！" style="width:53.85pt;height:20.25pt" o:oleicon="f" o:ole="">
            <v:imagedata r:id="rId3109" o:title="eqIdee125591773ad8e8c80001b80b55c92d"/>
          </v:shape>
        </w:pict>
      </w:r>
      <w:r>
        <w:rPr>
          <w:rFonts w:ascii="宋体" w:eastAsia="宋体" w:hAnsi="宋体" w:cs="宋体"/>
          <w:color w:val="000000"/>
        </w:rPr>
        <w:t>，得</w:t>
      </w:r>
      <w:r>
        <w:pict>
          <v:shape id="_x0000_i712959" type="#_x0000_t75" alt="学科网(www.zxxk.com)--教育资源门户，提供试卷、教案、课件、论文、素材以及各类教学资源下载，还有大量而丰富的教学相关资讯！" style="width:61.85pt;height:34.15pt" o:oleicon="f" o:ole="">
            <v:imagedata r:id="rId3110" o:title="eqIde24070facfac4cffb969be855c1b7749"/>
          </v:shape>
        </w:pict>
      </w:r>
      <w:r>
        <w:rPr>
          <w:rFonts w:ascii="宋体" w:eastAsia="宋体" w:hAnsi="宋体" w:cs="宋体"/>
          <w:color w:val="000000"/>
        </w:rPr>
        <w:t>，解方程即可；②</w:t>
      </w:r>
      <w:r>
        <w:pict>
          <v:shape id="_x0000_i712960" type="#_x0000_t75" alt="学科网(www.zxxk.com)--教育资源门户，提供试卷、教案、课件、论文、素材以及各类教学资源下载，还有大量而丰富的教学相关资讯！" style="width:52.8pt;height:20.25pt" o:oleicon="f" o:ole="">
            <v:imagedata r:id="rId3111" o:title="eqId4ee955722281c51464dfd04c2469704b"/>
          </v:shape>
        </w:pict>
      </w:r>
      <w:r>
        <w:rPr>
          <w:rFonts w:ascii="宋体" w:eastAsia="宋体" w:hAnsi="宋体" w:cs="宋体"/>
          <w:color w:val="000000"/>
        </w:rPr>
        <w:t>，得</w:t>
      </w:r>
      <w:r>
        <w:pict>
          <v:shape id="_x0000_i712961" type="#_x0000_t75" alt="学科网(www.zxxk.com)--教育资源门户，提供试卷、教案、课件、论文、素材以及各类教学资源下载，还有大量而丰富的教学相关资讯！" style="width:61.85pt;height:34.15pt" o:oleicon="f" o:ole="">
            <v:imagedata r:id="rId3112" o:title="eqIdae8568ecaa0802fec85f20b3f3ef18e2"/>
          </v:shape>
        </w:pict>
      </w:r>
      <w:r>
        <w:rPr>
          <w:rFonts w:ascii="宋体" w:eastAsia="宋体" w:hAnsi="宋体" w:cs="宋体"/>
          <w:color w:val="000000"/>
        </w:rPr>
        <w:t>，解方程即可求解．</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w:t>
      </w:r>
      <w:r>
        <w:pict>
          <v:shape id="_x0000_i712962" type="#_x0000_t75" alt="学科网(www.zxxk.com)--教育资源门户，提供试卷、教案、课件、论文、素材以及各类教学资源下载，还有大量而丰富的教学相关资讯！" style="width:93.85pt;height:20.25pt" o:oleicon="f" o:ole="">
            <v:imagedata r:id="rId3113" o:title="eqIde6b483dbf7bed7def23fa4f884a80c3a"/>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63" type="#_x0000_t75" alt="学科网(www.zxxk.com)--教育资源门户，提供试卷、教案、课件、论文、素材以及各类教学资源下载，还有大量而丰富的教学相关资讯！" style="width:34.9pt;height:14.2pt" o:oleicon="f" o:ole="">
            <v:imagedata r:id="rId3114" o:title="eqId5b624d88827e92e12bc0a8f1067cbe72"/>
          </v:shape>
        </w:pict>
      </w:r>
      <w:r>
        <w:rPr>
          <w:rFonts w:ascii="宋体" w:eastAsia="宋体" w:hAnsi="宋体" w:cs="宋体"/>
          <w:color w:val="000000"/>
        </w:rPr>
        <w:t>，</w:t>
      </w:r>
      <w:r>
        <w:pict>
          <v:shape id="_x0000_i712964" type="#_x0000_t75" alt="学科网(www.zxxk.com)--教育资源门户，提供试卷、教案、课件、论文、素材以及各类教学资源下载，还有大量而丰富的教学相关资讯！" style="width:27pt;height:14.55pt" o:oleicon="f" o:ole="">
            <v:imagedata r:id="rId3115" o:title="eqId019eb94a6a2b38308811470d860e1a20"/>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65" type="#_x0000_t75" alt="学科网(www.zxxk.com)--教育资源门户，提供试卷、教案、课件、论文、素材以及各类教学资源下载，还有大量而丰富的教学相关资讯！" style="width:14.25pt;height:10.5pt" o:oleicon="f" o:ole="">
            <v:imagedata r:id="rId3116" o:title="eqIdac047e91852b91af639feec23a9598b2"/>
          </v:shape>
        </w:pict>
      </w:r>
      <w:r>
        <w:rPr>
          <w:rFonts w:ascii="宋体" w:eastAsia="宋体" w:hAnsi="宋体" w:cs="宋体"/>
          <w:color w:val="000000"/>
        </w:rPr>
        <w:t>为线段</w:t>
      </w:r>
      <w:r>
        <w:pict>
          <v:shape id="_x0000_i712966" type="#_x0000_t75" alt="学科网(www.zxxk.com)--教育资源门户，提供试卷、教案、课件、论文、素材以及各类教学资源下载，还有大量而丰富的教学相关资讯！" style="width:20.05pt;height:12.6pt" o:oleicon="f" o:ole="">
            <v:imagedata r:id="rId3117" o:title="eqIdf52a58fbaf4fea03567e88a9f0f6e37e"/>
          </v:shape>
        </w:pict>
      </w:r>
      <w:r>
        <w:rPr>
          <w:rFonts w:ascii="宋体" w:eastAsia="宋体" w:hAnsi="宋体" w:cs="宋体"/>
          <w:color w:val="000000"/>
        </w:rPr>
        <w:t>的中点．</w:t>
      </w:r>
    </w:p>
    <w:p>
      <w:pPr>
        <w:spacing w:line="360" w:lineRule="auto"/>
        <w:jc w:val="both"/>
        <w:textAlignment w:val="center"/>
        <w:rPr>
          <w:color w:val="000000"/>
        </w:rPr>
      </w:pPr>
      <w:r>
        <w:rPr>
          <w:rFonts w:ascii="宋体" w:eastAsia="宋体" w:hAnsi="宋体" w:cs="宋体"/>
          <w:color w:val="000000"/>
        </w:rPr>
        <w:t>∴</w:t>
      </w:r>
      <w:r>
        <w:pict>
          <v:shape id="_x0000_i712967" type="#_x0000_t75" alt="学科网(www.zxxk.com)--教育资源门户，提供试卷、教案、课件、论文、素材以及各类教学资源下载，还有大量而丰富的教学相关资讯！" style="width:14.25pt;height:10.5pt" o:oleicon="f" o:ole="">
            <v:imagedata r:id="rId3118" o:title="eqIdac047e91852b91af639feec23a9598b2"/>
          </v:shape>
        </w:pict>
      </w:r>
      <w:r>
        <w:rPr>
          <w:rFonts w:ascii="宋体" w:eastAsia="宋体" w:hAnsi="宋体" w:cs="宋体"/>
          <w:color w:val="000000"/>
        </w:rPr>
        <w:t>对应的数为：</w:t>
      </w:r>
      <w:r>
        <w:pict>
          <v:shape id="_x0000_i712968" type="#_x0000_t75" alt="学科网(www.zxxk.com)--教育资源门户，提供试卷、教案、课件、论文、素材以及各类教学资源下载，还有大量而丰富的教学相关资讯！" style="width:51.8pt;height:30.75pt" o:oleicon="f" o:ole="">
            <v:imagedata r:id="rId3119" o:title="eqId133c52dbd2de6fd559438088b1b282b0"/>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w:t>
      </w:r>
      <w:r>
        <w:pict>
          <v:shape id="_x0000_i712969" type="#_x0000_t75" alt="学科网(www.zxxk.com)--教育资源门户，提供试卷、教案、课件、论文、素材以及各类教学资源下载，还有大量而丰富的教学相关资讯！" style="width:101.85pt;height:13.85pt" o:oleicon="f" o:ole="">
            <v:imagedata r:id="rId3120" o:title="eqId93c6a0815abdd587a89f916752c0004a"/>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70" type="#_x0000_t75" alt="学科网(www.zxxk.com)--教育资源门户，提供试卷、教案、课件、论文、素材以及各类教学资源下载，还有大量而丰富的教学相关资讯！" style="width:12pt;height:12pt" o:oleicon="f" o:ole="">
            <v:imagedata r:id="rId3121" o:title="eqId5963abe8f421bd99a2aaa94831a951e9"/>
          </v:shape>
        </w:pict>
      </w:r>
      <w:r>
        <w:rPr>
          <w:rFonts w:ascii="宋体" w:eastAsia="宋体" w:hAnsi="宋体" w:cs="宋体"/>
          <w:color w:val="000000"/>
        </w:rPr>
        <w:t>不是</w:t>
      </w:r>
      <w:r>
        <w:pict>
          <v:shape id="_x0000_i712971" type="#_x0000_t75" alt="学科网(www.zxxk.com)--教育资源门户，提供试卷、教案、课件、论文、素材以及各类教学资源下载，还有大量而丰富的教学相关资讯！" style="width:14.25pt;height:10.5pt" o:oleicon="f" o:ole="">
            <v:imagedata r:id="rId3122" o:title="eqIdac047e91852b91af639feec23a9598b2"/>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w:t>
      </w:r>
      <w:r>
        <w:pict>
          <v:shape id="_x0000_i712972" type="#_x0000_t75" alt="学科网(www.zxxk.com)--教育资源门户，提供试卷、教案、课件、论文、素材以及各类教学资源下载，还有大量而丰富的教学相关资讯！" style="width:99.2pt;height:13.85pt" o:oleicon="f" o:ole="">
            <v:imagedata r:id="rId3123" o:title="eqId227c68882180d19d029f608a1c18ed2b"/>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73" type="#_x0000_t75" alt="学科网(www.zxxk.com)--教育资源门户，提供试卷、教案、课件、论文、素材以及各类教学资源下载，还有大量而丰富的教学相关资讯！" style="width:12pt;height:12pt" o:oleicon="f" o:ole="">
            <v:imagedata r:id="rId3124" o:title="eqId5963abe8f421bd99a2aaa94831a951e9"/>
          </v:shape>
        </w:pict>
      </w:r>
      <w:r>
        <w:rPr>
          <w:rFonts w:ascii="宋体" w:eastAsia="宋体" w:hAnsi="宋体" w:cs="宋体"/>
          <w:color w:val="000000"/>
        </w:rPr>
        <w:t>不是</w:t>
      </w:r>
      <w:r>
        <w:pict>
          <v:shape id="_x0000_i712974" type="#_x0000_t75" alt="学科网(www.zxxk.com)--教育资源门户，提供试卷、教案、课件、论文、素材以及各类教学资源下载，还有大量而丰富的教学相关资讯！" style="width:14.25pt;height:10.5pt" o:oleicon="f" o:ole="">
            <v:imagedata r:id="rId3125" o:title="eqIdac047e91852b91af639feec23a9598b2"/>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w:t>
      </w:r>
      <w:r>
        <w:pict>
          <v:shape id="_x0000_i712975" type="#_x0000_t75" alt="学科网(www.zxxk.com)--教育资源门户，提供试卷、教案、课件、论文、素材以及各类教学资源下载，还有大量而丰富的教学相关资讯！" style="width:101.85pt;height:13.85pt" o:oleicon="f" o:ole="">
            <v:imagedata r:id="rId3126" o:title="eqId946f71a94497718aacd0b3e19d89922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76" type="#_x0000_t75" alt="学科网(www.zxxk.com)--教育资源门户，提供试卷、教案、课件、论文、素材以及各类教学资源下载，还有大量而丰富的教学相关资讯！" style="width:9.75pt;height:10.5pt" o:oleicon="f" o:ole="">
            <v:imagedata r:id="rId3127" o:title="eqId7f9e8449aad35c5d840a3395ea86df6d"/>
          </v:shape>
        </w:pict>
      </w:r>
      <w:r>
        <w:rPr>
          <w:rFonts w:ascii="宋体" w:eastAsia="宋体" w:hAnsi="宋体" w:cs="宋体"/>
          <w:color w:val="000000"/>
        </w:rPr>
        <w:t>是</w:t>
      </w:r>
      <w:r>
        <w:pict>
          <v:shape id="_x0000_i712977" type="#_x0000_t75" alt="学科网(www.zxxk.com)--教育资源门户，提供试卷、教案、课件、论文、素材以及各类教学资源下载，还有大量而丰富的教学相关资讯！" style="width:14.25pt;height:10.5pt" o:oleicon="f" o:ole="">
            <v:imagedata r:id="rId3128" o:title="eqIdac047e91852b91af639feec23a9598b2"/>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④</w:t>
      </w:r>
      <w:r>
        <w:pict>
          <v:shape id="_x0000_i712978" type="#_x0000_t75" alt="学科网(www.zxxk.com)--教育资源门户，提供试卷、教案、课件、论文、素材以及各类教学资源下载，还有大量而丰富的教学相关资讯！" style="width:105.05pt;height:13.85pt" o:oleicon="f" o:ole="">
            <v:imagedata r:id="rId3129" o:title="eqId539956797d6e3d5f033d9d83ce35fa7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79" type="#_x0000_t75" alt="学科网(www.zxxk.com)--教育资源门户，提供试卷、教案、课件、论文、素材以及各类教学资源下载，还有大量而丰富的教学相关资讯！" style="width:9.75pt;height:10.5pt" o:oleicon="f" o:ole="">
            <v:imagedata r:id="rId3130" o:title="eqId7f9e8449aad35c5d840a3395ea86df6d"/>
          </v:shape>
        </w:pict>
      </w:r>
      <w:r>
        <w:rPr>
          <w:rFonts w:ascii="宋体" w:eastAsia="宋体" w:hAnsi="宋体" w:cs="宋体"/>
          <w:color w:val="000000"/>
        </w:rPr>
        <w:t>是</w:t>
      </w:r>
      <w:r>
        <w:pict>
          <v:shape id="_x0000_i712980" type="#_x0000_t75" alt="学科网(www.zxxk.com)--教育资源门户，提供试卷、教案、课件、论文、素材以及各类教学资源下载，还有大量而丰富的教学相关资讯！" style="width:14.25pt;height:10.5pt" o:oleicon="f" o:ole="">
            <v:imagedata r:id="rId3131" o:title="eqIdac047e91852b91af639feec23a9598b2"/>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；③；</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w:t>
      </w:r>
      <w:r>
        <w:pict>
          <v:shape id="_x0000_i712981" type="#_x0000_t75" alt="学科网(www.zxxk.com)--教育资源门户，提供试卷、教案、课件、论文、素材以及各类教学资源下载，还有大量而丰富的教学相关资讯！" style="width:14.25pt;height:10.5pt" o:oleicon="f" o:ole="">
            <v:imagedata r:id="rId3132" o:title="eqIdac047e91852b91af639feec23a9598b2"/>
          </v:shape>
        </w:pict>
      </w:r>
      <w:r>
        <w:rPr>
          <w:rFonts w:ascii="宋体" w:eastAsia="宋体" w:hAnsi="宋体" w:cs="宋体"/>
          <w:color w:val="000000"/>
        </w:rPr>
        <w:t>为线段</w:t>
      </w:r>
      <w:r>
        <w:pict>
          <v:shape id="_x0000_i712982" type="#_x0000_t75" alt="学科网(www.zxxk.com)--教育资源门户，提供试卷、教案、课件、论文、素材以及各类教学资源下载，还有大量而丰富的教学相关资讯！" style="width:20.05pt;height:12.6pt" o:oleicon="f" o:ole="">
            <v:imagedata r:id="rId3133" o:title="eqIdf52a58fbaf4fea03567e88a9f0f6e37e"/>
          </v:shape>
        </w:pict>
      </w:r>
      <w:r>
        <w:rPr>
          <w:rFonts w:ascii="宋体" w:eastAsia="宋体" w:hAnsi="宋体" w:cs="宋体"/>
          <w:color w:val="000000"/>
        </w:rPr>
        <w:t>的中点，</w:t>
      </w:r>
    </w:p>
    <w:p>
      <w:pPr>
        <w:spacing w:line="360" w:lineRule="auto"/>
        <w:jc w:val="both"/>
        <w:textAlignment w:val="center"/>
        <w:rPr>
          <w:color w:val="000000"/>
        </w:rPr>
      </w:pPr>
      <w:r>
        <w:rPr>
          <w:rFonts w:ascii="宋体" w:eastAsia="宋体" w:hAnsi="宋体" w:cs="宋体"/>
          <w:color w:val="000000"/>
        </w:rPr>
        <w:t>∴</w:t>
      </w:r>
      <w:r>
        <w:pict>
          <v:shape id="_x0000_i712983" type="#_x0000_t75" alt="学科网(www.zxxk.com)--教育资源门户，提供试卷、教案、课件、论文、素材以及各类教学资源下载，还有大量而丰富的教学相关资讯！" style="width:14.25pt;height:10.5pt" o:oleicon="f" o:ole="">
            <v:imagedata r:id="rId3134" o:title="eqIdac047e91852b91af639feec23a9598b2"/>
          </v:shape>
        </w:pict>
      </w:r>
      <w:r>
        <w:rPr>
          <w:rFonts w:ascii="宋体" w:eastAsia="宋体" w:hAnsi="宋体" w:cs="宋体"/>
          <w:color w:val="000000"/>
        </w:rPr>
        <w:t>点对应的数为：</w:t>
      </w:r>
      <w:r>
        <w:pict>
          <v:shape id="_x0000_i712984" type="#_x0000_t75" alt="学科网(www.zxxk.com)--教育资源门户，提供试卷、教案、课件、论文、素材以及各类教学资源下载，还有大量而丰富的教学相关资讯！" style="width:27.75pt;height:30.75pt" o:oleicon="f" o:ole="">
            <v:imagedata r:id="rId3135" o:title="eqIde2f89a8b5cf6996a6455375e405bfb9d"/>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85" type="#_x0000_t75" alt="学科网(www.zxxk.com)--教育资源门户，提供试卷、教案、课件、论文、素材以及各类教学资源下载，还有大量而丰富的教学相关资讯！" style="width:30.75pt;height:14.25pt" o:oleicon="f" o:ole="">
            <v:imagedata r:id="rId3136" o:title="eqId3426b878c384074f9b07633a9d96bb6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86" type="#_x0000_t75" alt="学科网(www.zxxk.com)--教育资源门户，提供试卷、教案、课件、论文、素材以及各类教学资源下载，还有大量而丰富的教学相关资讯！" style="width:9pt;height:9.75pt" o:oleicon="f" o:ole="">
            <v:imagedata r:id="rId3137" o:title="eqId0a6936d370d6a238a608ca56f87198de"/>
          </v:shape>
        </w:pict>
      </w:r>
      <w:r>
        <w:rPr>
          <w:rFonts w:ascii="宋体" w:eastAsia="宋体" w:hAnsi="宋体" w:cs="宋体"/>
          <w:color w:val="000000"/>
        </w:rPr>
        <w:t>，</w:t>
      </w:r>
      <w:r>
        <w:pict>
          <v:shape id="_x0000_i712987" type="#_x0000_t75" alt="学科网(www.zxxk.com)--教育资源门户，提供试卷、教案、课件、论文、素材以及各类教学资源下载，还有大量而丰富的教学相关资讯！" style="width:9.9pt;height:14.35pt" o:oleicon="f" o:ole="">
            <v:imagedata r:id="rId3138" o:title="eqId2c94bb12cee76221e13f9ef955b0aab1"/>
          </v:shape>
        </w:pict>
      </w:r>
      <w:r>
        <w:rPr>
          <w:rFonts w:ascii="宋体" w:eastAsia="宋体" w:hAnsi="宋体" w:cs="宋体"/>
          <w:color w:val="000000"/>
        </w:rPr>
        <w:t>，</w:t>
      </w:r>
      <w:r>
        <w:pict>
          <v:shape id="_x0000_i712988" type="#_x0000_t75" alt="学科网(www.zxxk.com)--教育资源门户，提供试卷、教案、课件、论文、素材以及各类教学资源下载，还有大量而丰富的教学相关资讯！" style="width:27.75pt;height:30.75pt" o:oleicon="f" o:ole="">
            <v:imagedata r:id="rId3139" o:title="eqIde2f89a8b5cf6996a6455375e405bfb9d"/>
          </v:shape>
        </w:pict>
      </w:r>
      <w:r>
        <w:rPr>
          <w:rFonts w:ascii="宋体" w:eastAsia="宋体" w:hAnsi="宋体" w:cs="宋体"/>
          <w:color w:val="000000"/>
        </w:rPr>
        <w:t>都同号，</w:t>
      </w:r>
    </w:p>
    <w:p>
      <w:pPr>
        <w:spacing w:line="360" w:lineRule="auto"/>
        <w:jc w:val="both"/>
        <w:textAlignment w:val="center"/>
        <w:rPr>
          <w:color w:val="000000"/>
        </w:rPr>
      </w:pPr>
      <w:r>
        <w:rPr>
          <w:rFonts w:ascii="宋体" w:eastAsia="宋体" w:hAnsi="宋体" w:cs="宋体"/>
          <w:color w:val="000000"/>
        </w:rPr>
        <w:t>∵</w:t>
      </w:r>
      <w:r>
        <w:pict>
          <v:shape id="_x0000_i712989" type="#_x0000_t75" alt="学科网(www.zxxk.com)--教育资源门户，提供试卷、教案、课件、论文、素材以及各类教学资源下载，还有大量而丰富的教学相关资讯！" style="width:14.25pt;height:10.5pt" o:oleicon="f" o:ole="">
            <v:imagedata r:id="rId3140" o:title="eqIdac047e91852b91af639feec23a9598b2"/>
          </v:shape>
        </w:pict>
      </w:r>
      <w:r>
        <w:rPr>
          <w:rFonts w:ascii="宋体" w:eastAsia="宋体" w:hAnsi="宋体" w:cs="宋体"/>
          <w:color w:val="000000"/>
        </w:rPr>
        <w:t>是</w:t>
      </w:r>
      <w:r>
        <w:pict>
          <v:shape id="_x0000_i712990" type="#_x0000_t75" alt="学科网(www.zxxk.com)--教育资源门户，提供试卷、教案、课件、论文、素材以及各类教学资源下载，还有大量而丰富的教学相关资讯！" style="width:12pt;height:12pt" o:oleicon="f" o:ole="">
            <v:imagedata r:id="rId3141" o:title="eqId5963abe8f421bd99a2aaa94831a951e9"/>
          </v:shape>
        </w:pic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91" type="#_x0000_t75" alt="学科网(www.zxxk.com)--教育资源门户，提供试卷、教案、课件、论文、素材以及各类教学资源下载，还有大量而丰富的教学相关资讯！" style="width:67.75pt;height:13.85pt" o:oleicon="f" o:ole="">
            <v:imagedata r:id="rId3142" o:title="eqIdcbf805551e76a0e59a6fcd8ca5ee59b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92" type="#_x0000_t75" alt="学科网(www.zxxk.com)--教育资源门户，提供试卷、教案、课件、论文、素材以及各类教学资源下载，还有大量而丰富的教学相关资讯！" style="width:52.8pt;height:30.95pt" o:oleicon="f" o:ole="">
            <v:imagedata r:id="rId3143" o:title="eqIdc29017654a062e368eb08324475894e0"/>
          </v:shape>
        </w:pict>
      </w:r>
      <w:r>
        <w:rPr>
          <w:rFonts w:ascii="宋体" w:eastAsia="宋体" w:hAnsi="宋体" w:cs="宋体"/>
          <w:color w:val="000000"/>
        </w:rPr>
        <w:t>，</w:t>
      </w:r>
    </w:p>
    <w:p>
      <w:pPr>
        <w:spacing w:line="360" w:lineRule="auto"/>
        <w:jc w:val="both"/>
        <w:textAlignment w:val="center"/>
        <w:rPr>
          <w:color w:val="000000"/>
        </w:rPr>
      </w:pPr>
      <w:r>
        <w:pict>
          <v:shape id="_x0000_i712993" type="#_x0000_t75" alt="学科网(www.zxxk.com)--教育资源门户，提供试卷、教案、课件、论文、素材以及各类教学资源下载，还有大量而丰富的教学相关资讯！" style="width:33.75pt;height:14.25pt" o:oleicon="f" o:ole="">
            <v:imagedata r:id="rId3144" o:title="eqId545dfef4a70a76903d6a6cad9546b0c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94" type="#_x0000_t75" alt="学科网(www.zxxk.com)--教育资源门户，提供试卷、教案、课件、论文、素材以及各类教学资源下载，还有大量而丰富的教学相关资讯！" style="width:32pt;height:31pt" o:oleicon="f" o:ole="">
            <v:imagedata r:id="rId3145" o:title="eqId02b97921e6c6b6f107702562d22de6d9"/>
          </v:shape>
        </w:pict>
      </w:r>
      <w:r>
        <w:rPr>
          <w:rFonts w:ascii="宋体" w:eastAsia="宋体" w:hAnsi="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w:t>
      </w:r>
      <w:r>
        <w:pict>
          <v:shape id="_x0000_i712995" type="#_x0000_t75" alt="学科网(www.zxxk.com)--教育资源门户，提供试卷、教案、课件、论文、素材以及各类教学资源下载，还有大量而丰富的教学相关资讯！" style="width:28pt;height:13pt" o:oleicon="f" o:ole="">
            <v:imagedata r:id="rId3146" o:title="eqId16930472c34f94e04d2750126866db14"/>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2996" type="#_x0000_t75" alt="学科网(www.zxxk.com)--教育资源门户，提供试卷、教案、课件、论文、素材以及各类教学资源下载，还有大量而丰富的教学相关资讯！" style="width:9pt;height:9.75pt" o:oleicon="f" o:ole="">
            <v:imagedata r:id="rId3147" o:title="eqId0a6936d370d6a238a608ca56f87198de"/>
          </v:shape>
        </w:pict>
      </w:r>
      <w:r>
        <w:rPr>
          <w:rFonts w:ascii="宋体" w:eastAsia="宋体" w:hAnsi="宋体" w:cs="宋体"/>
          <w:color w:val="000000"/>
        </w:rPr>
        <w:t>，</w:t>
      </w:r>
      <w:r>
        <w:pict>
          <v:shape id="_x0000_i712997" type="#_x0000_t75" alt="学科网(www.zxxk.com)--教育资源门户，提供试卷、教案、课件、论文、素材以及各类教学资源下载，还有大量而丰富的教学相关资讯！" style="width:9.9pt;height:14.35pt" o:oleicon="f" o:ole="">
            <v:imagedata r:id="rId3148" o:title="eqId2c94bb12cee76221e13f9ef955b0aab1"/>
          </v:shape>
        </w:pict>
      </w:r>
      <w:r>
        <w:rPr>
          <w:rFonts w:ascii="宋体" w:eastAsia="宋体" w:hAnsi="宋体" w:cs="宋体"/>
          <w:color w:val="000000"/>
        </w:rPr>
        <w:t>异号，</w:t>
      </w:r>
    </w:p>
    <w:p>
      <w:pPr>
        <w:spacing w:line="360" w:lineRule="auto"/>
        <w:jc w:val="both"/>
        <w:textAlignment w:val="center"/>
        <w:rPr>
          <w:color w:val="000000"/>
        </w:rPr>
      </w:pPr>
      <w:r>
        <w:rPr>
          <w:rFonts w:ascii="宋体" w:eastAsia="宋体" w:hAnsi="宋体" w:cs="宋体"/>
          <w:color w:val="000000"/>
        </w:rPr>
        <w:t>∵</w:t>
      </w:r>
      <w:r>
        <w:pict>
          <v:shape id="_x0000_i712998" type="#_x0000_t75" alt="学科网(www.zxxk.com)--教育资源门户，提供试卷、教案、课件、论文、素材以及各类教学资源下载，还有大量而丰富的教学相关资讯！" style="width:14.25pt;height:10.5pt" o:oleicon="f" o:ole="">
            <v:imagedata r:id="rId3149" o:title="eqIdac047e91852b91af639feec23a9598b2"/>
          </v:shape>
        </w:pict>
      </w:r>
      <w:r>
        <w:rPr>
          <w:rFonts w:ascii="宋体" w:eastAsia="宋体" w:hAnsi="宋体" w:cs="宋体"/>
          <w:color w:val="000000"/>
        </w:rPr>
        <w:t>既是</w:t>
      </w:r>
      <w:r>
        <w:pict>
          <v:shape id="_x0000_i712999" type="#_x0000_t75" alt="学科网(www.zxxk.com)--教育资源门户，提供试卷、教案、课件、论文、素材以及各类教学资源下载，还有大量而丰富的教学相关资讯！" style="width:12pt;height:12pt" o:oleicon="f" o:ole="">
            <v:imagedata r:id="rId3150" o:title="eqId5963abe8f421bd99a2aaa94831a951e9"/>
          </v:shape>
        </w:pict>
      </w:r>
      <w:r>
        <w:rPr>
          <w:rFonts w:ascii="宋体" w:eastAsia="宋体" w:hAnsi="宋体" w:cs="宋体"/>
          <w:color w:val="000000"/>
        </w:rPr>
        <w:t>，</w:t>
      </w:r>
      <w:r>
        <w:pict>
          <v:shape id="_x0000_i713000" type="#_x0000_t75" alt="学科网(www.zxxk.com)--教育资源门户，提供试卷、教案、课件、论文、素材以及各类教学资源下载，还有大量而丰富的教学相关资讯！" style="width:9.75pt;height:10.5pt" o:oleicon="f" o:ole="">
            <v:imagedata r:id="rId3151" o:title="eqId7f9e8449aad35c5d840a3395ea86df6d"/>
          </v:shape>
        </w:pict>
      </w:r>
      <w:r>
        <w:rPr>
          <w:rFonts w:ascii="宋体" w:eastAsia="宋体" w:hAnsi="宋体" w:cs="宋体"/>
          <w:color w:val="000000"/>
        </w:rPr>
        <w:t>其中一点的</w:t>
      </w:r>
      <w:r>
        <w:rPr>
          <w:rFonts w:ascii="Times New Roman" w:eastAsia="Times New Roman" w:hAnsi="Times New Roman" w:cs="Times New Roman"/>
          <w:color w:val="000000"/>
        </w:rPr>
        <w:t>“</w:t>
      </w:r>
      <w:r>
        <w:rPr>
          <w:rFonts w:ascii="宋体" w:eastAsia="宋体" w:hAnsi="宋体" w:cs="宋体"/>
          <w:color w:val="000000"/>
        </w:rPr>
        <w:t>正比点</w:t>
      </w:r>
      <w:r>
        <w:rPr>
          <w:rFonts w:ascii="Times New Roman" w:eastAsia="Times New Roman" w:hAnsi="Times New Roman" w:cs="Times New Roman"/>
          <w:color w:val="000000"/>
        </w:rPr>
        <w:t>”</w:t>
      </w:r>
      <w:r>
        <w:rPr>
          <w:rFonts w:ascii="宋体" w:eastAsia="宋体" w:hAnsi="宋体" w:cs="宋体"/>
          <w:color w:val="000000"/>
        </w:rPr>
        <w:t>，又是另一点的</w:t>
      </w:r>
      <w:r>
        <w:rPr>
          <w:rFonts w:ascii="Times New Roman" w:eastAsia="Times New Roman" w:hAnsi="Times New Roman" w:cs="Times New Roman"/>
          <w:color w:val="000000"/>
        </w:rPr>
        <w:t>“</w:t>
      </w:r>
      <w:r>
        <w:rPr>
          <w:rFonts w:ascii="宋体" w:eastAsia="宋体" w:hAnsi="宋体" w:cs="宋体"/>
          <w:color w:val="000000"/>
        </w:rPr>
        <w:t>反比点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001" type="#_x0000_t75" alt="学科网(www.zxxk.com)--教育资源门户，提供试卷、教案、课件、论文、素材以及各类教学资源下载，还有大量而丰富的教学相关资讯！" style="width:58.15pt;height:13.85pt" o:oleicon="f" o:ole="">
            <v:imagedata r:id="rId3152" o:title="eqId8d912c21ef85f97b12c273aadf31e6c3"/>
          </v:shape>
        </w:pict>
      </w:r>
      <w:r>
        <w:rPr>
          <w:rFonts w:ascii="宋体" w:eastAsia="宋体" w:hAnsi="宋体" w:cs="宋体"/>
          <w:color w:val="000000"/>
        </w:rPr>
        <w:t>，</w:t>
      </w:r>
      <w:r>
        <w:pict>
          <v:shape id="_x0000_i713002" type="#_x0000_t75" alt="学科网(www.zxxk.com)--教育资源门户，提供试卷、教案、课件、论文、素材以及各类教学资源下载，还有大量而丰富的教学相关资讯！" style="width:67.2pt;height:13.85pt" o:oleicon="f" o:ole="">
            <v:imagedata r:id="rId3153" o:title="eqId5d188364c4146e7a83c7e56d2c907941"/>
          </v:shape>
        </w:pict>
      </w:r>
      <w:r>
        <w:rPr>
          <w:rFonts w:ascii="宋体" w:eastAsia="宋体" w:hAnsi="宋体" w:cs="宋体"/>
          <w:color w:val="000000"/>
        </w:rPr>
        <w:t>或</w:t>
      </w:r>
      <w:r>
        <w:pict>
          <v:shape id="_x0000_i713003" type="#_x0000_t75" alt="学科网(www.zxxk.com)--教育资源门户，提供试卷、教案、课件、论文、素材以及各类教学资源下载，还有大量而丰富的教学相关资讯！" style="width:58.15pt;height:13.85pt" o:oleicon="f" o:ole="">
            <v:imagedata r:id="rId3154" o:title="eqIda5a6ea2d0920938e76807a85d053c07b"/>
          </v:shape>
        </w:pict>
      </w:r>
      <w:r>
        <w:rPr>
          <w:rFonts w:ascii="宋体" w:eastAsia="宋体" w:hAnsi="宋体" w:cs="宋体"/>
          <w:color w:val="000000"/>
        </w:rPr>
        <w:t>，</w:t>
      </w:r>
      <w:r>
        <w:pict>
          <v:shape id="_x0000_i713004" type="#_x0000_t75" alt="学科网(www.zxxk.com)--教育资源门户，提供试卷、教案、课件、论文、素材以及各类教学资源下载，还有大量而丰富的教学相关资讯！" style="width:67.2pt;height:13.85pt" o:oleicon="f" o:ole="">
            <v:imagedata r:id="rId3155" o:title="eqId2fbedcefdd635113b1bd1b835015767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化简都得出：</w:t>
      </w:r>
      <w:r>
        <w:pict>
          <v:shape id="_x0000_i713005" type="#_x0000_t75" alt="学科网(www.zxxk.com)--教育资源门户，提供试卷、教案、课件、论文、素材以及各类教学资源下载，还有大量而丰富的教学相关资讯！" style="width:57.5pt;height:14.5pt" o:oleicon="f" o:ole="">
            <v:imagedata r:id="rId3156" o:title="eqId3331231e7cc67fdffb3f4c1ef9bd989a"/>
          </v:shape>
        </w:pict>
      </w:r>
      <w:r>
        <w:rPr>
          <w:rFonts w:ascii="宋体" w:eastAsia="宋体" w:hAnsi="宋体" w:cs="宋体"/>
          <w:color w:val="000000"/>
        </w:rPr>
        <w:t>，得</w:t>
      </w:r>
      <w:r>
        <w:pict>
          <v:shape id="_x0000_i713006" type="#_x0000_t75" alt="学科网(www.zxxk.com)--教育资源门户，提供试卷、教案、课件、论文、素材以及各类教学资源下载，还有大量而丰富的教学相关资讯！" style="width:40.25pt;height:14.1pt" o:oleicon="f" o:ole="">
            <v:imagedata r:id="rId3157" o:title="eqId66f4d41c8e258f5e1932fbb334482eb4"/>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∴得</w:t>
      </w:r>
      <w:r>
        <w:pict>
          <v:shape id="_x0000_i713007" type="#_x0000_t75" alt="学科网(www.zxxk.com)--教育资源门户，提供试卷、教案、课件、论文、素材以及各类教学资源下载，还有大量而丰富的教学相关资讯！" style="width:40.25pt;height:14.1pt" o:oleicon="f" o:ole="">
            <v:imagedata r:id="rId3158" o:title="eqId66f4d41c8e258f5e1932fbb334482eb4"/>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分两种情况：①</w:t>
      </w:r>
      <w:r>
        <w:pict>
          <v:shape id="_x0000_i713008" type="#_x0000_t75" alt="学科网(www.zxxk.com)--教育资源门户，提供试卷、教案、课件、论文、素材以及各类教学资源下载，还有大量而丰富的教学相关资讯！" style="width:53.85pt;height:20.25pt" o:oleicon="f" o:ole="">
            <v:imagedata r:id="rId3159" o:title="eqIdee125591773ad8e8c80001b80b55c92d"/>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009" type="#_x0000_t75" alt="学科网(www.zxxk.com)--教育资源门户，提供试卷、教案、课件、论文、素材以及各类教学资源下载，还有大量而丰富的教学相关资讯！" style="width:61.85pt;height:34.15pt" o:oleicon="f" o:ole="">
            <v:imagedata r:id="rId3160" o:title="eqIde24070facfac4cffb969be855c1b7749"/>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010" type="#_x0000_t75" alt="学科网(www.zxxk.com)--教育资源门户，提供试卷、教案、课件、论文、素材以及各类教学资源下载，还有大量而丰富的教学相关资讯！" style="width:52.8pt;height:30.95pt" o:oleicon="f" o:ole="">
            <v:imagedata r:id="rId3161" o:title="eqIdc29017654a062e368eb08324475894e0"/>
          </v:shape>
        </w:pict>
      </w:r>
      <w:r>
        <w:rPr>
          <w:rFonts w:ascii="宋体" w:eastAsia="宋体" w:hAnsi="宋体" w:cs="宋体"/>
          <w:color w:val="000000"/>
        </w:rPr>
        <w:t>或</w:t>
      </w:r>
      <w:r>
        <w:pict>
          <v:shape id="_x0000_i713011" type="#_x0000_t75" alt="学科网(www.zxxk.com)--教育资源门户，提供试卷、教案、课件、论文、素材以及各类教学资源下载，还有大量而丰富的教学相关资讯！" style="width:60.25pt;height:30.95pt" o:oleicon="f" o:ole="">
            <v:imagedata r:id="rId3162" o:title="eqIdbdc687d76049b417003f9c37e00fb21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3012" type="#_x0000_t75" alt="学科网(www.zxxk.com)--教育资源门户，提供试卷、教案、课件、论文、素材以及各类教学资源下载，还有大量而丰富的教学相关资讯！" style="width:33.75pt;height:14.25pt" o:oleicon="f" o:ole="">
            <v:imagedata r:id="rId3163" o:title="eqId545dfef4a70a76903d6a6cad9546b0c5"/>
          </v:shape>
        </w:pict>
      </w:r>
      <w:r>
        <w:rPr>
          <w:rFonts w:ascii="宋体" w:eastAsia="宋体" w:hAnsi="宋体" w:cs="宋体"/>
          <w:color w:val="000000"/>
        </w:rPr>
        <w:t>（舍去）或</w:t>
      </w:r>
      <w:r>
        <w:pict>
          <v:shape id="_x0000_i713013" type="#_x0000_t75" alt="学科网(www.zxxk.com)--教育资源门户，提供试卷、教案、课件、论文、素材以及各类教学资源下载，还有大量而丰富的教学相关资讯！" style="width:41.05pt;height:13.85pt" o:oleicon="f" o:ole="">
            <v:imagedata r:id="rId3164" o:title="eqIdc0ea5e3e8321471a25306ff9ebac86a4"/>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014" type="#_x0000_t75" alt="学科网(www.zxxk.com)--教育资源门户，提供试卷、教案、课件、论文、素材以及各类教学资源下载，还有大量而丰富的教学相关资讯！" style="width:40pt;height:30.95pt" o:oleicon="f" o:ole="">
            <v:imagedata r:id="rId3165" o:title="eqId35684ffa53ad6f01bc6303d3399c9f1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w:t>
      </w:r>
      <w:r>
        <w:pict>
          <v:shape id="_x0000_i713015" type="#_x0000_t75" alt="学科网(www.zxxk.com)--教育资源门户，提供试卷、教案、课件、论文、素材以及各类教学资源下载，还有大量而丰富的教学相关资讯！" style="width:52.8pt;height:20.25pt" o:oleicon="f" o:ole="">
            <v:imagedata r:id="rId3166" o:title="eqId4ee955722281c51464dfd04c2469704b"/>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w:t>
      </w:r>
      <w:r>
        <w:pict>
          <v:shape id="_x0000_i713016" type="#_x0000_t75" alt="学科网(www.zxxk.com)--教育资源门户，提供试卷、教案、课件、论文、素材以及各类教学资源下载，还有大量而丰富的教学相关资讯！" style="width:61.85pt;height:34.15pt" o:oleicon="f" o:ole="">
            <v:imagedata r:id="rId3167" o:title="eqIdae8568ecaa0802fec85f20b3f3ef18e2"/>
          </v:shape>
        </w:pi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017" type="#_x0000_t75" alt="学科网(www.zxxk.com)--教育资源门户，提供试卷、教案、课件、论文、素材以及各类教学资源下载，还有大量而丰富的教学相关资讯！" style="width:52.25pt;height:30.95pt" o:oleicon="f" o:ole="">
            <v:imagedata r:id="rId3168" o:title="eqIdc99b42cc3b40cf7b8f9c9fc4ca1d3f90"/>
          </v:shape>
        </w:pict>
      </w:r>
      <w:r>
        <w:rPr>
          <w:rFonts w:ascii="宋体" w:eastAsia="宋体" w:hAnsi="宋体" w:cs="宋体"/>
          <w:color w:val="000000"/>
        </w:rPr>
        <w:t>或</w:t>
      </w:r>
      <w:r>
        <w:pict>
          <v:shape id="_x0000_i713018" type="#_x0000_t75" alt="学科网(www.zxxk.com)--教育资源门户，提供试卷、教案、课件、论文、素材以及各类教学资源下载，还有大量而丰富的教学相关资讯！" style="width:59.2pt;height:30.95pt" o:oleicon="f" o:ole="">
            <v:imagedata r:id="rId3169" o:title="eqId7c1fa278d981977ae49592b1e97e3982"/>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3019" type="#_x0000_t75" alt="学科网(www.zxxk.com)--教育资源门户，提供试卷、教案、课件、论文、素材以及各类教学资源下载，还有大量而丰富的教学相关资讯！" style="width:34.35pt;height:14.25pt" o:oleicon="f" o:ole="">
            <v:imagedata r:id="rId3170" o:title="eqId7a27dba44cc70bce79f2997a2e0ebd82"/>
          </v:shape>
        </w:pict>
      </w:r>
    </w:p>
    <w:p>
      <w:pPr>
        <w:spacing w:line="360" w:lineRule="auto"/>
        <w:jc w:val="both"/>
        <w:textAlignment w:val="center"/>
        <w:rPr>
          <w:color w:val="000000"/>
        </w:rPr>
      </w:pPr>
      <w:r>
        <w:rPr>
          <w:rFonts w:ascii="Times New Roman" w:eastAsia="Times New Roman" w:hAnsi="Times New Roman" w:cs="Times New Roman"/>
          <w:color w:val="000000"/>
        </w:rPr>
        <w:t>7b</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（舍去）或</w:t>
      </w:r>
      <w:r>
        <w:pict>
          <v:shape id="_x0000_i713020" type="#_x0000_t75" alt="学科网(www.zxxk.com)--教育资源门户，提供试卷、教案、课件、论文、素材以及各类教学资源下载，还有大量而丰富的教学相关资讯！" style="width:41.05pt;height:13.85pt" o:oleicon="f" o:ole="">
            <v:imagedata r:id="rId3171" o:title="eqId1cefacf8a0a10fad5b197682e829b64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021" type="#_x0000_t75" alt="学科网(www.zxxk.com)--教育资源门户，提供试卷、教案、课件、论文、素材以及各类教学资源下载，还有大量而丰富的教学相关资讯！" style="width:36.8pt;height:30.95pt" o:oleicon="f" o:ole="">
            <v:imagedata r:id="rId3172" o:title="eqId4c800b91d8c795881ce165e104dc20a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022" type="#_x0000_t75" alt="学科网(www.zxxk.com)--教育资源门户，提供试卷、教案、课件、论文、素材以及各类教学资源下载，还有大量而丰富的教学相关资讯！" style="width:12pt;height:30.75pt" o:oleicon="f" o:ole="">
            <v:imagedata r:id="rId3173" o:title="eqId2122e3f1e76a635e58e4d54aa594c552"/>
          </v:shape>
        </w:pict>
      </w:r>
      <w:r>
        <w:rPr>
          <w:rFonts w:ascii="宋体" w:eastAsia="宋体" w:hAnsi="宋体" w:cs="宋体"/>
          <w:color w:val="000000"/>
        </w:rPr>
        <w:t>的值为</w:t>
      </w:r>
      <w:r>
        <w:pict>
          <v:shape id="_x0000_i713023" type="#_x0000_t75" alt="学科网(www.zxxk.com)--教育资源门户，提供试卷、教案、课件、论文、素材以及各类教学资源下载，还有大量而丰富的教学相关资讯！" style="width:15.75pt;height:14.25pt" o:oleicon="f" o:ole="">
            <v:imagedata r:id="rId3174" o:title="eqIdd3aab28a20b5bf47040aaec03b1eb550"/>
          </v:shape>
        </w:pict>
      </w:r>
      <w:r>
        <w:rPr>
          <w:rFonts w:ascii="宋体" w:eastAsia="宋体" w:hAnsi="宋体" w:cs="宋体"/>
          <w:color w:val="000000"/>
        </w:rPr>
        <w:t>或</w:t>
      </w:r>
      <w:r>
        <w:pict>
          <v:shape id="_x0000_i713024" type="#_x0000_t75" alt="学科网(www.zxxk.com)--教育资源门户，提供试卷、教案、课件、论文、素材以及各类教学资源下载，还有大量而丰富的教学相关资讯！" style="width:19.4pt;height:31.3pt" o:oleicon="f" o:ole="">
            <v:imagedata r:id="rId3175" o:title="eqId2267442b286785e89a0b5fb19b039669"/>
          </v:shape>
        </w:pict>
      </w:r>
    </w:p>
    <w:p>
      <w:pPr>
        <w:spacing w:line="360" w:lineRule="auto"/>
        <w:jc w:val="both"/>
        <w:textAlignment w:val="center"/>
        <w:rPr>
          <w:color w:val="000000"/>
        </w:rPr>
      </w:pPr>
      <w:r>
        <w:rPr>
          <w:color w:val="000000"/>
        </w:rPr>
        <w:t>【点睛】</w:t>
      </w:r>
      <w:r>
        <w:rPr>
          <w:rFonts w:ascii="宋体" w:eastAsia="宋体" w:hAnsi="宋体" w:cs="宋体"/>
          <w:color w:val="000000"/>
        </w:rPr>
        <w:t>本题考查了阅读理解能力，非负数的性质，解题的关键是分类讨论的思想．</w:t>
      </w:r>
    </w:p>
    <w:p>
      <w:pPr>
        <w:spacing w:line="360" w:lineRule="auto"/>
        <w:jc w:val="left"/>
        <w:textAlignment w:val="center"/>
        <w:rPr>
          <w:color w:val="000000"/>
        </w:rPr>
      </w:pPr>
      <w:r>
        <w:rPr>
          <w:color w:val="000000"/>
        </w:rPr>
        <w:t xml:space="preserve">27.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是弹力墙</w:t>
      </w:r>
      <w:r>
        <w:pict>
          <v:shape id="_x0000_i713025" type="#_x0000_t75" alt="学科网(www.zxxk.com)--教育资源门户，提供试卷、教案、课件、论文、素材以及各类教学资源下载，还有大量而丰富的教学相关资讯！" style="width:23.25pt;height:14.25pt" o:oleicon="f" o:ole="">
            <v:imagedata r:id="rId3176" o:title="eqId411461db15ee8086332c531e086c40c7"/>
          </v:shape>
        </w:pict>
      </w:r>
      <w:r>
        <w:rPr>
          <w:rFonts w:ascii="宋体" w:eastAsia="宋体" w:hAnsi="宋体" w:cs="宋体"/>
          <w:color w:val="000000"/>
        </w:rPr>
        <w:t>上一点，魔法棒从</w:t>
      </w:r>
      <w:r>
        <w:pict>
          <v:shape id="_x0000_i713026" type="#_x0000_t75" alt="学科网(www.zxxk.com)--教育资源门户，提供试卷、教案、课件、论文、素材以及各类教学资源下载，还有大量而丰富的教学相关资讯！" style="width:22.5pt;height:12.75pt" o:oleicon="f" o:ole="">
            <v:imagedata r:id="rId3177" o:title="eqIdaaf3369e0ea90e8d5cf4b6b3c45c0fd8"/>
          </v:shape>
        </w:pict>
      </w:r>
      <w:r>
        <w:rPr>
          <w:rFonts w:ascii="宋体" w:eastAsia="宋体" w:hAnsi="宋体" w:cs="宋体"/>
          <w:color w:val="000000"/>
        </w:rPr>
        <w:t>的位置开始绕点</w:t>
      </w:r>
      <w:r>
        <w:rPr>
          <w:rFonts w:ascii="Times New Roman" w:eastAsia="Times New Roman" w:hAnsi="Times New Roman" w:cs="Times New Roman"/>
          <w:i/>
          <w:color w:val="000000"/>
        </w:rPr>
        <w:t>O</w:t>
      </w:r>
      <w:r>
        <w:rPr>
          <w:rFonts w:ascii="宋体" w:eastAsia="宋体" w:hAnsi="宋体" w:cs="宋体"/>
          <w:color w:val="000000"/>
        </w:rPr>
        <w:t>向</w:t>
      </w:r>
      <w:r>
        <w:pict>
          <v:shape id="_x0000_i713027" type="#_x0000_t75" alt="学科网(www.zxxk.com)--教育资源门户，提供试卷、教案、课件、论文、素材以及各类教学资源下载，还有大量而丰富的教学相关资讯！" style="width:18.65pt;height:12.95pt" o:oleicon="f" o:ole="">
            <v:imagedata r:id="rId3178" o:title="eqId88e9f7d1272b7344346b58b660aa260a"/>
          </v:shape>
        </w:pict>
      </w:r>
      <w:r>
        <w:rPr>
          <w:rFonts w:ascii="宋体" w:eastAsia="宋体" w:hAnsi="宋体" w:cs="宋体"/>
          <w:color w:val="000000"/>
        </w:rPr>
        <w:t>的位置顺时针旋转，当转到</w:t>
      </w:r>
      <w:r>
        <w:pict>
          <v:shape id="_x0000_i713028" type="#_x0000_t75" alt="学科网(www.zxxk.com)--教育资源门户，提供试卷、教案、课件、论文、素材以及各类教学资源下载，还有大量而丰富的教学相关资讯！" style="width:18.65pt;height:12.95pt" o:oleicon="f" o:ole="">
            <v:imagedata r:id="rId3178" o:title="eqId88e9f7d1272b7344346b58b660aa260a"/>
          </v:shape>
        </w:pict>
      </w:r>
      <w:r>
        <w:rPr>
          <w:rFonts w:ascii="宋体" w:eastAsia="宋体" w:hAnsi="宋体" w:cs="宋体"/>
          <w:color w:val="000000"/>
        </w:rPr>
        <w:t>位置时，则从</w:t>
      </w:r>
      <w:r>
        <w:pict>
          <v:shape id="_x0000_i713029" type="#_x0000_t75" alt="学科网(www.zxxk.com)--教育资源门户，提供试卷、教案、课件、论文、素材以及各类教学资源下载，还有大量而丰富的教学相关资讯！" style="width:18.65pt;height:12.95pt" o:oleicon="f" o:ole="">
            <v:imagedata r:id="rId3178" o:title="eqId88e9f7d1272b7344346b58b660aa260a"/>
          </v:shape>
        </w:pict>
      </w:r>
      <w:r>
        <w:rPr>
          <w:rFonts w:ascii="宋体" w:eastAsia="宋体" w:hAnsi="宋体" w:cs="宋体"/>
          <w:color w:val="000000"/>
        </w:rPr>
        <w:t>位置弹回，继续向</w:t>
      </w:r>
      <w:r>
        <w:pict>
          <v:shape id="_x0000_i713030" type="#_x0000_t75" alt="学科网(www.zxxk.com)--教育资源门户，提供试卷、教案、课件、论文、素材以及各类教学资源下载，还有大量而丰富的教学相关资讯！" style="width:22.5pt;height:12.75pt" o:oleicon="f" o:ole="">
            <v:imagedata r:id="rId3177" o:title="eqIdaaf3369e0ea90e8d5cf4b6b3c45c0fd8"/>
          </v:shape>
        </w:pict>
      </w:r>
      <w:r>
        <w:rPr>
          <w:rFonts w:ascii="宋体" w:eastAsia="宋体" w:hAnsi="宋体" w:cs="宋体"/>
          <w:color w:val="000000"/>
        </w:rPr>
        <w:t>位置旋转；当转到</w:t>
      </w:r>
      <w:r>
        <w:pict>
          <v:shape id="_x0000_i713031" type="#_x0000_t75" alt="学科网(www.zxxk.com)--教育资源门户，提供试卷、教案、课件、论文、素材以及各类教学资源下载，还有大量而丰富的教学相关资讯！" style="width:22.5pt;height:12.75pt" o:oleicon="f" o:ole="">
            <v:imagedata r:id="rId3177" o:title="eqIdaaf3369e0ea90e8d5cf4b6b3c45c0fd8"/>
          </v:shape>
        </w:pict>
      </w:r>
      <w:r>
        <w:rPr>
          <w:rFonts w:ascii="宋体" w:eastAsia="宋体" w:hAnsi="宋体" w:cs="宋体"/>
          <w:color w:val="000000"/>
        </w:rPr>
        <w:t>位置时，再从</w:t>
      </w:r>
      <w:r>
        <w:pict>
          <v:shape id="_x0000_i713032" type="#_x0000_t75" alt="学科网(www.zxxk.com)--教育资源门户，提供试卷、教案、课件、论文、素材以及各类教学资源下载，还有大量而丰富的教学相关资讯！" style="width:22.5pt;height:12.75pt" o:oleicon="f" o:ole="">
            <v:imagedata r:id="rId3177" o:title="eqIdaaf3369e0ea90e8d5cf4b6b3c45c0fd8"/>
          </v:shape>
        </w:pict>
      </w:r>
      <w:r>
        <w:rPr>
          <w:rFonts w:ascii="宋体" w:eastAsia="宋体" w:hAnsi="宋体" w:cs="宋体"/>
          <w:color w:val="000000"/>
        </w:rPr>
        <w:t>的位置弹回，继续转向</w:t>
      </w:r>
      <w:r>
        <w:pict>
          <v:shape id="_x0000_i713033" type="#_x0000_t75" alt="学科网(www.zxxk.com)--教育资源门户，提供试卷、教案、课件、论文、素材以及各类教学资源下载，还有大量而丰富的教学相关资讯！" style="width:18.65pt;height:12.95pt" o:oleicon="f" o:ole="">
            <v:imagedata r:id="rId3178" o:title="eqId88e9f7d1272b7344346b58b660aa260a"/>
          </v:shape>
        </w:pict>
      </w:r>
      <w:r>
        <w:rPr>
          <w:rFonts w:ascii="宋体" w:eastAsia="宋体" w:hAnsi="宋体" w:cs="宋体"/>
          <w:color w:val="000000"/>
        </w:rPr>
        <w:t>位置，</w:t>
      </w:r>
      <w:r>
        <w:rPr>
          <w:rFonts w:ascii="Times New Roman" w:eastAsia="Times New Roman" w:hAnsi="Times New Roman" w:cs="Times New Roman"/>
          <w:color w:val="000000"/>
        </w:rPr>
        <w:t>…</w:t>
      </w:r>
      <w:r>
        <w:rPr>
          <w:rFonts w:ascii="宋体" w:eastAsia="宋体" w:hAnsi="宋体" w:cs="宋体"/>
          <w:color w:val="000000"/>
        </w:rPr>
        <w:t>，如此反复．按照这种方式将魔法棒进行如下步骤的旋转：第</w:t>
      </w:r>
      <w:r>
        <w:rPr>
          <w:rFonts w:ascii="Times New Roman" w:eastAsia="Times New Roman" w:hAnsi="Times New Roman" w:cs="Times New Roman"/>
          <w:color w:val="000000"/>
        </w:rPr>
        <w:t>1</w:t>
      </w:r>
      <w:r>
        <w:rPr>
          <w:rFonts w:ascii="宋体" w:eastAsia="宋体" w:hAnsi="宋体" w:cs="宋体"/>
          <w:color w:val="000000"/>
        </w:rPr>
        <w:t>步，从</w:t>
      </w:r>
      <w:r>
        <w:pict>
          <v:shape id="_x0000_i713034" type="#_x0000_t75" alt="学科网(www.zxxk.com)--教育资源门户，提供试卷、教案、课件、论文、素材以及各类教学资源下载，还有大量而丰富的教学相关资讯！" style="width:22pt;height:18pt" o:oleicon="f" o:ole="">
            <v:imagedata r:id="rId3179" o:title="eqId9b91a9785967490fb610b822d99b8aee"/>
          </v:shape>
        </w:pict>
      </w:r>
      <w:r>
        <w:rPr>
          <w:rFonts w:ascii="宋体" w:eastAsia="宋体" w:hAnsi="宋体" w:cs="宋体"/>
          <w:color w:val="000000"/>
        </w:rPr>
        <w:t>（</w:t>
      </w:r>
      <w:r>
        <w:pict>
          <v:shape id="_x0000_i713035" type="#_x0000_t75" alt="学科网(www.zxxk.com)--教育资源门户，提供试卷、教案、课件、论文、素材以及各类教学资源下载，还有大量而丰富的教学相关资讯！" style="width:22pt;height:18pt" o:oleicon="f" o:ole="">
            <v:imagedata r:id="rId3179" o:title="eqId9b91a9785967490fb610b822d99b8aee"/>
          </v:shape>
        </w:pict>
      </w:r>
      <w:r>
        <w:rPr>
          <w:rFonts w:ascii="宋体" w:eastAsia="宋体" w:hAnsi="宋体" w:cs="宋体"/>
          <w:color w:val="000000"/>
        </w:rPr>
        <w:t>在</w:t>
      </w:r>
      <w:r>
        <w:pict>
          <v:shape id="_x0000_i713036" type="#_x0000_t75" alt="学科网(www.zxxk.com)--教育资源门户，提供试卷、教案、课件、论文、素材以及各类教学资源下载，还有大量而丰富的教学相关资讯！" style="width:22.5pt;height:12.75pt" o:oleicon="f" o:ole="">
            <v:imagedata r:id="rId3177" o:title="eqIdaaf3369e0ea90e8d5cf4b6b3c45c0fd8"/>
          </v:shape>
        </w:pict>
      </w:r>
      <w:r>
        <w:rPr>
          <w:rFonts w:ascii="宋体" w:eastAsia="宋体" w:hAnsi="宋体" w:cs="宋体"/>
          <w:color w:val="000000"/>
        </w:rPr>
        <w:t>上）开始旋转</w:t>
      </w:r>
      <w:r>
        <w:rPr>
          <w:rFonts w:ascii="Times New Roman" w:eastAsia="Times New Roman" w:hAnsi="Times New Roman" w:cs="Times New Roman"/>
          <w:i/>
          <w:color w:val="000000"/>
        </w:rPr>
        <w:t>α</w:t>
      </w:r>
      <w:r>
        <w:rPr>
          <w:rFonts w:ascii="宋体" w:eastAsia="宋体" w:hAnsi="宋体" w:cs="宋体"/>
          <w:color w:val="000000"/>
        </w:rPr>
        <w:t>至</w:t>
      </w:r>
      <w:r>
        <w:pict>
          <v:shape id="_x0000_i713037" type="#_x0000_t75" alt="学科网(www.zxxk.com)--教育资源门户，提供试卷、教案、课件、论文、素材以及各类教学资源下载，还有大量而丰富的教学相关资讯！" style="width:21pt;height:18.6pt" o:oleicon="f" o:ole="">
            <v:imagedata r:id="rId3180" o:title="eqId4195334905e2f190f958dbf5951456f8"/>
          </v:shape>
        </w:pi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步，从</w:t>
      </w:r>
      <w:r>
        <w:pict>
          <v:shape id="_x0000_i713038" type="#_x0000_t75" alt="学科网(www.zxxk.com)--教育资源门户，提供试卷、教案、课件、论文、素材以及各类教学资源下载，还有大量而丰富的教学相关资讯！" style="width:21pt;height:18.6pt" o:oleicon="f" o:ole="">
            <v:imagedata r:id="rId3180" o:title="eqId4195334905e2f190f958dbf5951456f8"/>
          </v:shape>
        </w:pict>
      </w:r>
      <w:r>
        <w:rPr>
          <w:rFonts w:ascii="宋体" w:eastAsia="宋体" w:hAnsi="宋体" w:cs="宋体"/>
          <w:color w:val="000000"/>
        </w:rPr>
        <w:t>开始继续旋转</w:t>
      </w:r>
      <w:r>
        <w:rPr>
          <w:rFonts w:ascii="Times New Roman" w:eastAsia="Times New Roman" w:hAnsi="Times New Roman" w:cs="Times New Roman"/>
          <w:color w:val="000000"/>
        </w:rPr>
        <w:t>2</w:t>
      </w:r>
      <w:r>
        <w:rPr>
          <w:rFonts w:ascii="Times New Roman" w:eastAsia="Times New Roman" w:hAnsi="Times New Roman" w:cs="Times New Roman"/>
          <w:i/>
          <w:color w:val="000000"/>
        </w:rPr>
        <w:t>α</w:t>
      </w:r>
      <w:r>
        <w:rPr>
          <w:rFonts w:ascii="宋体" w:eastAsia="宋体" w:hAnsi="宋体" w:cs="宋体"/>
          <w:color w:val="000000"/>
        </w:rPr>
        <w:t>至</w:t>
      </w:r>
      <w:r>
        <w:pict>
          <v:shape id="_x0000_i713039" type="#_x0000_t75" alt="学科网(www.zxxk.com)--教育资源门户，提供试卷、教案、课件、论文、素材以及各类教学资源下载，还有大量而丰富的教学相关资讯！" style="width:21.75pt;height:18pt" o:oleicon="f" o:ole="">
            <v:imagedata r:id="rId3181" o:title="eqId1c76916c6ff302cf4fb4b6ace5bb3a95"/>
          </v:shape>
        </w:pic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步，从</w:t>
      </w:r>
      <w:r>
        <w:pict>
          <v:shape id="_x0000_i713040" type="#_x0000_t75" alt="学科网(www.zxxk.com)--教育资源门户，提供试卷、教案、课件、论文、素材以及各类教学资源下载，还有大量而丰富的教学相关资讯！" style="width:21.75pt;height:18pt" o:oleicon="f" o:ole="">
            <v:imagedata r:id="rId3181" o:title="eqId1c76916c6ff302cf4fb4b6ace5bb3a95"/>
          </v:shape>
        </w:pict>
      </w:r>
      <w:r>
        <w:rPr>
          <w:rFonts w:ascii="宋体" w:eastAsia="宋体" w:hAnsi="宋体" w:cs="宋体"/>
          <w:color w:val="000000"/>
        </w:rPr>
        <w:t>开始继续旋转</w:t>
      </w:r>
      <w:r>
        <w:rPr>
          <w:rFonts w:ascii="Times New Roman" w:eastAsia="Times New Roman" w:hAnsi="Times New Roman" w:cs="Times New Roman"/>
          <w:color w:val="000000"/>
        </w:rPr>
        <w:t>3</w:t>
      </w:r>
      <w:r>
        <w:rPr>
          <w:rFonts w:ascii="Times New Roman" w:eastAsia="Times New Roman" w:hAnsi="Times New Roman" w:cs="Times New Roman"/>
          <w:i/>
          <w:color w:val="000000"/>
        </w:rPr>
        <w:t>α</w:t>
      </w:r>
      <w:r>
        <w:rPr>
          <w:rFonts w:ascii="宋体" w:eastAsia="宋体" w:hAnsi="宋体" w:cs="宋体"/>
          <w:color w:val="000000"/>
        </w:rPr>
        <w:t>至</w:t>
      </w:r>
      <w:r>
        <w:pict>
          <v:shape id="_x0000_i713041" type="#_x0000_t75" alt="学科网(www.zxxk.com)--教育资源门户，提供试卷、教案、课件、论文、素材以及各类教学资源下载，还有大量而丰富的教学相关资讯！" style="width:21.75pt;height:18pt" o:oleicon="f" o:ole="">
            <v:imagedata r:id="rId3182" o:title="eqId181f7b988095b7285557491c7bb2fb5c"/>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例如：当</w:t>
      </w:r>
      <w:r>
        <w:pict>
          <v:shape id="_x0000_i713042" type="#_x0000_t75" alt="学科网(www.zxxk.com)--教育资源门户，提供试卷、教案、课件、论文、素材以及各类教学资源下载，还有大量而丰富的教学相关资讯！" style="width:40.75pt;height:14.25pt" o:oleicon="f" o:ole="">
            <v:imagedata r:id="rId3183" o:title="eqIdb6c96cb3ac8290e09c55d4eb336a8608"/>
          </v:shape>
        </w:pict>
      </w:r>
      <w:r>
        <w:rPr>
          <w:rFonts w:ascii="宋体" w:eastAsia="宋体" w:hAnsi="宋体" w:cs="宋体"/>
          <w:color w:val="000000"/>
        </w:rPr>
        <w:t>时，</w:t>
      </w:r>
      <w:r>
        <w:pict>
          <v:shape id="_x0000_i713043" type="#_x0000_t75" alt="学科网(www.zxxk.com)--教育资源门户，提供试卷、教案、课件、论文、素材以及各类教学资源下载，还有大量而丰富的教学相关资讯！" style="width:21pt;height:18.6pt" o:oleicon="f" o:ole="">
            <v:imagedata r:id="rId3184" o:title="eqId4195334905e2f190f958dbf5951456f8"/>
          </v:shape>
        </w:pict>
      </w:r>
      <w:r>
        <w:rPr>
          <w:rFonts w:ascii="宋体" w:eastAsia="宋体" w:hAnsi="宋体" w:cs="宋体"/>
          <w:color w:val="000000"/>
        </w:rPr>
        <w:t>，</w:t>
      </w:r>
      <w:r>
        <w:pict>
          <v:shape id="_x0000_i713044" type="#_x0000_t75" alt="学科网(www.zxxk.com)--教育资源门户，提供试卷、教案、课件、论文、素材以及各类教学资源下载，还有大量而丰富的教学相关资讯！" style="width:21.75pt;height:18pt" o:oleicon="f" o:ole="">
            <v:imagedata r:id="rId3185" o:title="eqId1c76916c6ff302cf4fb4b6ace5bb3a95"/>
          </v:shape>
        </w:pict>
      </w:r>
      <w:r>
        <w:rPr>
          <w:rFonts w:ascii="宋体" w:eastAsia="宋体" w:hAnsi="宋体" w:cs="宋体"/>
          <w:color w:val="000000"/>
        </w:rPr>
        <w:t>，</w:t>
      </w:r>
      <w:r>
        <w:pict>
          <v:shape id="_x0000_i713045" type="#_x0000_t75" alt="学科网(www.zxxk.com)--教育资源门户，提供试卷、教案、课件、论文、素材以及各类教学资源下载，还有大量而丰富的教学相关资讯！" style="width:21.75pt;height:18pt" o:oleicon="f" o:ole="">
            <v:imagedata r:id="rId3186" o:title="eqId181f7b988095b7285557491c7bb2fb5c"/>
          </v:shape>
        </w:pict>
      </w:r>
      <w:r>
        <w:rPr>
          <w:rFonts w:ascii="宋体" w:eastAsia="宋体" w:hAnsi="宋体" w:cs="宋体"/>
          <w:color w:val="000000"/>
        </w:rPr>
        <w:t>，</w:t>
      </w:r>
      <w:r>
        <w:pict>
          <v:shape id="_x0000_i713046" type="#_x0000_t75" alt="学科网(www.zxxk.com)--教育资源门户，提供试卷、教案、课件、论文、素材以及各类教学资源下载，还有大量而丰富的教学相关资讯！" style="width:21.75pt;height:18pt" o:oleicon="f" o:ole="">
            <v:imagedata r:id="rId3187" o:title="eqId8bfebbfa1df7fa250fab46751b8c52a8"/>
          </v:shape>
        </w:pict>
      </w:r>
      <w:r>
        <w:rPr>
          <w:rFonts w:ascii="宋体" w:eastAsia="宋体" w:hAnsi="宋体" w:cs="宋体"/>
          <w:color w:val="000000"/>
        </w:rPr>
        <w:t>的位置如图</w:t>
      </w:r>
      <w:r>
        <w:rPr>
          <w:rFonts w:ascii="Times New Roman" w:eastAsia="Times New Roman" w:hAnsi="Times New Roman" w:cs="Times New Roman"/>
          <w:color w:val="000000"/>
        </w:rPr>
        <w:t>2</w:t>
      </w:r>
      <w:r>
        <w:rPr>
          <w:rFonts w:ascii="宋体" w:eastAsia="宋体" w:hAnsi="宋体" w:cs="宋体"/>
          <w:color w:val="000000"/>
        </w:rPr>
        <w:t>所示，其中</w:t>
      </w:r>
      <w:r>
        <w:pict>
          <v:shape id="_x0000_i713047" type="#_x0000_t75" alt="学科网(www.zxxk.com)--教育资源门户，提供试卷、教案、课件、论文、素材以及各类教学资源下载，还有大量而丰富的教学相关资讯！" style="width:21.75pt;height:18pt" o:oleicon="f" o:ole="">
            <v:imagedata r:id="rId3186" o:title="eqId181f7b988095b7285557491c7bb2fb5c"/>
          </v:shape>
        </w:pict>
      </w:r>
      <w:r>
        <w:rPr>
          <w:rFonts w:ascii="宋体" w:eastAsia="宋体" w:hAnsi="宋体" w:cs="宋体"/>
          <w:color w:val="000000"/>
        </w:rPr>
        <w:t>恰好落在</w:t>
      </w:r>
      <w:r>
        <w:pict>
          <v:shape id="_x0000_i713048" type="#_x0000_t75" alt="学科网(www.zxxk.com)--教育资源门户，提供试卷、教案、课件、论文、素材以及各类教学资源下载，还有大量而丰富的教学相关资讯！" style="width:18.65pt;height:12.95pt" o:oleicon="f" o:ole="">
            <v:imagedata r:id="rId3188" o:title="eqId88e9f7d1272b7344346b58b660aa260a"/>
          </v:shape>
        </w:pict>
      </w:r>
      <w:r>
        <w:rPr>
          <w:rFonts w:ascii="宋体" w:eastAsia="宋体" w:hAnsi="宋体" w:cs="宋体"/>
          <w:color w:val="000000"/>
        </w:rPr>
        <w:t>上，</w:t>
      </w:r>
      <w:r>
        <w:pict>
          <v:shape id="_x0000_i713049" type="#_x0000_t75" alt="学科网(www.zxxk.com)--教育资源门户，提供试卷、教案、课件、论文、素材以及各类教学资源下载，还有大量而丰富的教学相关资讯！" style="width:75.75pt;height:18pt" o:oleicon="f" o:ole="">
            <v:imagedata r:id="rId3189" o:title="eqId5b7f34a87f7cfafa29448dbcc02a2e2d"/>
          </v:shape>
        </w:pict>
      </w:r>
      <w:r>
        <w:rPr>
          <w:rFonts w:ascii="宋体" w:eastAsia="宋体" w:hAnsi="宋体" w:cs="宋体"/>
          <w:color w:val="000000"/>
        </w:rPr>
        <w:t>；当</w:t>
      </w:r>
      <w:r>
        <w:pict>
          <v:shape id="_x0000_i713050" type="#_x0000_t75" alt="学科网(www.zxxk.com)--教育资源门户，提供试卷、教案、课件、论文、素材以及各类教学资源下载，还有大量而丰富的教学相关资讯！" style="width:40.25pt;height:14.1pt" o:oleicon="f" o:ole="">
            <v:imagedata r:id="rId3190" o:title="eqId7209c73ac82338a7def4decc693dc633"/>
          </v:shape>
        </w:pict>
      </w:r>
      <w:r>
        <w:rPr>
          <w:rFonts w:ascii="宋体" w:eastAsia="宋体" w:hAnsi="宋体" w:cs="宋体"/>
          <w:color w:val="000000"/>
        </w:rPr>
        <w:t>时，</w:t>
      </w:r>
      <w:r>
        <w:pict>
          <v:shape id="_x0000_i713051" type="#_x0000_t75" alt="学科网(www.zxxk.com)--教育资源门户，提供试卷、教案、课件、论文、素材以及各类教学资源下载，还有大量而丰富的教学相关资讯！" style="width:21pt;height:18.6pt" o:oleicon="f" o:ole="">
            <v:imagedata r:id="rId3184" o:title="eqId4195334905e2f190f958dbf5951456f8"/>
          </v:shape>
        </w:pict>
      </w:r>
      <w:r>
        <w:rPr>
          <w:rFonts w:ascii="宋体" w:eastAsia="宋体" w:hAnsi="宋体" w:cs="宋体"/>
          <w:color w:val="000000"/>
        </w:rPr>
        <w:t>，</w:t>
      </w:r>
      <w:r>
        <w:pict>
          <v:shape id="_x0000_i713052" type="#_x0000_t75" alt="学科网(www.zxxk.com)--教育资源门户，提供试卷、教案、课件、论文、素材以及各类教学资源下载，还有大量而丰富的教学相关资讯！" style="width:21.75pt;height:18pt" o:oleicon="f" o:ole="">
            <v:imagedata r:id="rId3185" o:title="eqId1c76916c6ff302cf4fb4b6ace5bb3a95"/>
          </v:shape>
        </w:pict>
      </w:r>
      <w:r>
        <w:rPr>
          <w:rFonts w:ascii="宋体" w:eastAsia="宋体" w:hAnsi="宋体" w:cs="宋体"/>
          <w:color w:val="000000"/>
        </w:rPr>
        <w:t>，</w:t>
      </w:r>
      <w:r>
        <w:pict>
          <v:shape id="_x0000_i713053" type="#_x0000_t75" alt="学科网(www.zxxk.com)--教育资源门户，提供试卷、教案、课件、论文、素材以及各类教学资源下载，还有大量而丰富的教学相关资讯！" style="width:21.75pt;height:18pt" o:oleicon="f" o:ole="">
            <v:imagedata r:id="rId3186" o:title="eqId181f7b988095b7285557491c7bb2fb5c"/>
          </v:shape>
        </w:pict>
      </w:r>
      <w:r>
        <w:rPr>
          <w:rFonts w:ascii="宋体" w:eastAsia="宋体" w:hAnsi="宋体" w:cs="宋体"/>
          <w:color w:val="000000"/>
        </w:rPr>
        <w:t>，</w:t>
      </w:r>
      <w:r>
        <w:pict>
          <v:shape id="_x0000_i713054" type="#_x0000_t75" alt="学科网(www.zxxk.com)--教育资源门户，提供试卷、教案、课件、论文、素材以及各类教学资源下载，还有大量而丰富的教学相关资讯！" style="width:21.75pt;height:18pt" o:oleicon="f" o:ole="">
            <v:imagedata r:id="rId3187" o:title="eqId8bfebbfa1df7fa250fab46751b8c52a8"/>
          </v:shape>
        </w:pict>
      </w:r>
      <w:r>
        <w:rPr>
          <w:rFonts w:ascii="宋体" w:eastAsia="宋体" w:hAnsi="宋体" w:cs="宋体"/>
          <w:color w:val="000000"/>
        </w:rPr>
        <w:t>，</w:t>
      </w:r>
      <w:r>
        <w:pict>
          <v:shape id="_x0000_i713055" type="#_x0000_t75" alt="学科网(www.zxxk.com)--教育资源门户，提供试卷、教案、课件、论文、素材以及各类教学资源下载，还有大量而丰富的教学相关资讯！" style="width:21.75pt;height:18pt" o:oleicon="f" o:ole="">
            <v:imagedata r:id="rId3191" o:title="eqIdf346cb68d9fba5dc43b0c48516a5f543"/>
          </v:shape>
        </w:pict>
      </w:r>
      <w:r>
        <w:rPr>
          <w:rFonts w:ascii="宋体" w:eastAsia="宋体" w:hAnsi="宋体" w:cs="宋体"/>
          <w:color w:val="000000"/>
        </w:rPr>
        <w:t>的位置如图</w:t>
      </w:r>
      <w:r>
        <w:rPr>
          <w:rFonts w:ascii="Times New Roman" w:eastAsia="Times New Roman" w:hAnsi="Times New Roman" w:cs="Times New Roman"/>
          <w:color w:val="000000"/>
        </w:rPr>
        <w:t>3</w:t>
      </w:r>
      <w:r>
        <w:rPr>
          <w:rFonts w:ascii="宋体" w:eastAsia="宋体" w:hAnsi="宋体" w:cs="宋体"/>
          <w:color w:val="000000"/>
        </w:rPr>
        <w:t>所示，其中第</w:t>
      </w:r>
      <w:r>
        <w:rPr>
          <w:rFonts w:ascii="Times New Roman" w:eastAsia="Times New Roman" w:hAnsi="Times New Roman" w:cs="Times New Roman"/>
          <w:color w:val="000000"/>
        </w:rPr>
        <w:t>4</w:t>
      </w:r>
      <w:r>
        <w:rPr>
          <w:rFonts w:ascii="宋体" w:eastAsia="宋体" w:hAnsi="宋体" w:cs="宋体"/>
          <w:color w:val="000000"/>
        </w:rPr>
        <w:t>步旋转到</w:t>
      </w:r>
      <w:r>
        <w:pict>
          <v:shape id="_x0000_i713056" type="#_x0000_t75" alt="学科网(www.zxxk.com)--教育资源门户，提供试卷、教案、课件、论文、素材以及各类教学资源下载，还有大量而丰富的教学相关资讯！" style="width:21pt;height:14.25pt" o:oleicon="f" o:ole="">
            <v:imagedata r:id="rId3192" o:title="eqId075bc6df108c9c2b3b5ac46bca7c8d3a"/>
          </v:shape>
        </w:pict>
      </w:r>
      <w:r>
        <w:rPr>
          <w:rFonts w:ascii="宋体" w:eastAsia="宋体" w:hAnsi="宋体" w:cs="宋体"/>
          <w:color w:val="000000"/>
        </w:rPr>
        <w:t>后弹回，即</w:t>
      </w:r>
      <w:r>
        <w:pict>
          <v:shape id="_x0000_i713057" type="#_x0000_t75" alt="学科网(www.zxxk.com)--教育资源门户，提供试卷、教案、课件、论文、素材以及各类教学资源下载，还有大量而丰富的教学相关资讯！" style="width:116.25pt;height:18pt" o:oleicon="f" o:ole="">
            <v:imagedata r:id="rId3193" o:title="eqId18cbf348d5df5ac5edd39ca34d56fc75"/>
          </v:shape>
        </w:pict>
      </w:r>
      <w:r>
        <w:rPr>
          <w:rFonts w:ascii="宋体" w:eastAsia="宋体" w:hAnsi="宋体" w:cs="宋体"/>
          <w:color w:val="000000"/>
        </w:rPr>
        <w:t>，而</w:t>
      </w:r>
      <w:r>
        <w:pict>
          <v:shape id="_x0000_i713058" type="#_x0000_t75" alt="学科网(www.zxxk.com)--教育资源门户，提供试卷、教案、课件、论文、素材以及各类教学资源下载，还有大量而丰富的教学相关资讯！" style="width:21.75pt;height:18pt" o:oleicon="f" o:ole="">
            <v:imagedata r:id="rId3191" o:title="eqIdf346cb68d9fba5dc43b0c48516a5f543"/>
          </v:shape>
        </w:pict>
      </w:r>
      <w:r>
        <w:rPr>
          <w:rFonts w:ascii="宋体" w:eastAsia="宋体" w:hAnsi="宋体" w:cs="宋体"/>
          <w:color w:val="000000"/>
        </w:rPr>
        <w:t>恰好与</w:t>
      </w:r>
      <w:r>
        <w:pict>
          <v:shape id="_x0000_i713059" type="#_x0000_t75" alt="学科网(www.zxxk.com)--教育资源门户，提供试卷、教案、课件、论文、素材以及各类教学资源下载，还有大量而丰富的教学相关资讯！" style="width:21.75pt;height:18pt" o:oleicon="f" o:ole="">
            <v:imagedata r:id="rId3185" o:title="eqId1c76916c6ff302cf4fb4b6ace5bb3a95"/>
          </v:shape>
        </w:pict>
      </w:r>
      <w:r>
        <w:rPr>
          <w:rFonts w:ascii="宋体" w:eastAsia="宋体" w:hAnsi="宋体" w:cs="宋体"/>
          <w:color w:val="000000"/>
        </w:rPr>
        <w:t>重合．解决如下问题：</w:t>
      </w:r>
    </w:p>
    <w:p>
      <w:pPr>
        <w:spacing w:line="360" w:lineRule="auto"/>
        <w:jc w:val="left"/>
        <w:textAlignment w:val="center"/>
        <w:rPr>
          <w:color w:val="000000"/>
        </w:rPr>
      </w:pPr>
      <w:r>
        <w:rPr>
          <w:color w:val="000000"/>
        </w:rPr>
        <w:drawing>
          <wp:inline>
            <wp:extent cx="3733800" cy="1438275"/>
            <wp:docPr id="33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 name=""/>
                    <pic:cNvPicPr>
                      <a:picLocks noChangeAspect="1"/>
                    </pic:cNvPicPr>
                  </pic:nvPicPr>
                  <pic:blipFill>
                    <a:blip r:embed="rId3194"/>
                    <a:stretch>
                      <a:fillRect/>
                    </a:stretch>
                  </pic:blipFill>
                  <pic:spPr>
                    <a:xfrm>
                      <a:off x="0" y="0"/>
                      <a:ext cx="3733800" cy="1438275"/>
                    </a:xfrm>
                    <a:prstGeom prst="rect">
                      <a:avLst/>
                    </a:prstGeom>
                  </pic:spPr>
                </pic:pic>
              </a:graphicData>
            </a:graphic>
          </wp:inline>
        </w:drawing>
      </w:r>
    </w:p>
    <w:p>
      <w:pPr>
        <w:spacing w:line="360" w:lineRule="auto"/>
        <w:jc w:val="left"/>
        <w:textAlignment w:val="center"/>
        <w:rPr>
          <w:color w:val="000000"/>
        </w:rPr>
      </w:pPr>
      <w:r>
        <w:rPr>
          <w:color w:val="000000"/>
        </w:rPr>
        <w:drawing>
          <wp:inline>
            <wp:extent cx="3733800" cy="1438275"/>
            <wp:docPr id="33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 name=""/>
                    <pic:cNvPicPr>
                      <a:picLocks noChangeAspect="1"/>
                    </pic:cNvPicPr>
                  </pic:nvPicPr>
                  <pic:blipFill>
                    <a:blip r:embed="rId3195"/>
                    <a:stretch>
                      <a:fillRect/>
                    </a:stretch>
                  </pic:blipFill>
                  <pic:spPr>
                    <a:xfrm>
                      <a:off x="0" y="0"/>
                      <a:ext cx="3733800" cy="1438275"/>
                    </a:xfrm>
                    <a:prstGeom prst="rect">
                      <a:avLst/>
                    </a:prstGeom>
                  </pic:spPr>
                </pic:pic>
              </a:graphicData>
            </a:graphic>
          </wp:inline>
        </w:drawing>
      </w:r>
    </w:p>
    <w:p>
      <w:pPr>
        <w:spacing w:line="360" w:lineRule="auto"/>
        <w:jc w:val="left"/>
        <w:textAlignment w:val="center"/>
        <w:rPr>
          <w:color w:val="000000"/>
        </w:rPr>
      </w:pPr>
      <w:r>
        <w:rPr>
          <w:color w:val="000000"/>
        </w:rPr>
        <w:drawing>
          <wp:inline>
            <wp:extent cx="2143125" cy="438150"/>
            <wp:docPr id="33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 name=""/>
                    <pic:cNvPicPr>
                      <a:picLocks noChangeAspect="1"/>
                    </pic:cNvPicPr>
                  </pic:nvPicPr>
                  <pic:blipFill>
                    <a:blip r:embed="rId3196"/>
                    <a:stretch>
                      <a:fillRect/>
                    </a:stretch>
                  </pic:blipFill>
                  <pic:spPr>
                    <a:xfrm>
                      <a:off x="0" y="0"/>
                      <a:ext cx="2143125" cy="4381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3060" type="#_x0000_t75" alt="学科网(www.zxxk.com)--教育资源门户，提供试卷、教案、课件、论文、素材以及各类教学资源下载，还有大量而丰富的教学相关资讯！" style="width:40.85pt;height:13.8pt" o:oleicon="f" o:ole="">
            <v:imagedata r:id="rId3197" o:title="eqId63b6b12d800504d65f84264ba9019a2a"/>
          </v:shape>
        </w:pict>
      </w:r>
      <w:r>
        <w:rPr>
          <w:rFonts w:ascii="宋体" w:eastAsia="宋体" w:hAnsi="宋体" w:cs="宋体"/>
          <w:color w:val="000000"/>
        </w:rPr>
        <w:t>，在图</w:t>
      </w:r>
      <w:r>
        <w:rPr>
          <w:rFonts w:ascii="Times New Roman" w:eastAsia="Times New Roman" w:hAnsi="Times New Roman" w:cs="Times New Roman"/>
          <w:color w:val="000000"/>
        </w:rPr>
        <w:t>4</w:t>
      </w:r>
      <w:r>
        <w:rPr>
          <w:rFonts w:ascii="宋体" w:eastAsia="宋体" w:hAnsi="宋体" w:cs="宋体"/>
          <w:color w:val="000000"/>
        </w:rPr>
        <w:t>中借助量角器画出，</w:t>
      </w:r>
      <w:r>
        <w:pict>
          <v:shape id="_x0000_i713061" type="#_x0000_t75" alt="学科网(www.zxxk.com)--教育资源门户，提供试卷、教案、课件、论文、素材以及各类教学资源下载，还有大量而丰富的教学相关资讯！" style="width:21.75pt;height:18pt" o:oleicon="f" o:ole="">
            <v:imagedata r:id="rId3198" o:title="eqId1c76916c6ff302cf4fb4b6ace5bb3a95"/>
          </v:shape>
        </w:pict>
      </w:r>
      <w:r>
        <w:rPr>
          <w:rFonts w:ascii="宋体" w:eastAsia="宋体" w:hAnsi="宋体" w:cs="宋体"/>
          <w:color w:val="000000"/>
        </w:rPr>
        <w:t>，</w:t>
      </w:r>
      <w:r>
        <w:pict>
          <v:shape id="_x0000_i713062" type="#_x0000_t75" alt="学科网(www.zxxk.com)--教育资源门户，提供试卷、教案、课件、论文、素材以及各类教学资源下载，还有大量而丰富的教学相关资讯！" style="width:21.75pt;height:18pt" o:oleicon="f" o:ole="">
            <v:imagedata r:id="rId3199" o:title="eqId181f7b988095b7285557491c7bb2fb5c"/>
          </v:shape>
        </w:pict>
      </w:r>
      <w:r>
        <w:rPr>
          <w:rFonts w:ascii="宋体" w:eastAsia="宋体" w:hAnsi="宋体" w:cs="宋体"/>
          <w:color w:val="000000"/>
        </w:rPr>
        <w:t>，其中</w:t>
      </w:r>
      <w:r>
        <w:pict>
          <v:shape id="_x0000_i713063" type="#_x0000_t75" alt="学科网(www.zxxk.com)--教育资源门户，提供试卷、教案、课件、论文、素材以及各类教学资源下载，还有大量而丰富的教学相关资讯！" style="width:41.25pt;height:18pt" o:oleicon="f" o:ole="">
            <v:imagedata r:id="rId3200" o:title="eqId963b2ffb423661d8eabddede5797910a"/>
          </v:shape>
        </w:pict>
      </w:r>
      <w:r>
        <w:rPr>
          <w:rFonts w:ascii="宋体" w:eastAsia="宋体" w:hAnsi="宋体" w:cs="宋体"/>
          <w:color w:val="000000"/>
        </w:rPr>
        <w:t>的度数是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13064" type="#_x0000_t75" alt="学科网(www.zxxk.com)--教育资源门户，提供试卷、教案、课件、论文、素材以及各类教学资源下载，还有大量而丰富的教学相关资讯！" style="width:38.25pt;height:14.25pt" o:oleicon="f" o:ole="">
            <v:imagedata r:id="rId3201" o:title="eqId5cb2510377b5ddf3347eecbc5f9753b9"/>
          </v:shape>
        </w:pict>
      </w:r>
      <w:r>
        <w:rPr>
          <w:rFonts w:ascii="宋体" w:eastAsia="宋体" w:hAnsi="宋体" w:cs="宋体"/>
          <w:color w:val="000000"/>
        </w:rPr>
        <w:t>，且</w:t>
      </w:r>
      <w:r>
        <w:pict>
          <v:shape id="_x0000_i713065" type="#_x0000_t75" alt="学科网(www.zxxk.com)--教育资源门户，提供试卷、教案、课件、论文、素材以及各类教学资源下载，还有大量而丰富的教学相关资讯！" style="width:21.75pt;height:18pt" o:oleicon="f" o:ole="">
            <v:imagedata r:id="rId3202" o:title="eqId8bfebbfa1df7fa250fab46751b8c52a8"/>
          </v:shape>
        </w:pict>
      </w:r>
      <w:r>
        <w:rPr>
          <w:rFonts w:ascii="宋体" w:eastAsia="宋体" w:hAnsi="宋体" w:cs="宋体"/>
          <w:color w:val="000000"/>
        </w:rPr>
        <w:t>所在的射线平分</w:t>
      </w:r>
      <w:r>
        <w:pict>
          <v:shape id="_x0000_i713066" type="#_x0000_t75" alt="学科网(www.zxxk.com)--教育资源门户，提供试卷、教案、课件、论文、素材以及各类教学资源下载，还有大量而丰富的教学相关资讯！" style="width:44.25pt;height:18pt" o:oleicon="f" o:ole="">
            <v:imagedata r:id="rId3203" o:title="eqId288cb54bf83588cc3af9d7685167b942"/>
          </v:shape>
        </w:pict>
      </w:r>
      <w:r>
        <w:rPr>
          <w:rFonts w:ascii="宋体" w:eastAsia="宋体" w:hAnsi="宋体" w:cs="宋体"/>
          <w:color w:val="000000"/>
        </w:rPr>
        <w:t>，在如图</w:t>
      </w:r>
      <w:r>
        <w:rPr>
          <w:rFonts w:ascii="Times New Roman" w:eastAsia="Times New Roman" w:hAnsi="Times New Roman" w:cs="Times New Roman"/>
          <w:color w:val="000000"/>
        </w:rPr>
        <w:t>5</w:t>
      </w:r>
      <w:r>
        <w:rPr>
          <w:rFonts w:ascii="宋体" w:eastAsia="宋体" w:hAnsi="宋体" w:cs="宋体"/>
          <w:color w:val="000000"/>
        </w:rPr>
        <w:t>中画出</w:t>
      </w:r>
      <w:r>
        <w:pict>
          <v:shape id="_x0000_i713067" type="#_x0000_t75" alt="学科网(www.zxxk.com)--教育资源门户，提供试卷、教案、课件、论文、素材以及各类教学资源下载，还有大量而丰富的教学相关资讯！" style="width:21pt;height:18.6pt" o:oleicon="f" o:ole="">
            <v:imagedata r:id="rId3204" o:title="eqId4195334905e2f190f958dbf5951456f8"/>
          </v:shape>
        </w:pict>
      </w:r>
      <w:r>
        <w:rPr>
          <w:rFonts w:ascii="宋体" w:eastAsia="宋体" w:hAnsi="宋体" w:cs="宋体"/>
          <w:color w:val="000000"/>
        </w:rPr>
        <w:t>，</w:t>
      </w:r>
      <w:r>
        <w:pict>
          <v:shape id="_x0000_i713068" type="#_x0000_t75" alt="学科网(www.zxxk.com)--教育资源门户，提供试卷、教案、课件、论文、素材以及各类教学资源下载，还有大量而丰富的教学相关资讯！" style="width:21.75pt;height:18pt" o:oleicon="f" o:ole="">
            <v:imagedata r:id="rId3205" o:title="eqId1c76916c6ff302cf4fb4b6ace5bb3a95"/>
          </v:shape>
        </w:pict>
      </w:r>
      <w:r>
        <w:rPr>
          <w:rFonts w:ascii="宋体" w:eastAsia="宋体" w:hAnsi="宋体" w:cs="宋体"/>
          <w:color w:val="000000"/>
        </w:rPr>
        <w:t>，</w:t>
      </w:r>
      <w:r>
        <w:pict>
          <v:shape id="_x0000_i713069" type="#_x0000_t75" alt="学科网(www.zxxk.com)--教育资源门户，提供试卷、教案、课件、论文、素材以及各类教学资源下载，还有大量而丰富的教学相关资讯！" style="width:21.75pt;height:18pt" o:oleicon="f" o:ole="">
            <v:imagedata r:id="rId3206" o:title="eqId181f7b988095b7285557491c7bb2fb5c"/>
          </v:shape>
        </w:pict>
      </w:r>
      <w:r>
        <w:rPr>
          <w:rFonts w:ascii="宋体" w:eastAsia="宋体" w:hAnsi="宋体" w:cs="宋体"/>
          <w:color w:val="000000"/>
        </w:rPr>
        <w:t>，</w:t>
      </w:r>
      <w:r>
        <w:pict>
          <v:shape id="_x0000_i713070" type="#_x0000_t75" alt="学科网(www.zxxk.com)--教育资源门户，提供试卷、教案、课件、论文、素材以及各类教学资源下载，还有大量而丰富的教学相关资讯！" style="width:21.75pt;height:18pt" o:oleicon="f" o:ole="">
            <v:imagedata r:id="rId3202" o:title="eqId8bfebbfa1df7fa250fab46751b8c52a8"/>
          </v:shape>
        </w:pict>
      </w:r>
      <w:r>
        <w:rPr>
          <w:rFonts w:ascii="宋体" w:eastAsia="宋体" w:hAnsi="宋体" w:cs="宋体"/>
          <w:color w:val="000000"/>
        </w:rPr>
        <w:t>并求出</w:t>
      </w:r>
      <w:r>
        <w:rPr>
          <w:rFonts w:ascii="Times New Roman" w:eastAsia="Times New Roman" w:hAnsi="Times New Roman" w:cs="Times New Roman"/>
          <w:i/>
          <w:color w:val="000000"/>
        </w:rPr>
        <w:t>α</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pict>
          <v:shape id="_x0000_i713071" type="#_x0000_t75" alt="学科网(www.zxxk.com)--教育资源门户，提供试卷、教案、课件、论文、素材以及各类教学资源下载，还有大量而丰富的教学相关资讯！" style="width:38.25pt;height:14.25pt" o:oleicon="f" o:ole="">
            <v:imagedata r:id="rId3207" o:title="eqIdccc3a1b8921b01cc4fb7e54016d4f056"/>
          </v:shape>
        </w:pict>
      </w:r>
      <w:r>
        <w:rPr>
          <w:rFonts w:ascii="宋体" w:eastAsia="宋体" w:hAnsi="宋体" w:cs="宋体"/>
          <w:color w:val="000000"/>
        </w:rPr>
        <w:t>，且</w:t>
      </w:r>
      <w:r>
        <w:pict>
          <v:shape id="_x0000_i713072" type="#_x0000_t75" alt="学科网(www.zxxk.com)--教育资源门户，提供试卷、教案、课件、论文、素材以及各类教学资源下载，还有大量而丰富的教学相关资讯！" style="width:68.25pt;height:18pt" o:oleicon="f" o:ole="">
            <v:imagedata r:id="rId3208" o:title="eqIdb547269224b097c2de7d6341d64fc7f8"/>
          </v:shape>
        </w:pict>
      </w:r>
      <w:r>
        <w:rPr>
          <w:rFonts w:ascii="宋体" w:eastAsia="宋体" w:hAnsi="宋体" w:cs="宋体"/>
          <w:color w:val="000000"/>
        </w:rPr>
        <w:t>，则对应的</w:t>
      </w:r>
      <w:r>
        <w:rPr>
          <w:rFonts w:ascii="Times New Roman" w:eastAsia="Times New Roman" w:hAnsi="Times New Roman" w:cs="Times New Roman"/>
          <w:i/>
          <w:color w:val="000000"/>
        </w:rPr>
        <w:t>α</w:t>
      </w:r>
      <w:r>
        <w:rPr>
          <w:rFonts w:ascii="宋体" w:eastAsia="宋体" w:hAnsi="宋体" w:cs="宋体"/>
          <w:color w:val="000000"/>
        </w:rPr>
        <w:t>值是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45°</w:t>
      </w:r>
      <w:r>
        <w:rPr>
          <w:color w:val="000000"/>
        </w:rPr>
        <w:t xml:space="preserve">    </w:t>
      </w:r>
      <w:r>
        <w:rPr>
          <w:color w:val="000000"/>
        </w:rPr>
        <w:t>（2）</w:t>
      </w:r>
      <w:r>
        <w:rPr>
          <w:rFonts w:ascii="Times New Roman" w:eastAsia="Times New Roman" w:hAnsi="Times New Roman" w:cs="Times New Roman"/>
          <w:i/>
          <w:color w:val="000000"/>
        </w:rPr>
        <w:t>α</w:t>
      </w:r>
      <w:r>
        <w:rPr>
          <w:rFonts w:ascii="宋体" w:eastAsia="宋体" w:hAnsi="宋体" w:cs="宋体"/>
          <w:color w:val="000000"/>
        </w:rPr>
        <w:t>＝（</w:t>
      </w:r>
      <w:r>
        <w:pict>
          <v:shape id="_x0000_i713073" type="#_x0000_t75" alt="学科网(www.zxxk.com)--教育资源门户，提供试卷、教案、课件、论文、素材以及各类教学资源下载，还有大量而丰富的教学相关资讯！" style="width:24pt;height:30.75pt" o:oleicon="f" o:ole="">
            <v:imagedata r:id="rId3209" o:title="eqId777697ba2593618932f19f508c3d0bf1"/>
          </v:shape>
        </w:pict>
      </w:r>
      <w:r>
        <w:rPr>
          <w:rFonts w:ascii="宋体" w:eastAsia="宋体" w:hAnsi="宋体" w:cs="宋体"/>
          <w:color w:val="000000"/>
        </w:rPr>
        <w:t>）</w:t>
      </w:r>
      <w:r>
        <w:rPr>
          <w:rFonts w:ascii="Times New Roman" w:eastAsia="Times New Roman" w:hAnsi="Times New Roman" w:cs="Times New Roman"/>
          <w:color w:val="000000"/>
        </w:rPr>
        <w:t>°</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w:t>
      </w:r>
      <w:r>
        <w:pict>
          <v:shape id="_x0000_i713074" type="#_x0000_t75" alt="学科网(www.zxxk.com)--教育资源门户，提供试卷、教案、课件、论文、素材以及各类教学资源下载，还有大量而丰富的教学相关资讯！" style="width:18pt;height:30.75pt" o:oleicon="f" o:ole="">
            <v:imagedata r:id="rId3210" o:title="eqId9266421a3ebd5b0dddd11fbd72eb29bd"/>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或（</w:t>
      </w:r>
      <w:r>
        <w:pict>
          <v:shape id="_x0000_i713075" type="#_x0000_t75" alt="学科网(www.zxxk.com)--教育资源门户，提供试卷、教案、课件、论文、素材以及各类教学资源下载，还有大量而丰富的教学相关资讯！" style="width:23.25pt;height:30.75pt" o:oleicon="f" o:ole="">
            <v:imagedata r:id="rId3211" o:title="eqId2f181b5a1b441ed3e0e6ae6fa6d242c5"/>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或（</w:t>
      </w:r>
      <w:r>
        <w:pict>
          <v:shape id="_x0000_i713076" type="#_x0000_t75" alt="学科网(www.zxxk.com)--教育资源门户，提供试卷、教案、课件、论文、素材以及各类教学资源下载，还有大量而丰富的教学相关资讯！" style="width:23.25pt;height:30.75pt" o:oleicon="f" o:ole="">
            <v:imagedata r:id="rId3212" o:title="eqId6d39557eee3e586e8ceef13a0f8038ab"/>
          </v:shape>
        </w:pict>
      </w:r>
      <w:r>
        <w:rPr>
          <w:rFonts w:ascii="宋体" w:eastAsia="宋体" w:hAnsi="宋体" w:cs="宋体"/>
          <w:color w:val="000000"/>
        </w:rPr>
        <w:t>）</w: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（1）根据题意，明确每次旋转的角度，计算即可，并画图；</w:t>
      </w:r>
    </w:p>
    <w:p>
      <w:pPr>
        <w:spacing w:line="360" w:lineRule="auto"/>
        <w:jc w:val="left"/>
        <w:textAlignment w:val="center"/>
        <w:rPr>
          <w:color w:val="000000"/>
        </w:rPr>
      </w:pPr>
      <w:r>
        <w:rPr>
          <w:rFonts w:ascii="宋体" w:eastAsia="宋体" w:hAnsi="宋体" w:cs="宋体"/>
          <w:color w:val="000000"/>
        </w:rPr>
        <w:t>（2）根据各角的度数，找出等量关系式，列出方程，求出</w:t>
      </w:r>
      <w:r>
        <w:pict>
          <v:shape id="_x0000_i713077" type="#_x0000_t75" alt="学科网(www.zxxk.com)--教育资源门户，提供试卷、教案、课件、论文、素材以及各类教学资源下载，还有大量而丰富的教学相关资讯！" style="width:12pt;height:10.9pt" o:oleicon="f" o:ole="">
            <v:imagedata r:id="rId3213" o:title="eqIde170f206fdbbd834aad7580c727e2cc6"/>
          </v:shape>
        </w:pict>
      </w:r>
      <w:r>
        <w:rPr>
          <w:rFonts w:ascii="宋体" w:eastAsia="宋体" w:hAnsi="宋体" w:cs="宋体"/>
          <w:color w:val="000000"/>
        </w:rPr>
        <w:t>的度数即可；</w:t>
      </w:r>
    </w:p>
    <w:p>
      <w:pPr>
        <w:spacing w:line="360" w:lineRule="auto"/>
        <w:jc w:val="left"/>
        <w:textAlignment w:val="center"/>
        <w:rPr>
          <w:color w:val="000000"/>
        </w:rPr>
      </w:pPr>
      <w:r>
        <w:rPr>
          <w:rFonts w:ascii="宋体" w:eastAsia="宋体" w:hAnsi="宋体" w:cs="宋体"/>
          <w:color w:val="000000"/>
        </w:rPr>
        <w:t>（3）分三种情况讨论，根据各角的度数，找出等量关系式，列出方程，求出</w:t>
      </w:r>
      <w:r>
        <w:pict>
          <v:shape id="_x0000_i713078" type="#_x0000_t75" alt="学科网(www.zxxk.com)--教育资源门户，提供试卷、教案、课件、论文、素材以及各类教学资源下载，还有大量而丰富的教学相关资讯！" style="width:12pt;height:10.9pt" o:oleicon="f" o:ole="">
            <v:imagedata r:id="rId3214" o:title="eqIde170f206fdbbd834aad7580c727e2cc6"/>
          </v:shape>
        </w:pict>
      </w:r>
      <w:r>
        <w:rPr>
          <w:rFonts w:ascii="宋体" w:eastAsia="宋体" w:hAnsi="宋体" w:cs="宋体"/>
          <w:color w:val="000000"/>
        </w:rPr>
        <w:t>的度数即可．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解：如图1，当</w:t>
      </w:r>
      <w:r>
        <w:pict>
          <v:shape id="_x0000_i713079" type="#_x0000_t75" alt="学科网(www.zxxk.com)--教育资源门户，提供试卷、教案、课件、论文、素材以及各类教学资源下载，还有大量而丰富的教学相关资讯！" style="width:40.85pt;height:13.8pt" o:oleicon="f" o:ole="">
            <v:imagedata r:id="rId3215" o:title="eqId63b6b12d800504d65f84264ba9019a2a"/>
          </v:shape>
        </w:pict>
      </w:r>
      <w:r>
        <w:rPr>
          <w:rFonts w:ascii="宋体" w:eastAsia="宋体" w:hAnsi="宋体" w:cs="宋体"/>
          <w:color w:val="000000"/>
        </w:rPr>
        <w:t>，则</w:t>
      </w:r>
      <w:r>
        <w:pict>
          <v:shape id="_x0000_i713080" type="#_x0000_t75" alt="学科网(www.zxxk.com)--教育资源门户，提供试卷、教案、课件、论文、素材以及各类教学资源下载，还有大量而丰富的教学相关资讯！" style="width:58.75pt;height:15pt" o:oleicon="f" o:ole="">
            <v:imagedata r:id="rId3216" o:title="eqIdeb703569046b356b589f4a78a07e5b87"/>
          </v:shape>
        </w:pict>
      </w:r>
      <w:r>
        <w:rPr>
          <w:rFonts w:ascii="宋体" w:eastAsia="宋体" w:hAnsi="宋体" w:cs="宋体"/>
          <w:color w:val="000000"/>
        </w:rPr>
        <w:t>，</w:t>
      </w:r>
    </w:p>
    <w:p>
      <w:pPr>
        <w:spacing w:line="360" w:lineRule="auto"/>
        <w:jc w:val="left"/>
        <w:textAlignment w:val="center"/>
        <w:rPr>
          <w:color w:val="000000"/>
        </w:rPr>
      </w:pPr>
      <w:r>
        <w:pict>
          <v:shape id="_x0000_i713081" type="#_x0000_t75" alt="学科网(www.zxxk.com)--教育资源门户，提供试卷、教案、课件、论文、素材以及各类教学资源下载，还有大量而丰富的教学相关资讯！" style="width:67.95pt;height:15pt" o:oleicon="f" o:ole="">
            <v:imagedata r:id="rId3217" o:title="eqIdc5c253bcc1c8a5e235eb5d78301cd194"/>
          </v:shape>
        </w:pict>
      </w:r>
      <w:r>
        <w:rPr>
          <w:rFonts w:ascii="宋体" w:eastAsia="宋体" w:hAnsi="宋体" w:cs="宋体"/>
          <w:color w:val="000000"/>
        </w:rPr>
        <w:t>，</w:t>
      </w:r>
    </w:p>
    <w:p>
      <w:pPr>
        <w:spacing w:line="360" w:lineRule="auto"/>
        <w:jc w:val="left"/>
        <w:textAlignment w:val="center"/>
        <w:rPr>
          <w:color w:val="000000"/>
        </w:rPr>
      </w:pPr>
      <w:r>
        <w:pict>
          <v:shape id="_x0000_i713082" type="#_x0000_t75" alt="学科网(www.zxxk.com)--教育资源门户，提供试卷、教案、课件、论文、素材以及各类教学资源下载，还有大量而丰富的教学相关资讯！" style="width:139.95pt;height:15pt" o:oleicon="f" o:ole="">
            <v:imagedata r:id="rId3218" o:title="eqId524ad31efb66fee273316571aebb7ec5"/>
          </v:shape>
        </w:pict>
      </w:r>
      <w:r>
        <w:rPr>
          <w:rFonts w:ascii="宋体" w:eastAsia="宋体" w:hAnsi="宋体" w:cs="宋体"/>
          <w:color w:val="000000"/>
        </w:rPr>
        <w:t>，</w:t>
      </w:r>
    </w:p>
    <w:p>
      <w:pPr>
        <w:spacing w:line="360" w:lineRule="auto"/>
        <w:jc w:val="left"/>
        <w:textAlignment w:val="center"/>
        <w:rPr>
          <w:color w:val="000000"/>
        </w:rPr>
      </w:pPr>
      <w:r>
        <w:pict>
          <v:shape id="_x0000_i713083" type="#_x0000_t75" alt="学科网(www.zxxk.com)--教育资源门户，提供试卷、教案、课件、论文、素材以及各类教学资源下载，还有大量而丰富的教学相关资讯！" style="width:157.25pt;height:15pt" o:oleicon="f" o:ole="">
            <v:imagedata r:id="rId3219" o:title="eqId4773ab91fceb2f3b3ccd326aef411840"/>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95500" cy="1400175"/>
            <wp:docPr id="33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 name=""/>
                    <pic:cNvPicPr>
                      <a:picLocks noChangeAspect="1"/>
                    </pic:cNvPicPr>
                  </pic:nvPicPr>
                  <pic:blipFill>
                    <a:blip r:embed="rId3220"/>
                    <a:stretch>
                      <a:fillRect/>
                    </a:stretch>
                  </pic:blipFill>
                  <pic:spPr>
                    <a:xfrm>
                      <a:off x="0" y="0"/>
                      <a:ext cx="2095500" cy="140017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解：如图5所示．</w:t>
      </w:r>
    </w:p>
    <w:p>
      <w:pPr>
        <w:spacing w:line="360" w:lineRule="auto"/>
        <w:jc w:val="left"/>
        <w:textAlignment w:val="center"/>
        <w:rPr>
          <w:color w:val="000000"/>
        </w:rPr>
      </w:pPr>
      <w:r>
        <w:rPr>
          <w:color w:val="000000"/>
        </w:rPr>
        <w:drawing>
          <wp:inline>
            <wp:extent cx="2057400" cy="1447800"/>
            <wp:docPr id="33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 name=""/>
                    <pic:cNvPicPr>
                      <a:picLocks noChangeAspect="1"/>
                    </pic:cNvPicPr>
                  </pic:nvPicPr>
                  <pic:blipFill>
                    <a:blip r:embed="rId3221"/>
                    <a:stretch>
                      <a:fillRect/>
                    </a:stretch>
                  </pic:blipFill>
                  <pic:spPr>
                    <a:xfrm>
                      <a:off x="0" y="0"/>
                      <a:ext cx="2057400" cy="1447800"/>
                    </a:xfrm>
                    <a:prstGeom prst="rect">
                      <a:avLst/>
                    </a:prstGeom>
                  </pic:spPr>
                </pic:pic>
              </a:graphicData>
            </a:graphic>
          </wp:inline>
        </w:drawing>
      </w:r>
    </w:p>
    <w:p>
      <w:pPr>
        <w:spacing w:line="360" w:lineRule="auto"/>
        <w:jc w:val="left"/>
        <w:textAlignment w:val="center"/>
        <w:rPr>
          <w:color w:val="000000"/>
        </w:rPr>
      </w:pPr>
      <w:r>
        <w:pict>
          <v:shape id="_x0000_i713084" type="#_x0000_t75" alt="学科网(www.zxxk.com)--教育资源门户，提供试卷、教案、课件、论文、素材以及各类教学资源下载，还有大量而丰富的教学相关资讯！" style="width:43.2pt;height:12.1pt" o:oleicon="f" o:ole="">
            <v:imagedata r:id="rId3222" o:title="eqIdb78b4af932b2b924f5b84a9493864da0"/>
          </v:shape>
        </w:pict>
      </w:r>
      <w:r>
        <w:rPr>
          <w:rFonts w:ascii="宋体" w:eastAsia="宋体" w:hAnsi="宋体" w:cs="宋体"/>
          <w:color w:val="000000"/>
        </w:rPr>
        <w:t>，</w:t>
      </w:r>
    </w:p>
    <w:p>
      <w:pPr>
        <w:spacing w:line="360" w:lineRule="auto"/>
        <w:jc w:val="left"/>
        <w:textAlignment w:val="center"/>
        <w:rPr>
          <w:color w:val="000000"/>
        </w:rPr>
      </w:pPr>
      <w:r>
        <w:pict>
          <v:shape id="_x0000_i713085" type="#_x0000_t75" alt="学科网(www.zxxk.com)--教育资源门户，提供试卷、教案、课件、论文、素材以及各类教学资源下载，还有大量而丰富的教学相关资讯！" style="width:1in;height:15pt" o:oleicon="f" o:ole="">
            <v:imagedata r:id="rId3223" o:title="eqId4b1d39249062c61792f913b8ea185040"/>
          </v:shape>
        </w:pict>
      </w:r>
      <w:r>
        <w:rPr>
          <w:rFonts w:ascii="宋体" w:eastAsia="宋体" w:hAnsi="宋体" w:cs="宋体"/>
          <w:color w:val="000000"/>
        </w:rPr>
        <w:t>，</w:t>
      </w:r>
      <w:r>
        <w:pict>
          <v:shape id="_x0000_i713086" type="#_x0000_t75" alt="学科网(www.zxxk.com)--教育资源门户，提供试卷、教案、课件、论文、素材以及各类教学资源下载，还有大量而丰富的教学相关资讯！" style="width:43.8pt;height:12.1pt" o:oleicon="f" o:ole="">
            <v:imagedata r:id="rId3224" o:title="eqId414ac800f5c752c388fcc8d23e0bad36"/>
          </v:shape>
        </w:pict>
      </w:r>
      <w:r>
        <w:rPr>
          <w:rFonts w:ascii="宋体" w:eastAsia="宋体" w:hAnsi="宋体" w:cs="宋体"/>
          <w:color w:val="000000"/>
        </w:rPr>
        <w:t>．</w:t>
      </w:r>
    </w:p>
    <w:p>
      <w:pPr>
        <w:spacing w:line="360" w:lineRule="auto"/>
        <w:jc w:val="left"/>
        <w:textAlignment w:val="center"/>
        <w:rPr>
          <w:color w:val="000000"/>
        </w:rPr>
      </w:pPr>
      <w:r>
        <w:pict>
          <v:shape id="_x0000_i713087" type="#_x0000_t75" alt="学科网(www.zxxk.com)--教育资源门户，提供试卷、教案、课件、论文、素材以及各类教学资源下载，还有大量而丰富的教学相关资讯！" style="width:27.05pt;height:15pt" o:oleicon="f" o:ole="">
            <v:imagedata r:id="rId3225" o:title="eqId47ecd7d13e6b44a93e50796800f9a780"/>
          </v:shape>
        </w:pict>
      </w:r>
      <w:r>
        <w:rPr>
          <w:rFonts w:ascii="宋体" w:eastAsia="宋体" w:hAnsi="宋体" w:cs="宋体"/>
          <w:color w:val="000000"/>
        </w:rPr>
        <w:t>平分</w:t>
      </w:r>
      <w:r>
        <w:pict>
          <v:shape id="_x0000_i713088" type="#_x0000_t75" alt="学科网(www.zxxk.com)--教育资源门户，提供试卷、教案、课件、论文、素材以及各类教学资源下载，还有大量而丰富的教学相关资讯！" style="width:35.15pt;height:15pt" o:oleicon="f" o:ole="">
            <v:imagedata r:id="rId3226" o:title="eqId334adbca015ca37f387c273468762603"/>
          </v:shape>
        </w:pict>
      </w:r>
      <w:r>
        <w:rPr>
          <w:rFonts w:ascii="宋体" w:eastAsia="宋体" w:hAnsi="宋体" w:cs="宋体"/>
          <w:color w:val="000000"/>
        </w:rPr>
        <w:t>，</w:t>
      </w:r>
    </w:p>
    <w:p>
      <w:pPr>
        <w:spacing w:line="360" w:lineRule="auto"/>
        <w:jc w:val="left"/>
        <w:textAlignment w:val="center"/>
        <w:rPr>
          <w:color w:val="000000"/>
        </w:rPr>
      </w:pPr>
      <w:r>
        <w:pict>
          <v:shape id="_x0000_i713089" type="#_x0000_t75" alt="学科网(www.zxxk.com)--教育资源门户，提供试卷、教案、课件、论文、素材以及各类教学资源下载，还有大量而丰富的教学相关资讯！" style="width:108.3pt;height:27.05pt" o:oleicon="f" o:ole="">
            <v:imagedata r:id="rId3227" o:title="eqIdf1087884fa02365f230e28f99bffd8b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3090" type="#_x0000_t75" alt="学科网(www.zxxk.com)--教育资源门户，提供试卷、教案、课件、论文、素材以及各类教学资源下载，还有大量而丰富的教学相关资讯！" style="width:51.85pt;height:28.8pt" o:oleicon="f" o:ole="">
            <v:imagedata r:id="rId3228" o:title="eqIdabcd1074dcfa52dddbcc16e4c33f783a"/>
          </v:shape>
        </w:pi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解：分三种情况：</w:t>
      </w:r>
    </w:p>
    <w:p>
      <w:pPr>
        <w:spacing w:line="360" w:lineRule="auto"/>
        <w:jc w:val="left"/>
        <w:textAlignment w:val="center"/>
        <w:rPr>
          <w:color w:val="000000"/>
        </w:rPr>
      </w:pPr>
      <w:r>
        <w:rPr>
          <w:rFonts w:ascii="Times New Roman" w:eastAsia="Times New Roman" w:hAnsi="Times New Roman" w:cs="Times New Roman"/>
          <w:color w:val="000000"/>
        </w:rPr>
        <w:t>①</w:t>
      </w:r>
      <w:r>
        <w:pict>
          <v:shape id="_x0000_i713091" type="#_x0000_t75" alt="学科网(www.zxxk.com)--教育资源门户，提供试卷、教案、课件、论文、素材以及各类教学资源下载，还有大量而丰富的教学相关资讯！" style="width:21.75pt;height:18pt" o:oleicon="f" o:ole="">
            <v:imagedata r:id="rId3229" o:title="eqId8bfebbfa1df7fa250fab46751b8c52a8"/>
          </v:shape>
        </w:pict>
      </w:r>
      <w:r>
        <w:rPr>
          <w:rFonts w:ascii="宋体" w:eastAsia="宋体" w:hAnsi="宋体" w:cs="宋体"/>
          <w:color w:val="000000"/>
        </w:rPr>
        <w:t>和</w:t>
      </w:r>
      <w:r>
        <w:pict>
          <v:shape id="_x0000_i713092" type="#_x0000_t75" alt="学科网(www.zxxk.com)--教育资源门户，提供试卷、教案、课件、论文、素材以及各类教学资源下载，还有大量而丰富的教学相关资讯！" style="width:21.75pt;height:18pt" o:oleicon="f" o:ole="">
            <v:imagedata r:id="rId3230" o:title="eqId181f7b988095b7285557491c7bb2fb5c"/>
          </v:shape>
        </w:pict>
      </w:r>
      <w:r>
        <w:rPr>
          <w:rFonts w:ascii="宋体" w:eastAsia="宋体" w:hAnsi="宋体" w:cs="宋体"/>
          <w:color w:val="000000"/>
        </w:rPr>
        <w:t>都不从</w:t>
      </w:r>
      <w:r>
        <w:pict>
          <v:shape id="_x0000_i713093" type="#_x0000_t75" alt="学科网(www.zxxk.com)--教育资源门户，提供试卷、教案、课件、论文、素材以及各类教学资源下载，还有大量而丰富的教学相关资讯！" style="width:18.65pt;height:12.95pt" o:oleicon="f" o:ole="">
            <v:imagedata r:id="rId3231" o:title="eqId88e9f7d1272b7344346b58b660aa260a"/>
          </v:shape>
        </w:pict>
      </w:r>
      <w:r>
        <w:rPr>
          <w:rFonts w:ascii="宋体" w:eastAsia="宋体" w:hAnsi="宋体" w:cs="宋体"/>
          <w:color w:val="000000"/>
        </w:rPr>
        <w:t>回弹时，如图2，</w:t>
      </w:r>
    </w:p>
    <w:p>
      <w:pPr>
        <w:spacing w:line="360" w:lineRule="auto"/>
        <w:jc w:val="left"/>
        <w:textAlignment w:val="center"/>
        <w:rPr>
          <w:color w:val="000000"/>
        </w:rPr>
      </w:pPr>
      <w:r>
        <w:rPr>
          <w:color w:val="000000"/>
        </w:rPr>
        <w:drawing>
          <wp:inline>
            <wp:extent cx="2247900" cy="1095375"/>
            <wp:docPr id="33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 name=""/>
                    <pic:cNvPicPr>
                      <a:picLocks noChangeAspect="1"/>
                    </pic:cNvPicPr>
                  </pic:nvPicPr>
                  <pic:blipFill>
                    <a:blip r:embed="rId3232"/>
                    <a:stretch>
                      <a:fillRect/>
                    </a:stretch>
                  </pic:blipFill>
                  <pic:spPr>
                    <a:xfrm>
                      <a:off x="0" y="0"/>
                      <a:ext cx="2247900" cy="1095375"/>
                    </a:xfrm>
                    <a:prstGeom prst="rect">
                      <a:avLst/>
                    </a:prstGeom>
                  </pic:spPr>
                </pic:pic>
              </a:graphicData>
            </a:graphic>
          </wp:inline>
        </w:drawing>
      </w:r>
    </w:p>
    <w:p>
      <w:pPr>
        <w:spacing w:line="360" w:lineRule="auto"/>
        <w:jc w:val="left"/>
        <w:textAlignment w:val="center"/>
        <w:rPr>
          <w:color w:val="000000"/>
        </w:rPr>
      </w:pPr>
      <w:r>
        <w:pict>
          <v:shape id="_x0000_i713094" type="#_x0000_t75" alt="学科网(www.zxxk.com)--教育资源门户，提供试卷、教案、课件、论文、素材以及各类教学资源下载，还有大量而丰富的教学相关资讯！" style="width:55.85pt;height:12.1pt" o:oleicon="f" o:ole="">
            <v:imagedata r:id="rId3233" o:title="eqIdec0c728f37f7486868713cc058c50630"/>
          </v:shape>
        </w:pict>
      </w:r>
      <w:r>
        <w:rPr>
          <w:rFonts w:ascii="宋体" w:eastAsia="宋体" w:hAnsi="宋体" w:cs="宋体"/>
          <w:color w:val="000000"/>
        </w:rPr>
        <w:t>，</w:t>
      </w:r>
    </w:p>
    <w:p>
      <w:pPr>
        <w:spacing w:line="360" w:lineRule="auto"/>
        <w:jc w:val="left"/>
        <w:textAlignment w:val="center"/>
        <w:rPr>
          <w:color w:val="000000"/>
        </w:rPr>
      </w:pPr>
      <w:r>
        <w:pict>
          <v:shape id="_x0000_i713095" type="#_x0000_t75" alt="学科网(www.zxxk.com)--教育资源门户，提供试卷、教案、课件、论文、素材以及各类教学资源下载，还有大量而丰富的教学相关资讯！" style="width:47.25pt;height:28.8pt" o:oleicon="f" o:ole="">
            <v:imagedata r:id="rId3234" o:title="eqIdeca386547d877c651db4e256641d6979"/>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pict>
          <v:shape id="_x0000_i713096" type="#_x0000_t75" alt="学科网(www.zxxk.com)--教育资源门户，提供试卷、教案、课件、论文、素材以及各类教学资源下载，还有大量而丰富的教学相关资讯！" style="width:21.75pt;height:18pt" o:oleicon="f" o:ole="">
            <v:imagedata r:id="rId3235" o:title="eqId8bfebbfa1df7fa250fab46751b8c52a8"/>
          </v:shape>
        </w:pict>
      </w:r>
      <w:r>
        <w:rPr>
          <w:rFonts w:ascii="宋体" w:eastAsia="宋体" w:hAnsi="宋体" w:cs="宋体"/>
          <w:color w:val="000000"/>
        </w:rPr>
        <w:t>在</w:t>
      </w:r>
      <w:r>
        <w:pict>
          <v:shape id="_x0000_i713097" type="#_x0000_t75" alt="学科网(www.zxxk.com)--教育资源门户，提供试卷、教案、课件、论文、素材以及各类教学资源下载，还有大量而丰富的教学相关资讯！" style="width:21.75pt;height:18pt" o:oleicon="f" o:ole="">
            <v:imagedata r:id="rId3236" o:title="eqId1c76916c6ff302cf4fb4b6ace5bb3a95"/>
          </v:shape>
        </w:pict>
      </w:r>
      <w:r>
        <w:rPr>
          <w:rFonts w:ascii="宋体" w:eastAsia="宋体" w:hAnsi="宋体" w:cs="宋体"/>
          <w:color w:val="000000"/>
        </w:rPr>
        <w:t>的右边时，如图3，</w:t>
      </w:r>
    </w:p>
    <w:p>
      <w:pPr>
        <w:spacing w:line="360" w:lineRule="auto"/>
        <w:jc w:val="left"/>
        <w:textAlignment w:val="center"/>
        <w:rPr>
          <w:color w:val="000000"/>
        </w:rPr>
      </w:pPr>
      <w:r>
        <w:rPr>
          <w:color w:val="000000"/>
        </w:rPr>
        <w:drawing>
          <wp:inline>
            <wp:extent cx="2095500" cy="1485900"/>
            <wp:docPr id="33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 name=""/>
                    <pic:cNvPicPr>
                      <a:picLocks noChangeAspect="1"/>
                    </pic:cNvPicPr>
                  </pic:nvPicPr>
                  <pic:blipFill>
                    <a:blip r:embed="rId3237"/>
                    <a:stretch>
                      <a:fillRect/>
                    </a:stretch>
                  </pic:blipFill>
                  <pic:spPr>
                    <a:xfrm>
                      <a:off x="0" y="0"/>
                      <a:ext cx="2095500" cy="1485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根据题意得：</w:t>
      </w:r>
      <w:r>
        <w:pict>
          <v:shape id="_x0000_i713098" type="#_x0000_t75" alt="学科网(www.zxxk.com)--教育资源门户，提供试卷、教案、课件、论文、素材以及各类教学资源下载，还有大量而丰富的教学相关资讯！" style="width:107.15pt;height:15pt" o:oleicon="f" o:ole="">
            <v:imagedata r:id="rId3238" o:title="eqId52dbe5f213a7b2708c947f5241e28f5a"/>
          </v:shape>
        </w:pict>
      </w:r>
      <w:r>
        <w:rPr>
          <w:rFonts w:ascii="宋体" w:eastAsia="宋体" w:hAnsi="宋体" w:cs="宋体"/>
          <w:color w:val="000000"/>
        </w:rPr>
        <w:t>，</w:t>
      </w:r>
    </w:p>
    <w:p>
      <w:pPr>
        <w:spacing w:line="360" w:lineRule="auto"/>
        <w:jc w:val="left"/>
        <w:textAlignment w:val="center"/>
        <w:rPr>
          <w:color w:val="000000"/>
        </w:rPr>
      </w:pPr>
      <w:r>
        <w:pict>
          <v:shape id="_x0000_i713099" type="#_x0000_t75" alt="学科网(www.zxxk.com)--教育资源门户，提供试卷、教案、课件、论文、素材以及各类教学资源下载，还有大量而丰富的教学相关资讯！" style="width:51.85pt;height:28.8pt" o:oleicon="f" o:ole="">
            <v:imagedata r:id="rId3239" o:title="eqId0883ec3a65f9f06be33bda7e97dd023c"/>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③</w:t>
      </w:r>
      <w:r>
        <w:pict>
          <v:shape id="_x0000_i713100" type="#_x0000_t75" alt="学科网(www.zxxk.com)--教育资源门户，提供试卷、教案、课件、论文、素材以及各类教学资源下载，还有大量而丰富的教学相关资讯！" style="width:21.75pt;height:18pt" o:oleicon="f" o:ole="">
            <v:imagedata r:id="rId3240" o:title="eqId8bfebbfa1df7fa250fab46751b8c52a8"/>
          </v:shape>
        </w:pict>
      </w:r>
      <w:r>
        <w:rPr>
          <w:rFonts w:ascii="宋体" w:eastAsia="宋体" w:hAnsi="宋体" w:cs="宋体"/>
          <w:color w:val="000000"/>
        </w:rPr>
        <w:t>在</w:t>
      </w:r>
      <w:r>
        <w:pict>
          <v:shape id="_x0000_i713101" type="#_x0000_t75" alt="学科网(www.zxxk.com)--教育资源门户，提供试卷、教案、课件、论文、素材以及各类教学资源下载，还有大量而丰富的教学相关资讯！" style="width:21.75pt;height:18pt" o:oleicon="f" o:ole="">
            <v:imagedata r:id="rId3241" o:title="eqId1c76916c6ff302cf4fb4b6ace5bb3a95"/>
          </v:shape>
        </w:pict>
      </w:r>
      <w:r>
        <w:rPr>
          <w:rFonts w:ascii="宋体" w:eastAsia="宋体" w:hAnsi="宋体" w:cs="宋体"/>
          <w:color w:val="000000"/>
        </w:rPr>
        <w:t>的左边时，如图4，</w:t>
      </w:r>
    </w:p>
    <w:p>
      <w:pPr>
        <w:spacing w:line="360" w:lineRule="auto"/>
        <w:jc w:val="left"/>
        <w:textAlignment w:val="center"/>
        <w:rPr>
          <w:color w:val="000000"/>
        </w:rPr>
      </w:pPr>
      <w:r>
        <w:rPr>
          <w:color w:val="000000"/>
        </w:rPr>
        <w:drawing>
          <wp:inline>
            <wp:extent cx="2076450" cy="1457325"/>
            <wp:docPr id="33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 name=""/>
                    <pic:cNvPicPr>
                      <a:picLocks noChangeAspect="1"/>
                    </pic:cNvPicPr>
                  </pic:nvPicPr>
                  <pic:blipFill>
                    <a:blip r:embed="rId3242"/>
                    <a:stretch>
                      <a:fillRect/>
                    </a:stretch>
                  </pic:blipFill>
                  <pic:spPr>
                    <a:xfrm>
                      <a:off x="0" y="0"/>
                      <a:ext cx="2076450" cy="14573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根据题意得：</w:t>
      </w:r>
      <w:r>
        <w:pict>
          <v:shape id="_x0000_i713102" type="#_x0000_t75" alt="学科网(www.zxxk.com)--教育资源门户，提供试卷、教案、课件、论文、素材以及各类教学资源下载，还有大量而丰富的教学相关资讯！" style="width:107.15pt;height:15pt" o:oleicon="f" o:ole="">
            <v:imagedata r:id="rId3243" o:title="eqId246eae8f517b611aca1a643b77b9c4d1"/>
          </v:shape>
        </w:pict>
      </w:r>
      <w:r>
        <w:rPr>
          <w:rFonts w:ascii="宋体" w:eastAsia="宋体" w:hAnsi="宋体" w:cs="宋体"/>
          <w:color w:val="000000"/>
        </w:rPr>
        <w:t>，</w:t>
      </w:r>
    </w:p>
    <w:p>
      <w:pPr>
        <w:spacing w:line="360" w:lineRule="auto"/>
        <w:jc w:val="left"/>
        <w:textAlignment w:val="center"/>
        <w:rPr>
          <w:color w:val="000000"/>
        </w:rPr>
      </w:pPr>
      <w:r>
        <w:pict>
          <v:shape id="_x0000_i713103" type="#_x0000_t75" alt="学科网(www.zxxk.com)--教育资源门户，提供试卷、教案、课件、论文、素材以及各类教学资源下载，还有大量而丰富的教学相关资讯！" style="width:51.85pt;height:28.8pt" o:oleicon="f" o:ole="">
            <v:imagedata r:id="rId3244" o:title="eqId746b8afcac80b847b23ae39b0c76d10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综上，对应的</w:t>
      </w:r>
      <w:r>
        <w:pict>
          <v:shape id="_x0000_i713104" type="#_x0000_t75" alt="学科网(www.zxxk.com)--教育资源门户，提供试卷、教案、课件、论文、素材以及各类教学资源下载，还有大量而丰富的教学相关资讯！" style="width:12pt;height:10.9pt" o:oleicon="f" o:ole="">
            <v:imagedata r:id="rId3245" o:title="eqIde170f206fdbbd834aad7580c727e2cc6"/>
          </v:shape>
        </w:pict>
      </w:r>
      <w:r>
        <w:rPr>
          <w:rFonts w:ascii="宋体" w:eastAsia="宋体" w:hAnsi="宋体" w:cs="宋体"/>
          <w:color w:val="000000"/>
        </w:rPr>
        <w:t>值是</w:t>
      </w:r>
      <w:r>
        <w:pict>
          <v:shape id="_x0000_i713105" type="#_x0000_t75" alt="学科网(www.zxxk.com)--教育资源门户，提供试卷、教案、课件、论文、素材以及各类教学资源下载，还有大量而丰富的教学相关资讯！" style="width:35.25pt;height:33.75pt" o:oleicon="f" o:ole="">
            <v:imagedata r:id="rId3246" o:title="eqIdb416293fabaa37f331d91e104b5cbc90"/>
          </v:shape>
        </w:pict>
      </w:r>
      <w:r>
        <w:rPr>
          <w:rFonts w:ascii="宋体" w:eastAsia="宋体" w:hAnsi="宋体" w:cs="宋体"/>
          <w:color w:val="000000"/>
        </w:rPr>
        <w:t>或</w:t>
      </w:r>
      <w:r>
        <w:pict>
          <v:shape id="_x0000_i713106" type="#_x0000_t75" alt="学科网(www.zxxk.com)--教育资源门户，提供试卷、教案、课件、论文、素材以及各类教学资源下载，还有大量而丰富的教学相关资讯！" style="width:41.25pt;height:33.75pt" o:oleicon="f" o:ole="">
            <v:imagedata r:id="rId3247" o:title="eqId31e15eb380ab41fe10a894e37616bb40"/>
          </v:shape>
        </w:pict>
      </w:r>
      <w:r>
        <w:rPr>
          <w:rFonts w:ascii="宋体" w:eastAsia="宋体" w:hAnsi="宋体" w:cs="宋体"/>
          <w:color w:val="000000"/>
        </w:rPr>
        <w:t>或</w:t>
      </w:r>
      <w:r>
        <w:pict>
          <v:shape id="_x0000_i713107" type="#_x0000_t75" alt="学科网(www.zxxk.com)--教育资源门户，提供试卷、教案、课件、论文、素材以及各类教学资源下载，还有大量而丰富的教学相关资讯！" style="width:41.25pt;height:33.75pt" o:oleicon="f" o:ole="">
            <v:imagedata r:id="rId3248" o:title="eqId85d74a41de388ba6e4c8e4ec9ee611f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3108" type="#_x0000_t75" alt="学科网(www.zxxk.com)--教育资源门户，提供试卷、教案、课件、论文、素材以及各类教学资源下载，还有大量而丰富的教学相关资讯！" style="width:35.25pt;height:33.75pt" o:oleicon="f" o:ole="">
            <v:imagedata r:id="rId3249" o:title="eqIdb416293fabaa37f331d91e104b5cbc90"/>
          </v:shape>
        </w:pict>
      </w:r>
      <w:r>
        <w:rPr>
          <w:rFonts w:ascii="宋体" w:eastAsia="宋体" w:hAnsi="宋体" w:cs="宋体"/>
          <w:color w:val="000000"/>
        </w:rPr>
        <w:t>或</w:t>
      </w:r>
      <w:r>
        <w:pict>
          <v:shape id="_x0000_i713109" type="#_x0000_t75" alt="学科网(www.zxxk.com)--教育资源门户，提供试卷、教案、课件、论文、素材以及各类教学资源下载，还有大量而丰富的教学相关资讯！" style="width:41.25pt;height:33.75pt" o:oleicon="f" o:ole="">
            <v:imagedata r:id="rId3250" o:title="eqId31e15eb380ab41fe10a894e37616bb40"/>
          </v:shape>
        </w:pict>
      </w:r>
      <w:r>
        <w:rPr>
          <w:rFonts w:ascii="宋体" w:eastAsia="宋体" w:hAnsi="宋体" w:cs="宋体"/>
          <w:color w:val="000000"/>
        </w:rPr>
        <w:t>或</w:t>
      </w:r>
      <w:r>
        <w:pict>
          <v:shape id="_x0000_i713110" type="#_x0000_t75" alt="学科网(www.zxxk.com)--教育资源门户，提供试卷、教案、课件、论文、素材以及各类教学资源下载，还有大量而丰富的教学相关资讯！" style="width:41.25pt;height:33.75pt" o:oleicon="f" o:ole="">
            <v:imagedata r:id="rId3251" o:title="eqId85d74a41de388ba6e4c8e4ec9ee611f3"/>
          </v:shape>
        </w:pic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本题主要考查角度的计算和旋转的相关知识，可结合平角的性质及角度的加减进行计算分析．</w:t>
      </w:r>
    </w:p>
    <w:p>
      <w:pPr>
        <w:pStyle w:val="Heading2"/>
      </w:pPr>
      <w:r>
        <w:t>大兴区</w:t>
      </w:r>
    </w:p>
    <w:p>
      <w:pPr>
        <w:spacing w:line="360" w:lineRule="auto"/>
        <w:jc w:val="both"/>
        <w:textAlignment w:val="center"/>
        <w:rPr>
          <w:color w:val="000000"/>
        </w:rPr>
      </w:pPr>
      <w:r>
        <w:rPr>
          <w:color w:val="000000"/>
        </w:rPr>
        <w:t xml:space="preserve">27. </w:t>
      </w:r>
      <w:r>
        <w:rPr>
          <w:rFonts w:ascii="宋体" w:eastAsia="宋体" w:hAnsi="宋体" w:cs="宋体"/>
          <w:color w:val="000000"/>
        </w:rPr>
        <w:t>某人一年内去游泳馆游泳次数</w:t>
      </w:r>
      <w:r>
        <w:rPr>
          <w:rFonts w:ascii="Times New Roman" w:eastAsia="Times New Roman" w:hAnsi="Times New Roman" w:cs="Times New Roman"/>
          <w:i/>
          <w:color w:val="000000"/>
        </w:rPr>
        <w:t>x</w:t>
      </w:r>
      <w:r>
        <w:rPr>
          <w:rFonts w:ascii="宋体" w:eastAsia="宋体" w:hAnsi="宋体" w:cs="宋体"/>
          <w:color w:val="000000"/>
        </w:rPr>
        <w:t>（单位：次）与游泳费用</w:t>
      </w:r>
      <w:r>
        <w:rPr>
          <w:rFonts w:ascii="Times New Roman" w:eastAsia="Times New Roman" w:hAnsi="Times New Roman" w:cs="Times New Roman"/>
          <w:i/>
          <w:color w:val="000000"/>
        </w:rPr>
        <w:t>y</w:t>
      </w:r>
      <w:r>
        <w:rPr>
          <w:rFonts w:ascii="宋体" w:eastAsia="宋体" w:hAnsi="宋体" w:cs="宋体"/>
          <w:color w:val="000000"/>
        </w:rPr>
        <w:t>（单位：元）的部分数据如下：一年内游泳次数</w:t>
      </w:r>
      <w:r>
        <w:rPr>
          <w:rFonts w:ascii="Times New Roman" w:eastAsia="Times New Roman" w:hAnsi="Times New Roman" w:cs="Times New Roman"/>
          <w:i/>
          <w:color w:val="000000"/>
        </w:rPr>
        <w:t>x</w:t>
      </w:r>
      <w:r>
        <w:rPr>
          <w:rFonts w:ascii="宋体" w:eastAsia="宋体" w:hAnsi="宋体" w:cs="宋体"/>
          <w:color w:val="000000"/>
        </w:rPr>
        <w:t>（次）</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34"/>
        <w:gridCol w:w="935"/>
        <w:gridCol w:w="938"/>
        <w:gridCol w:w="935"/>
        <w:gridCol w:w="931"/>
        <w:gridCol w:w="933"/>
        <w:gridCol w:w="945"/>
        <w:gridCol w:w="508"/>
        <w:gridCol w:w="1046"/>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42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次数</w:t>
            </w:r>
            <w:r>
              <w:rPr>
                <w:rFonts w:ascii="Times New Roman" w:eastAsia="Times New Roman" w:hAnsi="Times New Roman" w:cs="Times New Roman"/>
                <w:i/>
                <w:color w:val="000000"/>
              </w:rPr>
              <w:t>x</w:t>
            </w:r>
            <w:r>
              <w:rPr>
                <w:rFonts w:ascii="宋体" w:eastAsia="宋体" w:hAnsi="宋体" w:cs="宋体"/>
                <w:color w:val="000000"/>
              </w:rPr>
              <w:t>（次）</w:t>
            </w:r>
          </w:p>
        </w:tc>
        <w:tc>
          <w:tcPr>
            <w:tcW w:w="9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w:t>
            </w:r>
          </w:p>
          <w:p>
            <w:pPr>
              <w:spacing w:line="360" w:lineRule="auto"/>
              <w:jc w:val="both"/>
              <w:textAlignment w:val="center"/>
              <w:rPr>
                <w:color w:val="000000"/>
              </w:rPr>
            </w:pPr>
          </w:p>
        </w:tc>
        <w:tc>
          <w:tcPr>
            <w:tcW w:w="9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p>
          <w:p>
            <w:pPr>
              <w:spacing w:line="360" w:lineRule="auto"/>
              <w:jc w:val="both"/>
              <w:textAlignment w:val="center"/>
              <w:rPr>
                <w:color w:val="000000"/>
              </w:rPr>
            </w:pPr>
          </w:p>
        </w:tc>
        <w:tc>
          <w:tcPr>
            <w:tcW w:w="9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w:t>
            </w:r>
          </w:p>
          <w:p>
            <w:pPr>
              <w:spacing w:line="360" w:lineRule="auto"/>
              <w:jc w:val="both"/>
              <w:textAlignment w:val="center"/>
              <w:rPr>
                <w:color w:val="000000"/>
              </w:rPr>
            </w:pP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w:t>
            </w:r>
          </w:p>
          <w:p>
            <w:pPr>
              <w:spacing w:line="360" w:lineRule="auto"/>
              <w:jc w:val="both"/>
              <w:textAlignment w:val="center"/>
              <w:rPr>
                <w:color w:val="000000"/>
              </w:rPr>
            </w:pPr>
          </w:p>
        </w:tc>
        <w:tc>
          <w:tcPr>
            <w:tcW w:w="8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5</w:t>
            </w:r>
          </w:p>
          <w:p>
            <w:pPr>
              <w:spacing w:line="360" w:lineRule="auto"/>
              <w:jc w:val="both"/>
              <w:textAlignment w:val="center"/>
              <w:rPr>
                <w:color w:val="000000"/>
              </w:rPr>
            </w:pPr>
          </w:p>
        </w:tc>
        <w:tc>
          <w:tcPr>
            <w:tcW w:w="10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6</w:t>
            </w:r>
          </w:p>
          <w:p>
            <w:pPr>
              <w:spacing w:line="360" w:lineRule="auto"/>
              <w:jc w:val="both"/>
              <w:textAlignment w:val="center"/>
              <w:rPr>
                <w:color w:val="000000"/>
              </w:rPr>
            </w:pPr>
          </w:p>
        </w:tc>
        <w:tc>
          <w:tcPr>
            <w:tcW w:w="5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w:t>
            </w:r>
          </w:p>
          <w:p>
            <w:pPr>
              <w:spacing w:line="360" w:lineRule="auto"/>
              <w:jc w:val="both"/>
              <w:textAlignment w:val="center"/>
              <w:rPr>
                <w:color w:val="000000"/>
              </w:rPr>
            </w:pPr>
          </w:p>
        </w:tc>
        <w:tc>
          <w:tcPr>
            <w:tcW w:w="10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35</w:t>
            </w:r>
          </w:p>
          <w:p>
            <w:pPr>
              <w:spacing w:line="360" w:lineRule="auto"/>
              <w:jc w:val="both"/>
              <w:textAlignment w:val="center"/>
              <w:rPr>
                <w:color w:val="000000"/>
              </w:rPr>
            </w:pPr>
          </w:p>
        </w:tc>
      </w:tr>
      <w:tr>
        <w:tblPrEx>
          <w:tblW w:w="8325" w:type="dxa"/>
          <w:tblCellMar>
            <w:top w:w="120" w:type="dxa"/>
            <w:left w:w="120" w:type="dxa"/>
            <w:bottom w:w="120" w:type="dxa"/>
            <w:right w:w="120" w:type="dxa"/>
          </w:tblCellMar>
        </w:tblPrEx>
        <w:trPr>
          <w:cantSplit w:val="0"/>
          <w:trHeight w:val="54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游泳费用</w:t>
            </w:r>
            <w:r>
              <w:rPr>
                <w:rFonts w:ascii="Times New Roman" w:eastAsia="Times New Roman" w:hAnsi="Times New Roman" w:cs="Times New Roman"/>
                <w:i/>
                <w:color w:val="000000"/>
              </w:rPr>
              <w:t>y</w:t>
            </w:r>
            <w:r>
              <w:rPr>
                <w:rFonts w:ascii="宋体" w:eastAsia="宋体" w:hAnsi="宋体" w:cs="宋体"/>
                <w:color w:val="000000"/>
              </w:rPr>
              <w:t>（元）</w:t>
            </w:r>
          </w:p>
          <w:p>
            <w:pPr>
              <w:spacing w:line="360" w:lineRule="auto"/>
              <w:jc w:val="both"/>
              <w:textAlignment w:val="center"/>
              <w:rPr>
                <w:color w:val="000000"/>
              </w:rPr>
            </w:pPr>
          </w:p>
        </w:tc>
        <w:tc>
          <w:tcPr>
            <w:tcW w:w="9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200+15</w:t>
            </w:r>
          </w:p>
          <w:p>
            <w:pPr>
              <w:spacing w:line="360" w:lineRule="auto"/>
              <w:jc w:val="both"/>
              <w:textAlignment w:val="center"/>
              <w:rPr>
                <w:color w:val="000000"/>
              </w:rPr>
            </w:pPr>
          </w:p>
        </w:tc>
        <w:tc>
          <w:tcPr>
            <w:tcW w:w="9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200+30</w:t>
            </w:r>
          </w:p>
          <w:p>
            <w:pPr>
              <w:spacing w:line="360" w:lineRule="auto"/>
              <w:jc w:val="both"/>
              <w:textAlignment w:val="center"/>
              <w:rPr>
                <w:color w:val="000000"/>
              </w:rPr>
            </w:pPr>
          </w:p>
        </w:tc>
        <w:tc>
          <w:tcPr>
            <w:tcW w:w="9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200+45</w:t>
            </w:r>
          </w:p>
          <w:p>
            <w:pPr>
              <w:spacing w:line="360" w:lineRule="auto"/>
              <w:jc w:val="both"/>
              <w:textAlignment w:val="center"/>
              <w:rPr>
                <w:color w:val="000000"/>
              </w:rPr>
            </w:pP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200+60</w:t>
            </w:r>
          </w:p>
          <w:p>
            <w:pPr>
              <w:spacing w:line="360" w:lineRule="auto"/>
              <w:jc w:val="both"/>
              <w:textAlignment w:val="center"/>
              <w:rPr>
                <w:color w:val="000000"/>
              </w:rPr>
            </w:pPr>
          </w:p>
        </w:tc>
        <w:tc>
          <w:tcPr>
            <w:tcW w:w="8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200+75</w:t>
            </w:r>
          </w:p>
          <w:p>
            <w:pPr>
              <w:spacing w:line="360" w:lineRule="auto"/>
              <w:jc w:val="both"/>
              <w:textAlignment w:val="center"/>
              <w:rPr>
                <w:color w:val="000000"/>
              </w:rPr>
            </w:pPr>
          </w:p>
        </w:tc>
        <w:tc>
          <w:tcPr>
            <w:tcW w:w="10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200+90</w:t>
            </w:r>
          </w:p>
          <w:p>
            <w:pPr>
              <w:spacing w:line="360" w:lineRule="auto"/>
              <w:jc w:val="both"/>
              <w:textAlignment w:val="center"/>
              <w:rPr>
                <w:color w:val="000000"/>
              </w:rPr>
            </w:pPr>
          </w:p>
        </w:tc>
        <w:tc>
          <w:tcPr>
            <w:tcW w:w="5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w:t>
            </w:r>
          </w:p>
          <w:p>
            <w:pPr>
              <w:spacing w:line="360" w:lineRule="auto"/>
              <w:jc w:val="both"/>
              <w:textAlignment w:val="center"/>
              <w:rPr>
                <w:color w:val="000000"/>
              </w:rPr>
            </w:pPr>
          </w:p>
        </w:tc>
        <w:tc>
          <w:tcPr>
            <w:tcW w:w="10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200+525</w:t>
            </w:r>
          </w:p>
          <w:p>
            <w:pPr>
              <w:spacing w:line="360" w:lineRule="auto"/>
              <w:jc w:val="both"/>
              <w:textAlignment w:val="center"/>
              <w:rPr>
                <w:color w:val="000000"/>
              </w:rPr>
            </w:pPr>
          </w:p>
        </w:tc>
      </w:tr>
    </w:tbl>
    <w:p>
      <w:pPr>
        <w:spacing w:line="360" w:lineRule="auto"/>
        <w:jc w:val="left"/>
        <w:textAlignment w:val="center"/>
        <w:rPr>
          <w:color w:val="000000"/>
        </w:rPr>
      </w:pPr>
      <w:r>
        <w:rPr>
          <w:color w:val="000000"/>
        </w:rPr>
        <w:t>（1）</w:t>
      </w:r>
      <w:r>
        <w:rPr>
          <w:rFonts w:ascii="宋体" w:eastAsia="宋体" w:hAnsi="宋体" w:cs="宋体"/>
          <w:color w:val="000000"/>
        </w:rPr>
        <w:t>一年内游泳</w:t>
      </w:r>
      <w:r>
        <w:rPr>
          <w:rFonts w:ascii="Times New Roman" w:eastAsia="Times New Roman" w:hAnsi="Times New Roman" w:cs="Times New Roman"/>
          <w:color w:val="000000"/>
        </w:rPr>
        <w:t>10</w:t>
      </w:r>
      <w:r>
        <w:rPr>
          <w:rFonts w:ascii="宋体" w:eastAsia="宋体" w:hAnsi="宋体" w:cs="宋体"/>
          <w:color w:val="000000"/>
        </w:rPr>
        <w:t>次的费用是</w:t>
      </w:r>
      <w:r>
        <w:rPr>
          <w:rFonts w:ascii="Times New Roman" w:eastAsia="Times New Roman" w:hAnsi="Times New Roman" w:cs="Times New Roman"/>
          <w:color w:val="000000"/>
        </w:rPr>
        <w:t>______</w:t>
      </w:r>
      <w:r>
        <w:rPr>
          <w:rFonts w:ascii="宋体" w:eastAsia="宋体" w:hAnsi="宋体" w:cs="宋体"/>
          <w:color w:val="000000"/>
        </w:rPr>
        <w:t>元；</w:t>
      </w:r>
    </w:p>
    <w:p>
      <w:pPr>
        <w:spacing w:line="360" w:lineRule="auto"/>
        <w:jc w:val="left"/>
        <w:textAlignment w:val="center"/>
        <w:rPr>
          <w:color w:val="000000"/>
        </w:rPr>
      </w:pPr>
      <w:r>
        <w:rPr>
          <w:color w:val="000000"/>
        </w:rPr>
        <w:t>（2）</w:t>
      </w:r>
      <w:r>
        <w:rPr>
          <w:rFonts w:ascii="宋体" w:eastAsia="宋体" w:hAnsi="宋体" w:cs="宋体"/>
          <w:color w:val="000000"/>
        </w:rPr>
        <w:t>用含</w:t>
      </w:r>
      <w:r>
        <w:rPr>
          <w:rFonts w:ascii="Times New Roman" w:eastAsia="Times New Roman" w:hAnsi="Times New Roman" w:cs="Times New Roman"/>
          <w:i/>
          <w:color w:val="000000"/>
        </w:rPr>
        <w:t>x</w:t>
      </w:r>
      <w:r>
        <w:rPr>
          <w:rFonts w:ascii="宋体" w:eastAsia="宋体" w:hAnsi="宋体" w:cs="宋体"/>
          <w:color w:val="000000"/>
          <w:position w:val="0"/>
        </w:rPr>
        <w:drawing>
          <wp:inline>
            <wp:extent cx="133350" cy="177800"/>
            <wp:docPr id="339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6" name=""/>
                    <pic:cNvPicPr>
                      <a:picLocks noChangeAspect="1"/>
                    </pic:cNvPicPr>
                  </pic:nvPicPr>
                  <pic:blipFill>
                    <a:blip r:embed="rId325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式子表示游泳费用</w:t>
      </w:r>
      <w:r>
        <w:pict>
          <v:shape id="_x0000_i713111" type="#_x0000_t75" alt="学科网(www.zxxk.com)--教育资源门户，提供试卷、教案、课件、论文、素材以及各类教学资源下载，还有大量而丰富的教学相关资讯！" style="width:20.4pt;height:12.6pt" o:oleicon="f" o:ole="">
            <v:imagedata r:id="rId3253" o:title="eqId070d1ea22a92808dad7489438c239629"/>
          </v:shape>
        </w:pi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）元；</w:t>
      </w:r>
    </w:p>
    <w:p>
      <w:pPr>
        <w:spacing w:line="360" w:lineRule="auto"/>
        <w:jc w:val="left"/>
        <w:textAlignment w:val="center"/>
        <w:rPr>
          <w:color w:val="000000"/>
        </w:rPr>
      </w:pPr>
      <w:r>
        <w:rPr>
          <w:color w:val="000000"/>
        </w:rPr>
        <w:t>（3）</w:t>
      </w:r>
      <w:r>
        <w:rPr>
          <w:rFonts w:ascii="宋体" w:eastAsia="宋体" w:hAnsi="宋体" w:cs="宋体"/>
          <w:color w:val="000000"/>
        </w:rPr>
        <w:t>小丽有</w:t>
      </w:r>
      <w:r>
        <w:rPr>
          <w:rFonts w:ascii="Times New Roman" w:eastAsia="Times New Roman" w:hAnsi="Times New Roman" w:cs="Times New Roman"/>
          <w:color w:val="000000"/>
        </w:rPr>
        <w:t>510</w:t>
      </w:r>
      <w:r>
        <w:rPr>
          <w:rFonts w:ascii="宋体" w:eastAsia="宋体" w:hAnsi="宋体" w:cs="宋体"/>
          <w:color w:val="000000"/>
        </w:rPr>
        <w:t>元，一年内她最多可以游泳多少次？</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350</w:t>
      </w:r>
      <w:r>
        <w:rPr>
          <w:color w:val="000000"/>
        </w:rPr>
        <w:t xml:space="preserve">    </w:t>
      </w:r>
      <w:r>
        <w:rPr>
          <w:color w:val="000000"/>
        </w:rPr>
        <w:t>（2）</w:t>
      </w:r>
      <w:r>
        <w:pict>
          <v:shape id="_x0000_i713112" type="#_x0000_t75" alt="学科网(www.zxxk.com)--教育资源门户，提供试卷、教案、课件、论文、素材以及各类教学资源下载，还有大量而丰富的教学相关资讯！" style="width:49.15pt;height:13.9pt" o:oleicon="f" o:ole="">
            <v:imagedata r:id="rId3254" o:title="eqIde4a470d4bdce59510291baac9f0aaaaa"/>
          </v:shape>
        </w:pic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一年内小丽最多可以游泳</w:t>
      </w:r>
      <w:r>
        <w:rPr>
          <w:rFonts w:ascii="Times New Roman" w:eastAsia="Times New Roman" w:hAnsi="Times New Roman" w:cs="Times New Roman"/>
          <w:color w:val="000000"/>
        </w:rPr>
        <w:t>20</w:t>
      </w:r>
      <w:r>
        <w:rPr>
          <w:rFonts w:ascii="宋体" w:eastAsia="宋体" w:hAnsi="宋体" w:cs="宋体"/>
          <w:color w:val="000000"/>
        </w:rPr>
        <w:t>次．</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）结合表格中数据总结规律后即可得出答案；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）结合（</w:t>
      </w:r>
      <w:r>
        <w:rPr>
          <w:rFonts w:ascii="Times New Roman" w:eastAsia="Times New Roman" w:hAnsi="Times New Roman" w:cs="Times New Roman"/>
          <w:color w:val="000000"/>
        </w:rPr>
        <w:t>1</w:t>
      </w:r>
      <w:r>
        <w:rPr>
          <w:rFonts w:ascii="宋体" w:eastAsia="宋体" w:hAnsi="宋体" w:cs="宋体"/>
          <w:color w:val="000000"/>
        </w:rPr>
        <w:t>）中所求即可得出答案；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）结合（</w:t>
      </w:r>
      <w:r>
        <w:rPr>
          <w:rFonts w:ascii="Times New Roman" w:eastAsia="Times New Roman" w:hAnsi="Times New Roman" w:cs="Times New Roman"/>
          <w:color w:val="000000"/>
        </w:rPr>
        <w:t>2</w:t>
      </w:r>
      <w:r>
        <w:rPr>
          <w:rFonts w:ascii="宋体" w:eastAsia="宋体" w:hAnsi="宋体" w:cs="宋体"/>
          <w:color w:val="000000"/>
        </w:rPr>
        <w:t>）中所求列得不等式，解不等式后根据</w:t>
      </w:r>
      <w:r>
        <w:rPr>
          <w:rFonts w:ascii="Times New Roman" w:eastAsia="Times New Roman" w:hAnsi="Times New Roman" w:cs="Times New Roman"/>
          <w:i/>
          <w:color w:val="000000"/>
        </w:rPr>
        <w:t>x</w:t>
      </w:r>
      <w:r>
        <w:rPr>
          <w:rFonts w:ascii="宋体" w:eastAsia="宋体" w:hAnsi="宋体" w:cs="宋体"/>
          <w:color w:val="000000"/>
        </w:rPr>
        <w:t>为正整数确定其最大整数解即可得出答案．</w:t>
      </w:r>
    </w:p>
    <w:p>
      <w:pPr>
        <w:spacing w:line="360" w:lineRule="auto"/>
        <w:jc w:val="left"/>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解：由表格数据可得一年内游泳</w:t>
      </w:r>
      <w:r>
        <w:rPr>
          <w:rFonts w:ascii="Times New Roman" w:eastAsia="Times New Roman" w:hAnsi="Times New Roman" w:cs="Times New Roman"/>
          <w:color w:val="000000"/>
        </w:rPr>
        <w:t>1</w:t>
      </w:r>
      <w:r>
        <w:rPr>
          <w:rFonts w:ascii="宋体" w:eastAsia="宋体" w:hAnsi="宋体" w:cs="宋体"/>
          <w:color w:val="000000"/>
        </w:rPr>
        <w:t>次费用为</w:t>
      </w:r>
      <w:r>
        <w:pict>
          <v:shape id="_x0000_i713113" type="#_x0000_t75" alt="学科网(www.zxxk.com)--教育资源门户，提供试卷、教案、课件、论文、素材以及各类教学资源下载，还有大量而丰富的教学相关资讯！" style="width:52.15pt;height:19.9pt" o:oleicon="f" o:ole="">
            <v:imagedata r:id="rId3255" o:title="eqId26fbfd56dae7112aa7fd8ad1d220b678"/>
          </v:shape>
        </w:pic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一年内游泳</w:t>
      </w:r>
      <w:r>
        <w:rPr>
          <w:rFonts w:ascii="Times New Roman" w:eastAsia="Times New Roman" w:hAnsi="Times New Roman" w:cs="Times New Roman"/>
          <w:color w:val="000000"/>
        </w:rPr>
        <w:t>2</w:t>
      </w:r>
      <w:r>
        <w:rPr>
          <w:rFonts w:ascii="宋体" w:eastAsia="宋体" w:hAnsi="宋体" w:cs="宋体"/>
          <w:color w:val="000000"/>
        </w:rPr>
        <w:t>次费用为</w:t>
      </w:r>
      <w:r>
        <w:pict>
          <v:shape id="_x0000_i713114" type="#_x0000_t75" alt="学科网(www.zxxk.com)--教育资源门户，提供试卷、教案、课件、论文、素材以及各类教学资源下载，还有大量而丰富的教学相关资讯！" style="width:52.9pt;height:19.9pt" o:oleicon="f" o:ole="">
            <v:imagedata r:id="rId3256" o:title="eqId091caef28d6ce979e243a420bc87c8a2"/>
          </v:shape>
        </w:pict>
      </w:r>
      <w:r>
        <w:rPr>
          <w:rFonts w:ascii="宋体" w:eastAsia="宋体" w:hAnsi="宋体" w:cs="宋体"/>
          <w:color w:val="000000"/>
        </w:rPr>
        <w:t>元，即</w:t>
      </w:r>
      <w:r>
        <w:pict>
          <v:shape id="_x0000_i713115" type="#_x0000_t75" alt="学科网(www.zxxk.com)--教育资源门户，提供试卷、教案、课件、论文、素材以及各类教学资源下载，还有大量而丰富的教学相关资讯！" style="width:111pt;height:13.9pt" o:oleicon="f" o:ole="">
            <v:imagedata r:id="rId3257" o:title="eqId8f93556269cc9055070ff5e8d34decd6"/>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一年内游泳</w:t>
      </w:r>
      <w:r>
        <w:rPr>
          <w:rFonts w:ascii="Times New Roman" w:eastAsia="Times New Roman" w:hAnsi="Times New Roman" w:cs="Times New Roman"/>
          <w:color w:val="000000"/>
        </w:rPr>
        <w:t>3</w:t>
      </w:r>
      <w:r>
        <w:rPr>
          <w:rFonts w:ascii="宋体" w:eastAsia="宋体" w:hAnsi="宋体" w:cs="宋体"/>
          <w:color w:val="000000"/>
        </w:rPr>
        <w:t>次费用为</w:t>
      </w:r>
      <w:r>
        <w:pict>
          <v:shape id="_x0000_i713116" type="#_x0000_t75" alt="学科网(www.zxxk.com)--教育资源门户，提供试卷、教案、课件、论文、素材以及各类教学资源下载，还有大量而丰富的教学相关资讯！" style="width:52.9pt;height:19.9pt" o:oleicon="f" o:ole="">
            <v:imagedata r:id="rId3258" o:title="eqIda7c0bc3cc5fbab25bf516020420db42b"/>
          </v:shape>
        </w:pict>
      </w:r>
      <w:r>
        <w:rPr>
          <w:rFonts w:ascii="宋体" w:eastAsia="宋体" w:hAnsi="宋体" w:cs="宋体"/>
          <w:color w:val="000000"/>
        </w:rPr>
        <w:t>元，即</w:t>
      </w:r>
      <w:r>
        <w:pict>
          <v:shape id="_x0000_i713117" type="#_x0000_t75" alt="学科网(www.zxxk.com)--教育资源门户，提供试卷、教案、课件、论文、素材以及各类教学资源下载，还有大量而丰富的教学相关资讯！" style="width:109.9pt;height:13.9pt" o:oleicon="f" o:ole="">
            <v:imagedata r:id="rId3259" o:title="eqId3668ed0805a0692ae27a0e2ff8574b84"/>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both"/>
        <w:textAlignment w:val="center"/>
        <w:rPr>
          <w:color w:val="000000"/>
        </w:rPr>
      </w:pPr>
      <w:r>
        <w:rPr>
          <w:rFonts w:ascii="宋体" w:eastAsia="宋体" w:hAnsi="宋体" w:cs="宋体"/>
          <w:color w:val="000000"/>
        </w:rPr>
        <w:t>一年内游泳</w:t>
      </w:r>
      <w:r>
        <w:rPr>
          <w:rFonts w:ascii="Times New Roman" w:eastAsia="Times New Roman" w:hAnsi="Times New Roman" w:cs="Times New Roman"/>
          <w:color w:val="000000"/>
        </w:rPr>
        <w:t>10</w:t>
      </w:r>
      <w:r>
        <w:rPr>
          <w:rFonts w:ascii="宋体" w:eastAsia="宋体" w:hAnsi="宋体" w:cs="宋体"/>
          <w:color w:val="000000"/>
        </w:rPr>
        <w:t>次费用为</w:t>
      </w:r>
      <w:r>
        <w:pict>
          <v:shape id="_x0000_i713118" type="#_x0000_t75" alt="学科网(www.zxxk.com)--教育资源门户，提供试卷、教案、课件、论文、素材以及各类教学资源下载，还有大量而丰富的教学相关资讯！" style="width:93pt;height:13.9pt" o:oleicon="f" o:ole="">
            <v:imagedata r:id="rId3260" o:title="eqId762036624d93bdd6ef76640534c08efc"/>
          </v:shape>
        </w:pict>
      </w:r>
      <w:r>
        <w:rPr>
          <w:rFonts w:ascii="Times New Roman" w:eastAsia="Times New Roman" w:hAnsi="Times New Roman" w:cs="Times New Roman"/>
          <w:color w:val="000000"/>
        </w:rPr>
        <w:t>(</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350</w: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解：结合（</w:t>
      </w:r>
      <w:r>
        <w:rPr>
          <w:rFonts w:ascii="Times New Roman" w:eastAsia="Times New Roman" w:hAnsi="Times New Roman" w:cs="Times New Roman"/>
          <w:color w:val="000000"/>
        </w:rPr>
        <w:t>1</w:t>
      </w:r>
      <w:r>
        <w:rPr>
          <w:rFonts w:ascii="宋体" w:eastAsia="宋体" w:hAnsi="宋体" w:cs="宋体"/>
          <w:color w:val="000000"/>
        </w:rPr>
        <w:t>）可得一年内游泳</w:t>
      </w:r>
      <w:r>
        <w:rPr>
          <w:rFonts w:ascii="Times New Roman" w:eastAsia="Times New Roman" w:hAnsi="Times New Roman" w:cs="Times New Roman"/>
          <w:i/>
          <w:color w:val="000000"/>
        </w:rPr>
        <w:t>x</w:t>
      </w:r>
      <w:r>
        <w:rPr>
          <w:rFonts w:ascii="宋体" w:eastAsia="宋体" w:hAnsi="宋体" w:cs="宋体"/>
          <w:color w:val="000000"/>
        </w:rPr>
        <w:t>次费用为</w:t>
      </w:r>
      <w:r>
        <w:pict>
          <v:shape id="_x0000_i713119" type="#_x0000_t75" alt="学科网(www.zxxk.com)--教育资源门户，提供试卷、教案、课件、论文、素材以及各类教学资源下载，还有大量而丰富的教学相关资讯！" style="width:58.15pt;height:19.9pt" o:oleicon="f" o:ole="">
            <v:imagedata r:id="rId3261" o:title="eqId86f9f286694e784839187222f0acb628"/>
          </v:shape>
        </w:pic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即</w:t>
      </w:r>
      <w:r>
        <w:pict>
          <v:shape id="_x0000_i713120" type="#_x0000_t75" alt="学科网(www.zxxk.com)--教育资源门户，提供试卷、教案、课件、论文、素材以及各类教学资源下载，还有大量而丰富的教学相关资讯！" style="width:67.9pt;height:16.15pt" o:oleicon="f" o:ole="">
            <v:imagedata r:id="rId3262" o:title="eqId64f035d50f309ee33f4bd917e4d2feeb"/>
          </v:shape>
        </w:pict>
      </w:r>
      <w:r>
        <w:rPr>
          <w:rFonts w:ascii="Times New Roman" w:eastAsia="Times New Roman" w:hAnsi="Times New Roman" w:cs="Times New Roman"/>
          <w:color w:val="000000"/>
        </w:rPr>
        <w:t>(</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3121" type="#_x0000_t75" alt="学科网(www.zxxk.com)--教育资源门户，提供试卷、教案、课件、论文、素材以及各类教学资源下载，还有大量而丰富的教学相关资讯！" style="width:49.15pt;height:13.9pt" o:oleicon="f" o:ole="">
            <v:imagedata r:id="rId3263" o:title="eqIde4a470d4bdce59510291baac9f0aaaaa"/>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解：由题意可得</w:t>
      </w:r>
      <w:r>
        <w:pict>
          <v:shape id="_x0000_i713122" type="#_x0000_t75" alt="学科网(www.zxxk.com)--教育资源门户，提供试卷、教案、课件、论文、素材以及各类教学资源下载，还有大量而丰富的教学相关资讯！" style="width:79.15pt;height:13.9pt" o:oleicon="f" o:ole="">
            <v:imagedata r:id="rId3264" o:title="eqId025fa2be09b19f903901e77635100ab3"/>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3123" type="#_x0000_t75" alt="学科网(www.zxxk.com)--教育资源门户，提供试卷、教案、课件、论文、素材以及各类教学资源下载，还有大量而丰富的教学相关资讯！" style="width:43.15pt;height:31.15pt" o:oleicon="f" o:ole="">
            <v:imagedata r:id="rId3265" o:title="eqId71dab95a29dbcc5ed0d77bd44814245d"/>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为正整数，</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的最大整数解为</w:t>
      </w:r>
      <w:r>
        <w:pict>
          <v:shape id="_x0000_i713124" type="#_x0000_t75" alt="学科网(www.zxxk.com)--教育资源门户，提供试卷、教案、课件、论文、素材以及各类教学资源下载，还有大量而丰富的教学相关资讯！" style="width:36pt;height:14.25pt" o:oleicon="f" o:ole="">
            <v:imagedata r:id="rId3266" o:title="eqId14d21726b82e52bbd091c3d3279ba58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即一年内小丽最多可以游泳</w:t>
      </w:r>
      <w:r>
        <w:rPr>
          <w:rFonts w:ascii="Times New Roman" w:eastAsia="Times New Roman" w:hAnsi="Times New Roman" w:cs="Times New Roman"/>
          <w:color w:val="000000"/>
        </w:rPr>
        <w:t>20</w:t>
      </w:r>
      <w:r>
        <w:rPr>
          <w:rFonts w:ascii="宋体" w:eastAsia="宋体" w:hAnsi="宋体" w:cs="宋体"/>
          <w:color w:val="000000"/>
        </w:rPr>
        <w:t>次．</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本题考查了一元一次不等式的应用，列代数式，解决本题的关键是根据题意，列出代数式．</w:t>
      </w:r>
    </w:p>
    <w:p>
      <w:pPr>
        <w:spacing w:line="360" w:lineRule="auto"/>
        <w:jc w:val="both"/>
        <w:textAlignment w:val="center"/>
        <w:rPr>
          <w:color w:val="000000"/>
        </w:rPr>
      </w:pPr>
      <w:r>
        <w:rPr>
          <w:color w:val="000000"/>
        </w:rPr>
        <w:t xml:space="preserve">28. </w:t>
      </w:r>
      <w:r>
        <w:rPr>
          <w:rFonts w:ascii="宋体" w:eastAsia="宋体" w:hAnsi="宋体" w:cs="宋体"/>
          <w:color w:val="000000"/>
        </w:rPr>
        <w:t>如图，点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是同一直线上互不重合的三个点，在线段</w:t>
      </w:r>
      <w:r>
        <w:pict>
          <v:shape id="_x0000_i713125" type="#_x0000_t75" alt="学科网(www.zxxk.com)--教育资源门户，提供试卷、教案、课件、论文、素材以及各类教学资源下载，还有大量而丰富的教学相关资讯！" style="width:1in;height:13.9pt" o:oleicon="f" o:ole="">
            <v:imagedata r:id="rId3267" o:title="eqIda1a6936a0a7379a7dd2331182696712a"/>
          </v:shape>
        </w:pict>
      </w:r>
      <w:r>
        <w:rPr>
          <w:rFonts w:ascii="宋体" w:eastAsia="宋体" w:hAnsi="宋体" w:cs="宋体"/>
          <w:color w:val="000000"/>
        </w:rPr>
        <w:t>中，若有一条线段的长度恰好是另一条线段长度的一半，则称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三点存在</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4686300" cy="571500"/>
            <wp:docPr id="33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 name=""/>
                    <pic:cNvPicPr>
                      <a:picLocks noChangeAspect="1"/>
                    </pic:cNvPicPr>
                  </pic:nvPicPr>
                  <pic:blipFill>
                    <a:blip r:embed="rId3268"/>
                    <a:stretch>
                      <a:fillRect/>
                    </a:stretch>
                  </pic:blipFill>
                  <pic:spPr>
                    <a:xfrm>
                      <a:off x="0" y="0"/>
                      <a:ext cx="4686300" cy="571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当点</w:t>
      </w:r>
      <w:r>
        <w:rPr>
          <w:rFonts w:ascii="Times New Roman" w:eastAsia="Times New Roman" w:hAnsi="Times New Roman" w:cs="Times New Roman"/>
          <w:i/>
          <w:color w:val="000000"/>
        </w:rPr>
        <w:t>C</w:t>
      </w:r>
      <w:r>
        <w:rPr>
          <w:rFonts w:ascii="宋体" w:eastAsia="宋体" w:hAnsi="宋体" w:cs="宋体"/>
          <w:color w:val="000000"/>
        </w:rPr>
        <w:t>是线段</w:t>
      </w:r>
      <w:r>
        <w:pict>
          <v:shape id="_x0000_i713126" type="#_x0000_t75" alt="学科网(www.zxxk.com)--教育资源门户，提供试卷、教案、课件、论文、素材以及各类教学资源下载，还有大量而丰富的教学相关资讯！" style="width:20.05pt;height:12.6pt" o:oleicon="f" o:ole="">
            <v:imagedata r:id="rId3269" o:title="eqIdf52a58fbaf4fea03567e88a9f0f6e37e"/>
          </v:shape>
        </w:pict>
      </w:r>
      <w:r>
        <w:rPr>
          <w:rFonts w:ascii="宋体" w:eastAsia="宋体" w:hAnsi="宋体" w:cs="宋体"/>
          <w:color w:val="000000"/>
        </w:rPr>
        <w:t>的中点时，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w:t>
      </w:r>
      <w:r>
        <w:rPr>
          <w:rFonts w:ascii="Times New Roman" w:eastAsia="Times New Roman" w:hAnsi="Times New Roman" w:cs="Times New Roman"/>
          <w:color w:val="000000"/>
        </w:rPr>
        <w:t>______</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存在</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不存在</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w:t>
      </w:r>
      <w:r>
        <w:pict>
          <v:shape id="_x0000_i713127" type="#_x0000_t75" alt="学科网(www.zxxk.com)--教育资源门户，提供试卷、教案、课件、论文、素材以及各类教学资源下载，还有大量而丰富的教学相关资讯！" style="width:53.25pt;height:14.25pt" o:oleicon="f" o:ole="">
            <v:imagedata r:id="rId3270" o:title="eqId6747441b260ca043446b5d472fece440"/>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上，若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三点存在</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，则</w:t>
      </w:r>
      <w:r>
        <w:rPr>
          <w:rFonts w:ascii="Times New Roman" w:eastAsia="Times New Roman" w:hAnsi="Times New Roman" w:cs="Times New Roman"/>
          <w:i/>
          <w:color w:val="000000"/>
        </w:rPr>
        <w:t>AC</w:t>
      </w:r>
      <w:r>
        <w:rPr>
          <w:rFonts w:ascii="宋体" w:eastAsia="宋体" w:hAnsi="宋体" w:cs="宋体"/>
          <w:color w:val="000000"/>
        </w:rPr>
        <w:t>的长为</w:t>
      </w:r>
      <w:r>
        <w:rPr>
          <w:rFonts w:ascii="Times New Roman" w:eastAsia="Times New Roman" w:hAnsi="Times New Roman" w:cs="Times New Roman"/>
          <w:color w:val="000000"/>
        </w:rPr>
        <w:t>______cm</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已知点</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是数轴上互不重合的三个点，点</w:t>
      </w:r>
      <w:r>
        <w:rPr>
          <w:rFonts w:ascii="Times New Roman" w:eastAsia="Times New Roman" w:hAnsi="Times New Roman" w:cs="Times New Roman"/>
          <w:i/>
          <w:color w:val="000000"/>
        </w:rPr>
        <w:t>O</w:t>
      </w:r>
      <w:r>
        <w:rPr>
          <w:rFonts w:ascii="宋体" w:eastAsia="宋体" w:hAnsi="宋体" w:cs="宋体"/>
          <w:color w:val="000000"/>
        </w:rPr>
        <w:t>为原点，点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是正数），且</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三点存在</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，直接写出点</w:t>
      </w:r>
      <w:r>
        <w:rPr>
          <w:rFonts w:ascii="Times New Roman" w:eastAsia="Times New Roman" w:hAnsi="Times New Roman" w:cs="Times New Roman"/>
          <w:i/>
          <w:color w:val="000000"/>
        </w:rPr>
        <w:t>E</w:t>
      </w:r>
      <w:r>
        <w:rPr>
          <w:rFonts w:ascii="宋体" w:eastAsia="宋体" w:hAnsi="宋体" w:cs="宋体"/>
          <w:color w:val="000000"/>
        </w:rPr>
        <w:t>表示的数的最大值与最小值的差（用含</w:t>
      </w:r>
      <w:r>
        <w:rPr>
          <w:rFonts w:ascii="Times New Roman" w:eastAsia="Times New Roman" w:hAnsi="Times New Roman" w:cs="Times New Roman"/>
          <w:i/>
          <w:color w:val="000000"/>
        </w:rPr>
        <w:t>t</w:t>
      </w:r>
      <w:r>
        <w:rPr>
          <w:rFonts w:ascii="宋体" w:eastAsia="宋体" w:hAnsi="宋体" w:cs="宋体"/>
          <w:color w:val="000000"/>
        </w:rPr>
        <w:t>的式子表示）．</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存在</w:t>
      </w:r>
      <w:r>
        <w:rPr>
          <w:color w:val="000000"/>
        </w:rPr>
        <w:t xml:space="preserve">    </w:t>
      </w:r>
      <w:r>
        <w:rPr>
          <w:color w:val="000000"/>
        </w:rPr>
        <w:t>（2）</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r>
        <w:rPr>
          <w:color w:val="000000"/>
        </w:rPr>
        <w:t xml:space="preserve">    </w:t>
      </w:r>
    </w:p>
    <w:p>
      <w:pPr>
        <w:spacing w:line="360" w:lineRule="auto"/>
        <w:textAlignment w:val="center"/>
        <w:rPr>
          <w:color w:val="000000"/>
        </w:rPr>
      </w:pPr>
      <w:r>
        <w:rPr>
          <w:color w:val="000000"/>
        </w:rPr>
        <w:t>（3）</w:t>
      </w:r>
      <w:r>
        <w:pict>
          <v:shape id="_x0000_i713128" type="#_x0000_t75" alt="学科网(www.zxxk.com)--教育资源门户，提供试卷、教案、课件、论文、素材以及各类教学资源下载，还有大量而丰富的教学相关资讯！" style="width:12.75pt;height:14.25pt" o:oleicon="f" o:ole="">
            <v:imagedata r:id="rId3271" o:title="eqId1615241936780e83eb45e6166717161c"/>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的定义即可判断；</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）分当</w:t>
      </w:r>
      <w:r>
        <w:pict>
          <v:shape id="_x0000_i713129" type="#_x0000_t75" alt="学科网(www.zxxk.com)--教育资源门户，提供试卷、教案、课件、论文、素材以及各类教学资源下载，还有大量而丰富的教学相关资讯！" style="width:87.3pt;height:30.65pt" o:oleicon="f" o:ole="">
            <v:imagedata r:id="rId3272" o:title="eqIdbb37845c85e0d8300086cbdf08d39c38"/>
          </v:shape>
        </w:pict>
      </w:r>
      <w:r>
        <w:rPr>
          <w:rFonts w:ascii="宋体" w:eastAsia="宋体" w:hAnsi="宋体" w:cs="宋体"/>
          <w:color w:val="000000"/>
        </w:rPr>
        <w:t>、</w:t>
      </w:r>
      <w:r>
        <w:pict>
          <v:shape id="_x0000_i713130" type="#_x0000_t75" alt="学科网(www.zxxk.com)--教育资源门户，提供试卷、教案、课件、论文、素材以及各类教学资源下载，还有大量而丰富的教学相关资讯！" style="width:59.25pt;height:30.75pt" o:oleicon="f" o:ole="">
            <v:imagedata r:id="rId3273" o:title="eqId5002471e69d992c4d10c8255ba152e7a"/>
          </v:shape>
        </w:pict>
      </w:r>
      <w:r>
        <w:rPr>
          <w:rFonts w:ascii="宋体" w:eastAsia="宋体" w:hAnsi="宋体" w:cs="宋体"/>
          <w:color w:val="000000"/>
        </w:rPr>
        <w:t>、</w:t>
      </w:r>
      <w:r>
        <w:pict>
          <v:shape id="_x0000_i713131" type="#_x0000_t75" alt="学科网(www.zxxk.com)--教育资源门户，提供试卷、教案、课件、论文、素材以及各类教学资源下载，还有大量而丰富的教学相关资讯！" style="width:59pt;height:31pt" o:oleicon="f" o:ole="">
            <v:imagedata r:id="rId3274" o:title="eqId03aa7b8bbf6d82c5607195c1116b6873"/>
          </v:shape>
        </w:pict>
      </w:r>
      <w:r>
        <w:rPr>
          <w:rFonts w:ascii="宋体" w:eastAsia="宋体" w:hAnsi="宋体" w:cs="宋体"/>
          <w:color w:val="000000"/>
        </w:rPr>
        <w:t>三种情况讨论，列式计算即可求解；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D</w:t>
      </w:r>
      <w:r>
        <w:rPr>
          <w:rFonts w:ascii="宋体" w:eastAsia="宋体" w:hAnsi="宋体" w:cs="宋体"/>
          <w:color w:val="000000"/>
        </w:rPr>
        <w:t>的右侧时，点</w:t>
      </w:r>
      <w:r>
        <w:rPr>
          <w:rFonts w:ascii="Times New Roman" w:eastAsia="Times New Roman" w:hAnsi="Times New Roman" w:cs="Times New Roman"/>
          <w:i/>
          <w:color w:val="000000"/>
        </w:rPr>
        <w:t>E</w:t>
      </w:r>
      <w:r>
        <w:rPr>
          <w:rFonts w:ascii="宋体" w:eastAsia="宋体" w:hAnsi="宋体" w:cs="宋体"/>
          <w:color w:val="000000"/>
        </w:rPr>
        <w:t>表示的数有最大值，当点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O</w:t>
      </w:r>
      <w:r>
        <w:rPr>
          <w:rFonts w:ascii="宋体" w:eastAsia="宋体" w:hAnsi="宋体" w:cs="宋体"/>
          <w:color w:val="000000"/>
        </w:rPr>
        <w:t>的左侧时，点</w:t>
      </w:r>
      <w:r>
        <w:rPr>
          <w:rFonts w:ascii="Times New Roman" w:eastAsia="Times New Roman" w:hAnsi="Times New Roman" w:cs="Times New Roman"/>
          <w:i/>
          <w:color w:val="000000"/>
        </w:rPr>
        <w:t>E</w:t>
      </w:r>
      <w:r>
        <w:rPr>
          <w:rFonts w:ascii="宋体" w:eastAsia="宋体" w:hAnsi="宋体" w:cs="宋体"/>
          <w:color w:val="000000"/>
        </w:rPr>
        <w:t>表示的数有最小值，利用</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的定义即可求解．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解：当点</w:t>
      </w:r>
      <w:r>
        <w:rPr>
          <w:rFonts w:ascii="Times New Roman" w:eastAsia="Times New Roman" w:hAnsi="Times New Roman" w:cs="Times New Roman"/>
          <w:i/>
          <w:color w:val="000000"/>
        </w:rPr>
        <w:t>C</w:t>
      </w:r>
      <w:r>
        <w:rPr>
          <w:rFonts w:ascii="宋体" w:eastAsia="宋体" w:hAnsi="宋体" w:cs="宋体"/>
          <w:color w:val="000000"/>
        </w:rPr>
        <w:t>是线段</w:t>
      </w:r>
      <w:r>
        <w:pict>
          <v:shape id="_x0000_i713132" type="#_x0000_t75" alt="学科网(www.zxxk.com)--教育资源门户，提供试卷、教案、课件、论文、素材以及各类教学资源下载，还有大量而丰富的教学相关资讯！" style="width:20.05pt;height:12.6pt" o:oleicon="f" o:ole="">
            <v:imagedata r:id="rId3275" o:title="eqIdf52a58fbaf4fea03567e88a9f0f6e37e"/>
          </v:shape>
        </w:pict>
      </w:r>
      <w:r>
        <w:rPr>
          <w:rFonts w:ascii="宋体" w:eastAsia="宋体" w:hAnsi="宋体" w:cs="宋体"/>
          <w:color w:val="000000"/>
        </w:rPr>
        <w:t>的中点时，</w:t>
      </w:r>
      <w:r>
        <w:pict>
          <v:shape id="_x0000_i713133" type="#_x0000_t75" alt="学科网(www.zxxk.com)--教育资源门户，提供试卷、教案、课件、论文、素材以及各类教学资源下载，还有大量而丰富的教学相关资讯！" style="width:87.3pt;height:30.65pt" o:oleicon="f" o:ole="">
            <v:imagedata r:id="rId3276" o:title="eqIdbb37845c85e0d8300086cbdf08d39c3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三点存在</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故答案为：存在；</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解：①当</w:t>
      </w:r>
      <w:r>
        <w:pict>
          <v:shape id="_x0000_i713134" type="#_x0000_t75" alt="学科网(www.zxxk.com)--教育资源门户，提供试卷、教案、课件、论文、素材以及各类教学资源下载，还有大量而丰富的教学相关资讯！" style="width:87.3pt;height:30.65pt" o:oleicon="f" o:ole="">
            <v:imagedata r:id="rId3277" o:title="eqIdbb37845c85e0d8300086cbdf08d39c38"/>
          </v:shape>
        </w:pic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三点存在</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pict>
          <v:shape id="_x0000_i713135" type="#_x0000_t75" alt="学科网(www.zxxk.com)--教育资源门户，提供试卷、教案、课件、论文、素材以及各类教学资源下载，还有大量而丰富的教学相关资讯！" style="width:100.9pt;height:30.85pt" o:oleicon="f" o:ole="">
            <v:imagedata r:id="rId3278" o:title="eqId5e977fee894fd5465cfd21787e3dc9e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pict>
          <v:shape id="_x0000_i713136" type="#_x0000_t75" alt="学科网(www.zxxk.com)--教育资源门户，提供试卷、教案、课件、论文、素材以及各类教学资源下载，还有大量而丰富的教学相关资讯！" style="width:59.25pt;height:30.75pt" o:oleicon="f" o:ole="">
            <v:imagedata r:id="rId3279" o:title="eqId5002471e69d992c4d10c8255ba152e7a"/>
          </v:shape>
        </w:pic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三点存在</w:t>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pict>
          <v:shape id="_x0000_i713137" type="#_x0000_t75" alt="学科网(www.zxxk.com)--教育资源门户，提供试卷、教案、课件、论文、素材以及各类教学资源下载，还有大量而丰富的教学相关资讯！" style="width:93.6pt;height:14.4pt" o:oleicon="f" o:ole="">
            <v:imagedata r:id="rId3280" o:title="eqId17e1b09a3d736931994587d6ef61a059"/>
          </v:shape>
        </w:pict>
      </w:r>
      <w:r>
        <w:rPr>
          <w:rFonts w:ascii="宋体" w:eastAsia="宋体" w:hAnsi="宋体" w:cs="宋体"/>
          <w:color w:val="000000"/>
        </w:rPr>
        <w:t>，则</w:t>
      </w:r>
      <w:r>
        <w:pict>
          <v:shape id="_x0000_i713138" type="#_x0000_t75" alt="学科网(www.zxxk.com)--教育资源门户，提供试卷、教案、课件、论文、素材以及各类教学资源下载，还有大量而丰富的教学相关资讯！" style="width:100.9pt;height:30.85pt" o:oleicon="f" o:ole="">
            <v:imagedata r:id="rId3281" o:title="eqIdabd55e53b26b8950e4a40d1c5b6d050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③当</w:t>
      </w:r>
      <w:r>
        <w:pict>
          <v:shape id="_x0000_i713139" type="#_x0000_t75" alt="学科网(www.zxxk.com)--教育资源门户，提供试卷、教案、课件、论文、素材以及各类教学资源下载，还有大量而丰富的教学相关资讯！" style="width:59pt;height:31pt" o:oleicon="f" o:ole="">
            <v:imagedata r:id="rId3283" o:title="eqId03aa7b8bbf6d82c5607195c1116b6873"/>
          </v:shape>
        </w:pic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三点存</w:t>
      </w:r>
      <w:r>
        <w:rPr>
          <w:rFonts w:ascii="宋体" w:eastAsia="宋体" w:hAnsi="宋体" w:cs="宋体"/>
          <w:color w:val="000000"/>
          <w:position w:val="-1"/>
        </w:rPr>
        <w:drawing>
          <wp:inline>
            <wp:extent cx="139700" cy="190500"/>
            <wp:docPr id="339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 name=""/>
                    <pic:cNvPicPr>
                      <a:picLocks noChangeAspect="1"/>
                    </pic:cNvPicPr>
                  </pic:nvPicPr>
                  <pic:blipFill>
                    <a:blip r:embed="rId3282"/>
                    <a:stretch>
                      <a:fillRect/>
                    </a:stretch>
                  </pic:blipFill>
                  <pic:spPr>
                    <a:xfrm>
                      <a:off x="0" y="0"/>
                      <a:ext cx="139700" cy="190500"/>
                    </a:xfrm>
                    <a:prstGeom prst="rect">
                      <a:avLst/>
                    </a:prstGeom>
                  </pic:spPr>
                </pic:pic>
              </a:graphicData>
            </a:graphic>
          </wp:inline>
        </w:drawing>
      </w:r>
      <w:r>
        <w:rPr>
          <w:rFonts w:ascii="Times New Roman" w:eastAsia="Times New Roman" w:hAnsi="Times New Roman" w:cs="Times New Roman"/>
          <w:color w:val="000000"/>
        </w:rPr>
        <w:t>“</w:t>
      </w:r>
      <w:r>
        <w:rPr>
          <w:rFonts w:ascii="宋体" w:eastAsia="宋体" w:hAnsi="宋体" w:cs="宋体"/>
          <w:color w:val="000000"/>
        </w:rPr>
        <w:t>半分关系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pict>
          <v:shape id="_x0000_i713140" type="#_x0000_t75" alt="学科网(www.zxxk.com)--教育资源门户，提供试卷、教案、课件、论文、素材以及各类教学资源下载，还有大量而丰富的教学相关资讯！" style="width:93.6pt;height:14.4pt" o:oleicon="f" o:ole="">
            <v:imagedata r:id="rId3284" o:title="eqId17e1b09a3d736931994587d6ef61a059"/>
          </v:shape>
        </w:pict>
      </w:r>
      <w:r>
        <w:rPr>
          <w:rFonts w:ascii="宋体" w:eastAsia="宋体" w:hAnsi="宋体" w:cs="宋体"/>
          <w:color w:val="000000"/>
        </w:rPr>
        <w:t>，则</w:t>
      </w:r>
      <w:r>
        <w:pict>
          <v:shape id="_x0000_i713141" type="#_x0000_t75" alt="学科网(www.zxxk.com)--教育资源门户，提供试卷、教案、课件、论文、素材以及各类教学资源下载，还有大量而丰富的教学相关资讯！" style="width:100.9pt;height:30.85pt" o:oleicon="f" o:ole="">
            <v:imagedata r:id="rId3285" o:title="eqIdaf484a1b6f5d763f3e25d1d0a50ee89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D</w:t>
      </w:r>
      <w:r>
        <w:rPr>
          <w:rFonts w:ascii="宋体" w:eastAsia="宋体" w:hAnsi="宋体" w:cs="宋体"/>
          <w:color w:val="000000"/>
        </w:rPr>
        <w:t>的右侧时，点</w:t>
      </w:r>
      <w:r>
        <w:rPr>
          <w:rFonts w:ascii="Times New Roman" w:eastAsia="Times New Roman" w:hAnsi="Times New Roman" w:cs="Times New Roman"/>
          <w:i/>
          <w:color w:val="000000"/>
        </w:rPr>
        <w:t>E</w:t>
      </w:r>
      <w:r>
        <w:rPr>
          <w:rFonts w:ascii="宋体" w:eastAsia="宋体" w:hAnsi="宋体" w:cs="宋体"/>
          <w:color w:val="000000"/>
        </w:rPr>
        <w:t>表示的数有最大值，</w:t>
      </w:r>
    </w:p>
    <w:p>
      <w:pPr>
        <w:spacing w:line="360" w:lineRule="auto"/>
        <w:jc w:val="left"/>
        <w:textAlignment w:val="center"/>
        <w:rPr>
          <w:color w:val="000000"/>
        </w:rPr>
      </w:pPr>
      <w:r>
        <w:rPr>
          <w:rFonts w:ascii="宋体" w:eastAsia="宋体" w:hAnsi="宋体" w:cs="宋体"/>
          <w:color w:val="000000"/>
        </w:rPr>
        <w:t>此时，</w:t>
      </w:r>
      <w:r>
        <w:pict>
          <v:shape id="_x0000_i713142" type="#_x0000_t75" alt="学科网(www.zxxk.com)--教育资源门户，提供试卷、教案、课件、论文、素材以及各类教学资源下载，还有大量而丰富的教学相关资讯！" style="width:59.25pt;height:30.75pt" o:oleicon="f" o:ole="">
            <v:imagedata r:id="rId3286" o:title="eqId34c5c4644edea01437923e3d99c4894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143" type="#_x0000_t75" alt="学科网(www.zxxk.com)--教育资源门户，提供试卷、教案、课件、论文、素材以及各类教学资源下载，还有大量而丰富的教学相关资讯！" style="width:77.95pt;height:13.85pt" o:oleicon="f" o:ole="">
            <v:imagedata r:id="rId3287" o:title="eqIdbfb531e24b64edc6111cf87e3eea3e6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144" type="#_x0000_t75" alt="学科网(www.zxxk.com)--教育资源门户，提供试卷、教案、课件、论文、素材以及各类教学资源下载，还有大量而丰富的教学相关资讯！" style="width:98.1pt;height:13.85pt" o:oleicon="f" o:ole="">
            <v:imagedata r:id="rId3288" o:title="eqIdfa9451685c1eeef71e4e031ea25f10b4"/>
          </v:shape>
        </w:pict>
      </w:r>
      <w:r>
        <w:rPr>
          <w:rFonts w:ascii="宋体" w:eastAsia="宋体" w:hAnsi="宋体" w:cs="宋体"/>
          <w:color w:val="000000"/>
        </w:rPr>
        <w:t>，即点</w:t>
      </w:r>
      <w:r>
        <w:rPr>
          <w:rFonts w:ascii="Times New Roman" w:eastAsia="Times New Roman" w:hAnsi="Times New Roman" w:cs="Times New Roman"/>
          <w:i/>
          <w:color w:val="000000"/>
        </w:rPr>
        <w:t>E</w:t>
      </w:r>
      <w:r>
        <w:rPr>
          <w:rFonts w:ascii="宋体" w:eastAsia="宋体" w:hAnsi="宋体" w:cs="宋体"/>
          <w:color w:val="000000"/>
        </w:rPr>
        <w:t>表示的数为</w:t>
      </w:r>
      <w:r>
        <w:pict>
          <v:shape id="_x0000_i713145" type="#_x0000_t75" alt="学科网(www.zxxk.com)--教育资源门户，提供试卷、教案、课件、论文、素材以及各类教学资源下载，还有大量而丰富的教学相关资讯！" style="width:12.75pt;height:14.25pt" o:oleicon="f" o:ole="">
            <v:imagedata r:id="rId3289" o:title="eqId6bc7e6b107c09e656bc4dea784c1471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O</w:t>
      </w:r>
      <w:r>
        <w:rPr>
          <w:rFonts w:ascii="宋体" w:eastAsia="宋体" w:hAnsi="宋体" w:cs="宋体"/>
          <w:color w:val="000000"/>
        </w:rPr>
        <w:t>的左侧时，点</w:t>
      </w:r>
      <w:r>
        <w:rPr>
          <w:rFonts w:ascii="Times New Roman" w:eastAsia="Times New Roman" w:hAnsi="Times New Roman" w:cs="Times New Roman"/>
          <w:i/>
          <w:color w:val="000000"/>
        </w:rPr>
        <w:t>E</w:t>
      </w:r>
      <w:r>
        <w:rPr>
          <w:rFonts w:ascii="宋体" w:eastAsia="宋体" w:hAnsi="宋体" w:cs="宋体"/>
          <w:color w:val="000000"/>
        </w:rPr>
        <w:t>表示的数有最小值，</w:t>
      </w:r>
    </w:p>
    <w:p>
      <w:pPr>
        <w:spacing w:line="360" w:lineRule="auto"/>
        <w:jc w:val="left"/>
        <w:textAlignment w:val="center"/>
        <w:rPr>
          <w:color w:val="000000"/>
        </w:rPr>
      </w:pPr>
      <w:r>
        <w:rPr>
          <w:rFonts w:ascii="宋体" w:eastAsia="宋体" w:hAnsi="宋体" w:cs="宋体"/>
          <w:color w:val="000000"/>
        </w:rPr>
        <w:t>此时，</w:t>
      </w:r>
      <w:r>
        <w:pict>
          <v:shape id="_x0000_i713146" type="#_x0000_t75" alt="学科网(www.zxxk.com)--教育资源门户，提供试卷、教案、课件、论文、素材以及各类教学资源下载，还有大量而丰富的教学相关资讯！" style="width:59.25pt;height:31.5pt" o:oleicon="f" o:ole="">
            <v:imagedata r:id="rId3290" o:title="eqIdab14023381be6d94acb18c9bb27d008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147" type="#_x0000_t75" alt="学科网(www.zxxk.com)--教育资源门户，提供试卷、教案、课件、论文、素材以及各类教学资源下载，还有大量而丰富的教学相关资讯！" style="width:77.15pt;height:13.85pt" o:oleicon="f" o:ole="">
            <v:imagedata r:id="rId3291" o:title="eqIdd10cd6ac885eb16d10269b1be2190824"/>
          </v:shape>
        </w:pict>
      </w:r>
      <w:r>
        <w:rPr>
          <w:rFonts w:ascii="宋体" w:eastAsia="宋体" w:hAnsi="宋体" w:cs="宋体"/>
          <w:color w:val="000000"/>
        </w:rPr>
        <w:t>，即点</w:t>
      </w:r>
      <w:r>
        <w:rPr>
          <w:rFonts w:ascii="Times New Roman" w:eastAsia="Times New Roman" w:hAnsi="Times New Roman" w:cs="Times New Roman"/>
          <w:i/>
          <w:color w:val="000000"/>
        </w:rPr>
        <w:t>E</w:t>
      </w:r>
      <w:r>
        <w:rPr>
          <w:rFonts w:ascii="宋体" w:eastAsia="宋体" w:hAnsi="宋体" w:cs="宋体"/>
          <w:color w:val="000000"/>
        </w:rPr>
        <w:t>表示的数为</w:t>
      </w:r>
      <w:r>
        <w:pict>
          <v:shape id="_x0000_i713148" type="#_x0000_t75" alt="学科网(www.zxxk.com)--教育资源门户，提供试卷、教案、课件、论文、素材以及各类教学资源下载，还有大量而丰富的教学相关资讯！" style="width:20.25pt;height:13.5pt" o:oleicon="f" o:ole="">
            <v:imagedata r:id="rId3292" o:title="eqId5d2458f8a4567e36eccaa6788331af7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表示的数的最大值与最小值的差为</w:t>
      </w:r>
      <w:r>
        <w:pict>
          <v:shape id="_x0000_i713149" type="#_x0000_t75" alt="学科网(www.zxxk.com)--教育资源门户，提供试卷、教案、课件、论文、素材以及各类教学资源下载，还有大量而丰富的教学相关资讯！" style="width:70pt;height:20.2pt" o:oleicon="f" o:ole="">
            <v:imagedata r:id="rId3293" o:title="eqIdf801d055e466f97f4bbaddeb2dccbdf9"/>
          </v:shape>
        </w:pic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本题考查了数轴、列代数式，解决本题的关键是分类讨论思想的利用．</w:t>
      </w:r>
    </w:p>
    <w:p>
      <w:pPr>
        <w:pStyle w:val="Heading2"/>
      </w:pPr>
      <w:r>
        <w:t>密云区</w:t>
      </w:r>
    </w:p>
    <w:p>
      <w:pPr>
        <w:spacing w:line="360" w:lineRule="auto"/>
        <w:jc w:val="both"/>
        <w:textAlignment w:val="center"/>
        <w:rPr>
          <w:color w:val="000000"/>
        </w:rPr>
      </w:pPr>
      <w:r>
        <w:rPr>
          <w:color w:val="000000"/>
        </w:rPr>
        <w:t xml:space="preserve">25. </w:t>
      </w:r>
      <w:r>
        <w:rPr>
          <w:rFonts w:ascii="宋体" w:hAnsi="宋体" w:eastAsia="宋体" w:cs="宋体"/>
          <w:color w:val="000000"/>
        </w:rPr>
        <w:t>已知</w:t>
      </w:r>
      <w:r>
        <w:pict>
          <v:shape id="_x0000_i713150" o:spt="75" alt="学科网(www.zxxk.com)--教育资源门户，提供试卷、教案、课件、论文、素材以及各类教学资源下载，还有大量而丰富的教学相关资讯！" type="#_x0000_t75" style="height:13pt;width:62.5pt;" o:ole="t" filled="f" o:preferrelative="t" stroked="f" coordsize="21600,21600">
            <v:path/>
            <v:fill on="f" focussize="0,0"/>
            <v:stroke on="f" joinstyle="miter"/>
            <v:imagedata r:id="rId3294" o:title="eqId9ff5c21185c13eae675906dabd3593c7"/>
            <o:lock v:ext="edit" aspectratio="t"/>
            <w10:wrap type="none"/>
            <w10:anchorlock/>
          </v:shape>
        </w:pict>
      </w:r>
      <w:r>
        <w:rPr>
          <w:rFonts w:ascii="宋体" w:hAnsi="宋体" w:eastAsia="宋体" w:cs="宋体"/>
          <w:color w:val="000000"/>
        </w:rPr>
        <w:t>，射线</w:t>
      </w:r>
      <w:r>
        <w:pict>
          <v:shape id="_x0000_i713151"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3295" o:title="eqId828628c0876b45381c9a0edeb0fec236"/>
            <o:lock v:ext="edit" aspectratio="t"/>
            <w10:wrap type="none"/>
            <w10:anchorlock/>
          </v:shape>
        </w:pict>
      </w:r>
      <w:r>
        <w:rPr>
          <w:rFonts w:ascii="宋体" w:hAnsi="宋体" w:eastAsia="宋体" w:cs="宋体"/>
          <w:color w:val="000000"/>
        </w:rPr>
        <w:t>是</w:t>
      </w:r>
      <w:r>
        <w:pict>
          <v:shape id="_x0000_i71315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296" o:title="eqId6d7b2fe01a33c4825f9974ed9663a99c"/>
            <o:lock v:ext="edit" aspectratio="t"/>
            <w10:wrap type="none"/>
            <w10:anchorlock/>
          </v:shape>
        </w:pict>
      </w:r>
      <w:r>
        <w:rPr>
          <w:rFonts w:ascii="宋体" w:hAnsi="宋体" w:eastAsia="宋体" w:cs="宋体"/>
          <w:color w:val="000000"/>
        </w:rPr>
        <w:t>的角平分线，点</w:t>
      </w:r>
      <w:r>
        <w:pict>
          <v:shape id="_x0000_i71315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297" o:title="eqId8455657dde27aabe6adb7b188e031c11"/>
            <o:lock v:ext="edit" aspectratio="t"/>
            <w10:wrap type="none"/>
            <w10:anchorlock/>
          </v:shape>
        </w:pict>
      </w:r>
      <w:r>
        <w:rPr>
          <w:rFonts w:ascii="宋体" w:hAnsi="宋体" w:eastAsia="宋体" w:cs="宋体"/>
          <w:color w:val="000000"/>
        </w:rPr>
        <w:t>是</w:t>
      </w:r>
      <w:r>
        <w:pict>
          <v:shape id="_x0000_i71315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298" o:title="eqIdd22df2977de56cc69be0c1e847653d7a"/>
            <o:lock v:ext="edit" aspectratio="t"/>
            <w10:wrap type="none"/>
            <w10:anchorlock/>
          </v:shape>
        </w:pict>
      </w:r>
      <w:r>
        <w:rPr>
          <w:rFonts w:ascii="宋体" w:hAnsi="宋体" w:eastAsia="宋体" w:cs="宋体"/>
          <w:color w:val="000000"/>
        </w:rPr>
        <w:t>内部一点，且点</w:t>
      </w:r>
      <w:r>
        <w:pict>
          <v:shape id="_x0000_i71315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297" o:title="eqId8455657dde27aabe6adb7b188e031c11"/>
            <o:lock v:ext="edit" aspectratio="t"/>
            <w10:wrap type="none"/>
            <w10:anchorlock/>
          </v:shape>
        </w:pict>
      </w:r>
      <w:r>
        <w:rPr>
          <w:rFonts w:ascii="宋体" w:hAnsi="宋体" w:eastAsia="宋体" w:cs="宋体"/>
          <w:color w:val="000000"/>
        </w:rPr>
        <w:t>不在</w:t>
      </w:r>
      <w:r>
        <w:pict>
          <v:shape id="_x0000_i71315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298" o:title="eqIdd22df2977de56cc69be0c1e847653d7a"/>
            <o:lock v:ext="edit" aspectratio="t"/>
            <w10:wrap type="none"/>
            <w10:anchorlock/>
          </v:shape>
        </w:pict>
      </w:r>
      <w:r>
        <w:rPr>
          <w:rFonts w:ascii="宋体" w:hAnsi="宋体" w:eastAsia="宋体" w:cs="宋体"/>
          <w:color w:val="000000"/>
        </w:rPr>
        <w:t>的平分线上．</w:t>
      </w:r>
    </w:p>
    <w:p>
      <w:pPr>
        <w:spacing w:line="360" w:lineRule="auto"/>
        <w:jc w:val="both"/>
        <w:textAlignment w:val="center"/>
        <w:rPr>
          <w:color w:val="000000"/>
        </w:rPr>
      </w:pPr>
      <w:r>
        <w:rPr>
          <w:color w:val="000000"/>
        </w:rPr>
        <w:drawing>
          <wp:inline distT="0" distB="0" distL="114300" distR="114300">
            <wp:extent cx="3476625" cy="1152525"/>
            <wp:effectExtent l="0" t="0" r="0" b="0"/>
            <wp:docPr id="3401"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 name="图片 100057" descr="学科网(www.zxxk.com)--教育资源门户，提供试卷、教案、课件、论文、素材以及各类教学资源下载，还有大量而丰富的教学相关资讯！"/>
                    <pic:cNvPicPr>
                      <a:picLocks noChangeAspect="1"/>
                    </pic:cNvPicPr>
                  </pic:nvPicPr>
                  <pic:blipFill>
                    <a:blip r:embed="rId3299"/>
                    <a:stretch>
                      <a:fillRect/>
                    </a:stretch>
                  </pic:blipFill>
                  <pic:spPr>
                    <a:xfrm>
                      <a:off x="0" y="0"/>
                      <a:ext cx="3476625" cy="11525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pict>
          <v:shape id="_x0000_i713157"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300" o:title="eqIdbdaa19de263700a15fcf213d64a8cd57"/>
            <o:lock v:ext="edit" aspectratio="t"/>
            <w10:wrap type="none"/>
            <w10:anchorlock/>
          </v:shape>
        </w:pict>
      </w:r>
      <w:r>
        <w:rPr>
          <w:rFonts w:ascii="宋体" w:hAnsi="宋体" w:eastAsia="宋体" w:cs="宋体"/>
          <w:color w:val="000000"/>
        </w:rPr>
        <w:t>，当</w:t>
      </w:r>
      <w:r>
        <w:pict>
          <v:shape id="_x0000_i713158" o:spt="75" alt="学科网(www.zxxk.com)--教育资源门户，提供试卷、教案、课件、论文、素材以及各类教学资源下载，还有大量而丰富的教学相关资讯！" type="#_x0000_t75" style="height:14pt;width:66pt;" o:ole="t" filled="f" o:preferrelative="t" stroked="f" coordsize="21600,21600">
            <v:path/>
            <v:fill on="f" focussize="0,0"/>
            <v:stroke on="f" joinstyle="miter"/>
            <v:imagedata r:id="rId3301" o:title="eqId91b571c587a699f24c1121b09d54f3f2"/>
            <o:lock v:ext="edit" aspectratio="t"/>
            <w10:wrap type="none"/>
            <w10:anchorlock/>
          </v:shape>
        </w:pict>
      </w:r>
      <w:r>
        <w:rPr>
          <w:rFonts w:ascii="宋体" w:hAnsi="宋体" w:eastAsia="宋体" w:cs="宋体"/>
          <w:color w:val="000000"/>
        </w:rPr>
        <w:t>时，计算</w:t>
      </w:r>
      <w:r>
        <w:pict>
          <v:shape id="_x0000_i713159"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3302" o:title="eqIded66570f697459aba9daa2eaf9460bcb"/>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点</w:t>
      </w:r>
      <w:r>
        <w:pict>
          <v:shape id="_x0000_i71316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303" o:title="eqId2a30f3a8b673cc28bd90c50cf1a35281"/>
            <o:lock v:ext="edit" aspectratio="t"/>
            <w10:wrap type="none"/>
            <w10:anchorlock/>
          </v:shape>
        </w:pict>
      </w:r>
      <w:r>
        <w:rPr>
          <w:rFonts w:ascii="宋体" w:hAnsi="宋体" w:eastAsia="宋体" w:cs="宋体"/>
          <w:color w:val="000000"/>
        </w:rPr>
        <w:t>在直线</w:t>
      </w:r>
      <w:r>
        <w:pict>
          <v:shape id="_x0000_i713161"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3304" o:title="eqIdb90e0f35eda1a729fed485f83da5ea9d"/>
            <o:lock v:ext="edit" aspectratio="t"/>
            <w10:wrap type="none"/>
            <w10:anchorlock/>
          </v:shape>
        </w:pict>
      </w:r>
      <w:r>
        <w:rPr>
          <w:rFonts w:ascii="宋体" w:hAnsi="宋体" w:eastAsia="宋体" w:cs="宋体"/>
          <w:color w:val="000000"/>
        </w:rPr>
        <w:t>上方，且</w:t>
      </w:r>
      <w:r>
        <w:pict>
          <v:shape id="_x0000_i713162" o:spt="75" alt="学科网(www.zxxk.com)--教育资源门户，提供试卷、教案、课件、论文、素材以及各类教学资源下载，还有大量而丰富的教学相关资讯！" type="#_x0000_t75" style="height:13.95pt;width:67.95pt;" o:ole="t" filled="f" o:preferrelative="t" stroked="f" coordsize="21600,21600">
            <v:path/>
            <v:fill on="f" focussize="0,0"/>
            <v:stroke on="f" joinstyle="miter"/>
            <v:imagedata r:id="rId3305" o:title="eqIdcd2c2043b603457b46870d9dc81ddf09"/>
            <o:lock v:ext="edit" aspectratio="t"/>
            <w10:wrap type="none"/>
            <w10:anchorlock/>
          </v:shape>
        </w:pict>
      </w:r>
      <w:r>
        <w:rPr>
          <w:rFonts w:ascii="宋体" w:hAnsi="宋体" w:eastAsia="宋体" w:cs="宋体"/>
          <w:color w:val="000000"/>
        </w:rPr>
        <w:t>用等式表示</w:t>
      </w:r>
      <w:r>
        <w:pict>
          <v:shape id="_x0000_i71316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06" o:title="eqIddc9f91270ddbe1cf3c1362e1b95aee14"/>
            <o:lock v:ext="edit" aspectratio="t"/>
            <w10:wrap type="none"/>
            <w10:anchorlock/>
          </v:shape>
        </w:pict>
      </w:r>
      <w:r>
        <w:rPr>
          <w:rFonts w:ascii="宋体" w:hAnsi="宋体" w:eastAsia="宋体" w:cs="宋体"/>
          <w:color w:val="000000"/>
        </w:rPr>
        <w:t>和</w:t>
      </w:r>
      <w:r>
        <w:pict>
          <v:shape id="_x0000_i71316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07" o:title="eqId418ebb89d29f4f631b055c911e8d178a"/>
            <o:lock v:ext="edit" aspectratio="t"/>
            <w10:wrap type="none"/>
            <w10:anchorlock/>
          </v:shape>
        </w:pict>
      </w:r>
      <w:r>
        <w:rPr>
          <w:rFonts w:ascii="宋体" w:hAnsi="宋体" w:eastAsia="宋体" w:cs="宋体"/>
          <w:color w:val="000000"/>
        </w:rPr>
        <w:t>之间的数量关系，并说明理由．</w:t>
      </w:r>
    </w:p>
    <w:p>
      <w:pPr>
        <w:spacing w:line="360" w:lineRule="auto"/>
        <w:textAlignment w:val="center"/>
        <w:rPr>
          <w:color w:val="000000"/>
        </w:rPr>
      </w:pPr>
      <w:r>
        <w:rPr>
          <w:color w:val="2E75B6"/>
        </w:rPr>
        <w:t>【答案】</w:t>
      </w:r>
      <w:r>
        <w:rPr>
          <w:color w:val="000000"/>
        </w:rPr>
        <w:t>（1）</w:t>
      </w:r>
      <w:r>
        <w:pict>
          <v:shape id="_x0000_i71316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308" o:title="eqIdd36581140ebac5d28438ea63b1b23b65"/>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3166" o:spt="75" alt="学科网(www.zxxk.com)--教育资源门户，提供试卷、教案、课件、论文、素材以及各类教学资源下载，还有大量而丰富的教学相关资讯！" type="#_x0000_t75" style="height:13.95pt;width:109pt;" o:ole="t" filled="f" o:preferrelative="t" stroked="f" coordsize="21600,21600">
            <v:path/>
            <v:fill on="f" focussize="0,0"/>
            <v:stroke on="f" joinstyle="miter"/>
            <v:imagedata r:id="rId3309" o:title="eqId9954d09bbe0ee8cb805bcaa82d70f87f"/>
            <o:lock v:ext="edit" aspectratio="t"/>
            <w10:wrap type="none"/>
            <w10:anchorlock/>
          </v:shape>
        </w:pict>
      </w:r>
      <w:r>
        <w:rPr>
          <w:rFonts w:ascii="宋体" w:hAnsi="宋体" w:eastAsia="宋体" w:cs="宋体"/>
          <w:color w:val="000000"/>
        </w:rPr>
        <w:t>或</w:t>
      </w:r>
      <w:r>
        <w:pict>
          <v:shape id="_x0000_i713167" o:spt="75" alt="学科网(www.zxxk.com)--教育资源门户，提供试卷、教案、课件、论文、素材以及各类教学资源下载，还有大量而丰富的教学相关资讯！" type="#_x0000_t75" style="height:13.95pt;width:110pt;" o:ole="t" filled="f" o:preferrelative="t" stroked="f" coordsize="21600,21600">
            <v:path/>
            <v:fill on="f" focussize="0,0"/>
            <v:stroke on="f" joinstyle="miter"/>
            <v:imagedata r:id="rId3310" o:title="eqIdd590e114a56907eaba001540fc79a701"/>
            <o:lock v:ext="edit" aspectratio="t"/>
            <w10:wrap type="none"/>
            <w10:anchorlock/>
          </v:shape>
        </w:pict>
      </w:r>
      <w:r>
        <w:rPr>
          <w:rFonts w:ascii="宋体" w:hAnsi="宋体" w:eastAsia="宋体" w:cs="宋体"/>
          <w:color w:val="000000"/>
        </w:rPr>
        <w:t>，理由见解析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pict>
          <v:shape id="_x0000_i713168" o:spt="75" alt="学科网(www.zxxk.com)--教育资源门户，提供试卷、教案、课件、论文、素材以及各类教学资源下载，还有大量而丰富的教学相关资讯！" type="#_x0000_t75" style="height:19.85pt;width:17pt;" o:ole="t" filled="f" o:preferrelative="t" stroked="f" coordsize="21600,21600">
            <v:path/>
            <v:fill on="f" focussize="0,0"/>
            <v:stroke on="f" joinstyle="miter"/>
            <v:imagedata r:id="rId3311" o:title="eqId9bf6c84731e5e1bd335ecfc2d36c3d81"/>
            <o:lock v:ext="edit" aspectratio="t"/>
            <w10:wrap type="none"/>
            <w10:anchorlock/>
          </v:shape>
        </w:pict>
      </w:r>
      <w:r>
        <w:rPr>
          <w:rFonts w:ascii="宋体" w:hAnsi="宋体" w:eastAsia="宋体" w:cs="宋体"/>
          <w:color w:val="000000"/>
        </w:rPr>
        <w:t>由射线</w:t>
      </w:r>
      <w:r>
        <w:pict>
          <v:shape id="_x0000_i713169"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3312" o:title="eqId828628c0876b45381c9a0edeb0fec236"/>
            <o:lock v:ext="edit" aspectratio="t"/>
            <w10:wrap type="none"/>
            <w10:anchorlock/>
          </v:shape>
        </w:pict>
      </w:r>
      <w:r>
        <w:rPr>
          <w:rFonts w:ascii="宋体" w:hAnsi="宋体" w:eastAsia="宋体" w:cs="宋体"/>
          <w:color w:val="000000"/>
        </w:rPr>
        <w:t>是</w:t>
      </w:r>
      <w:r>
        <w:pict>
          <v:shape id="_x0000_i71317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13" o:title="eqId6d7b2fe01a33c4825f9974ed9663a99c"/>
            <o:lock v:ext="edit" aspectratio="t"/>
            <w10:wrap type="none"/>
            <w10:anchorlock/>
          </v:shape>
        </w:pict>
      </w:r>
      <w:r>
        <w:rPr>
          <w:rFonts w:ascii="宋体" w:hAnsi="宋体" w:eastAsia="宋体" w:cs="宋体"/>
          <w:color w:val="000000"/>
        </w:rPr>
        <w:t>的角平分线，求出</w:t>
      </w:r>
      <w:r>
        <w:pict>
          <v:shape id="_x0000_i71317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14" o:title="eqIdd22df2977de56cc69be0c1e847653d7a"/>
            <o:lock v:ext="edit" aspectratio="t"/>
            <w10:wrap type="none"/>
            <w10:anchorlock/>
          </v:shape>
        </w:pict>
      </w:r>
      <w:r>
        <w:rPr>
          <w:rFonts w:ascii="宋体" w:hAnsi="宋体" w:eastAsia="宋体" w:cs="宋体"/>
          <w:color w:val="000000"/>
        </w:rPr>
        <w:t>，由</w:t>
      </w:r>
      <w:r>
        <w:pict>
          <v:shape id="_x0000_i713172" o:spt="75" alt="学科网(www.zxxk.com)--教育资源门户，提供试卷、教案、课件、论文、素材以及各类教学资源下载，还有大量而丰富的教学相关资讯！" type="#_x0000_t75" style="height:13.75pt;width:128.95pt;" o:ole="t" filled="f" o:preferrelative="t" stroked="f" coordsize="21600,21600">
            <v:path/>
            <v:fill on="f" focussize="0,0"/>
            <v:stroke on="f" joinstyle="miter"/>
            <v:imagedata r:id="rId3315" o:title="eqId2d464fb11df8c08fa6f4cf4027333fce"/>
            <o:lock v:ext="edit" aspectratio="t"/>
            <w10:wrap type="none"/>
            <w10:anchorlock/>
          </v:shape>
        </w:pict>
      </w:r>
      <w:r>
        <w:rPr>
          <w:rFonts w:ascii="宋体" w:hAnsi="宋体" w:eastAsia="宋体" w:cs="宋体"/>
          <w:color w:val="000000"/>
        </w:rPr>
        <w:t>，即可得到答案；</w:t>
      </w:r>
    </w:p>
    <w:p>
      <w:pPr>
        <w:spacing w:line="360" w:lineRule="auto"/>
        <w:jc w:val="both"/>
        <w:textAlignment w:val="center"/>
        <w:rPr>
          <w:color w:val="000000"/>
        </w:rPr>
      </w:pPr>
      <w:r>
        <w:pict>
          <v:shape id="_x0000_i713173" o:spt="75" alt="学科网(www.zxxk.com)--教育资源门户，提供试卷、教案、课件、论文、素材以及各类教学资源下载，还有大量而丰富的教学相关资讯！" type="#_x0000_t75" style="height:19.8pt;width:18.85pt;" o:ole="t" filled="f" o:preferrelative="t" stroked="f" coordsize="21600,21600">
            <v:path/>
            <v:fill on="f" focussize="0,0"/>
            <v:stroke on="f" joinstyle="miter"/>
            <v:imagedata r:id="rId3316" o:title="eqId1f53190d6ead827a6338b9de847aeaf1"/>
            <o:lock v:ext="edit" aspectratio="t"/>
            <w10:wrap type="none"/>
            <w10:anchorlock/>
          </v:shape>
        </w:pict>
      </w:r>
      <w:r>
        <w:rPr>
          <w:rFonts w:ascii="宋体" w:hAnsi="宋体" w:eastAsia="宋体" w:cs="宋体"/>
          <w:color w:val="000000"/>
        </w:rPr>
        <w:t>分两种情况，表示出</w:t>
      </w:r>
      <w:r>
        <w:pict>
          <v:shape id="_x0000_i71317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17" o:title="eqIddc9f91270ddbe1cf3c1362e1b95aee14"/>
            <o:lock v:ext="edit" aspectratio="t"/>
            <w10:wrap type="none"/>
            <w10:anchorlock/>
          </v:shape>
        </w:pict>
      </w:r>
      <w:r>
        <w:rPr>
          <w:rFonts w:ascii="宋体" w:hAnsi="宋体" w:eastAsia="宋体" w:cs="宋体"/>
          <w:color w:val="000000"/>
        </w:rPr>
        <w:t>和</w:t>
      </w:r>
      <w:r>
        <w:pict>
          <v:shape id="_x0000_i71317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18" o:title="eqId418ebb89d29f4f631b055c911e8d178a"/>
            <o:lock v:ext="edit" aspectratio="t"/>
            <w10:wrap type="none"/>
            <w10:anchorlock/>
          </v:shape>
        </w:pict>
      </w:r>
      <w:r>
        <w:rPr>
          <w:rFonts w:ascii="宋体" w:hAnsi="宋体" w:eastAsia="宋体" w:cs="宋体"/>
          <w:color w:val="000000"/>
        </w:rPr>
        <w:t>，即可得到两角之间的数量关系．</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pict>
          <v:shape id="_x0000_i71317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319" o:title="eqId16f3d198e76391779fa3badc848c8ac8"/>
            <o:lock v:ext="edit" aspectratio="t"/>
            <w10:wrap type="none"/>
            <w10:anchorlock/>
          </v:shape>
        </w:pict>
      </w:r>
      <w:r>
        <w:rPr>
          <w:rFonts w:ascii="宋体" w:hAnsi="宋体" w:eastAsia="宋体" w:cs="宋体"/>
          <w:color w:val="000000"/>
        </w:rPr>
        <w:t>射线</w:t>
      </w:r>
      <w:r>
        <w:pict>
          <v:shape id="_x0000_i713177"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3320" o:title="eqId828628c0876b45381c9a0edeb0fec236"/>
            <o:lock v:ext="edit" aspectratio="t"/>
            <w10:wrap type="none"/>
            <w10:anchorlock/>
          </v:shape>
        </w:pict>
      </w:r>
      <w:r>
        <w:rPr>
          <w:rFonts w:ascii="宋体" w:hAnsi="宋体" w:eastAsia="宋体" w:cs="宋体"/>
          <w:color w:val="000000"/>
        </w:rPr>
        <w:t>是</w:t>
      </w:r>
      <w:r>
        <w:pict>
          <v:shape id="_x0000_i71317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21" o:title="eqId6d7b2fe01a33c4825f9974ed9663a99c"/>
            <o:lock v:ext="edit" aspectratio="t"/>
            <w10:wrap type="none"/>
            <w10:anchorlock/>
          </v:shape>
        </w:pict>
      </w:r>
      <w:r>
        <w:rPr>
          <w:rFonts w:ascii="宋体" w:hAnsi="宋体" w:eastAsia="宋体" w:cs="宋体"/>
          <w:color w:val="000000"/>
        </w:rPr>
        <w:t>的角平分线，</w:t>
      </w:r>
      <w:r>
        <w:pict>
          <v:shape id="_x0000_i713179" o:spt="75" alt="学科网(www.zxxk.com)--教育资源门户，提供试卷、教案、课件、论文、素材以及各类教学资源下载，还有大量而丰富的教学相关资讯！" type="#_x0000_t75" style="height:13pt;width:62.5pt;" o:ole="t" filled="f" o:preferrelative="t" stroked="f" coordsize="21600,21600">
            <v:path/>
            <v:fill on="f" focussize="0,0"/>
            <v:stroke on="f" joinstyle="miter"/>
            <v:imagedata r:id="rId3322" o:title="eqId9ff5c21185c13eae675906dabd3593c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180" o:spt="75" alt="学科网(www.zxxk.com)--教育资源门户，提供试卷、教案、课件、论文、素材以及各类教学资源下载，还有大量而丰富的教学相关资讯！" type="#_x0000_t75" style="height:31.15pt;width:180pt;" o:ole="t" filled="f" o:preferrelative="t" stroked="f" coordsize="21600,21600">
            <v:path/>
            <v:fill on="f" focussize="0,0"/>
            <v:stroke on="f" joinstyle="miter"/>
            <v:imagedata r:id="rId3323" o:title="eqIdafedc339256da8feb210879828d1bc9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181" o:spt="75" alt="学科网(www.zxxk.com)--教育资源门户，提供试卷、教案、课件、论文、素材以及各类教学资源下载，还有大量而丰富的教学相关资讯！" type="#_x0000_t75" style="height:13.95pt;width:222.95pt;" o:ole="t" filled="f" o:preferrelative="t" stroked="f" coordsize="21600,21600">
            <v:path/>
            <v:fill on="f" focussize="0,0"/>
            <v:stroke on="f" joinstyle="miter"/>
            <v:imagedata r:id="rId3324" o:title="eqId09f447c533401c779cedac90544b6f9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w:t>
      </w:r>
      <w:r>
        <w:pict>
          <v:shape id="_x0000_i713182" o:spt="75" alt="学科网(www.zxxk.com)--教育资源门户，提供试卷、教案、课件、论文、素材以及各类教学资源下载，还有大量而丰富的教学相关资讯！" type="#_x0000_t75" style="height:13.95pt;width:109pt;" o:ole="t" filled="f" o:preferrelative="t" stroked="f" coordsize="21600,21600">
            <v:path/>
            <v:fill on="f" focussize="0,0"/>
            <v:stroke on="f" joinstyle="miter"/>
            <v:imagedata r:id="rId3325" o:title="eqId9954d09bbe0ee8cb805bcaa82d70f87f"/>
            <o:lock v:ext="edit" aspectratio="t"/>
            <w10:wrap type="none"/>
            <w10:anchorlock/>
          </v:shape>
        </w:pict>
      </w:r>
      <w:r>
        <w:rPr>
          <w:rFonts w:ascii="宋体" w:hAnsi="宋体" w:eastAsia="宋体" w:cs="宋体"/>
          <w:color w:val="000000"/>
        </w:rPr>
        <w:t>或</w:t>
      </w:r>
      <w:r>
        <w:pict>
          <v:shape id="_x0000_i713183" o:spt="75" alt="学科网(www.zxxk.com)--教育资源门户，提供试卷、教案、课件、论文、素材以及各类教学资源下载，还有大量而丰富的教学相关资讯！" type="#_x0000_t75" style="height:13.95pt;width:110pt;" o:ole="t" filled="f" o:preferrelative="t" stroked="f" coordsize="21600,21600">
            <v:path/>
            <v:fill on="f" focussize="0,0"/>
            <v:stroke on="f" joinstyle="miter"/>
            <v:imagedata r:id="rId3326" o:title="eqIdd590e114a56907eaba001540fc79a70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理由如下：</w:t>
      </w:r>
    </w:p>
    <w:p>
      <w:pPr>
        <w:spacing w:line="360" w:lineRule="auto"/>
        <w:jc w:val="both"/>
        <w:textAlignment w:val="center"/>
        <w:rPr>
          <w:color w:val="000000"/>
        </w:rPr>
      </w:pPr>
      <w:r>
        <w:pict>
          <v:shape id="_x0000_i713184"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3327" o:title="eqId6e1c9ae241fd78126274c65e17990c88"/>
            <o:lock v:ext="edit" aspectratio="t"/>
            <w10:wrap type="none"/>
            <w10:anchorlock/>
          </v:shape>
        </w:pict>
      </w:r>
      <w:r>
        <w:rPr>
          <w:rFonts w:ascii="宋体" w:hAnsi="宋体" w:eastAsia="宋体" w:cs="宋体"/>
          <w:color w:val="000000"/>
        </w:rPr>
        <w:t>如图：当点</w:t>
      </w:r>
      <w:r>
        <w:pict>
          <v:shape id="_x0000_i71318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328" o:title="eqId8455657dde27aabe6adb7b188e031c11"/>
            <o:lock v:ext="edit" aspectratio="t"/>
            <w10:wrap type="none"/>
            <w10:anchorlock/>
          </v:shape>
        </w:pict>
      </w:r>
      <w:r>
        <w:rPr>
          <w:rFonts w:ascii="宋体" w:hAnsi="宋体" w:eastAsia="宋体" w:cs="宋体"/>
          <w:color w:val="000000"/>
        </w:rPr>
        <w:t>在</w:t>
      </w:r>
      <w:r>
        <w:pict>
          <v:shape id="_x0000_i713186"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3329" o:title="eqId9fed1f57a835af4e9022e27603d12d31"/>
            <o:lock v:ext="edit" aspectratio="t"/>
            <w10:wrap type="none"/>
            <w10:anchorlock/>
          </v:shape>
        </w:pict>
      </w:r>
      <w:r>
        <w:rPr>
          <w:rFonts w:ascii="宋体" w:hAnsi="宋体" w:eastAsia="宋体" w:cs="宋体"/>
          <w:color w:val="000000"/>
        </w:rPr>
        <w:t>的平分线的上方时，</w:t>
      </w:r>
    </w:p>
    <w:p>
      <w:pPr>
        <w:spacing w:line="360" w:lineRule="auto"/>
        <w:jc w:val="both"/>
        <w:textAlignment w:val="center"/>
        <w:rPr>
          <w:color w:val="000000"/>
        </w:rPr>
      </w:pPr>
      <w:r>
        <w:rPr>
          <w:color w:val="000000"/>
        </w:rPr>
        <w:drawing>
          <wp:inline distT="0" distB="0" distL="114300" distR="114300">
            <wp:extent cx="1371600" cy="885825"/>
            <wp:effectExtent l="0" t="0" r="0" b="0"/>
            <wp:docPr id="3403"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 name="图片 100059" descr="学科网(www.zxxk.com)--教育资源门户，提供试卷、教案、课件、论文、素材以及各类教学资源下载，还有大量而丰富的教学相关资讯！"/>
                    <pic:cNvPicPr>
                      <a:picLocks noChangeAspect="1"/>
                    </pic:cNvPicPr>
                  </pic:nvPicPr>
                  <pic:blipFill>
                    <a:blip r:embed="rId3330"/>
                    <a:stretch>
                      <a:fillRect/>
                    </a:stretch>
                  </pic:blipFill>
                  <pic:spPr>
                    <a:xfrm>
                      <a:off x="0" y="0"/>
                      <a:ext cx="1371600" cy="885825"/>
                    </a:xfrm>
                    <a:prstGeom prst="rect">
                      <a:avLst/>
                    </a:prstGeom>
                  </pic:spPr>
                </pic:pic>
              </a:graphicData>
            </a:graphic>
          </wp:inline>
        </w:drawing>
      </w:r>
    </w:p>
    <w:p>
      <w:pPr>
        <w:spacing w:line="360" w:lineRule="auto"/>
        <w:jc w:val="both"/>
        <w:textAlignment w:val="center"/>
        <w:rPr>
          <w:color w:val="000000"/>
        </w:rPr>
      </w:pPr>
      <w:r>
        <w:pict>
          <v:shape id="_x0000_i713187" o:spt="75" alt="学科网(www.zxxk.com)--教育资源门户，提供试卷、教案、课件、论文、素材以及各类教学资源下载，还有大量而丰富的教学相关资讯！" type="#_x0000_t75" style="height:13.85pt;width:137.1pt;" o:ole="t" filled="f" o:preferrelative="t" stroked="f" coordsize="21600,21600">
            <v:path/>
            <v:fill on="f" focussize="0,0"/>
            <v:stroke on="f" joinstyle="miter"/>
            <v:imagedata r:id="rId3331" o:title="eqIdf950783ef09d4ab3dadac7b7469ad5b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188" o:spt="75" alt="学科网(www.zxxk.com)--教育资源门户，提供试卷、教案、课件、论文、素材以及各类教学资源下载，还有大量而丰富的教学相关资讯！" type="#_x0000_t75" style="height:13.95pt;width:119pt;" o:ole="t" filled="f" o:preferrelative="t" stroked="f" coordsize="21600,21600">
            <v:path/>
            <v:fill on="f" focussize="0,0"/>
            <v:stroke on="f" joinstyle="miter"/>
            <v:imagedata r:id="rId3332" o:title="eqIdfed5e90d49f535a429a36daa3df4c3c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189" o:spt="75" alt="学科网(www.zxxk.com)--教育资源门户，提供试卷、教案、课件、论文、素材以及各类教学资源下载，还有大量而丰富的教学相关资讯！" type="#_x0000_t75" style="height:13.95pt;width:136pt;" o:ole="t" filled="f" o:preferrelative="t" stroked="f" coordsize="21600,21600">
            <v:path/>
            <v:fill on="f" focussize="0,0"/>
            <v:stroke on="f" joinstyle="miter"/>
            <v:imagedata r:id="rId3333" o:title="eqId2a79eabfc618b8b1e1712268c6f8d0f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190" o:spt="75" alt="学科网(www.zxxk.com)--教育资源门户，提供试卷、教案、课件、论文、素材以及各类教学资源下载，还有大量而丰富的教学相关资讯！" type="#_x0000_t75" style="height:13.95pt;width:125pt;" o:ole="t" filled="f" o:preferrelative="t" stroked="f" coordsize="21600,21600">
            <v:path/>
            <v:fill on="f" focussize="0,0"/>
            <v:stroke on="f" joinstyle="miter"/>
            <v:imagedata r:id="rId3334" o:title="eqId582a3fe7310b62d0cc6ee75d8f6e723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3191" o:spt="75" alt="学科网(www.zxxk.com)--教育资源门户，提供试卷、教案、课件、论文、素材以及各类教学资源下载，还有大量而丰富的教学相关资讯！" type="#_x0000_t75" style="height:20pt;width:276.95pt;" o:ole="t" filled="f" o:preferrelative="t" stroked="f" coordsize="21600,21600">
            <v:path/>
            <v:fill on="f" focussize="0,0"/>
            <v:stroke on="f" joinstyle="miter"/>
            <v:imagedata r:id="rId3335" o:title="eqId3691f0d655c932024cc090fc2c5a72e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192"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3336" o:title="eqId5c650fe55b7603f106c53ca2423451c6"/>
            <o:lock v:ext="edit" aspectratio="t"/>
            <w10:wrap type="none"/>
            <w10:anchorlock/>
          </v:shape>
        </w:pict>
      </w:r>
      <w:r>
        <w:rPr>
          <w:rFonts w:ascii="宋体" w:hAnsi="宋体" w:eastAsia="宋体" w:cs="宋体"/>
          <w:color w:val="000000"/>
        </w:rPr>
        <w:t>如图：当点</w:t>
      </w:r>
      <w:r>
        <w:pict>
          <v:shape id="_x0000_i71319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337" o:title="eqId8455657dde27aabe6adb7b188e031c11"/>
            <o:lock v:ext="edit" aspectratio="t"/>
            <w10:wrap type="none"/>
            <w10:anchorlock/>
          </v:shape>
        </w:pict>
      </w:r>
      <w:r>
        <w:rPr>
          <w:rFonts w:ascii="宋体" w:hAnsi="宋体" w:eastAsia="宋体" w:cs="宋体"/>
          <w:color w:val="000000"/>
        </w:rPr>
        <w:t>在</w:t>
      </w:r>
      <w:r>
        <w:pict>
          <v:shape id="_x0000_i71319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38" o:title="eqIdd22df2977de56cc69be0c1e847653d7a"/>
            <o:lock v:ext="edit" aspectratio="t"/>
            <w10:wrap type="none"/>
            <w10:anchorlock/>
          </v:shape>
        </w:pict>
      </w:r>
      <w:r>
        <w:rPr>
          <w:rFonts w:ascii="宋体" w:hAnsi="宋体" w:eastAsia="宋体" w:cs="宋体"/>
          <w:color w:val="000000"/>
        </w:rPr>
        <w:t>的平分线的下方时，</w:t>
      </w:r>
    </w:p>
    <w:p>
      <w:pPr>
        <w:spacing w:line="360" w:lineRule="auto"/>
        <w:jc w:val="both"/>
        <w:textAlignment w:val="center"/>
        <w:rPr>
          <w:color w:val="000000"/>
        </w:rPr>
      </w:pPr>
      <w:r>
        <w:rPr>
          <w:color w:val="000000"/>
        </w:rPr>
        <w:drawing>
          <wp:inline distT="0" distB="0" distL="114300" distR="114300">
            <wp:extent cx="1333500" cy="1028700"/>
            <wp:effectExtent l="0" t="0" r="0" b="0"/>
            <wp:docPr id="3405"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 name="图片 100061" descr="学科网(www.zxxk.com)--教育资源门户，提供试卷、教案、课件、论文、素材以及各类教学资源下载，还有大量而丰富的教学相关资讯！"/>
                    <pic:cNvPicPr>
                      <a:picLocks noChangeAspect="1"/>
                    </pic:cNvPicPr>
                  </pic:nvPicPr>
                  <pic:blipFill>
                    <a:blip r:embed="rId3339"/>
                    <a:stretch>
                      <a:fillRect/>
                    </a:stretch>
                  </pic:blipFill>
                  <pic:spPr>
                    <a:xfrm>
                      <a:off x="0" y="0"/>
                      <a:ext cx="1333500" cy="1028700"/>
                    </a:xfrm>
                    <a:prstGeom prst="rect">
                      <a:avLst/>
                    </a:prstGeom>
                  </pic:spPr>
                </pic:pic>
              </a:graphicData>
            </a:graphic>
          </wp:inline>
        </w:drawing>
      </w:r>
    </w:p>
    <w:p>
      <w:pPr>
        <w:spacing w:line="360" w:lineRule="auto"/>
        <w:jc w:val="both"/>
        <w:textAlignment w:val="center"/>
        <w:rPr>
          <w:color w:val="000000"/>
        </w:rPr>
      </w:pPr>
      <w:r>
        <w:pict>
          <v:shape id="_x0000_i713195" o:spt="75" alt="学科网(www.zxxk.com)--教育资源门户，提供试卷、教案、课件、论文、素材以及各类教学资源下载，还有大量而丰富的教学相关资讯！" type="#_x0000_t75" style="height:13.95pt;width:180pt;" o:ole="t" filled="f" o:preferrelative="t" stroked="f" coordsize="21600,21600">
            <v:path/>
            <v:fill on="f" focussize="0,0"/>
            <v:stroke on="f" joinstyle="miter"/>
            <v:imagedata r:id="rId3340" o:title="eqId13a26ba6f4f7de595f87e50048cb245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196" o:spt="75" alt="学科网(www.zxxk.com)--教育资源门户，提供试卷、教案、课件、论文、素材以及各类教学资源下载，还有大量而丰富的教学相关资讯！" type="#_x0000_t75" style="height:13.95pt;width:179pt;" o:ole="t" filled="f" o:preferrelative="t" stroked="f" coordsize="21600,21600">
            <v:path/>
            <v:fill on="f" focussize="0,0"/>
            <v:stroke on="f" joinstyle="miter"/>
            <v:imagedata r:id="rId3341" o:title="eqId00168c0351428a107219026a5933c47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197"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3342" o:title="eqId2c87f5d901ffaccdf1b81a16fc377196"/>
            <o:lock v:ext="edit" aspectratio="t"/>
            <w10:wrap type="none"/>
            <w10:anchorlock/>
          </v:shape>
        </w:pict>
      </w:r>
      <w:r>
        <w:rPr>
          <w:rFonts w:ascii="宋体" w:hAnsi="宋体" w:eastAsia="宋体" w:cs="宋体"/>
          <w:color w:val="000000"/>
        </w:rPr>
        <w:t>和</w:t>
      </w:r>
      <w:r>
        <w:pict>
          <v:shape id="_x0000_i71319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343" o:title="eqId418ebb89d29f4f631b055c911e8d178a"/>
            <o:lock v:ext="edit" aspectratio="t"/>
            <w10:wrap type="none"/>
            <w10:anchorlock/>
          </v:shape>
        </w:pict>
      </w:r>
      <w:r>
        <w:rPr>
          <w:rFonts w:ascii="宋体" w:hAnsi="宋体" w:eastAsia="宋体" w:cs="宋体"/>
          <w:color w:val="000000"/>
        </w:rPr>
        <w:t>之间的数量关系是</w:t>
      </w:r>
      <w:r>
        <w:pict>
          <v:shape id="_x0000_i713199" o:spt="75" alt="学科网(www.zxxk.com)--教育资源门户，提供试卷、教案、课件、论文、素材以及各类教学资源下载，还有大量而丰富的教学相关资讯！" type="#_x0000_t75" style="height:13.95pt;width:109pt;" o:ole="t" filled="f" o:preferrelative="t" stroked="f" coordsize="21600,21600">
            <v:path/>
            <v:fill on="f" focussize="0,0"/>
            <v:stroke on="f" joinstyle="miter"/>
            <v:imagedata r:id="rId3344" o:title="eqId9954d09bbe0ee8cb805bcaa82d70f87f"/>
            <o:lock v:ext="edit" aspectratio="t"/>
            <w10:wrap type="none"/>
            <w10:anchorlock/>
          </v:shape>
        </w:pict>
      </w:r>
      <w:r>
        <w:rPr>
          <w:rFonts w:ascii="宋体" w:hAnsi="宋体" w:eastAsia="宋体" w:cs="宋体"/>
          <w:color w:val="000000"/>
        </w:rPr>
        <w:t>或</w:t>
      </w:r>
      <w:r>
        <w:pict>
          <v:shape id="_x0000_i713200" o:spt="75" alt="学科网(www.zxxk.com)--教育资源门户，提供试卷、教案、课件、论文、素材以及各类教学资源下载，还有大量而丰富的教学相关资讯！" type="#_x0000_t75" style="height:13.95pt;width:110pt;" o:ole="t" filled="f" o:preferrelative="t" stroked="f" coordsize="21600,21600">
            <v:path/>
            <v:fill on="f" focussize="0,0"/>
            <v:stroke on="f" joinstyle="miter"/>
            <v:imagedata r:id="rId3345" o:title="eqIdd590e114a56907eaba001540fc79a70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本题考查了角的和差，采用分类讨论的思想是解决本题的关键．</w:t>
      </w:r>
    </w:p>
    <w:p>
      <w:pPr>
        <w:spacing w:line="360" w:lineRule="auto"/>
        <w:jc w:val="both"/>
        <w:textAlignment w:val="center"/>
        <w:rPr>
          <w:color w:val="000000"/>
        </w:rPr>
      </w:pPr>
      <w:r>
        <w:rPr>
          <w:color w:val="000000"/>
        </w:rPr>
        <w:t xml:space="preserve">26. </w:t>
      </w:r>
      <w:r>
        <w:rPr>
          <w:rFonts w:ascii="宋体" w:hAnsi="宋体" w:eastAsia="宋体" w:cs="宋体"/>
          <w:color w:val="000000"/>
        </w:rPr>
        <w:t>已知点</w:t>
      </w:r>
      <w:r>
        <w:pict>
          <v:shape id="_x0000_i713201"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346" o:title="eqId1dde8112e8eb968fd042418dd632759e"/>
            <o:lock v:ext="edit" aspectratio="t"/>
            <w10:wrap type="none"/>
            <w10:anchorlock/>
          </v:shape>
        </w:pict>
      </w:r>
      <w:r>
        <w:rPr>
          <w:rFonts w:ascii="宋体" w:hAnsi="宋体" w:eastAsia="宋体" w:cs="宋体"/>
          <w:color w:val="000000"/>
        </w:rPr>
        <w:t>是数轴的原点，点</w:t>
      </w:r>
      <w:r>
        <w:rPr>
          <w:rFonts w:ascii="Times New Roman" w:hAnsi="Times New Roman" w:eastAsia="Times New Roman" w:cs="Times New Roman"/>
          <w:i/>
          <w:color w:val="000000"/>
        </w:rPr>
        <w:t>A</w:t>
      </w:r>
      <w:r>
        <w:rPr>
          <w:rFonts w:ascii="宋体" w:hAnsi="宋体" w:eastAsia="宋体" w:cs="宋体"/>
          <w:color w:val="000000"/>
        </w:rPr>
        <w:t>、</w:t>
      </w:r>
      <w:r>
        <w:pict>
          <v:shape id="_x0000_i71320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347" o:title="eqId7f9e8449aad35c5d840a3395ea86df6d"/>
            <o:lock v:ext="edit" aspectratio="t"/>
            <w10:wrap type="none"/>
            <w10:anchorlock/>
          </v:shape>
        </w:pict>
      </w:r>
      <w:r>
        <w:rPr>
          <w:rFonts w:ascii="宋体" w:hAnsi="宋体" w:eastAsia="宋体" w:cs="宋体"/>
          <w:color w:val="000000"/>
        </w:rPr>
        <w:t>、</w:t>
      </w:r>
      <w:r>
        <w:pict>
          <v:shape id="_x0000_i71320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348" o:title="eqIdac047e91852b91af639feec23a9598b2"/>
            <o:lock v:ext="edit" aspectratio="t"/>
            <w10:wrap type="none"/>
            <w10:anchorlock/>
          </v:shape>
        </w:pict>
      </w:r>
      <w:r>
        <w:rPr>
          <w:rFonts w:ascii="宋体" w:hAnsi="宋体" w:eastAsia="宋体" w:cs="宋体"/>
          <w:color w:val="000000"/>
        </w:rPr>
        <w:t>分别是数轴上的三个动点</w:t>
      </w:r>
      <w:r>
        <w:pict>
          <v:shape id="_x0000_i713204" o:spt="75" alt="学科网(www.zxxk.com)--教育资源门户，提供试卷、教案、课件、论文、素材以及各类教学资源下载，还有大量而丰富的教学相关资讯！" type="#_x0000_t75" style="height:15.75pt;width:8.25pt;" o:ole="t" filled="f" o:preferrelative="t" stroked="f" coordsize="21600,21600">
            <v:path/>
            <v:fill on="f" focussize="0,0"/>
            <v:stroke on="f" joinstyle="miter"/>
            <v:imagedata r:id="rId3349" o:title="eqIdfd995178601c2ad7b40f973d268c7bb7"/>
            <o:lock v:ext="edit" aspectratio="t"/>
            <w10:wrap type="none"/>
            <w10:anchorlock/>
          </v:shape>
        </w:pict>
      </w:r>
      <w:r>
        <w:rPr>
          <w:rFonts w:ascii="宋体" w:hAnsi="宋体" w:eastAsia="宋体" w:cs="宋体"/>
          <w:color w:val="000000"/>
        </w:rPr>
        <w:t>点</w:t>
      </w:r>
      <w:r>
        <w:pict>
          <v:shape id="_x0000_i71320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350" o:title="eqId5963abe8f421bd99a2aaa94831a951e9"/>
            <o:lock v:ext="edit" aspectratio="t"/>
            <w10:wrap type="none"/>
            <w10:anchorlock/>
          </v:shape>
        </w:pict>
      </w:r>
      <w:r>
        <w:rPr>
          <w:rFonts w:ascii="宋体" w:hAnsi="宋体" w:eastAsia="宋体" w:cs="宋体"/>
          <w:color w:val="000000"/>
        </w:rPr>
        <w:t>在点</w:t>
      </w:r>
      <w:r>
        <w:pict>
          <v:shape id="_x0000_i71320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347" o:title="eqId7f9e8449aad35c5d840a3395ea86df6d"/>
            <o:lock v:ext="edit" aspectratio="t"/>
            <w10:wrap type="none"/>
            <w10:anchorlock/>
          </v:shape>
        </w:pict>
      </w:r>
      <w:r>
        <w:rPr>
          <w:rFonts w:ascii="宋体" w:hAnsi="宋体" w:eastAsia="宋体" w:cs="宋体"/>
          <w:color w:val="000000"/>
        </w:rPr>
        <w:t>的左侧</w:t>
      </w:r>
      <w:r>
        <w:pict>
          <v:shape id="_x0000_i713207" o:spt="75" alt="学科网(www.zxxk.com)--教育资源门户，提供试卷、教案、课件、论文、素材以及各类教学资源下载，还有大量而丰富的教学相关资讯！" type="#_x0000_t75" style="height:15pt;width:6.95pt;" o:ole="t" filled="f" o:preferrelative="t" stroked="f" coordsize="21600,21600">
            <v:path/>
            <v:fill on="f" focussize="0,0"/>
            <v:stroke on="f" joinstyle="miter"/>
            <v:imagedata r:id="rId3351" o:title="eqId04582116cd765fcc5a52f44279ad6c94"/>
            <o:lock v:ext="edit" aspectratio="t"/>
            <w10:wrap type="none"/>
            <w10:anchorlock/>
          </v:shape>
        </w:pict>
      </w:r>
      <w:r>
        <w:rPr>
          <w:rFonts w:ascii="宋体" w:hAnsi="宋体" w:eastAsia="宋体" w:cs="宋体"/>
          <w:color w:val="000000"/>
        </w:rPr>
        <w:t>，且</w:t>
      </w:r>
      <w:r>
        <w:pict>
          <v:shape id="_x0000_i713208" o:spt="75" alt="学科网(www.zxxk.com)--教育资源门户，提供试卷、教案、课件、论文、素材以及各类教学资源下载，还有大量而丰富的教学相关资讯！" type="#_x0000_t75" style="height:13pt;width:56pt;" o:ole="t" filled="f" o:preferrelative="t" stroked="f" coordsize="21600,21600">
            <v:path/>
            <v:fill on="f" focussize="0,0"/>
            <v:stroke on="f" joinstyle="miter"/>
            <v:imagedata r:id="rId3352" o:title="eqId0fc5f0e2cc2158bd508edd68e05a892b"/>
            <o:lock v:ext="edit" aspectratio="t"/>
            <w10:wrap type="none"/>
            <w10:anchorlock/>
          </v:shape>
        </w:pict>
      </w:r>
      <w:r>
        <w:rPr>
          <w:rFonts w:ascii="宋体" w:hAnsi="宋体" w:eastAsia="宋体" w:cs="宋体"/>
          <w:color w:val="000000"/>
        </w:rPr>
        <w:t>，将点</w:t>
      </w:r>
      <w:r>
        <w:rPr>
          <w:rFonts w:ascii="Times New Roman" w:hAnsi="Times New Roman" w:eastAsia="Times New Roman" w:cs="Times New Roman"/>
          <w:i/>
          <w:color w:val="000000"/>
        </w:rPr>
        <w:t>A</w:t>
      </w:r>
      <w:r>
        <w:rPr>
          <w:rFonts w:ascii="宋体" w:hAnsi="宋体" w:eastAsia="宋体" w:cs="宋体"/>
          <w:color w:val="000000"/>
        </w:rPr>
        <w:t>，</w:t>
      </w:r>
      <w:r>
        <w:pict>
          <v:shape id="_x0000_i71320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347" o:title="eqId7f9e8449aad35c5d840a3395ea86df6d"/>
            <o:lock v:ext="edit" aspectratio="t"/>
            <w10:wrap type="none"/>
            <w10:anchorlock/>
          </v:shape>
        </w:pict>
      </w:r>
      <w:r>
        <w:rPr>
          <w:rFonts w:ascii="宋体" w:hAnsi="宋体" w:eastAsia="宋体" w:cs="宋体"/>
          <w:color w:val="000000"/>
        </w:rPr>
        <w:t>，</w:t>
      </w:r>
      <w:r>
        <w:pict>
          <v:shape id="_x0000_i713210"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348" o:title="eqIdac047e91852b91af639feec23a9598b2"/>
            <o:lock v:ext="edit" aspectratio="t"/>
            <w10:wrap type="none"/>
            <w10:anchorlock/>
          </v:shape>
        </w:pict>
      </w:r>
      <w:r>
        <w:rPr>
          <w:rFonts w:ascii="宋体" w:hAnsi="宋体" w:eastAsia="宋体" w:cs="宋体"/>
          <w:color w:val="000000"/>
        </w:rPr>
        <w:t>表示的数分别记作</w:t>
      </w:r>
      <w:r>
        <w:pict>
          <v:shape id="_x0000_i71321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353" o:title="eqId0a6936d370d6a238a608ca56f87198de"/>
            <o:lock v:ext="edit" aspectratio="t"/>
            <w10:wrap type="none"/>
            <w10:anchorlock/>
          </v:shape>
        </w:pict>
      </w:r>
      <w:r>
        <w:rPr>
          <w:rFonts w:ascii="宋体" w:hAnsi="宋体" w:eastAsia="宋体" w:cs="宋体"/>
          <w:color w:val="000000"/>
        </w:rPr>
        <w:t>，</w:t>
      </w:r>
      <w:r>
        <w:pict>
          <v:shape id="_x0000_i713212"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3354" o:title="eqId2c94bb12cee76221e13f9ef955b0aab1"/>
            <o:lock v:ext="edit" aspectratio="t"/>
            <w10:wrap type="none"/>
            <w10:anchorlock/>
          </v:shape>
        </w:pict>
      </w:r>
      <w:r>
        <w:rPr>
          <w:rFonts w:ascii="宋体" w:hAnsi="宋体" w:eastAsia="宋体" w:cs="宋体"/>
          <w:color w:val="000000"/>
        </w:rPr>
        <w:t>，</w:t>
      </w:r>
      <w:r>
        <w:pict>
          <v:shape id="_x0000_i713213"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3355" o:title="eqId294f5ba74cdf695fc9a8a8e52f42132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324225" cy="552450"/>
            <wp:effectExtent l="0" t="0" r="0" b="0"/>
            <wp:docPr id="3407"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 name="图片 100063" descr="学科网(www.zxxk.com)--教育资源门户，提供试卷、教案、课件、论文、素材以及各类教学资源下载，还有大量而丰富的教学相关资讯！"/>
                    <pic:cNvPicPr>
                      <a:picLocks noChangeAspect="1"/>
                    </pic:cNvPicPr>
                  </pic:nvPicPr>
                  <pic:blipFill>
                    <a:blip r:embed="rId3356"/>
                    <a:stretch>
                      <a:fillRect/>
                    </a:stretch>
                  </pic:blipFill>
                  <pic:spPr>
                    <a:xfrm>
                      <a:off x="0" y="0"/>
                      <a:ext cx="3324225" cy="552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13214" o:spt="75" alt="学科网(www.zxxk.com)--教育资源门户，提供试卷、教案、课件、论文、素材以及各类教学资源下载，还有大量而丰富的教学相关资讯！" type="#_x0000_t75" style="height:12.75pt;width:30pt;" o:ole="t" filled="f" o:preferrelative="t" stroked="f" coordsize="21600,21600">
            <v:path/>
            <v:fill on="f" focussize="0,0"/>
            <v:stroke on="f" joinstyle="miter"/>
            <v:imagedata r:id="rId3357" o:title="eqId6b108ab31cc093f03cf48ad65429889e"/>
            <o:lock v:ext="edit" aspectratio="t"/>
            <w10:wrap type="none"/>
            <w10:anchorlock/>
          </v:shape>
        </w:pict>
      </w:r>
      <w:r>
        <w:rPr>
          <w:rFonts w:ascii="宋体" w:hAnsi="宋体" w:eastAsia="宋体" w:cs="宋体"/>
          <w:color w:val="000000"/>
        </w:rPr>
        <w:t>，</w:t>
      </w:r>
      <w:r>
        <w:pict>
          <v:shape id="_x0000_i713215" o:spt="75" alt="学科网(www.zxxk.com)--教育资源门户，提供试卷、教案、课件、论文、素材以及各类教学资源下载，还有大量而丰富的教学相关资讯！" type="#_x0000_t75" style="height:13.6pt;width:27.2pt;" o:ole="t" filled="f" o:preferrelative="t" stroked="f" coordsize="21600,21600">
            <v:path/>
            <v:fill on="f" focussize="0,0"/>
            <v:stroke on="f" joinstyle="miter"/>
            <v:imagedata r:id="rId3358" o:title="eqIdfcdb7a488910743dc5c63afb394b87e2"/>
            <o:lock v:ext="edit" aspectratio="t"/>
            <w10:wrap type="none"/>
            <w10:anchorlock/>
          </v:shape>
        </w:pict>
      </w:r>
      <w:r>
        <w:rPr>
          <w:rFonts w:ascii="宋体" w:hAnsi="宋体" w:eastAsia="宋体" w:cs="宋体"/>
          <w:color w:val="000000"/>
        </w:rPr>
        <w:t>时，直接写出</w:t>
      </w:r>
      <w:r>
        <w:pict>
          <v:shape id="_x0000_i713216"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3359" o:title="eqId294f5ba74cdf695fc9a8a8e52f421328"/>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当</w:t>
      </w:r>
      <w:r>
        <w:pict>
          <v:shape id="_x0000_i713217" o:spt="75" alt="学科网(www.zxxk.com)--教育资源门户，提供试卷、教案、课件、论文、素材以及各类教学资源下载，还有大量而丰富的教学相关资讯！" type="#_x0000_t75" style="height:13.75pt;width:31.3pt;" o:ole="t" filled="f" o:preferrelative="t" stroked="f" coordsize="21600,21600">
            <v:path/>
            <v:fill on="f" focussize="0,0"/>
            <v:stroke on="f" joinstyle="miter"/>
            <v:imagedata r:id="rId3361" o:title="eqIde94f16d5ed858699bfea5039a7bf8ae6"/>
            <o:lock v:ext="edit" aspectratio="t"/>
            <w10:wrap type="none"/>
            <w10:anchorlock/>
          </v:shape>
        </w:pict>
      </w:r>
      <w:r>
        <w:rPr>
          <w:rFonts w:ascii="宋体" w:hAnsi="宋体" w:eastAsia="宋体" w:cs="宋体"/>
          <w:color w:val="000000"/>
        </w:rPr>
        <w:t>时，计算</w:t>
      </w:r>
      <w:r>
        <w:pict>
          <v:shape id="_x0000_i71321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362" o:title="eqId20d6fc9b90f370fbb27552876b650f8f"/>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409" name="图片 95775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 name="图片 957758509"/>
                    <pic:cNvPicPr>
                      <a:picLocks noChangeAspect="1"/>
                    </pic:cNvPicPr>
                  </pic:nvPicPr>
                  <pic:blipFill>
                    <a:blip r:embed="rId336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1321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363" o:title="eqId82986ab38a4ae58593191ccae2a44f62"/>
            <o:lock v:ext="edit" aspectratio="t"/>
            <w10:wrap type="none"/>
            <w10:anchorlock/>
          </v:shape>
        </w:pict>
      </w:r>
      <w:r>
        <w:rPr>
          <w:rFonts w:ascii="宋体" w:hAnsi="宋体" w:eastAsia="宋体" w:cs="宋体"/>
          <w:color w:val="000000"/>
        </w:rPr>
        <w:t>，</w:t>
      </w:r>
      <w:r>
        <w:pict>
          <v:shape id="_x0000_i713220" o:spt="75" alt="学科网(www.zxxk.com)--教育资源门户，提供试卷、教案、课件、论文、素材以及各类教学资源下载，还有大量而丰富的教学相关资讯！" type="#_x0000_t75" style="height:13.95pt;width:62pt;" o:ole="t" filled="f" o:preferrelative="t" stroked="f" coordsize="21600,21600">
            <v:path/>
            <v:fill on="f" focussize="0,0"/>
            <v:stroke on="f" joinstyle="miter"/>
            <v:imagedata r:id="rId3364" o:title="eqId6d88f849279906a333dabad8c29eba5b"/>
            <o:lock v:ext="edit" aspectratio="t"/>
            <w10:wrap type="none"/>
            <w10:anchorlock/>
          </v:shape>
        </w:pict>
      </w:r>
      <w:r>
        <w:rPr>
          <w:rFonts w:ascii="宋体" w:hAnsi="宋体" w:eastAsia="宋体" w:cs="宋体"/>
          <w:color w:val="000000"/>
        </w:rPr>
        <w:t>，求</w:t>
      </w:r>
      <w:r>
        <w:pict>
          <v:shape id="_x0000_i71322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365" o:title="eqId0a6936d370d6a238a608ca56f87198de"/>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pict>
          <v:shape id="_x0000_i713222"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366" o:title="eqIdbdaa19de263700a15fcf213d64a8cd57"/>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3223"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3367" o:title="eqIdb8860d9787671b53b1ab68b3d526f5ca"/>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322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368" o:title="eqId274a9dc37509f01c2606fb3086a46f4f"/>
            <o:lock v:ext="edit" aspectratio="t"/>
            <w10:wrap type="none"/>
            <w10:anchorlock/>
          </v:shape>
        </w:pict>
      </w:r>
      <w:r>
        <w:rPr>
          <w:rFonts w:ascii="宋体" w:hAnsi="宋体" w:eastAsia="宋体" w:cs="宋体"/>
          <w:color w:val="000000"/>
        </w:rPr>
        <w:t>或</w:t>
      </w:r>
      <w:r>
        <w:pict>
          <v:shape id="_x0000_i713225" o:spt="75" alt="学科网(www.zxxk.com)--教育资源门户，提供试卷、教案、课件、论文、素材以及各类教学资源下载，还有大量而丰富的教学相关资讯！" type="#_x0000_t75" style="height:14pt;width:22pt;" o:ole="t" filled="f" o:preferrelative="t" stroked="f" coordsize="21600,21600">
            <v:path/>
            <v:fill on="f" focussize="0,0"/>
            <v:stroke on="f" joinstyle="miter"/>
            <v:imagedata r:id="rId3369" o:title="eqId5c4fd4507c507c55250a3a59e738dce9"/>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）利用数轴知识，已知</w:t>
      </w:r>
      <w:r>
        <w:rPr>
          <w:rFonts w:ascii="Times New Roman" w:hAnsi="Times New Roman" w:eastAsia="Times New Roman" w:cs="Times New Roman"/>
          <w:i/>
          <w:color w:val="000000"/>
        </w:rPr>
        <w:t>A</w:t>
      </w:r>
      <w:r>
        <w:rPr>
          <w:rFonts w:ascii="宋体" w:hAnsi="宋体" w:eastAsia="宋体" w:cs="宋体"/>
          <w:color w:val="000000"/>
        </w:rPr>
        <w:t>、</w:t>
      </w:r>
      <w:r>
        <w:pict>
          <v:shape id="_x0000_i71322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370" o:title="eqId7f9e8449aad35c5d840a3395ea86df6d"/>
            <o:lock v:ext="edit" aspectratio="t"/>
            <w10:wrap type="none"/>
            <w10:anchorlock/>
          </v:shape>
        </w:pict>
      </w:r>
      <w:r>
        <w:rPr>
          <w:rFonts w:ascii="宋体" w:hAnsi="宋体" w:eastAsia="宋体" w:cs="宋体"/>
          <w:color w:val="000000"/>
        </w:rPr>
        <w:t>两点表示的数，求线段</w:t>
      </w:r>
      <w:r>
        <w:pict>
          <v:shape id="_x0000_i713227"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3371" o:title="eqIdf52a58fbaf4fea03567e88a9f0f6e37e"/>
            <o:lock v:ext="edit" aspectratio="t"/>
            <w10:wrap type="none"/>
            <w10:anchorlock/>
          </v:shape>
        </w:pict>
      </w:r>
      <w:r>
        <w:rPr>
          <w:rFonts w:ascii="宋体" w:hAnsi="宋体" w:eastAsia="宋体" w:cs="宋体"/>
          <w:color w:val="000000"/>
        </w:rPr>
        <w:t>中点</w:t>
      </w:r>
      <w:r>
        <w:pict>
          <v:shape id="_x0000_i713228"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372" o:title="eqIdac047e91852b91af639feec23a9598b2"/>
            <o:lock v:ext="edit" aspectratio="t"/>
            <w10:wrap type="none"/>
            <w10:anchorlock/>
          </v:shape>
        </w:pict>
      </w:r>
      <w:r>
        <w:rPr>
          <w:rFonts w:ascii="宋体" w:hAnsi="宋体" w:eastAsia="宋体" w:cs="宋体"/>
          <w:color w:val="000000"/>
        </w:rPr>
        <w:t>表示的数；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）已知中点表示的数，根据线段中点的定义，求出</w:t>
      </w:r>
      <w:r>
        <w:pict>
          <v:shape id="_x0000_i71322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373" o:title="eqId20d6fc9b90f370fbb27552876b650f8f"/>
            <o:lock v:ext="edit" aspectratio="t"/>
            <w10:wrap type="none"/>
            <w10:anchorlock/>
          </v:shape>
        </w:pict>
      </w:r>
      <w:r>
        <w:rPr>
          <w:rFonts w:ascii="宋体" w:hAnsi="宋体" w:eastAsia="宋体" w:cs="宋体"/>
          <w:color w:val="000000"/>
        </w:rPr>
        <w:t>的值；</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）根据线段的和差，线段中点的定义求出</w:t>
      </w:r>
      <w:r>
        <w:pict>
          <v:shape id="_x0000_i71323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374" o:title="eqId0a6936d370d6a238a608ca56f87198de"/>
            <o:lock v:ext="edit" aspectratio="t"/>
            <w10:wrap type="none"/>
            <w10:anchorlock/>
          </v:shape>
        </w:pict>
      </w:r>
      <w:r>
        <w:rPr>
          <w:rFonts w:ascii="宋体" w:hAnsi="宋体" w:eastAsia="宋体" w:cs="宋体"/>
          <w:color w:val="000000"/>
        </w:rPr>
        <w:t>的值．</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3231" o:spt="75" alt="学科网(www.zxxk.com)--教育资源门户，提供试卷、教案、课件、论文、素材以及各类教学资源下载，还有大量而丰富的教学相关资讯！" type="#_x0000_t75" style="height:12.75pt;width:30pt;" o:ole="t" filled="f" o:preferrelative="t" stroked="f" coordsize="21600,21600">
            <v:path/>
            <v:fill on="f" focussize="0,0"/>
            <v:stroke on="f" joinstyle="miter"/>
            <v:imagedata r:id="rId3375" o:title="eqId6b108ab31cc093f03cf48ad65429889e"/>
            <o:lock v:ext="edit" aspectratio="t"/>
            <w10:wrap type="none"/>
            <w10:anchorlock/>
          </v:shape>
        </w:pict>
      </w:r>
      <w:r>
        <w:rPr>
          <w:rFonts w:ascii="宋体" w:hAnsi="宋体" w:eastAsia="宋体" w:cs="宋体"/>
          <w:color w:val="000000"/>
        </w:rPr>
        <w:t>，</w:t>
      </w:r>
      <w:r>
        <w:pict>
          <v:shape id="_x0000_i713232" o:spt="75" alt="学科网(www.zxxk.com)--教育资源门户，提供试卷、教案、课件、论文、素材以及各类教学资源下载，还有大量而丰富的教学相关资讯！" type="#_x0000_t75" style="height:13.6pt;width:27.2pt;" o:ole="t" filled="f" o:preferrelative="t" stroked="f" coordsize="21600,21600">
            <v:path/>
            <v:fill on="f" focussize="0,0"/>
            <v:stroke on="f" joinstyle="miter"/>
            <v:imagedata r:id="rId3376" o:title="eqIdfcdb7a488910743dc5c63afb394b87e2"/>
            <o:lock v:ext="edit" aspectratio="t"/>
            <w10:wrap type="none"/>
            <w10:anchorlock/>
          </v:shape>
        </w:pict>
      </w:r>
      <w:r>
        <w:rPr>
          <w:rFonts w:ascii="宋体" w:hAnsi="宋体" w:eastAsia="宋体" w:cs="宋体"/>
          <w:color w:val="000000"/>
        </w:rPr>
        <w:t>，</w:t>
      </w:r>
      <w:r>
        <w:pict>
          <v:shape id="_x0000_i713233" o:spt="75" alt="学科网(www.zxxk.com)--教育资源门户，提供试卷、教案、课件、论文、素材以及各类教学资源下载，还有大量而丰富的教学相关资讯！" type="#_x0000_t75" style="height:13pt;width:56pt;" o:ole="t" filled="f" o:preferrelative="t" stroked="f" coordsize="21600,21600">
            <v:path/>
            <v:fill on="f" focussize="0,0"/>
            <v:stroke on="f" joinstyle="miter"/>
            <v:imagedata r:id="rId3377" o:title="eqId0fc5f0e2cc2158bd508edd68e05a892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3234" o:spt="75" alt="学科网(www.zxxk.com)--教育资源门户，提供试卷、教案、课件、论文、素材以及各类教学资源下载，还有大量而丰富的教学相关资讯！" type="#_x0000_t75" style="height:31.15pt;width:69.85pt;" o:ole="t" filled="f" o:preferrelative="t" stroked="f" coordsize="21600,21600">
            <v:path/>
            <v:fill on="f" focussize="0,0"/>
            <v:stroke on="f" joinstyle="miter"/>
            <v:imagedata r:id="rId3378" o:title="eqId7e6aae6f0d6a0945506da38e6af6cec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pict>
          <v:shape id="_x0000_i713235" o:spt="75" alt="学科网(www.zxxk.com)--教育资源门户，提供试卷、教案、课件、论文、素材以及各类教学资源下载，还有大量而丰富的教学相关资讯！" type="#_x0000_t75" style="height:13.75pt;width:31.3pt;" o:ole="t" filled="f" o:preferrelative="t" stroked="f" coordsize="21600,21600">
            <v:path/>
            <v:fill on="f" focussize="0,0"/>
            <v:stroke on="f" joinstyle="miter"/>
            <v:imagedata r:id="rId3379" o:title="eqIde94f16d5ed858699bfea5039a7bf8ae6"/>
            <o:lock v:ext="edit" aspectratio="t"/>
            <w10:wrap type="none"/>
            <w10:anchorlock/>
          </v:shape>
        </w:pict>
      </w:r>
      <w:r>
        <w:rPr>
          <w:rFonts w:ascii="宋体" w:hAnsi="宋体" w:eastAsia="宋体" w:cs="宋体"/>
          <w:color w:val="000000"/>
        </w:rPr>
        <w:t>，</w:t>
      </w:r>
      <w:r>
        <w:pict>
          <v:shape id="_x0000_i713236" o:spt="75" alt="学科网(www.zxxk.com)--教育资源门户，提供试卷、教案、课件、论文、素材以及各类教学资源下载，还有大量而丰富的教学相关资讯！" type="#_x0000_t75" style="height:13pt;width:56pt;" o:ole="t" filled="f" o:preferrelative="t" stroked="f" coordsize="21600,21600">
            <v:path/>
            <v:fill on="f" focussize="0,0"/>
            <v:stroke on="f" joinstyle="miter"/>
            <v:imagedata r:id="rId3380" o:title="eqId0fc5f0e2cc2158bd508edd68e05a892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3237" o:spt="75" alt="学科网(www.zxxk.com)--教育资源门户，提供试卷、教案、课件、论文、素材以及各类教学资源下载，还有大量而丰富的教学相关资讯！" type="#_x0000_t75" style="height:13.8pt;width:105pt;" o:ole="t" filled="f" o:preferrelative="t" stroked="f" coordsize="21600,21600">
            <v:path/>
            <v:fill on="f" focussize="0,0"/>
            <v:stroke on="f" joinstyle="miter"/>
            <v:imagedata r:id="rId3381" o:title="eqId2d53429d5212ee75cc9c7dac442a16b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w:t>
      </w:r>
      <w:r>
        <w:pict>
          <v:shape id="_x0000_i713238" o:spt="75" alt="学科网(www.zxxk.com)--教育资源门户，提供试卷、教案、课件、论文、素材以及各类教学资源下载，还有大量而丰富的教学相关资讯！" type="#_x0000_t75" style="height:14.25pt;width:37.5pt;" o:ole="t" filled="f" o:preferrelative="t" stroked="f" coordsize="21600,21600">
            <v:path/>
            <v:fill on="f" focussize="0,0"/>
            <v:stroke on="f" joinstyle="miter"/>
            <v:imagedata r:id="rId3382" o:title="eqId84a96402cba1ba12c79e337ff7926538"/>
            <o:lock v:ext="edit" aspectratio="t"/>
            <w10:wrap type="none"/>
            <w10:anchorlock/>
          </v:shape>
        </w:pict>
      </w:r>
      <w:r>
        <w:rPr>
          <w:rFonts w:ascii="宋体" w:hAnsi="宋体" w:eastAsia="宋体" w:cs="宋体"/>
          <w:color w:val="000000"/>
        </w:rPr>
        <w:t>，</w:t>
      </w:r>
      <w:r>
        <w:pict>
          <v:shape id="_x0000_i713239" o:spt="75" alt="学科网(www.zxxk.com)--教育资源门户，提供试卷、教案、课件、论文、素材以及各类教学资源下载，还有大量而丰富的教学相关资讯！" type="#_x0000_t75" style="height:13.95pt;width:62pt;" o:ole="t" filled="f" o:preferrelative="t" stroked="f" coordsize="21600,21600">
            <v:path/>
            <v:fill on="f" focussize="0,0"/>
            <v:stroke on="f" joinstyle="miter"/>
            <v:imagedata r:id="rId3383" o:title="eqId6d88f849279906a333dabad8c29eba5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240" o:spt="75" alt="学科网(www.zxxk.com)--教育资源门户，提供试卷、教案、课件、论文、素材以及各类教学资源下载，还有大量而丰富的教学相关资讯！" type="#_x0000_t75" style="height:13.95pt;width:70pt;" o:ole="t" filled="f" o:preferrelative="t" stroked="f" coordsize="21600,21600">
            <v:path/>
            <v:fill on="f" focussize="0,0"/>
            <v:stroke on="f" joinstyle="miter"/>
            <v:imagedata r:id="rId3384" o:title="eqIdd5ed5b889213982605a7fc86d43f987a"/>
            <o:lock v:ext="edit" aspectratio="t"/>
            <w10:wrap type="none"/>
            <w10:anchorlock/>
          </v:shape>
        </w:pict>
      </w:r>
      <w:r>
        <w:rPr>
          <w:rFonts w:ascii="宋体" w:hAnsi="宋体" w:eastAsia="宋体" w:cs="宋体"/>
          <w:color w:val="000000"/>
        </w:rPr>
        <w:t>，</w:t>
      </w:r>
      <w:r>
        <w:pict>
          <v:shape id="_x0000_i713241" o:spt="75" alt="学科网(www.zxxk.com)--教育资源门户，提供试卷、教案、课件、论文、素材以及各类教学资源下载，还有大量而丰富的教学相关资讯！" type="#_x0000_t75" style="height:20.25pt;width:48.75pt;" o:ole="t" filled="f" o:preferrelative="t" stroked="f" coordsize="21600,21600">
            <v:path/>
            <v:fill on="f" focussize="0,0"/>
            <v:stroke on="f" joinstyle="miter"/>
            <v:imagedata r:id="rId3385" o:title="eqIdfb86ccc54aa348084ea06b6f8ad8611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242" o:spt="75" alt="学科网(www.zxxk.com)--教育资源门户，提供试卷、教案、课件、论文、素材以及各类教学资源下载，还有大量而丰富的教学相关资讯！" type="#_x0000_t75" style="height:20pt;width:71pt;" o:ole="t" filled="f" o:preferrelative="t" stroked="f" coordsize="21600,21600">
            <v:path/>
            <v:fill on="f" focussize="0,0"/>
            <v:stroke on="f" joinstyle="miter"/>
            <v:imagedata r:id="rId3386" o:title="eqId1511fd704fa64ba6e48f87c3df6564a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243" o:spt="75" alt="学科网(www.zxxk.com)--教育资源门户，提供试卷、教案、课件、论文、素材以及各类教学资源下载，还有大量而丰富的教学相关资讯！" type="#_x0000_t75" style="height:31.2pt;width:64.8pt;" o:ole="t" filled="f" o:preferrelative="t" stroked="f" coordsize="21600,21600">
            <v:path/>
            <v:fill on="f" focussize="0,0"/>
            <v:stroke on="f" joinstyle="miter"/>
            <v:imagedata r:id="rId3388" o:title="eqIdff53f71a95f6f0525c15a4ca4e55d7b1"/>
            <o:lock v:ext="edit" aspectratio="t"/>
            <w10:wrap type="none"/>
            <w10:anchorlock/>
          </v:shape>
        </w:pict>
      </w:r>
      <w:r>
        <w:rPr>
          <w:color w:val="000000"/>
        </w:rPr>
        <w:drawing>
          <wp:inline distT="0" distB="0" distL="114300" distR="114300">
            <wp:extent cx="38100" cy="38100"/>
            <wp:effectExtent l="0" t="0" r="0" b="0"/>
            <wp:docPr id="3411"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 name="图片 100065" descr="学科网(www.zxxk.com)--教育资源门户，提供试卷、教案、课件、论文、素材以及各类教学资源下载，还有大量而丰富的教学相关资讯！"/>
                    <pic:cNvPicPr>
                      <a:picLocks noChangeAspect="1"/>
                    </pic:cNvPicPr>
                  </pic:nvPicPr>
                  <pic:blipFill>
                    <a:blip r:embed="rId3387"/>
                    <a:stretch>
                      <a:fillRect/>
                    </a:stretch>
                  </pic:blipFill>
                  <pic:spPr>
                    <a:xfrm>
                      <a:off x="0" y="0"/>
                      <a:ext cx="38100" cy="38100"/>
                    </a:xfrm>
                    <a:prstGeom prst="rect">
                      <a:avLst/>
                    </a:prstGeom>
                  </pic:spPr>
                </pic:pic>
              </a:graphicData>
            </a:graphic>
          </wp:inline>
        </w:drawing>
      </w:r>
      <w:r>
        <w:rPr>
          <w:rFonts w:ascii="宋体" w:hAnsi="宋体" w:eastAsia="宋体" w:cs="宋体"/>
          <w:color w:val="000000"/>
        </w:rPr>
        <w:t>，</w:t>
      </w:r>
    </w:p>
    <w:p>
      <w:pPr>
        <w:spacing w:line="360" w:lineRule="auto"/>
        <w:jc w:val="both"/>
        <w:textAlignment w:val="center"/>
        <w:rPr>
          <w:color w:val="000000"/>
        </w:rPr>
      </w:pPr>
      <w:r>
        <w:pict>
          <v:shape id="_x0000_i713244"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3389" o:title="eqIdd1342d3e3bb7027e530cef6b0e6075ba"/>
            <o:lock v:ext="edit" aspectratio="t"/>
            <w10:wrap type="none"/>
            <w10:anchorlock/>
          </v:shape>
        </w:pict>
      </w:r>
      <w:r>
        <w:rPr>
          <w:rFonts w:ascii="宋体" w:hAnsi="宋体" w:eastAsia="宋体" w:cs="宋体"/>
          <w:color w:val="000000"/>
        </w:rPr>
        <w:t>或</w:t>
      </w:r>
      <w:r>
        <w:pict>
          <v:shape id="_x0000_i713245"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3390" o:title="eqId76f34f9141c604608c1834763e57c39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246" o:spt="75" alt="学科网(www.zxxk.com)--教育资源门户，提供试卷、教案、课件、论文、素材以及各类教学资源下载，还有大量而丰富的教学相关资讯！" type="#_x0000_t75" style="height:13.95pt;width:85pt;" o:ole="t" filled="f" o:preferrelative="t" stroked="f" coordsize="21600,21600">
            <v:path/>
            <v:fill on="f" focussize="0,0"/>
            <v:stroke on="f" joinstyle="miter"/>
            <v:imagedata r:id="rId3391" o:title="eqId08590c11512d683677de3f333c17646d"/>
            <o:lock v:ext="edit" aspectratio="t"/>
            <w10:wrap type="none"/>
            <w10:anchorlock/>
          </v:shape>
        </w:pict>
      </w:r>
      <w:r>
        <w:rPr>
          <w:rFonts w:ascii="宋体" w:hAnsi="宋体" w:eastAsia="宋体" w:cs="宋体"/>
          <w:color w:val="000000"/>
        </w:rPr>
        <w:t>或</w:t>
      </w:r>
      <w:r>
        <w:pict>
          <v:shape id="_x0000_i713247" o:spt="75" alt="学科网(www.zxxk.com)--教育资源门户，提供试卷、教案、课件、论文、素材以及各类教学资源下载，还有大量而丰富的教学相关资讯！" type="#_x0000_t75" style="height:20pt;width:96pt;" o:ole="t" filled="f" o:preferrelative="t" stroked="f" coordsize="21600,21600">
            <v:path/>
            <v:fill on="f" focussize="0,0"/>
            <v:stroke on="f" joinstyle="miter"/>
            <v:imagedata r:id="rId3392" o:title="eqIdaae5dc8796eee9f1e65a332d670dc05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248" o:spt="75" alt="学科网(www.zxxk.com)--教育资源门户，提供试卷、教案、课件、论文、素材以及各类教学资源下载，还有大量而丰富的教学相关资讯！" type="#_x0000_t75" style="height:13.95pt;width:78.95pt;" o:ole="t" filled="f" o:preferrelative="t" stroked="f" coordsize="21600,21600">
            <v:path/>
            <v:fill on="f" focussize="0,0"/>
            <v:stroke on="f" joinstyle="miter"/>
            <v:imagedata r:id="rId3393" o:title="eqId1113d7f26e71aefa98a914560f4e6bbb"/>
            <o:lock v:ext="edit" aspectratio="t"/>
            <w10:wrap type="none"/>
            <w10:anchorlock/>
          </v:shape>
        </w:pict>
      </w:r>
      <w:r>
        <w:rPr>
          <w:rFonts w:ascii="宋体" w:hAnsi="宋体" w:eastAsia="宋体" w:cs="宋体"/>
          <w:color w:val="000000"/>
        </w:rPr>
        <w:t>或</w:t>
      </w:r>
      <w:r>
        <w:pict>
          <v:shape id="_x0000_i713249" o:spt="75" alt="学科网(www.zxxk.com)--教育资源门户，提供试卷、教案、课件、论文、素材以及各类教学资源下载，还有大量而丰富的教学相关资讯！" type="#_x0000_t75" style="height:13.95pt;width:85.95pt;" o:ole="t" filled="f" o:preferrelative="t" stroked="f" coordsize="21600,21600">
            <v:path/>
            <v:fill on="f" focussize="0,0"/>
            <v:stroke on="f" joinstyle="miter"/>
            <v:imagedata r:id="rId3394" o:title="eqId22ee082d335b2ec542fb44067543a0e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综上所述，</w:t>
      </w:r>
      <w:r>
        <w:pict>
          <v:shape id="_x0000_i71325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395" o:title="eqId0a6936d370d6a238a608ca56f87198de"/>
            <o:lock v:ext="edit" aspectratio="t"/>
            <w10:wrap type="none"/>
            <w10:anchorlock/>
          </v:shape>
        </w:pict>
      </w:r>
      <w:r>
        <w:rPr>
          <w:rFonts w:ascii="宋体" w:hAnsi="宋体" w:eastAsia="宋体" w:cs="宋体"/>
          <w:color w:val="000000"/>
        </w:rPr>
        <w:t>的值为</w:t>
      </w:r>
      <w:r>
        <w:pict>
          <v:shape id="_x0000_i71325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396" o:title="eqId274a9dc37509f01c2606fb3086a46f4f"/>
            <o:lock v:ext="edit" aspectratio="t"/>
            <w10:wrap type="none"/>
            <w10:anchorlock/>
          </v:shape>
        </w:pict>
      </w:r>
      <w:r>
        <w:rPr>
          <w:rFonts w:ascii="宋体" w:hAnsi="宋体" w:eastAsia="宋体" w:cs="宋体"/>
          <w:color w:val="000000"/>
        </w:rPr>
        <w:t>或</w:t>
      </w:r>
      <w:r>
        <w:pict>
          <v:shape id="_x0000_i713252" o:spt="75" alt="学科网(www.zxxk.com)--教育资源门户，提供试卷、教案、课件、论文、素材以及各类教学资源下载，还有大量而丰富的教学相关资讯！" type="#_x0000_t75" style="height:14pt;width:22pt;" o:ole="t" filled="f" o:preferrelative="t" stroked="f" coordsize="21600,21600">
            <v:path/>
            <v:fill on="f" focussize="0,0"/>
            <v:stroke on="f" joinstyle="miter"/>
            <v:imagedata r:id="rId3397" o:title="eqId5c4fd4507c507c55250a3a59e738dce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本题考查了数轴，解题的关键是掌握数轴知识和线段的和差，线段中点的定义．</w:t>
      </w:r>
    </w:p>
    <w:p>
      <w:pPr>
        <w:pStyle w:val="Heading2"/>
      </w:pPr>
      <w:r>
        <w:t>平谷区</w:t>
      </w:r>
    </w:p>
    <w:p>
      <w:pPr>
        <w:spacing w:line="360" w:lineRule="auto"/>
        <w:jc w:val="both"/>
        <w:textAlignment w:val="center"/>
        <w:rPr>
          <w:color w:val="000000"/>
        </w:rPr>
      </w:pPr>
      <w:r>
        <w:rPr>
          <w:color w:val="000000"/>
        </w:rPr>
        <w:t xml:space="preserve">24. </w:t>
      </w:r>
      <w:r>
        <w:rPr>
          <w:rFonts w:ascii="宋体" w:hAnsi="宋体" w:eastAsia="宋体" w:cs="宋体"/>
          <w:color w:val="000000"/>
        </w:rPr>
        <w:t>如图：数轴上点</w:t>
      </w:r>
      <w:r>
        <w:pict>
          <v:shape id="_x0000_i713253"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398" o:title="eqId3c72229b08c676c08a3c7258895375f2"/>
            <o:lock v:ext="edit" aspectratio="t"/>
            <w10:wrap type="none"/>
            <w10:anchorlock/>
          </v:shape>
        </w:pict>
      </w:r>
      <w:r>
        <w:rPr>
          <w:rFonts w:ascii="宋体" w:hAnsi="宋体" w:eastAsia="宋体" w:cs="宋体"/>
          <w:color w:val="000000"/>
        </w:rPr>
        <w:t>表示的数分别是</w:t>
      </w:r>
      <w:r>
        <w:pict>
          <v:shape id="_x0000_i71325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399" o:title="eqIdd5ab9b3610c3d5e741235fc6c838517c"/>
            <o:lock v:ext="edit" aspectratio="t"/>
            <w10:wrap type="none"/>
            <w10:anchorlock/>
          </v:shape>
        </w:pict>
      </w:r>
      <w:r>
        <w:rPr>
          <w:rFonts w:ascii="宋体" w:hAnsi="宋体" w:eastAsia="宋体" w:cs="宋体"/>
          <w:color w:val="000000"/>
        </w:rPr>
        <w:t>，其中</w:t>
      </w:r>
      <w:r>
        <w:pict>
          <v:shape id="_x0000_i713255"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3400" o:title="eqId3daba63786099959275bd8392d2181c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676525" cy="390525"/>
            <wp:effectExtent l="0" t="0" r="9525" b="8890"/>
            <wp:docPr id="3413"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 name="图片 100025" descr="学科网(www.zxxk.com)--教育资源门户，提供试卷、教案、课件、论文、素材以及各类教学资源下载，还有大量而丰富的教学相关资讯！"/>
                    <pic:cNvPicPr>
                      <a:picLocks noChangeAspect="1"/>
                    </pic:cNvPicPr>
                  </pic:nvPicPr>
                  <pic:blipFill>
                    <a:blip r:embed="rId3401"/>
                    <a:stretch>
                      <a:fillRect/>
                    </a:stretch>
                  </pic:blipFill>
                  <pic:spPr>
                    <a:xfrm>
                      <a:off x="0" y="0"/>
                      <a:ext cx="2676525" cy="3905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13256"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402" o:title="eqId8d392dfaa84e73c690eb8957d2b1ae7c"/>
            <o:lock v:ext="edit" aspectratio="t"/>
            <w10:wrap type="none"/>
            <w10:anchorlock/>
          </v:shape>
        </w:pict>
      </w:r>
      <w:r>
        <w:rPr>
          <w:rFonts w:ascii="宋体" w:hAnsi="宋体" w:eastAsia="宋体" w:cs="宋体"/>
          <w:color w:val="000000"/>
        </w:rPr>
        <w:t>时，线段</w:t>
      </w:r>
      <w:r>
        <w:rPr>
          <w:rFonts w:ascii="Times New Roman" w:hAnsi="Times New Roman" w:eastAsia="Times New Roman" w:cs="Times New Roman"/>
          <w:color w:val="000000"/>
        </w:rPr>
        <w:t xml:space="preserve"> </w:t>
      </w:r>
      <m:oMath>
        <m:r>
          <m:rPr/>
          <w:rPr>
            <w:rFonts w:ascii="Cambria Math" w:hAnsi="Cambria Math" w:eastAsia="宋体" w:cs="Cambria Math"/>
          </w:rPr>
          <m:t>AB</m:t>
        </m:r>
      </m:oMath>
      <w:r>
        <w:rPr>
          <w:rFonts w:ascii="宋体" w:hAnsi="宋体" w:eastAsia="宋体" w:cs="宋体"/>
          <w:color w:val="000000"/>
        </w:rPr>
        <w:t>的中点对应的数是</w: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若该数轴上另有一点</w:t>
      </w:r>
      <w:r>
        <w:pict>
          <v:shape id="_x0000_i71325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403" o:title="eqIdc5db41a1f31d6baee7c69990811edb9f"/>
            <o:lock v:ext="edit" aspectratio="t"/>
            <w10:wrap type="none"/>
            <w10:anchorlock/>
          </v:shape>
        </w:pict>
      </w:r>
      <w:r>
        <w:rPr>
          <w:rFonts w:ascii="宋体" w:hAnsi="宋体" w:eastAsia="宋体" w:cs="宋体"/>
          <w:color w:val="000000"/>
        </w:rPr>
        <w:t>表示的数是</w:t>
      </w:r>
      <w:r>
        <w:pict>
          <v:shape id="_x0000_i713258"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3404" o:title="eqIdd91e07104b699c4012be2d26160976a2"/>
            <o:lock v:ext="edit" aspectratio="t"/>
            <w10:wrap type="none"/>
            <w10:anchorlock/>
          </v:shape>
        </w:pict>
      </w:r>
      <w:r>
        <w:rPr>
          <w:rFonts w:ascii="宋体" w:hAnsi="宋体" w:eastAsia="宋体" w:cs="宋体"/>
          <w:color w:val="000000"/>
        </w:rPr>
        <w:t>，且</w:t>
      </w:r>
      <w:r>
        <w:pict>
          <v:shape id="_x0000_i71325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3405" o:title="eqId8dc8093e4ac86ab5fa4d099bfb9f2fab"/>
            <o:lock v:ext="edit" aspectratio="t"/>
            <w10:wrap type="none"/>
            <w10:anchorlock/>
          </v:shape>
        </w:pict>
      </w:r>
      <w:r>
        <w:rPr>
          <w:rFonts w:ascii="宋体" w:hAnsi="宋体" w:eastAsia="宋体" w:cs="宋体"/>
          <w:color w:val="000000"/>
        </w:rPr>
        <w:t>，当</w:t>
      </w:r>
      <w:r>
        <w:pict>
          <v:shape id="_x0000_i713260"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3406" o:title="eqId790914d2029aa60e7abd9c96308ce55d"/>
            <o:lock v:ext="edit" aspectratio="t"/>
            <w10:wrap type="none"/>
            <w10:anchorlock/>
          </v:shape>
        </w:pict>
      </w:r>
      <w:r>
        <w:rPr>
          <w:rFonts w:ascii="宋体" w:hAnsi="宋体" w:eastAsia="宋体" w:cs="宋体"/>
          <w:color w:val="000000"/>
        </w:rPr>
        <w:t>时，求</w:t>
      </w:r>
      <w:r>
        <w:pict>
          <v:shape id="_x0000_i713261"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407" o:title="eqId3eb94fea3a09cf7b6bdfe3e3fe06b175"/>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pict>
          <v:shape id="_x0000_i713262"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408" o:title="eqIdbdaa19de263700a15fcf213d64a8cd57"/>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326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409" o:title="eqId0c8a420e3b00f2f1feceba3e981afb5b"/>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）根据数轴上两点之间距离可得到线段</w:t>
      </w:r>
      <w:r>
        <w:pict>
          <v:shape id="_x0000_i713264" o:spt="75" alt="学科网(www.zxxk.com)--教育资源门户，提供试卷、教案、课件、论文、素材以及各类教学资源下载，还有大量而丰富的教学相关资讯！" type="#_x0000_t75" style="height:20.25pt;width:69.75pt;" o:ole="t" filled="f" o:preferrelative="t" stroked="f" coordsize="21600,21600">
            <v:path/>
            <v:fill on="f" focussize="0,0"/>
            <v:stroke on="f" joinstyle="miter"/>
            <v:imagedata r:id="rId3410" o:title="eqIdd2b9f78dd2847c68ecc82919d96e67fe"/>
            <o:lock v:ext="edit" aspectratio="t"/>
            <w10:wrap type="none"/>
            <w10:anchorlock/>
          </v:shape>
        </w:pict>
      </w:r>
      <w:r>
        <w:rPr>
          <w:rFonts w:ascii="宋体" w:hAnsi="宋体" w:eastAsia="宋体" w:cs="宋体"/>
          <w:color w:val="000000"/>
        </w:rPr>
        <w:t>，进而运算求解即可得出结果；</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）根据数轴上两点之间距离可得到线段</w:t>
      </w:r>
      <w:r>
        <w:pict>
          <v:shape id="_x0000_i713265" o:spt="75" alt="学科网(www.zxxk.com)--教育资源门户，提供试卷、教案、课件、论文、素材以及各类教学资源下载，还有大量而丰富的教学相关资讯！" type="#_x0000_t75" style="height:20.25pt;width:69.75pt;" o:ole="t" filled="f" o:preferrelative="t" stroked="f" coordsize="21600,21600">
            <v:path/>
            <v:fill on="f" focussize="0,0"/>
            <v:stroke on="f" joinstyle="miter"/>
            <v:imagedata r:id="rId3411" o:title="eqId208ef9f45bcd93ecd4e4d47e4b0f97dc"/>
            <o:lock v:ext="edit" aspectratio="t"/>
            <w10:wrap type="none"/>
            <w10:anchorlock/>
          </v:shape>
        </w:pict>
      </w:r>
      <w:r>
        <w:rPr>
          <w:rFonts w:ascii="宋体" w:hAnsi="宋体" w:eastAsia="宋体" w:cs="宋体"/>
          <w:color w:val="000000"/>
        </w:rPr>
        <w:t>，</w:t>
      </w:r>
      <w:r>
        <w:pict>
          <v:shape id="_x0000_i713266" o:spt="75" alt="学科网(www.zxxk.com)--教育资源门户，提供试卷、教案、课件、论文、素材以及各类教学资源下载，还有大量而丰富的教学相关资讯！" type="#_x0000_t75" style="height:20.25pt;width:71.25pt;" o:ole="t" filled="f" o:preferrelative="t" stroked="f" coordsize="21600,21600">
            <v:path/>
            <v:fill on="f" focussize="0,0"/>
            <v:stroke on="f" joinstyle="miter"/>
            <v:imagedata r:id="rId3412" o:title="eqIdb83df806595a109ddea1d1864a2a0f52"/>
            <o:lock v:ext="edit" aspectratio="t"/>
            <w10:wrap type="none"/>
            <w10:anchorlock/>
          </v:shape>
        </w:pict>
      </w:r>
      <w:r>
        <w:rPr>
          <w:rFonts w:ascii="宋体" w:hAnsi="宋体" w:eastAsia="宋体" w:cs="宋体"/>
          <w:color w:val="000000"/>
        </w:rPr>
        <w:t>，进而可以得出结果．</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3267"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413" o:title="eqId8d392dfaa84e73c690eb8957d2b1ae7c"/>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3268"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3414" o:title="eqId099d9dfce330fc85af0cad788790d575"/>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3269"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3415" o:title="eqId1f2585fa40ab45ce7f972c01c89b953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327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416" o:title="eqIdb79dd200766db27fb90d6bd1992cf658"/>
            <o:lock v:ext="edit" aspectratio="t"/>
            <w10:wrap type="none"/>
            <w10:anchorlock/>
          </v:shape>
        </w:pict>
      </w:r>
      <w:r>
        <w:rPr>
          <w:rFonts w:ascii="宋体" w:hAnsi="宋体" w:eastAsia="宋体" w:cs="宋体"/>
          <w:color w:val="000000"/>
        </w:rPr>
        <w:t>的中点对应的点为：</w:t>
      </w:r>
      <w:r>
        <w:pict>
          <v:shape id="_x0000_i713271"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3417" o:title="eqId52ffa07ad7e3f9f6923cc24403965bfc"/>
            <o:lock v:ext="edit" aspectratio="t"/>
            <w10:wrap type="none"/>
            <w10:anchorlock/>
          </v:shape>
        </w:pict>
      </w:r>
      <w:r>
        <w:rPr>
          <w:rFonts w:ascii="宋体" w:hAnsi="宋体" w:eastAsia="宋体" w:cs="宋体"/>
          <w:color w:val="000000"/>
        </w:rPr>
        <w:t>或者</w:t>
      </w:r>
      <w:r>
        <w:pict>
          <v:shape id="_x0000_i713272"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3418" o:title="eqId7ae48114a17175a6410d949a27c2c4c6"/>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pict>
          <v:shape id="_x0000_i71327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419" o:title="eqIdbdaa19de263700a15fcf213d64a8cd57"/>
            <o:lock v:ext="edit" aspectratio="t"/>
            <w10:wrap type="none"/>
            <w10:anchorlock/>
          </v:shape>
        </w:pic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w:t>
      </w:r>
      <w:r>
        <w:pict>
          <v:shape id="_x0000_i71327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420" o:title="eqIdc5db41a1f31d6baee7c69990811edb9f"/>
            <o:lock v:ext="edit" aspectratio="t"/>
            <w10:wrap type="none"/>
            <w10:anchorlock/>
          </v:shape>
        </w:pict>
      </w:r>
      <w:r>
        <w:rPr>
          <w:rFonts w:ascii="宋体" w:hAnsi="宋体" w:eastAsia="宋体" w:cs="宋体"/>
          <w:color w:val="000000"/>
        </w:rPr>
        <w:t>表示的数是</w:t>
      </w:r>
      <w:r>
        <w:pict>
          <v:shape id="_x0000_i713275"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3421" o:title="eqIdd91e07104b699c4012be2d26160976a2"/>
            <o:lock v:ext="edit" aspectratio="t"/>
            <w10:wrap type="none"/>
            <w10:anchorlock/>
          </v:shape>
        </w:pict>
      </w:r>
      <w:r>
        <w:rPr>
          <w:rFonts w:ascii="宋体" w:hAnsi="宋体" w:eastAsia="宋体" w:cs="宋体"/>
          <w:color w:val="000000"/>
        </w:rPr>
        <w:t>，</w:t>
      </w:r>
      <w:r>
        <w:pict>
          <v:shape id="_x0000_i71327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422" o:title="eqId11f5a6a855b1b1a6706eec905f542acc"/>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w:t>
      </w:r>
      <w:r>
        <w:pict>
          <v:shape id="_x0000_i713277"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3423" o:title="eqId165d17e06af72c6e0e8e3585c484cfa6"/>
            <o:lock v:ext="edit" aspectratio="t"/>
            <w10:wrap type="none"/>
            <w10:anchorlock/>
          </v:shape>
        </w:pict>
      </w:r>
      <w:r>
        <w:rPr>
          <w:color w:val="000000"/>
        </w:rPr>
        <w:t>，</w:t>
      </w:r>
      <w:r>
        <w:rPr>
          <w:rFonts w:ascii="Times New Roman" w:hAnsi="Times New Roman" w:eastAsia="Times New Roman" w:cs="Times New Roman"/>
          <w:color w:val="000000"/>
        </w:rPr>
        <w:t xml:space="preserve"> </w:t>
      </w:r>
      <w:r>
        <w:pict>
          <v:shape id="_x0000_i713278"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3424" o:title="eqIdc89b71b468a07981b39d287180e7546e"/>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当</w:t>
      </w:r>
      <w:r>
        <w:pict>
          <v:shape id="_x0000_i713279"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3425" o:title="eqId790914d2029aa60e7abd9c96308ce55d"/>
            <o:lock v:ext="edit" aspectratio="t"/>
            <w10:wrap type="none"/>
            <w10:anchorlock/>
          </v:shape>
        </w:pict>
      </w:r>
      <w:r>
        <w:rPr>
          <w:rFonts w:ascii="宋体" w:hAnsi="宋体" w:eastAsia="宋体" w:cs="宋体"/>
          <w:color w:val="000000"/>
        </w:rPr>
        <w:t>时</w:t>
      </w:r>
    </w:p>
    <w:p>
      <w:pPr>
        <w:spacing w:line="360" w:lineRule="auto"/>
        <w:jc w:val="both"/>
        <w:textAlignment w:val="center"/>
        <w:rPr>
          <w:color w:val="000000"/>
        </w:rPr>
      </w:pPr>
      <w:r>
        <w:rPr>
          <w:rFonts w:ascii="宋体" w:hAnsi="宋体" w:eastAsia="宋体" w:cs="宋体"/>
          <w:color w:val="000000"/>
        </w:rPr>
        <w:t>∴</w:t>
      </w:r>
      <w:r>
        <w:pict>
          <v:shape id="_x0000_i713280" o:spt="75" alt="学科网(www.zxxk.com)--教育资源门户，提供试卷、教案、课件、论文、素材以及各类教学资源下载，还有大量而丰富的教学相关资讯！" type="#_x0000_t75" style="height:15pt;width:75.75pt;" o:ole="t" filled="f" o:preferrelative="t" stroked="f" coordsize="21600,21600">
            <v:path/>
            <v:fill on="f" focussize="0,0"/>
            <v:stroke on="f" joinstyle="miter"/>
            <v:imagedata r:id="rId3426" o:title="eqId6cc6b0962c139859c5bdbac3743b52c5"/>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w:t>
      </w:r>
      <w:r>
        <w:pict>
          <v:shape id="_x0000_i713281"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3427" o:title="eqId1078d24a3853d34402d6dd2eb5ece383"/>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把</w:t>
      </w:r>
      <w:r>
        <w:pict>
          <v:shape id="_x0000_i713282"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3428" o:title="eqId1078d24a3853d34402d6dd2eb5ece383"/>
            <o:lock v:ext="edit" aspectratio="t"/>
            <w10:wrap type="none"/>
            <w10:anchorlock/>
          </v:shape>
        </w:pict>
      </w:r>
      <w:r>
        <w:rPr>
          <w:rFonts w:ascii="宋体" w:hAnsi="宋体" w:eastAsia="宋体" w:cs="宋体"/>
          <w:color w:val="000000"/>
        </w:rPr>
        <w:t>代入</w:t>
      </w:r>
      <w:r>
        <w:pict>
          <v:shape id="_x0000_i713283"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429" o:title="eqId3eb94fea3a09cf7b6bdfe3e3fe06b175"/>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原式</w:t>
      </w:r>
      <w:r>
        <w:pict>
          <v:shape id="_x0000_i713284" o:spt="75" alt="学科网(www.zxxk.com)--教育资源门户，提供试卷、教案、课件、论文、素材以及各类教学资源下载，还有大量而丰富的教学相关资讯！" type="#_x0000_t75" style="height:14.25pt;width:93.75pt;" o:ole="t" filled="f" o:preferrelative="t" stroked="f" coordsize="21600,21600">
            <v:path/>
            <v:fill on="f" focussize="0,0"/>
            <v:stroke on="f" joinstyle="miter"/>
            <v:imagedata r:id="rId3430" o:title="eqId0956d77c858ff789691295986cc6b362"/>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故答案为：</w:t>
      </w:r>
      <w:r>
        <w:pict>
          <v:shape id="_x0000_i71328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431" o:title="eqId0c8a420e3b00f2f1feceba3e981afb5b"/>
            <o:lock v:ext="edit" aspectratio="t"/>
            <w10:wrap type="none"/>
            <w10:anchorlock/>
          </v:shape>
        </w:pict>
      </w:r>
    </w:p>
    <w:p>
      <w:pPr>
        <w:spacing w:line="360" w:lineRule="auto"/>
        <w:jc w:val="left"/>
        <w:textAlignment w:val="center"/>
        <w:rPr>
          <w:color w:val="000000"/>
        </w:rPr>
      </w:pPr>
      <w:r>
        <w:rPr>
          <w:color w:val="000000"/>
        </w:rPr>
        <w:t>【点睛】</w:t>
      </w:r>
      <w:r>
        <w:rPr>
          <w:rFonts w:ascii="宋体" w:hAnsi="宋体" w:eastAsia="宋体" w:cs="宋体"/>
          <w:color w:val="000000"/>
        </w:rPr>
        <w:t>本题考查了数轴上两点之间的距离，掌握数轴上两点之间距离的公式是解题的关键．</w:t>
      </w:r>
    </w:p>
    <w:p>
      <w:pPr>
        <w:spacing w:line="360" w:lineRule="auto"/>
        <w:jc w:val="both"/>
        <w:textAlignment w:val="center"/>
        <w:rPr>
          <w:color w:val="000000"/>
        </w:rPr>
      </w:pPr>
      <w:r>
        <w:rPr>
          <w:color w:val="000000"/>
        </w:rPr>
        <w:t xml:space="preserve">25. </w:t>
      </w:r>
      <w:r>
        <w:rPr>
          <w:rFonts w:ascii="宋体" w:hAnsi="宋体" w:eastAsia="宋体" w:cs="宋体"/>
          <w:color w:val="000000"/>
        </w:rPr>
        <w:t>如果两个方程的解相差</w:t>
      </w:r>
      <w:r>
        <w:rPr>
          <w:rFonts w:ascii="Times New Roman" w:hAnsi="Times New Roman" w:eastAsia="Times New Roman" w:cs="Times New Roman"/>
          <w:i/>
          <w:color w:val="000000"/>
        </w:rPr>
        <w:t>k</w:t>
      </w:r>
      <w:r>
        <w:rPr>
          <w:rFonts w:ascii="宋体" w:hAnsi="宋体" w:eastAsia="宋体" w:cs="宋体"/>
          <w:color w:val="000000"/>
        </w:rPr>
        <w:t>，且</w:t>
      </w:r>
      <w:r>
        <w:rPr>
          <w:rFonts w:ascii="Times New Roman" w:hAnsi="Times New Roman" w:eastAsia="Times New Roman" w:cs="Times New Roman"/>
          <w:i/>
          <w:color w:val="000000"/>
        </w:rPr>
        <w:t>k</w:t>
      </w:r>
      <w:r>
        <w:rPr>
          <w:rFonts w:ascii="宋体" w:hAnsi="宋体" w:eastAsia="宋体" w:cs="宋体"/>
          <w:color w:val="000000"/>
        </w:rPr>
        <w:t>为正整数，则称解较大的方程为另一个方程的“</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宋体" w:hAnsi="宋体" w:eastAsia="宋体" w:cs="宋体"/>
          <w:color w:val="000000"/>
        </w:rPr>
        <w:t>后移方程”．</w:t>
      </w:r>
    </w:p>
    <w:p>
      <w:pPr>
        <w:spacing w:line="360" w:lineRule="auto"/>
        <w:jc w:val="both"/>
        <w:textAlignment w:val="center"/>
        <w:rPr>
          <w:color w:val="000000"/>
        </w:rPr>
      </w:pPr>
      <w:r>
        <w:rPr>
          <w:rFonts w:ascii="宋体" w:hAnsi="宋体" w:eastAsia="宋体" w:cs="宋体"/>
          <w:color w:val="000000"/>
        </w:rPr>
        <w:t>例如：方程</w:t>
      </w:r>
      <w:r>
        <w:pict>
          <v:shape id="_x0000_i713286" o:spt="75" alt="学科网(www.zxxk.com)--教育资源门户，提供试卷、教案、课件、论文、素材以及各类教学资源下载，还有大量而丰富的教学相关资讯！" type="#_x0000_t75" style="height:14pt;width:42.8pt;" o:ole="t" filled="f" o:preferrelative="t" stroked="f" coordsize="21600,21600">
            <v:path/>
            <v:fill on="f" focussize="0,0"/>
            <v:stroke on="f" joinstyle="miter"/>
            <v:imagedata r:id="rId3432" o:title="eqId815650356afb1f42207c27d3b11635f1"/>
            <o:lock v:ext="edit" aspectratio="t"/>
            <w10:wrap type="none"/>
            <w10:anchorlock/>
          </v:shape>
        </w:pict>
      </w:r>
      <w:r>
        <w:rPr>
          <w:rFonts w:ascii="宋体" w:hAnsi="宋体" w:eastAsia="宋体" w:cs="宋体"/>
          <w:color w:val="000000"/>
        </w:rPr>
        <w:t>的解是</w:t>
      </w:r>
      <w:r>
        <w:pict>
          <v:shape id="_x0000_i71328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433" o:title="eqIde55aa0a20848c37c1892c567b2315e04"/>
            <o:lock v:ext="edit" aspectratio="t"/>
            <w10:wrap type="none"/>
            <w10:anchorlock/>
          </v:shape>
        </w:pict>
      </w:r>
      <w:r>
        <w:rPr>
          <w:rFonts w:ascii="宋体" w:hAnsi="宋体" w:eastAsia="宋体" w:cs="宋体"/>
          <w:color w:val="000000"/>
        </w:rPr>
        <w:t>，方程</w:t>
      </w:r>
      <w:r>
        <w:pict>
          <v:shape id="_x0000_i713288"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3434" o:title="eqId776b26892877019247c7a50f735b0f01"/>
            <o:lock v:ext="edit" aspectratio="t"/>
            <w10:wrap type="none"/>
            <w10:anchorlock/>
          </v:shape>
        </w:pict>
      </w:r>
      <w:r>
        <w:rPr>
          <w:rFonts w:ascii="宋体" w:hAnsi="宋体" w:eastAsia="宋体" w:cs="宋体"/>
          <w:color w:val="000000"/>
        </w:rPr>
        <w:t>的解是</w:t>
      </w:r>
      <w:r>
        <w:pict>
          <v:shape id="_x0000_i713289"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3435" o:title="eqId9b384412acba251d87902ab928902f16"/>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所以：方程</w:t>
      </w:r>
      <w:r>
        <w:pict>
          <v:shape id="_x0000_i713290" o:spt="75" alt="学科网(www.zxxk.com)--教育资源门户，提供试卷、教案、课件、论文、素材以及各类教学资源下载，还有大量而丰富的教学相关资讯！" type="#_x0000_t75" style="height:14pt;width:42.8pt;" o:ole="t" filled="f" o:preferrelative="t" stroked="f" coordsize="21600,21600">
            <v:path/>
            <v:fill on="f" focussize="0,0"/>
            <v:stroke on="f" joinstyle="miter"/>
            <v:imagedata r:id="rId3436" o:title="eqId815650356afb1f42207c27d3b11635f1"/>
            <o:lock v:ext="edit" aspectratio="t"/>
            <w10:wrap type="none"/>
            <w10:anchorlock/>
          </v:shape>
        </w:pict>
      </w:r>
      <w:r>
        <w:rPr>
          <w:rFonts w:ascii="宋体" w:hAnsi="宋体" w:eastAsia="宋体" w:cs="宋体"/>
          <w:color w:val="000000"/>
        </w:rPr>
        <w:t>是方程</w:t>
      </w:r>
      <w:r>
        <w:pict>
          <v:shape id="_x0000_i713291"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3437" o:title="eqId776b26892877019247c7a50f735b0f01"/>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后移方程”．</w:t>
      </w:r>
    </w:p>
    <w:p>
      <w:pPr>
        <w:spacing w:line="360" w:lineRule="auto"/>
        <w:jc w:val="left"/>
        <w:textAlignment w:val="center"/>
        <w:rPr>
          <w:color w:val="000000"/>
        </w:rPr>
      </w:pPr>
      <w:r>
        <w:rPr>
          <w:color w:val="000000"/>
        </w:rPr>
        <w:t>（1）</w:t>
      </w:r>
      <w:r>
        <w:rPr>
          <w:rFonts w:ascii="宋体" w:hAnsi="宋体" w:eastAsia="宋体" w:cs="宋体"/>
          <w:color w:val="000000"/>
        </w:rPr>
        <w:t>判断方程</w:t>
      </w:r>
      <w:r>
        <w:pict>
          <v:shape id="_x0000_i713292"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438" o:title="eqIdcaf0f0addd8d409694a56d40940e87ba"/>
            <o:lock v:ext="edit" aspectratio="t"/>
            <w10:wrap type="none"/>
            <w10:anchorlock/>
          </v:shape>
        </w:pict>
      </w:r>
      <w:r>
        <w:rPr>
          <w:rFonts w:ascii="宋体" w:hAnsi="宋体" w:eastAsia="宋体" w:cs="宋体"/>
          <w:color w:val="000000"/>
        </w:rPr>
        <w:t>是否为方程</w:t>
      </w:r>
      <w:r>
        <w:pict>
          <v:shape id="_x0000_i713293"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3439" o:title="eqId22d230539d4b432e71e8e596960d140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宋体" w:hAnsi="宋体" w:eastAsia="宋体" w:cs="宋体"/>
          <w:color w:val="000000"/>
        </w:rPr>
        <w:t>后移方程</w:t>
      </w:r>
      <w:r>
        <w:rPr>
          <w:rFonts w:ascii="Times New Roman" w:hAnsi="Times New Roman" w:eastAsia="Times New Roman" w:cs="Times New Roman"/>
          <w:color w:val="000000"/>
        </w:rPr>
        <w:t>________</w:t>
      </w:r>
      <w:r>
        <w:rPr>
          <w:rFonts w:ascii="宋体" w:hAnsi="宋体" w:eastAsia="宋体" w:cs="宋体"/>
          <w:color w:val="000000"/>
        </w:rPr>
        <w:t>（填“是”或“否”）；</w:t>
      </w:r>
    </w:p>
    <w:p>
      <w:pPr>
        <w:spacing w:line="360" w:lineRule="auto"/>
        <w:jc w:val="left"/>
        <w:textAlignment w:val="center"/>
        <w:rPr>
          <w:color w:val="000000"/>
        </w:rPr>
      </w:pPr>
      <w:r>
        <w:rPr>
          <w:color w:val="000000"/>
        </w:rPr>
        <w:t>（2）</w:t>
      </w:r>
      <w:r>
        <w:rPr>
          <w:rFonts w:ascii="宋体" w:hAnsi="宋体" w:eastAsia="宋体" w:cs="宋体"/>
          <w:color w:val="000000"/>
        </w:rPr>
        <w:t>若关于</w:t>
      </w:r>
      <w:r>
        <w:rPr>
          <w:rFonts w:ascii="Times New Roman" w:hAnsi="Times New Roman" w:eastAsia="Times New Roman" w:cs="Times New Roman"/>
          <w:i/>
          <w:color w:val="000000"/>
        </w:rPr>
        <w:t>x</w:t>
      </w:r>
      <w:r>
        <w:rPr>
          <w:rFonts w:ascii="宋体" w:hAnsi="宋体" w:eastAsia="宋体" w:cs="宋体"/>
          <w:color w:val="000000"/>
        </w:rPr>
        <w:t>的方程</w:t>
      </w:r>
      <w:r>
        <w:pict>
          <v:shape id="_x0000_i713294"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440" o:title="eqId8135dd97d74e3b86cf671c315c3a9bb6"/>
            <o:lock v:ext="edit" aspectratio="t"/>
            <w10:wrap type="none"/>
            <w10:anchorlock/>
          </v:shape>
        </w:pict>
      </w:r>
      <w:r>
        <w:rPr>
          <w:rFonts w:ascii="宋体" w:hAnsi="宋体" w:eastAsia="宋体" w:cs="宋体"/>
          <w:color w:val="000000"/>
        </w:rPr>
        <w:t>是关于</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x</w:t>
      </w:r>
      <w:r>
        <w:rPr>
          <w:rFonts w:ascii="Times New Roman" w:hAnsi="Times New Roman" w:eastAsia="Times New Roman" w:cs="Times New Roman"/>
          <w:color w:val="000000"/>
        </w:rPr>
        <w:t xml:space="preserve"> </w:t>
      </w:r>
      <w:r>
        <w:rPr>
          <w:rFonts w:ascii="宋体" w:hAnsi="宋体" w:eastAsia="宋体" w:cs="宋体"/>
          <w:color w:val="000000"/>
        </w:rPr>
        <w:t>的方程</w:t>
      </w:r>
      <w:r>
        <w:pict>
          <v:shape id="_x0000_i713295" o:spt="75" alt="学科网(www.zxxk.com)--教育资源门户，提供试卷、教案、课件、论文、素材以及各类教学资源下载，还有大量而丰富的教学相关资讯！" type="#_x0000_t75" style="height:14.15pt;width:53.15pt;" o:ole="t" filled="f" o:preferrelative="t" stroked="f" coordsize="21600,21600">
            <v:path/>
            <v:fill on="f" focussize="0,0"/>
            <v:stroke on="f" joinstyle="miter"/>
            <v:imagedata r:id="rId3441" o:title="eqId87697adef6e79a11a6507e78854149cb"/>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后移方程”，求</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当</w:t>
      </w:r>
      <w:r>
        <w:pict>
          <v:shape id="_x0000_i71329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442" o:title="eqId20849c00c47cbdc43f18d53341b6c4e5"/>
            <o:lock v:ext="edit" aspectratio="t"/>
            <w10:wrap type="none"/>
            <w10:anchorlock/>
          </v:shape>
        </w:pict>
      </w:r>
      <w:r>
        <w:rPr>
          <w:rFonts w:ascii="宋体" w:hAnsi="宋体" w:eastAsia="宋体" w:cs="宋体"/>
          <w:color w:val="000000"/>
        </w:rPr>
        <w:t>时，如果方程</w:t>
      </w:r>
      <w:r>
        <w:pict>
          <v:shape id="_x0000_i713297"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3443" o:title="eqId8b927a9c710c05279eb72a961efea6d4"/>
            <o:lock v:ext="edit" aspectratio="t"/>
            <w10:wrap type="none"/>
            <w10:anchorlock/>
          </v:shape>
        </w:pict>
      </w:r>
      <w:r>
        <w:rPr>
          <w:rFonts w:ascii="宋体" w:hAnsi="宋体" w:eastAsia="宋体" w:cs="宋体"/>
          <w:color w:val="000000"/>
        </w:rPr>
        <w:t>是方程</w:t>
      </w:r>
      <w:r>
        <w:pict>
          <v:shape id="_x0000_i713298" o:spt="75" alt="学科网(www.zxxk.com)--教育资源门户，提供试卷、教案、课件、论文、素材以及各类教学资源下载，还有大量而丰富的教学相关资讯！" type="#_x0000_t75" style="height:13.5pt;width:46.5pt;" o:ole="t" filled="f" o:preferrelative="t" stroked="f" coordsize="21600,21600">
            <v:path/>
            <v:fill on="f" focussize="0,0"/>
            <v:stroke on="f" joinstyle="miter"/>
            <v:imagedata r:id="rId3444" o:title="eqId3960dcafae9dd08aee60e548d6316c8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后移方程”求代数式</w:t>
      </w:r>
      <w:r>
        <w:pict>
          <v:shape id="_x0000_i713299" o:spt="75" alt="学科网(www.zxxk.com)--教育资源门户，提供试卷、教案、课件、论文、素材以及各类教学资源下载，还有大量而丰富的教学相关资讯！" type="#_x0000_t75" style="height:20.4pt;width:87pt;" o:ole="t" filled="f" o:preferrelative="t" stroked="f" coordsize="21600,21600">
            <v:path/>
            <v:fill on="f" focussize="0,0"/>
            <v:stroke on="f" joinstyle="miter"/>
            <v:imagedata r:id="rId3445" o:title="eqIde2bc22e7eb5b8c16578d8c264e7a4479"/>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是</w:t>
      </w:r>
      <w:r>
        <w:rPr>
          <w:color w:val="000000"/>
        </w:rPr>
        <w:t xml:space="preserve">    （2）</w:t>
      </w:r>
      <w:r>
        <w:pict>
          <v:shape id="_x0000_i713300"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3446" o:title="eqId3edbd40e04e2a943051fa83d6e511add"/>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3301"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3447" o:title="eqId01317332a203c898536b1d0459f51d23"/>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）分别求出两个方程的解即可得到答案；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）分别求出两个方程的解，再根据“</w:t>
      </w:r>
      <w:r>
        <w:rPr>
          <w:rFonts w:ascii="Times New Roman" w:hAnsi="Times New Roman" w:eastAsia="Times New Roman" w:cs="Times New Roman"/>
          <w:color w:val="000000"/>
        </w:rPr>
        <w:t>2—</w:t>
      </w:r>
      <w:r>
        <w:rPr>
          <w:rFonts w:ascii="宋体" w:hAnsi="宋体" w:eastAsia="宋体" w:cs="宋体"/>
          <w:color w:val="000000"/>
        </w:rPr>
        <w:t>后移方程”的定义求出</w:t>
      </w:r>
      <w:r>
        <w:rPr>
          <w:rFonts w:ascii="Times New Roman" w:hAnsi="Times New Roman" w:eastAsia="Times New Roman" w:cs="Times New Roman"/>
          <w:i/>
          <w:color w:val="000000"/>
        </w:rPr>
        <w:t>n</w:t>
      </w:r>
      <w:r>
        <w:rPr>
          <w:rFonts w:ascii="宋体" w:hAnsi="宋体" w:eastAsia="宋体" w:cs="宋体"/>
          <w:color w:val="000000"/>
        </w:rPr>
        <w:t>的值即可得到答案；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）分别求出两个方程的解，再根据“</w:t>
      </w:r>
      <w:r>
        <w:rPr>
          <w:rFonts w:ascii="Times New Roman" w:hAnsi="Times New Roman" w:eastAsia="Times New Roman" w:cs="Times New Roman"/>
          <w:color w:val="000000"/>
        </w:rPr>
        <w:t>3—</w:t>
      </w:r>
      <w:r>
        <w:rPr>
          <w:rFonts w:ascii="宋体" w:hAnsi="宋体" w:eastAsia="宋体" w:cs="宋体"/>
          <w:color w:val="000000"/>
        </w:rPr>
        <w:t>后移方程”的定义求出</w:t>
      </w:r>
      <w:r>
        <w:pict>
          <v:shape id="_x0000_i713302" o:spt="75" alt="学科网(www.zxxk.com)--教育资源门户，提供试卷、教案、课件、论文、素材以及各类教学资源下载，还有大量而丰富的教学相关资讯！" type="#_x0000_t75" style="height:12.25pt;width:43.1pt;" o:ole="t" filled="f" o:preferrelative="t" stroked="f" coordsize="21600,21600">
            <v:path/>
            <v:fill on="f" focussize="0,0"/>
            <v:stroke on="f" joinstyle="miter"/>
            <v:imagedata r:id="rId3448" o:title="eqId712fc71bf5531da939e520b0a2ab5feb"/>
            <o:lock v:ext="edit" aspectratio="t"/>
            <w10:wrap type="none"/>
            <w10:anchorlock/>
          </v:shape>
        </w:pict>
      </w:r>
      <w:r>
        <w:rPr>
          <w:rFonts w:ascii="宋体" w:hAnsi="宋体" w:eastAsia="宋体" w:cs="宋体"/>
          <w:color w:val="000000"/>
        </w:rPr>
        <w:t>，然后把</w:t>
      </w:r>
      <w:r>
        <w:pict>
          <v:shape id="_x0000_i713303" o:spt="75" alt="学科网(www.zxxk.com)--教育资源门户，提供试卷、教案、课件、论文、素材以及各类教学资源下载，还有大量而丰富的教学相关资讯！" type="#_x0000_t75" style="height:12.25pt;width:43.1pt;" o:ole="t" filled="f" o:preferrelative="t" stroked="f" coordsize="21600,21600">
            <v:path/>
            <v:fill on="f" focussize="0,0"/>
            <v:stroke on="f" joinstyle="miter"/>
            <v:imagedata r:id="rId3448" o:title="eqId712fc71bf5531da939e520b0a2ab5feb"/>
            <o:lock v:ext="edit" aspectratio="t"/>
            <w10:wrap type="none"/>
            <w10:anchorlock/>
          </v:shape>
        </w:pict>
      </w:r>
      <w:r>
        <w:rPr>
          <w:rFonts w:ascii="宋体" w:hAnsi="宋体" w:eastAsia="宋体" w:cs="宋体"/>
          <w:color w:val="000000"/>
        </w:rPr>
        <w:t>整体代入所求代数式求解即可．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解：解方程</w:t>
      </w:r>
      <w:r>
        <w:pict>
          <v:shape id="_x0000_i71330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449" o:title="eqIdcaf0f0addd8d409694a56d40940e87ba"/>
            <o:lock v:ext="edit" aspectratio="t"/>
            <w10:wrap type="none"/>
            <w10:anchorlock/>
          </v:shape>
        </w:pict>
      </w:r>
      <w:r>
        <w:rPr>
          <w:rFonts w:ascii="宋体" w:hAnsi="宋体" w:eastAsia="宋体" w:cs="宋体"/>
          <w:color w:val="000000"/>
        </w:rPr>
        <w:t>，得</w:t>
      </w:r>
      <w:r>
        <w:pict>
          <v:shape id="_x0000_i713305"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3450" o:title="eqId3d599059e6b2c918ab15ee22611b696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解方程</w:t>
      </w:r>
      <w:r>
        <w:pict>
          <v:shape id="_x0000_i71330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3451" o:title="eqId22d230539d4b432e71e8e596960d1400"/>
            <o:lock v:ext="edit" aspectratio="t"/>
            <w10:wrap type="none"/>
            <w10:anchorlock/>
          </v:shape>
        </w:pict>
      </w:r>
      <w:r>
        <w:rPr>
          <w:rFonts w:ascii="宋体" w:hAnsi="宋体" w:eastAsia="宋体" w:cs="宋体"/>
          <w:color w:val="000000"/>
        </w:rPr>
        <w:t>，得</w:t>
      </w:r>
      <w:r>
        <w:pict>
          <v:shape id="_x0000_i713307"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3452" o:title="eqIdb650820d7bed48ed67a2869ad8c65ff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3308" o:spt="75" alt="学科网(www.zxxk.com)--教育资源门户，提供试卷、教案、课件、论文、素材以及各类教学资源下载，还有大量而丰富的教学相关资讯！" type="#_x0000_t75" style="height:30.65pt;width:45.65pt;" o:ole="t" filled="f" o:preferrelative="t" stroked="f" coordsize="21600,21600">
            <v:path/>
            <v:fill on="f" focussize="0,0"/>
            <v:stroke on="f" joinstyle="miter"/>
            <v:imagedata r:id="rId3453" o:title="eqId389198d011621187109d4f314d7d38a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∴方程</w:t>
      </w:r>
      <w:r>
        <w:pict>
          <v:shape id="_x0000_i713309"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454" o:title="eqIdcaf0f0addd8d409694a56d40940e87ba"/>
            <o:lock v:ext="edit" aspectratio="t"/>
            <w10:wrap type="none"/>
            <w10:anchorlock/>
          </v:shape>
        </w:pict>
      </w:r>
      <w:r>
        <w:rPr>
          <w:rFonts w:ascii="宋体" w:hAnsi="宋体" w:eastAsia="宋体" w:cs="宋体"/>
          <w:color w:val="000000"/>
        </w:rPr>
        <w:t>是方程</w:t>
      </w:r>
      <w:r>
        <w:pict>
          <v:shape id="_x0000_i713310"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3455" o:title="eqId22d230539d4b432e71e8e596960d140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1—</w:t>
      </w:r>
      <w:r>
        <w:rPr>
          <w:rFonts w:ascii="宋体" w:hAnsi="宋体" w:eastAsia="宋体" w:cs="宋体"/>
          <w:color w:val="000000"/>
        </w:rPr>
        <w:t>后移方程；</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解∶解方程</w:t>
      </w:r>
      <w:r>
        <w:pict>
          <v:shape id="_x0000_i713311"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456" o:title="eqId8135dd97d74e3b86cf671c315c3a9bb6"/>
            <o:lock v:ext="edit" aspectratio="t"/>
            <w10:wrap type="none"/>
            <w10:anchorlock/>
          </v:shape>
        </w:pict>
      </w:r>
      <w:r>
        <w:rPr>
          <w:rFonts w:ascii="宋体" w:hAnsi="宋体" w:eastAsia="宋体" w:cs="宋体"/>
          <w:color w:val="000000"/>
        </w:rPr>
        <w:t>，得</w:t>
      </w:r>
      <w:r>
        <w:pict>
          <v:shape id="_x0000_i713312" o:spt="75" alt="学科网(www.zxxk.com)--教育资源门户，提供试卷、教案、课件、论文、素材以及各类教学资源下载，还有大量而丰富的教学相关资讯！" type="#_x0000_t75" style="height:32.25pt;width:56.25pt;" o:ole="t" filled="f" o:preferrelative="t" stroked="f" coordsize="21600,21600">
            <v:path/>
            <v:fill on="f" focussize="0,0"/>
            <v:stroke on="f" joinstyle="miter"/>
            <v:imagedata r:id="rId3457" o:title="eqIde87c5531fc85e90677fadbde9ab9cf0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解方程</w:t>
      </w:r>
      <w:r>
        <w:pict>
          <v:shape id="_x0000_i713313" o:spt="75" alt="学科网(www.zxxk.com)--教育资源门户，提供试卷、教案、课件、论文、素材以及各类教学资源下载，还有大量而丰富的教学相关资讯！" type="#_x0000_t75" style="height:14.15pt;width:53.15pt;" o:ole="t" filled="f" o:preferrelative="t" stroked="f" coordsize="21600,21600">
            <v:path/>
            <v:fill on="f" focussize="0,0"/>
            <v:stroke on="f" joinstyle="miter"/>
            <v:imagedata r:id="rId3458" o:title="eqId87697adef6e79a11a6507e78854149cb"/>
            <o:lock v:ext="edit" aspectratio="t"/>
            <w10:wrap type="none"/>
            <w10:anchorlock/>
          </v:shape>
        </w:pict>
      </w:r>
      <w:r>
        <w:rPr>
          <w:rFonts w:ascii="宋体" w:hAnsi="宋体" w:eastAsia="宋体" w:cs="宋体"/>
          <w:color w:val="000000"/>
        </w:rPr>
        <w:t>，得</w:t>
      </w:r>
      <w:r>
        <w:pict>
          <v:shape id="_x0000_i713314" o:spt="75" alt="学科网(www.zxxk.com)--教育资源门户，提供试卷、教案、课件、论文、素材以及各类教学资源下载，还有大量而丰富的教学相关资讯！" type="#_x0000_t75" style="height:32.25pt;width:40.5pt;" o:ole="t" filled="f" o:preferrelative="t" stroked="f" coordsize="21600,21600">
            <v:path/>
            <v:fill on="f" focussize="0,0"/>
            <v:stroke on="f" joinstyle="miter"/>
            <v:imagedata r:id="rId3459" o:title="eqIdfad6ccbaca51733f25046e8a2bdf656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的方程</w:t>
      </w:r>
      <w:r>
        <w:pict>
          <v:shape id="_x0000_i713315"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460" o:title="eqId8135dd97d74e3b86cf671c315c3a9bb6"/>
            <o:lock v:ext="edit" aspectratio="t"/>
            <w10:wrap type="none"/>
            <w10:anchorlock/>
          </v:shape>
        </w:pict>
      </w:r>
      <w:r>
        <w:rPr>
          <w:rFonts w:ascii="宋体" w:hAnsi="宋体" w:eastAsia="宋体" w:cs="宋体"/>
          <w:color w:val="000000"/>
        </w:rPr>
        <w:t>是关于</w:t>
      </w:r>
      <w:r>
        <w:rPr>
          <w:rFonts w:ascii="Times New Roman" w:hAnsi="Times New Roman" w:eastAsia="Times New Roman" w:cs="Times New Roman"/>
          <w:i/>
          <w:color w:val="000000"/>
        </w:rPr>
        <w:t>x</w:t>
      </w:r>
      <w:r>
        <w:rPr>
          <w:rFonts w:ascii="宋体" w:hAnsi="宋体" w:eastAsia="宋体" w:cs="宋体"/>
          <w:color w:val="000000"/>
        </w:rPr>
        <w:t>的方程</w:t>
      </w:r>
      <w:r>
        <w:pict>
          <v:shape id="_x0000_i713316" o:spt="75" alt="学科网(www.zxxk.com)--教育资源门户，提供试卷、教案、课件、论文、素材以及各类教学资源下载，还有大量而丰富的教学相关资讯！" type="#_x0000_t75" style="height:14.15pt;width:53.15pt;" o:ole="t" filled="f" o:preferrelative="t" stroked="f" coordsize="21600,21600">
            <v:path/>
            <v:fill on="f" focussize="0,0"/>
            <v:stroke on="f" joinstyle="miter"/>
            <v:imagedata r:id="rId3461" o:title="eqId87697adef6e79a11a6507e78854149cb"/>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后移方程”，</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317" o:spt="75" alt="学科网(www.zxxk.com)--教育资源门户，提供试卷、教案、课件、论文、素材以及各类教学资源下载，还有大量而丰富的教学相关资讯！" type="#_x0000_t75" style="height:32.25pt;width:84.75pt;" o:ole="t" filled="f" o:preferrelative="t" stroked="f" coordsize="21600,21600">
            <v:path/>
            <v:fill on="f" focussize="0,0"/>
            <v:stroke on="f" joinstyle="miter"/>
            <v:imagedata r:id="rId3462" o:title="eqId2e9d91fb1aa877df8430ec80d25f4e8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318"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3463" o:title="eqIddb50504026e8b8e99e380b32a84b1b4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解：解方程</w:t>
      </w:r>
      <w:r>
        <w:pict>
          <v:shape id="_x0000_i713319"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3464" o:title="eqId8b927a9c710c05279eb72a961efea6d4"/>
            <o:lock v:ext="edit" aspectratio="t"/>
            <w10:wrap type="none"/>
            <w10:anchorlock/>
          </v:shape>
        </w:pict>
      </w:r>
      <w:r>
        <w:rPr>
          <w:rFonts w:ascii="宋体" w:hAnsi="宋体" w:eastAsia="宋体" w:cs="宋体"/>
          <w:color w:val="000000"/>
        </w:rPr>
        <w:t>，得</w:t>
      </w:r>
      <w:r>
        <w:pict>
          <v:shape id="_x0000_i713320" o:spt="75" alt="学科网(www.zxxk.com)--教育资源门户，提供试卷、教案、课件、论文、素材以及各类教学资源下载，还有大量而丰富的教学相关资讯！" type="#_x0000_t75" style="height:31.2pt;width:45pt;" o:ole="t" filled="f" o:preferrelative="t" stroked="f" coordsize="21600,21600">
            <v:path/>
            <v:fill on="f" focussize="0,0"/>
            <v:stroke on="f" joinstyle="miter"/>
            <v:imagedata r:id="rId3465" o:title="eqId4f5826ba896a4b465f6e87524ffd97c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解方程</w:t>
      </w:r>
      <w:r>
        <w:pict>
          <v:shape id="_x0000_i713321" o:spt="75" alt="学科网(www.zxxk.com)--教育资源门户，提供试卷、教案、课件、论文、素材以及各类教学资源下载，还有大量而丰富的教学相关资讯！" type="#_x0000_t75" style="height:13.5pt;width:46.5pt;" o:ole="t" filled="f" o:preferrelative="t" stroked="f" coordsize="21600,21600">
            <v:path/>
            <v:fill on="f" focussize="0,0"/>
            <v:stroke on="f" joinstyle="miter"/>
            <v:imagedata r:id="rId3466" o:title="eqId3960dcafae9dd08aee60e548d6316c80"/>
            <o:lock v:ext="edit" aspectratio="t"/>
            <w10:wrap type="none"/>
            <w10:anchorlock/>
          </v:shape>
        </w:pict>
      </w:r>
      <w:r>
        <w:rPr>
          <w:rFonts w:ascii="宋体" w:hAnsi="宋体" w:eastAsia="宋体" w:cs="宋体"/>
          <w:color w:val="000000"/>
        </w:rPr>
        <w:t>，得</w:t>
      </w:r>
      <w:r>
        <w:pict>
          <v:shape id="_x0000_i713322" o:spt="75" alt="学科网(www.zxxk.com)--教育资源门户，提供试卷、教案、课件、论文、素材以及各类教学资源下载，还有大量而丰富的教学相关资讯！" type="#_x0000_t75" style="height:31.2pt;width:45pt;" o:ole="t" filled="f" o:preferrelative="t" stroked="f" coordsize="21600,21600">
            <v:path/>
            <v:fill on="f" focussize="0,0"/>
            <v:stroke on="f" joinstyle="miter"/>
            <v:imagedata r:id="rId3467" o:title="eqId7b5966e83190e8ca3a363c382aa0e33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方程</w:t>
      </w:r>
      <w:r>
        <w:pict>
          <v:shape id="_x0000_i713323"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3468" o:title="eqId8b927a9c710c05279eb72a961efea6d4"/>
            <o:lock v:ext="edit" aspectratio="t"/>
            <w10:wrap type="none"/>
            <w10:anchorlock/>
          </v:shape>
        </w:pict>
      </w:r>
      <w:r>
        <w:rPr>
          <w:rFonts w:ascii="宋体" w:hAnsi="宋体" w:eastAsia="宋体" w:cs="宋体"/>
          <w:color w:val="000000"/>
        </w:rPr>
        <w:t>是方程</w:t>
      </w:r>
      <w:r>
        <w:pict>
          <v:shape id="_x0000_i713324" o:spt="75" alt="学科网(www.zxxk.com)--教育资源门户，提供试卷、教案、课件、论文、素材以及各类教学资源下载，还有大量而丰富的教学相关资讯！" type="#_x0000_t75" style="height:13.5pt;width:46.5pt;" o:ole="t" filled="f" o:preferrelative="t" stroked="f" coordsize="21600,21600">
            <v:path/>
            <v:fill on="f" focussize="0,0"/>
            <v:stroke on="f" joinstyle="miter"/>
            <v:imagedata r:id="rId3469" o:title="eqId3960dcafae9dd08aee60e548d6316c8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后移方程”，</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325" o:spt="75" alt="学科网(www.zxxk.com)--教育资源门户，提供试卷、教案、课件、论文、素材以及各类教学资源下载，还有大量而丰富的教学相关资讯！" type="#_x0000_t75" style="height:31.2pt;width:78pt;" o:ole="t" filled="f" o:preferrelative="t" stroked="f" coordsize="21600,21600">
            <v:path/>
            <v:fill on="f" focussize="0,0"/>
            <v:stroke on="f" joinstyle="miter"/>
            <v:imagedata r:id="rId3470" o:title="eqIde5813ab010a3e699f94feb6ff053c15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326" o:spt="75" alt="学科网(www.zxxk.com)--教育资源门户，提供试卷、教案、课件、论文、素材以及各类教学资源下载，还有大量而丰富的教学相关资讯！" type="#_x0000_t75" style="height:14.4pt;width:49.05pt;" o:ole="t" filled="f" o:preferrelative="t" stroked="f" coordsize="21600,21600">
            <v:path/>
            <v:fill on="f" focussize="0,0"/>
            <v:stroke on="f" joinstyle="miter"/>
            <v:imagedata r:id="rId3471" o:title="eqId43e6e61b39836e122b82522322b30e0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把</w:t>
      </w:r>
      <w:r>
        <w:pict>
          <v:shape id="_x0000_i713327" o:spt="75" alt="学科网(www.zxxk.com)--教育资源门户，提供试卷、教案、课件、论文、素材以及各类教学资源下载，还有大量而丰富的教学相关资讯！" type="#_x0000_t75" style="height:14.4pt;width:49.05pt;" o:ole="t" filled="f" o:preferrelative="t" stroked="f" coordsize="21600,21600">
            <v:path/>
            <v:fill on="f" focussize="0,0"/>
            <v:stroke on="f" joinstyle="miter"/>
            <v:imagedata r:id="rId3472" o:title="eqId43e6e61b39836e122b82522322b30e0b"/>
            <o:lock v:ext="edit" aspectratio="t"/>
            <w10:wrap type="none"/>
            <w10:anchorlock/>
          </v:shape>
        </w:pict>
      </w:r>
      <w:r>
        <w:rPr>
          <w:rFonts w:ascii="宋体" w:hAnsi="宋体" w:eastAsia="宋体" w:cs="宋体"/>
          <w:color w:val="000000"/>
        </w:rPr>
        <w:t>代入</w:t>
      </w:r>
      <w:r>
        <w:pict>
          <v:shape id="_x0000_i713328" o:spt="75" alt="学科网(www.zxxk.com)--教育资源门户，提供试卷、教案、课件、论文、素材以及各类教学资源下载，还有大量而丰富的教学相关资讯！" type="#_x0000_t75" style="height:20.4pt;width:87pt;" o:ole="t" filled="f" o:preferrelative="t" stroked="f" coordsize="21600,21600">
            <v:path/>
            <v:fill on="f" focussize="0,0"/>
            <v:stroke on="f" joinstyle="miter"/>
            <v:imagedata r:id="rId3473" o:title="eqIde2bc22e7eb5b8c16578d8c264e7a447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∴原式</w:t>
      </w:r>
      <w:r>
        <w:pict>
          <v:shape id="_x0000_i713329" o:spt="75" alt="学科网(www.zxxk.com)--教育资源门户，提供试卷、教案、课件、论文、素材以及各类教学资源下载，还有大量而丰富的教学相关资讯！" type="#_x0000_t75" style="height:20.25pt;width:120pt;" o:ole="t" filled="f" o:preferrelative="t" stroked="f" coordsize="21600,21600">
            <v:path/>
            <v:fill on="f" focussize="0,0"/>
            <v:stroke on="f" joinstyle="miter"/>
            <v:imagedata r:id="rId3474" o:title="eqId48436ad4c97c9cff7c41f64d558b9490"/>
            <o:lock v:ext="edit" aspectratio="t"/>
            <w10:wrap type="none"/>
            <w10:anchorlock/>
          </v:shape>
        </w:pict>
      </w:r>
    </w:p>
    <w:p>
      <w:pPr>
        <w:spacing w:line="360" w:lineRule="auto"/>
        <w:jc w:val="both"/>
        <w:textAlignment w:val="center"/>
        <w:rPr>
          <w:color w:val="000000"/>
        </w:rPr>
      </w:pPr>
      <w:r>
        <w:pict>
          <v:shape id="_x0000_i713330" o:spt="75" alt="学科网(www.zxxk.com)--教育资源门户，提供试卷、教案、课件、论文、素材以及各类教学资源下载，还有大量而丰富的教学相关资讯！" type="#_x0000_t75" style="height:14.25pt;width:110.25pt;" o:ole="t" filled="f" o:preferrelative="t" stroked="f" coordsize="21600,21600">
            <v:path/>
            <v:fill on="f" focussize="0,0"/>
            <v:stroke on="f" joinstyle="miter"/>
            <v:imagedata r:id="rId3475" o:title="eqIdb08f6656b0c75b312d21f45c4d20c062"/>
            <o:lock v:ext="edit" aspectratio="t"/>
            <w10:wrap type="none"/>
            <w10:anchorlock/>
          </v:shape>
        </w:pict>
      </w:r>
    </w:p>
    <w:p>
      <w:pPr>
        <w:spacing w:line="360" w:lineRule="auto"/>
        <w:jc w:val="left"/>
        <w:textAlignment w:val="center"/>
        <w:rPr>
          <w:color w:val="000000"/>
        </w:rPr>
      </w:pPr>
      <w:r>
        <w:pict>
          <v:shape id="_x0000_i713331" o:spt="75" alt="学科网(www.zxxk.com)--教育资源门户，提供试卷、教案、课件、论文、素材以及各类教学资源下载，还有大量而丰富的教学相关资讯！" type="#_x0000_t75" style="height:18pt;width:31.5pt;" o:ole="t" filled="f" o:preferrelative="t" stroked="f" coordsize="21600,21600">
            <v:path/>
            <v:fill on="f" focussize="0,0"/>
            <v:stroke on="f" joinstyle="miter"/>
            <v:imagedata r:id="rId3476" o:title="eqId965e1d3aeeadfec738cb3ffa5ead074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本题主要考查了解一元一次方程，代数式求值，正确理解题意所给的“后移方程”的定义是解题的关键．</w:t>
      </w:r>
    </w:p>
    <w:p>
      <w:pPr>
        <w:pStyle w:val="Heading2"/>
      </w:pPr>
      <w:r>
        <w:t>延庆区</w:t>
      </w:r>
    </w:p>
    <w:p>
      <w:pPr>
        <w:spacing w:line="360" w:lineRule="auto"/>
        <w:jc w:val="left"/>
        <w:textAlignment w:val="center"/>
        <w:rPr>
          <w:color w:val="000000"/>
        </w:rPr>
      </w:pPr>
      <w:r>
        <w:rPr>
          <w:color w:val="000000"/>
        </w:rPr>
        <w:t xml:space="preserve">27. </w:t>
      </w:r>
      <w:r>
        <w:rPr>
          <w:rFonts w:ascii="宋体" w:eastAsia="宋体" w:hAnsi="宋体" w:cs="宋体"/>
          <w:color w:val="000000"/>
        </w:rPr>
        <w:t>如图，</w:t>
      </w:r>
      <w:r>
        <w:pict>
          <v:shape id="_x0000_i713332" type="#_x0000_t75" alt="学科网(www.zxxk.com)--教育资源门户，提供试卷、教案、课件、论文、素材以及各类教学资源下载，还有大量而丰富的教学相关资讯！" style="width:20.8pt;height:14pt" o:oleicon="f" o:ole="">
            <v:imagedata r:id="rId3477" o:title="eqId828628c0876b45381c9a0edeb0fec236"/>
          </v:shape>
        </w:pict>
      </w:r>
      <w:r>
        <w:rPr>
          <w:rFonts w:ascii="宋体" w:eastAsia="宋体" w:hAnsi="宋体" w:cs="宋体"/>
          <w:color w:val="000000"/>
        </w:rPr>
        <w:t>平分</w:t>
      </w:r>
      <w:r>
        <w:pict>
          <v:shape id="_x0000_i713333" type="#_x0000_t75" alt="学科网(www.zxxk.com)--教育资源门户，提供试卷、教案、课件、论文、素材以及各类教学资源下载，还有大量而丰富的教学相关资讯！" style="width:39.75pt;height:14.25pt" o:oleicon="f" o:ole="">
            <v:imagedata r:id="rId3478" o:title="eqId6d7b2fe01a33c4825f9974ed9663a99c"/>
          </v:shape>
        </w:pict>
      </w:r>
      <w:r>
        <w:rPr>
          <w:rFonts w:ascii="宋体" w:eastAsia="宋体" w:hAnsi="宋体" w:cs="宋体"/>
          <w:color w:val="000000"/>
        </w:rPr>
        <w:t>，</w:t>
      </w:r>
      <w:r>
        <w:pict>
          <v:shape id="_x0000_i713334" type="#_x0000_t75" alt="学科网(www.zxxk.com)--教育资源门户，提供试卷、教案、课件、论文、素材以及各类教学资源下载，还有大量而丰富的教学相关资讯！" style="width:66.75pt;height:14.25pt" o:oleicon="f" o:ole="">
            <v:imagedata r:id="rId3479" o:title="eqIdd8cc88685997c7586d1d4bf75a055433"/>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47800" cy="1038225"/>
            <wp:docPr id="34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 name=""/>
                    <pic:cNvPicPr>
                      <a:picLocks noChangeAspect="1"/>
                    </pic:cNvPicPr>
                  </pic:nvPicPr>
                  <pic:blipFill>
                    <a:blip r:embed="rId3480"/>
                    <a:stretch>
                      <a:fillRect/>
                    </a:stretch>
                  </pic:blipFill>
                  <pic:spPr>
                    <a:xfrm>
                      <a:off x="0" y="0"/>
                      <a:ext cx="1447800" cy="1038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3335" type="#_x0000_t75" alt="学科网(www.zxxk.com)--教育资源门户，提供试卷、教案、课件、论文、素材以及各类教学资源下载，还有大量而丰富的教学相关资讯！" style="width:65.4pt;height:14.4pt" o:oleicon="f" o:ole="">
            <v:imagedata r:id="rId3481" o:title="eqIddc1eb76fe74cba30f7cbcde349ba80da"/>
          </v:shape>
        </w:pict>
      </w:r>
      <w:r>
        <w:rPr>
          <w:rFonts w:ascii="宋体" w:eastAsia="宋体" w:hAnsi="宋体" w:cs="宋体"/>
          <w:color w:val="000000"/>
        </w:rPr>
        <w:t>，求</w:t>
      </w:r>
      <w:r>
        <w:pict>
          <v:shape id="_x0000_i713336" type="#_x0000_t75" alt="学科网(www.zxxk.com)--教育资源门户，提供试卷、教案、课件、论文、素材以及各类教学资源下载，还有大量而丰富的教学相关资讯！" style="width:33pt;height:12.75pt" o:oleicon="f" o:ole="">
            <v:imagedata r:id="rId3482" o:title="eqId42e7b8a59f8d66176463f3d71f882a26"/>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请你补全下列解题过程．</w:t>
      </w:r>
    </w:p>
    <w:p>
      <w:pPr>
        <w:spacing w:line="360" w:lineRule="auto"/>
        <w:jc w:val="left"/>
        <w:textAlignment w:val="center"/>
        <w:rPr>
          <w:color w:val="000000"/>
        </w:rPr>
      </w:pPr>
      <w:r>
        <w:pict>
          <v:shape id="_x0000_i713337" type="#_x0000_t75" alt="学科网(www.zxxk.com)--教育资源门户，提供试卷、教案、课件、论文、素材以及各类教学资源下载，还有大量而丰富的教学相关资讯！" style="width:30pt;height:14.25pt" o:oleicon="f" o:ole="">
            <v:imagedata r:id="rId3483" o:title="eqId649105167435b241fd7ce9e2d736f214"/>
          </v:shape>
        </w:pict>
      </w:r>
      <w:r>
        <w:rPr>
          <w:rFonts w:ascii="宋体" w:eastAsia="宋体" w:hAnsi="宋体" w:cs="宋体"/>
          <w:color w:val="000000"/>
        </w:rPr>
        <w:t>平分</w:t>
      </w:r>
      <w:r>
        <w:pict>
          <v:shape id="_x0000_i713338" type="#_x0000_t75" alt="学科网(www.zxxk.com)--教育资源门户，提供试卷、教案、课件、论文、素材以及各类教学资源下载，还有大量而丰富的教学相关资讯！" style="width:39.75pt;height:14.25pt" o:oleicon="f" o:ole="">
            <v:imagedata r:id="rId3484" o:title="eqId6d7b2fe01a33c4825f9974ed9663a99c"/>
          </v:shape>
        </w:pict>
      </w:r>
      <w:r>
        <w:rPr>
          <w:rFonts w:ascii="宋体" w:eastAsia="宋体" w:hAnsi="宋体" w:cs="宋体"/>
          <w:color w:val="000000"/>
        </w:rPr>
        <w:t>，</w:t>
      </w:r>
    </w:p>
    <w:p>
      <w:pPr>
        <w:spacing w:line="360" w:lineRule="auto"/>
        <w:jc w:val="left"/>
        <w:textAlignment w:val="center"/>
        <w:rPr>
          <w:color w:val="000000"/>
        </w:rPr>
      </w:pPr>
      <w:r>
        <w:pict>
          <v:shape id="_x0000_i713339" type="#_x0000_t75" alt="学科网(www.zxxk.com)--教育资源门户，提供试卷、教案、课件、论文、素材以及各类教学资源下载，还有大量而丰富的教学相关资讯！" style="width:67pt;height:30.7pt" o:oleicon="f" o:ole="">
            <v:imagedata r:id="rId3485" o:title="eqIdb898f11eb5c1c552a3972fe3a7d2f15f"/>
          </v:shape>
        </w:pict>
      </w:r>
      <w:r>
        <w:rPr>
          <w:rFonts w:ascii="Times New Roman" w:eastAsia="Times New Roman" w:hAnsi="Times New Roman" w:cs="Times New Roman"/>
          <w:color w:val="000000"/>
        </w:rPr>
        <w:t>____________</w:t>
      </w:r>
      <w:r>
        <w:rPr>
          <w:rFonts w:ascii="宋体" w:eastAsia="宋体" w:hAnsi="宋体" w:cs="宋体"/>
          <w:color w:val="000000"/>
        </w:rPr>
        <w:t>（理由：</w:t>
      </w:r>
      <w:r>
        <w:rPr>
          <w:rFonts w:ascii="Times New Roman" w:eastAsia="Times New Roman" w:hAnsi="Times New Roman" w:cs="Times New Roman"/>
          <w:color w:val="000000"/>
        </w:rPr>
        <w:t>________________________</w:t>
      </w:r>
      <w:r>
        <w:rPr>
          <w:rFonts w:ascii="宋体" w:eastAsia="宋体" w:hAnsi="宋体" w:cs="宋体"/>
          <w:color w:val="000000"/>
        </w:rPr>
        <w:t>）</w:t>
      </w:r>
    </w:p>
    <w:p>
      <w:pPr>
        <w:spacing w:line="360" w:lineRule="auto"/>
        <w:jc w:val="left"/>
        <w:textAlignment w:val="center"/>
        <w:rPr>
          <w:color w:val="000000"/>
        </w:rPr>
      </w:pPr>
      <w:r>
        <w:pict>
          <v:shape id="_x0000_i713340" type="#_x0000_t75" alt="学科网(www.zxxk.com)--教育资源门户，提供试卷、教案、课件、论文、素材以及各类教学资源下载，还有大量而丰富的教学相关资讯！" style="width:74.15pt;height:13.85pt" o:oleicon="f" o:ole="">
            <v:imagedata r:id="rId3486" o:title="eqIdd9c3dea6a19389dcebd38b3d76499e5f"/>
          </v:shape>
        </w:pict>
      </w:r>
      <w:r>
        <w:rPr>
          <w:rFonts w:ascii="宋体" w:eastAsia="宋体" w:hAnsi="宋体" w:cs="宋体"/>
          <w:color w:val="000000"/>
        </w:rPr>
        <w:t>，</w:t>
      </w:r>
    </w:p>
    <w:p>
      <w:pPr>
        <w:spacing w:line="360" w:lineRule="auto"/>
        <w:jc w:val="left"/>
        <w:textAlignment w:val="center"/>
        <w:rPr>
          <w:color w:val="000000"/>
        </w:rPr>
      </w:pPr>
      <w:r>
        <w:pict>
          <v:shape id="_x0000_i713341" type="#_x0000_t75" alt="学科网(www.zxxk.com)--教育资源门户，提供试卷、教案、课件、论文、素材以及各类教学资源下载，还有大量而丰富的教学相关资讯！" style="width:56.25pt;height:14.25pt" o:oleicon="f" o:ole="">
            <v:imagedata r:id="rId3487" o:title="eqIdd76e613af5191b5ae0345d682f92e538"/>
          </v:shape>
        </w:pict>
      </w:r>
      <w:r>
        <w:rPr>
          <w:rFonts w:ascii="Times New Roman" w:eastAsia="Times New Roman" w:hAnsi="Times New Roman" w:cs="Times New Roman"/>
          <w:color w:val="000000"/>
        </w:rPr>
        <w:t>___________</w:t>
      </w:r>
      <w:r>
        <w:pict>
          <v:shape id="_x0000_i713342" type="#_x0000_t75" alt="学科网(www.zxxk.com)--教育资源门户，提供试卷、教案、课件、论文、素材以及各类教学资源下载，还有大量而丰富的教学相关资讯！" style="width:8.25pt;height:12pt;mso-position-horizontal-relative:page;mso-position-vertical-relative:page;mso-wrap-style:square" o:oleicon="f" o:ole="">
            <v:imagedata r:id="rId3488" o:title="eqId83873a9d782f2588c5eedbfe73f9bc2f"/>
          </v:shape>
        </w:pict>
      </w:r>
      <w:r>
        <w:rPr>
          <w:rFonts w:ascii="宋体" w:eastAsia="宋体" w:hAnsi="宋体" w:cs="宋体"/>
          <w:color w:val="000000"/>
        </w:rPr>
        <w:t>．</w:t>
      </w:r>
    </w:p>
    <w:p>
      <w:pPr>
        <w:spacing w:line="360" w:lineRule="auto"/>
        <w:jc w:val="left"/>
        <w:textAlignment w:val="center"/>
        <w:rPr>
          <w:color w:val="000000"/>
        </w:rPr>
      </w:pPr>
      <w:r>
        <w:pict>
          <v:shape id="_x0000_i713343" type="#_x0000_t75" alt="学科网(www.zxxk.com)--教育资源门户，提供试卷、教案、课件、论文、素材以及各类教学资源下载，还有大量而丰富的教学相关资讯！" style="width:56.95pt;height:14.4pt" o:oleicon="f" o:ole="">
            <v:imagedata r:id="rId3489" o:title="eqId06c51bf28989e12e67023dbd58c682ca"/>
          </v:shape>
        </w:pict>
      </w:r>
      <w:r>
        <w:rPr>
          <w:rFonts w:ascii="Times New Roman" w:eastAsia="Times New Roman" w:hAnsi="Times New Roman" w:cs="Times New Roman"/>
          <w:color w:val="000000"/>
        </w:rPr>
        <w:t>_____________</w:t>
      </w:r>
      <w:r>
        <w:pict>
          <v:shape id="_x0000_i713344" type="#_x0000_t75" alt="学科网(www.zxxk.com)--教育资源门户，提供试卷、教案、课件、论文、素材以及各类教学资源下载，还有大量而丰富的教学相关资讯！" style="width:10.75pt;height:10.75pt" o:oleicon="f" o:ole="">
            <v:imagedata r:id="rId3490" o:title="eqId4d4cd9a7068de096606d1ab991f5e6da"/>
          </v:shape>
        </w:pict>
      </w:r>
      <w:r>
        <w:rPr>
          <w:rFonts w:ascii="Times New Roman" w:eastAsia="Times New Roman" w:hAnsi="Times New Roman" w:cs="Times New Roman"/>
          <w:color w:val="000000"/>
        </w:rPr>
        <w:t>___________</w:t>
      </w:r>
      <w:r>
        <w:rPr>
          <w:rFonts w:ascii="宋体" w:eastAsia="宋体" w:hAnsi="宋体" w:cs="宋体"/>
          <w:color w:val="000000"/>
        </w:rPr>
        <w:t>，</w:t>
      </w:r>
      <w:r>
        <w:pict>
          <v:shape id="_x0000_i713345" type="#_x0000_t75" alt="学科网(www.zxxk.com)--教育资源门户，提供试卷、教案、课件、论文、素材以及各类教学资源下载，还有大量而丰富的教学相关资讯！" style="width:66.75pt;height:14.25pt" o:oleicon="f" o:ole="">
            <v:imagedata r:id="rId3491" o:title="eqIdd8cc88685997c7586d1d4bf75a055433"/>
          </v:shape>
        </w:pict>
      </w:r>
      <w:r>
        <w:rPr>
          <w:rFonts w:ascii="宋体" w:eastAsia="宋体" w:hAnsi="宋体" w:cs="宋体"/>
          <w:color w:val="000000"/>
        </w:rPr>
        <w:t>，</w:t>
      </w:r>
    </w:p>
    <w:p>
      <w:pPr>
        <w:spacing w:line="360" w:lineRule="auto"/>
        <w:jc w:val="left"/>
        <w:textAlignment w:val="center"/>
        <w:rPr>
          <w:color w:val="000000"/>
        </w:rPr>
      </w:pPr>
      <w:r>
        <w:pict>
          <v:shape id="_x0000_i713346" type="#_x0000_t75" alt="学科网(www.zxxk.com)--教育资源门户，提供试卷、教案、课件、论文、素材以及各类教学资源下载，还有大量而丰富的教学相关资讯！" style="width:57pt;height:13.95pt" o:oleicon="f" o:ole="">
            <v:imagedata r:id="rId3492" o:title="eqId26518cc5d4c0896caba654fd9ad7ab98"/>
          </v:shape>
        </w:pict>
      </w:r>
      <w:r>
        <w:rPr>
          <w:rFonts w:ascii="Times New Roman" w:eastAsia="Times New Roman" w:hAnsi="Times New Roman" w:cs="Times New Roman"/>
          <w:color w:val="000000"/>
        </w:rPr>
        <w:t>____________</w:t>
      </w:r>
      <w:r>
        <w:pict>
          <v:shape id="_x0000_i713347" type="#_x0000_t75" alt="学科网(www.zxxk.com)--教育资源门户，提供试卷、教案、课件、论文、素材以及各类教学资源下载，还有大量而丰富的教学相关资讯！" style="width:8.25pt;height:12pt;mso-position-horizontal-relative:page;mso-position-vertical-relative:page;mso-wrap-style:square" o:oleicon="f" o:ole="">
            <v:imagedata r:id="rId3493" o:title="eqId83873a9d782f2588c5eedbfe73f9bc2f"/>
          </v:shape>
        </w:pi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13348" type="#_x0000_t75" alt="学科网(www.zxxk.com)--教育资源门户，提供试卷、教案、课件、论文、素材以及各类教学资源下载，还有大量而丰富的教学相关资讯！" style="width:49.5pt;height:12.75pt" o:oleicon="f" o:ole="">
            <v:imagedata r:id="rId3494" o:title="eqIdeec6ce73c6786d50028addff089bbb64"/>
          </v:shape>
        </w:pict>
      </w:r>
      <w:r>
        <w:rPr>
          <w:rFonts w:ascii="宋体" w:eastAsia="宋体" w:hAnsi="宋体" w:cs="宋体"/>
          <w:color w:val="000000"/>
        </w:rPr>
        <w:t>，直接写出</w:t>
      </w:r>
      <w:r>
        <w:pict>
          <v:shape id="_x0000_i713349" type="#_x0000_t75" alt="学科网(www.zxxk.com)--教育资源门户，提供试卷、教案、课件、论文、素材以及各类教学资源下载，还有大量而丰富的教学相关资讯！" style="width:33pt;height:12.75pt" o:oleicon="f" o:ole="">
            <v:imagedata r:id="rId3495" o:title="eqId42e7b8a59f8d66176463f3d71f882a26"/>
          </v:shape>
        </w:pict>
      </w:r>
      <w:r>
        <w:rPr>
          <w:rFonts w:ascii="宋体" w:eastAsia="宋体" w:hAnsi="宋体" w:cs="宋体"/>
          <w:color w:val="000000"/>
        </w:rPr>
        <w:t>的度数．（用含</w:t>
      </w:r>
      <w:r>
        <w:pict>
          <v:shape id="_x0000_i713350" type="#_x0000_t75" alt="学科网(www.zxxk.com)--教育资源门户，提供试卷、教案、课件、论文、素材以及各类教学资源下载，还有大量而丰富的教学相关资讯！" style="width:12pt;height:10.9pt" o:oleicon="f" o:ole="">
            <v:imagedata r:id="rId3496" o:title="eqIde170f206fdbbd834aad7580c727e2cc6"/>
          </v:shape>
        </w:pict>
      </w:r>
      <w:r>
        <w:rPr>
          <w:rFonts w:ascii="宋体" w:eastAsia="宋体" w:hAnsi="宋体" w:cs="宋体"/>
          <w:color w:val="000000"/>
        </w:rPr>
        <w:t>的式子表示）</w:t>
      </w:r>
    </w:p>
    <w:p>
      <w:pPr>
        <w:spacing w:line="360" w:lineRule="auto"/>
        <w:textAlignment w:val="center"/>
        <w:rPr>
          <w:color w:val="000000"/>
        </w:rPr>
      </w:pPr>
      <w:r>
        <w:rPr>
          <w:color w:val="2E75B6"/>
        </w:rPr>
        <w:t>【答案】</w:t>
      </w:r>
      <w:r>
        <w:rPr>
          <w:color w:val="000000"/>
        </w:rPr>
        <w:t>（1）</w:t>
      </w:r>
      <w:r>
        <w:pict>
          <v:shape id="_x0000_i713351" type="#_x0000_t75" alt="学科网(www.zxxk.com)--教育资源门户，提供试卷、教案、课件、论文、素材以及各类教学资源下载，还有大量而丰富的教学相关资讯！" style="width:39.75pt;height:14.25pt" o:oleicon="f" o:ole="">
            <v:imagedata r:id="rId3497" o:title="eqId6d7b2fe01a33c4825f9974ed9663a99c"/>
          </v:shape>
        </w:pict>
      </w:r>
      <w:r>
        <w:rPr>
          <w:rFonts w:ascii="宋体" w:eastAsia="宋体" w:hAnsi="宋体" w:cs="宋体"/>
          <w:color w:val="000000"/>
        </w:rPr>
        <w:t>，角平分线的定义；</w:t>
      </w:r>
      <w:r>
        <w:rPr>
          <w:rFonts w:ascii="Times New Roman" w:eastAsia="Times New Roman" w:hAnsi="Times New Roman" w:cs="Times New Roman"/>
          <w:color w:val="000000"/>
        </w:rPr>
        <w:t>30</w:t>
      </w:r>
      <w:r>
        <w:rPr>
          <w:rFonts w:ascii="宋体" w:eastAsia="宋体" w:hAnsi="宋体" w:cs="宋体"/>
          <w:color w:val="000000"/>
        </w:rPr>
        <w:t>；</w:t>
      </w:r>
      <w:r>
        <w:pict>
          <v:shape id="_x0000_i713352" type="#_x0000_t75" alt="学科网(www.zxxk.com)--教育资源门户，提供试卷、教案、课件、论文、素材以及各类教学资源下载，还有大量而丰富的教学相关资讯！" style="width:40.6pt;height:14.4pt" o:oleicon="f" o:ole="">
            <v:imagedata r:id="rId3498" o:title="eqId9fed1f57a835af4e9022e27603d12d31"/>
          </v:shape>
        </w:pict>
      </w:r>
      <w:r>
        <w:rPr>
          <w:rFonts w:ascii="宋体" w:eastAsia="宋体" w:hAnsi="宋体" w:cs="宋体"/>
          <w:color w:val="000000"/>
        </w:rPr>
        <w:t>，</w:t>
      </w:r>
      <w:r>
        <w:pict>
          <v:shape id="_x0000_i713353" type="#_x0000_t75" alt="学科网(www.zxxk.com)--教育资源门户，提供试卷、教案、课件、论文、素材以及各类教学资源下载，还有大量而丰富的教学相关资讯！" style="width:34pt;height:13pt;mso-position-horizontal-relative:page;mso-position-vertical-relative:page" o:oleicon="f" o:ole="">
            <v:imagedata r:id="rId3499" o:title="eqIded66570f697459aba9daa2eaf9460bcb"/>
          </v:shape>
        </w:pic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pict>
          <v:shape id="_x0000_i713354" type="#_x0000_t75" alt="学科网(www.zxxk.com)--教育资源门户，提供试卷、教案、课件、论文、素材以及各类教学资源下载，还有大量而丰富的教学相关资讯！" style="width:93.75pt;height:30.75pt" o:oleicon="f" o:ole="">
            <v:imagedata r:id="rId3500" o:title="eqIdf3d762220856bf1c6e1ac33a01c2ffe1"/>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）先根据角平分线的定义求出</w:t>
      </w:r>
      <w:r>
        <w:pict>
          <v:shape id="_x0000_i713355" type="#_x0000_t75" alt="学科网(www.zxxk.com)--教育资源门户，提供试卷、教案、课件、论文、素材以及各类教学资源下载，还有大量而丰富的教学相关资讯！" style="width:40.6pt;height:14.4pt" o:oleicon="f" o:ole="">
            <v:imagedata r:id="rId3501" o:title="eqId9fed1f57a835af4e9022e27603d12d31"/>
          </v:shape>
        </w:pict>
      </w:r>
      <w:r>
        <w:rPr>
          <w:rFonts w:ascii="宋体" w:eastAsia="宋体" w:hAnsi="宋体" w:cs="宋体"/>
          <w:color w:val="000000"/>
        </w:rPr>
        <w:t>的值，再根据</w:t>
      </w:r>
      <w:r>
        <w:pict>
          <v:shape id="_x0000_i713356" type="#_x0000_t75" alt="学科网(www.zxxk.com)--教育资源门户，提供试卷、教案、课件、论文、素材以及各类教学资源下载，还有大量而丰富的教学相关资讯！" style="width:129pt;height:14.25pt" o:oleicon="f" o:ole="">
            <v:imagedata r:id="rId3502" o:title="eqIdb1dafce17cde494a448535cde57d76e8"/>
          </v:shape>
        </w:pict>
      </w:r>
      <w:r>
        <w:rPr>
          <w:rFonts w:ascii="宋体" w:eastAsia="宋体" w:hAnsi="宋体" w:cs="宋体"/>
          <w:color w:val="000000"/>
        </w:rPr>
        <w:t>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）仿造（</w:t>
      </w:r>
      <w:r>
        <w:rPr>
          <w:rFonts w:ascii="Times New Roman" w:eastAsia="Times New Roman" w:hAnsi="Times New Roman" w:cs="Times New Roman"/>
          <w:color w:val="000000"/>
        </w:rPr>
        <w:t>1</w:t>
      </w:r>
      <w:r>
        <w:rPr>
          <w:rFonts w:ascii="宋体" w:eastAsia="宋体" w:hAnsi="宋体" w:cs="宋体"/>
          <w:color w:val="000000"/>
        </w:rPr>
        <w:t>）的步骤求解即可．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pict>
          <v:shape id="_x0000_i713357" type="#_x0000_t75" alt="学科网(www.zxxk.com)--教育资源门户，提供试卷、教案、课件、论文、素材以及各类教学资源下载，还有大量而丰富的教学相关资讯！" style="width:30pt;height:14.25pt" o:oleicon="f" o:ole="">
            <v:imagedata r:id="rId3503" o:title="eqId649105167435b241fd7ce9e2d736f214"/>
          </v:shape>
        </w:pict>
      </w:r>
      <w:r>
        <w:rPr>
          <w:rFonts w:ascii="宋体" w:eastAsia="宋体" w:hAnsi="宋体" w:cs="宋体"/>
          <w:color w:val="000000"/>
        </w:rPr>
        <w:t>平分</w:t>
      </w:r>
      <w:r>
        <w:pict>
          <v:shape id="_x0000_i713358" type="#_x0000_t75" alt="学科网(www.zxxk.com)--教育资源门户，提供试卷、教案、课件、论文、素材以及各类教学资源下载，还有大量而丰富的教学相关资讯！" style="width:39.75pt;height:14.25pt" o:oleicon="f" o:ole="">
            <v:imagedata r:id="rId3504" o:title="eqId6d7b2fe01a33c4825f9974ed9663a99c"/>
          </v:shape>
        </w:pict>
      </w:r>
      <w:r>
        <w:rPr>
          <w:rFonts w:ascii="宋体" w:eastAsia="宋体" w:hAnsi="宋体" w:cs="宋体"/>
          <w:color w:val="000000"/>
        </w:rPr>
        <w:t>，</w:t>
      </w:r>
    </w:p>
    <w:p>
      <w:pPr>
        <w:spacing w:line="360" w:lineRule="auto"/>
        <w:jc w:val="left"/>
        <w:textAlignment w:val="center"/>
        <w:rPr>
          <w:color w:val="000000"/>
        </w:rPr>
      </w:pPr>
      <w:r>
        <w:pict>
          <v:shape id="_x0000_i713359" type="#_x0000_t75" alt="学科网(www.zxxk.com)--教育资源门户，提供试卷、教案、课件、论文、素材以及各类教学资源下载，还有大量而丰富的教学相关资讯！" style="width:101.25pt;height:30.75pt" o:oleicon="f" o:ole="">
            <v:imagedata r:id="rId3505" o:title="eqId3ee68ed552b76f49c35a89d95270fb72"/>
          </v:shape>
        </w:pict>
      </w:r>
      <w:r>
        <w:rPr>
          <w:rFonts w:ascii="宋体" w:eastAsia="宋体" w:hAnsi="宋体" w:cs="宋体"/>
          <w:color w:val="000000"/>
        </w:rPr>
        <w:t>（理由：角平分线的定义）</w:t>
      </w:r>
    </w:p>
    <w:p>
      <w:pPr>
        <w:spacing w:line="360" w:lineRule="auto"/>
        <w:jc w:val="left"/>
        <w:textAlignment w:val="center"/>
        <w:rPr>
          <w:color w:val="000000"/>
        </w:rPr>
      </w:pPr>
      <w:r>
        <w:pict>
          <v:shape id="_x0000_i713360" type="#_x0000_t75" alt="学科网(www.zxxk.com)--教育资源门户，提供试卷、教案、课件、论文、素材以及各类教学资源下载，还有大量而丰富的教学相关资讯！" style="width:74.15pt;height:13.85pt" o:oleicon="f" o:ole="">
            <v:imagedata r:id="rId3506" o:title="eqIdd9c3dea6a19389dcebd38b3d76499e5f"/>
          </v:shape>
        </w:pict>
      </w:r>
      <w:r>
        <w:rPr>
          <w:rFonts w:ascii="宋体" w:eastAsia="宋体" w:hAnsi="宋体" w:cs="宋体"/>
          <w:color w:val="000000"/>
        </w:rPr>
        <w:t>，</w:t>
      </w:r>
    </w:p>
    <w:p>
      <w:pPr>
        <w:spacing w:line="360" w:lineRule="auto"/>
        <w:jc w:val="left"/>
        <w:textAlignment w:val="center"/>
        <w:rPr>
          <w:color w:val="000000"/>
        </w:rPr>
      </w:pPr>
      <w:r>
        <w:pict>
          <v:shape id="_x0000_i713361" type="#_x0000_t75" alt="学科网(www.zxxk.com)--教育资源门户，提供试卷、教案、课件、论文、素材以及各类教学资源下载，还有大量而丰富的教学相关资讯！" style="width:75pt;height:13.8pt" o:oleicon="f" o:ole="">
            <v:imagedata r:id="rId3507" o:title="eqId9171313d783b921601a63908992229c5"/>
          </v:shape>
        </w:pict>
      </w:r>
      <w:r>
        <w:rPr>
          <w:rFonts w:ascii="宋体" w:eastAsia="宋体" w:hAnsi="宋体" w:cs="宋体"/>
          <w:color w:val="000000"/>
        </w:rPr>
        <w:t>．</w:t>
      </w:r>
    </w:p>
    <w:p>
      <w:pPr>
        <w:spacing w:line="360" w:lineRule="auto"/>
        <w:jc w:val="left"/>
        <w:textAlignment w:val="center"/>
        <w:rPr>
          <w:color w:val="000000"/>
        </w:rPr>
      </w:pPr>
      <w:r>
        <w:pict>
          <v:shape id="_x0000_i713362" type="#_x0000_t75" alt="学科网(www.zxxk.com)--教育资源门户，提供试卷、教案、课件、论文、素材以及各类教学资源下载，还有大量而丰富的教学相关资讯！" style="width:138.1pt;height:14.5pt" o:oleicon="f" o:ole="">
            <v:imagedata r:id="rId3508" o:title="eqId1d267dca574e27bd37c47805e9d5d2d4"/>
          </v:shape>
        </w:pict>
      </w:r>
      <w:r>
        <w:rPr>
          <w:rFonts w:ascii="宋体" w:eastAsia="宋体" w:hAnsi="宋体" w:cs="宋体"/>
          <w:color w:val="000000"/>
        </w:rPr>
        <w:t>，</w:t>
      </w:r>
      <w:r>
        <w:pict>
          <v:shape id="_x0000_i713363" type="#_x0000_t75" alt="学科网(www.zxxk.com)--教育资源门户，提供试卷、教案、课件、论文、素材以及各类教学资源下载，还有大量而丰富的教学相关资讯！" style="width:66.75pt;height:14.25pt" o:oleicon="f" o:ole="">
            <v:imagedata r:id="rId3509" o:title="eqIdd8cc88685997c7586d1d4bf75a055433"/>
          </v:shape>
        </w:pict>
      </w:r>
      <w:r>
        <w:rPr>
          <w:rFonts w:ascii="宋体" w:eastAsia="宋体" w:hAnsi="宋体" w:cs="宋体"/>
          <w:color w:val="000000"/>
        </w:rPr>
        <w:t>，</w:t>
      </w:r>
    </w:p>
    <w:p>
      <w:pPr>
        <w:spacing w:line="360" w:lineRule="auto"/>
        <w:jc w:val="left"/>
        <w:textAlignment w:val="center"/>
        <w:rPr>
          <w:color w:val="000000"/>
        </w:rPr>
      </w:pPr>
      <w:r>
        <w:pict>
          <v:shape id="_x0000_i713364" type="#_x0000_t75" alt="学科网(www.zxxk.com)--教育资源门户，提供试卷、教案、课件、论文、素材以及各类教学资源下载，还有大量而丰富的教学相关资讯！" style="width:81.2pt;height:14.4pt" o:oleicon="f" o:ole="">
            <v:imagedata r:id="rId3510" o:title="eqId5635c1a7d9d690b1aa3415741a2df61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3365" type="#_x0000_t75" alt="学科网(www.zxxk.com)--教育资源门户，提供试卷、教案、课件、论文、素材以及各类教学资源下载，还有大量而丰富的教学相关资讯！" style="width:39.75pt;height:14.25pt" o:oleicon="f" o:ole="">
            <v:imagedata r:id="rId3511" o:title="eqId6d7b2fe01a33c4825f9974ed9663a99c"/>
          </v:shape>
        </w:pict>
      </w:r>
      <w:r>
        <w:rPr>
          <w:rFonts w:ascii="宋体" w:eastAsia="宋体" w:hAnsi="宋体" w:cs="宋体"/>
          <w:color w:val="000000"/>
        </w:rPr>
        <w:t>，角平分线的定义；</w:t>
      </w:r>
      <w:r>
        <w:rPr>
          <w:rFonts w:ascii="Times New Roman" w:eastAsia="Times New Roman" w:hAnsi="Times New Roman" w:cs="Times New Roman"/>
          <w:color w:val="000000"/>
        </w:rPr>
        <w:t>30</w:t>
      </w:r>
      <w:r>
        <w:rPr>
          <w:rFonts w:ascii="宋体" w:eastAsia="宋体" w:hAnsi="宋体" w:cs="宋体"/>
          <w:color w:val="000000"/>
        </w:rPr>
        <w:t>；</w:t>
      </w:r>
      <w:r>
        <w:pict>
          <v:shape id="_x0000_i713366" type="#_x0000_t75" alt="学科网(www.zxxk.com)--教育资源门户，提供试卷、教案、课件、论文、素材以及各类教学资源下载，还有大量而丰富的教学相关资讯！" style="width:40.6pt;height:14.4pt" o:oleicon="f" o:ole="">
            <v:imagedata r:id="rId3512" o:title="eqId9fed1f57a835af4e9022e27603d12d31"/>
          </v:shape>
        </w:pict>
      </w:r>
      <w:r>
        <w:rPr>
          <w:rFonts w:ascii="宋体" w:eastAsia="宋体" w:hAnsi="宋体" w:cs="宋体"/>
          <w:color w:val="000000"/>
        </w:rPr>
        <w:t>，</w:t>
      </w:r>
      <w:r>
        <w:pict>
          <v:shape id="_x0000_i713367" type="#_x0000_t75" alt="学科网(www.zxxk.com)--教育资源门户，提供试卷、教案、课件、论文、素材以及各类教学资源下载，还有大量而丰富的教学相关资讯！" style="width:34pt;height:13pt;mso-position-horizontal-relative:page;mso-position-vertical-relative:page" o:oleicon="f" o:ole="">
            <v:imagedata r:id="rId3513" o:title="eqIded66570f697459aba9daa2eaf9460bcb"/>
          </v:shape>
        </w:pic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13368" type="#_x0000_t75" alt="学科网(www.zxxk.com)--教育资源门户，提供试卷、教案、课件、论文、素材以及各类教学资源下载，还有大量而丰富的教学相关资讯！" style="width:30pt;height:14.25pt" o:oleicon="f" o:ole="">
            <v:imagedata r:id="rId3514" o:title="eqId649105167435b241fd7ce9e2d736f214"/>
          </v:shape>
        </w:pict>
      </w:r>
      <w:r>
        <w:rPr>
          <w:rFonts w:ascii="宋体" w:eastAsia="宋体" w:hAnsi="宋体" w:cs="宋体"/>
          <w:color w:val="000000"/>
        </w:rPr>
        <w:t>平分</w:t>
      </w:r>
      <w:r>
        <w:pict>
          <v:shape id="_x0000_i713369" type="#_x0000_t75" alt="学科网(www.zxxk.com)--教育资源门户，提供试卷、教案、课件、论文、素材以及各类教学资源下载，还有大量而丰富的教学相关资讯！" style="width:39.75pt;height:14.25pt" o:oleicon="f" o:ole="">
            <v:imagedata r:id="rId3515" o:title="eqId6d7b2fe01a33c4825f9974ed9663a99c"/>
          </v:shape>
        </w:pict>
      </w:r>
      <w:r>
        <w:rPr>
          <w:rFonts w:ascii="宋体" w:eastAsia="宋体" w:hAnsi="宋体" w:cs="宋体"/>
          <w:color w:val="000000"/>
        </w:rPr>
        <w:t>，</w:t>
      </w:r>
    </w:p>
    <w:p>
      <w:pPr>
        <w:spacing w:line="360" w:lineRule="auto"/>
        <w:jc w:val="left"/>
        <w:textAlignment w:val="center"/>
        <w:rPr>
          <w:color w:val="000000"/>
        </w:rPr>
      </w:pPr>
      <w:r>
        <w:pict>
          <v:shape id="_x0000_i713370" type="#_x0000_t75" alt="学科网(www.zxxk.com)--教育资源门户，提供试卷、教案、课件、论文、素材以及各类教学资源下载，还有大量而丰富的教学相关资讯！" style="width:101.25pt;height:30.75pt" o:oleicon="f" o:ole="">
            <v:imagedata r:id="rId3516" o:title="eqId3ee68ed552b76f49c35a89d95270fb72"/>
          </v:shape>
        </w:pict>
      </w:r>
      <w:r>
        <w:rPr>
          <w:rFonts w:ascii="宋体" w:eastAsia="宋体" w:hAnsi="宋体" w:cs="宋体"/>
          <w:color w:val="000000"/>
        </w:rPr>
        <w:t>．</w:t>
      </w:r>
    </w:p>
    <w:p>
      <w:pPr>
        <w:spacing w:line="360" w:lineRule="auto"/>
        <w:jc w:val="left"/>
        <w:textAlignment w:val="center"/>
        <w:rPr>
          <w:color w:val="000000"/>
        </w:rPr>
      </w:pPr>
      <w:r>
        <w:pict>
          <v:shape id="_x0000_i713371" type="#_x0000_t75" alt="学科网(www.zxxk.com)--教育资源门户，提供试卷、教案、课件、论文、素材以及各类教学资源下载，还有大量而丰富的教学相关资讯！" style="width:67pt;height:13.95pt" o:oleicon="f" o:ole="">
            <v:imagedata r:id="rId3517" o:title="eqId9f8c956fd4f5b8046aa72dae2aa14be6"/>
          </v:shape>
        </w:pict>
      </w:r>
      <w:r>
        <w:rPr>
          <w:rFonts w:ascii="宋体" w:eastAsia="宋体" w:hAnsi="宋体" w:cs="宋体"/>
          <w:color w:val="000000"/>
        </w:rPr>
        <w:t>，</w:t>
      </w:r>
    </w:p>
    <w:p>
      <w:pPr>
        <w:spacing w:line="360" w:lineRule="auto"/>
        <w:jc w:val="left"/>
        <w:textAlignment w:val="center"/>
        <w:rPr>
          <w:color w:val="000000"/>
        </w:rPr>
      </w:pPr>
      <w:r>
        <w:pict>
          <v:shape id="_x0000_i713372" type="#_x0000_t75" alt="学科网(www.zxxk.com)--教育资源门户，提供试卷、教案、课件、论文、素材以及各类教学资源下载，还有大量而丰富的教学相关资讯！" style="width:77.25pt;height:30.75pt" o:oleicon="f" o:ole="">
            <v:imagedata r:id="rId3518" o:title="eqId4d5101961118ab95d7021cdcc90ece78"/>
          </v:shape>
        </w:pict>
      </w:r>
      <w:r>
        <w:rPr>
          <w:rFonts w:ascii="宋体" w:eastAsia="宋体" w:hAnsi="宋体" w:cs="宋体"/>
          <w:color w:val="000000"/>
        </w:rPr>
        <w:t>．</w:t>
      </w:r>
    </w:p>
    <w:p>
      <w:pPr>
        <w:spacing w:line="360" w:lineRule="auto"/>
        <w:jc w:val="left"/>
        <w:textAlignment w:val="center"/>
        <w:rPr>
          <w:color w:val="000000"/>
        </w:rPr>
      </w:pPr>
      <w:r>
        <w:pict>
          <v:shape id="_x0000_i713373" type="#_x0000_t75" alt="学科网(www.zxxk.com)--教育资源门户，提供试卷、教案、课件、论文、素材以及各类教学资源下载，还有大量而丰富的教学相关资讯！" style="width:138.1pt;height:14.5pt" o:oleicon="f" o:ole="">
            <v:imagedata r:id="rId3519" o:title="eqId1d267dca574e27bd37c47805e9d5d2d4"/>
          </v:shape>
        </w:pict>
      </w:r>
      <w:r>
        <w:rPr>
          <w:rFonts w:ascii="宋体" w:eastAsia="宋体" w:hAnsi="宋体" w:cs="宋体"/>
          <w:color w:val="000000"/>
        </w:rPr>
        <w:t>，</w:t>
      </w:r>
      <w:r>
        <w:pict>
          <v:shape id="_x0000_i713374" type="#_x0000_t75" alt="学科网(www.zxxk.com)--教育资源门户，提供试卷、教案、课件、论文、素材以及各类教学资源下载，还有大量而丰富的教学相关资讯！" style="width:66.75pt;height:14.25pt" o:oleicon="f" o:ole="">
            <v:imagedata r:id="rId3520" o:title="eqIdd8cc88685997c7586d1d4bf75a055433"/>
          </v:shape>
        </w:pict>
      </w:r>
      <w:r>
        <w:rPr>
          <w:rFonts w:ascii="宋体" w:eastAsia="宋体" w:hAnsi="宋体" w:cs="宋体"/>
          <w:color w:val="000000"/>
        </w:rPr>
        <w:t>，</w:t>
      </w:r>
    </w:p>
    <w:p>
      <w:pPr>
        <w:spacing w:line="360" w:lineRule="auto"/>
        <w:jc w:val="left"/>
        <w:textAlignment w:val="center"/>
        <w:rPr>
          <w:color w:val="000000"/>
        </w:rPr>
      </w:pPr>
      <w:r>
        <w:pict>
          <v:shape id="_x0000_i713375" type="#_x0000_t75" alt="学科网(www.zxxk.com)--教育资源门户，提供试卷、教案、课件、论文、素材以及各类教学资源下载，还有大量而丰富的教学相关资讯！" style="width:104.25pt;height:30.75pt" o:oleicon="f" o:ole="">
            <v:imagedata r:id="rId3521" o:title="eqId8b5b787f4d90b5f6aa947c2a298f81cf"/>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本题考查了角平分线的定义，以及角的和差，数形结合是解答本题的关键．</w:t>
      </w:r>
    </w:p>
    <w:p>
      <w:pPr>
        <w:spacing w:line="360" w:lineRule="auto"/>
        <w:jc w:val="both"/>
        <w:textAlignment w:val="center"/>
        <w:rPr>
          <w:color w:val="000000"/>
        </w:rPr>
      </w:pPr>
      <w:r>
        <w:rPr>
          <w:color w:val="000000"/>
        </w:rPr>
        <w:t xml:space="preserve">28. </w:t>
      </w:r>
      <w:r>
        <w:rPr>
          <w:rFonts w:ascii="宋体" w:eastAsia="宋体" w:hAnsi="宋体" w:cs="宋体"/>
          <w:color w:val="000000"/>
        </w:rPr>
        <w:t>已知数轴上两点</w:t>
      </w:r>
      <w:r>
        <w:pict>
          <v:shape id="_x0000_i713376" type="#_x0000_t75" alt="学科网(www.zxxk.com)--教育资源门户，提供试卷、教案、课件、论文、素材以及各类教学资源下载，还有大量而丰富的教学相关资讯！" style="width:12pt;height:12pt" o:oleicon="f" o:ole="">
            <v:imagedata r:id="rId3522" o:title="eqId5963abe8f421bd99a2aaa94831a951e9"/>
          </v:shape>
        </w:pict>
      </w:r>
      <w:r>
        <w:rPr>
          <w:rFonts w:ascii="宋体" w:eastAsia="宋体" w:hAnsi="宋体" w:cs="宋体"/>
          <w:color w:val="000000"/>
        </w:rPr>
        <w:t>，</w:t>
      </w:r>
      <w:r>
        <w:pict>
          <v:shape id="_x0000_i713377" type="#_x0000_t75" alt="学科网(www.zxxk.com)--教育资源门户，提供试卷、教案、课件、论文、素材以及各类教学资源下载，还有大量而丰富的教学相关资讯！" style="width:9.75pt;height:10.5pt" o:oleicon="f" o:ole="">
            <v:imagedata r:id="rId3523" o:title="eqId7f9e8449aad35c5d840a3395ea86df6d"/>
          </v:shape>
        </w:pict>
      </w:r>
      <w:r>
        <w:rPr>
          <w:rFonts w:ascii="宋体" w:eastAsia="宋体" w:hAnsi="宋体" w:cs="宋体"/>
          <w:color w:val="000000"/>
        </w:rPr>
        <w:t>，其中</w:t>
      </w:r>
      <w:r>
        <w:pict>
          <v:shape id="_x0000_i713378" type="#_x0000_t75" alt="学科网(www.zxxk.com)--教育资源门户，提供试卷、教案、课件、论文、素材以及各类教学资源下载，还有大量而丰富的教学相关资讯！" style="width:12pt;height:12pt" o:oleicon="f" o:ole="">
            <v:imagedata r:id="rId3522" o:title="eqId5963abe8f421bd99a2aaa94831a951e9"/>
          </v:shape>
        </w:pict>
      </w:r>
      <w:r>
        <w:rPr>
          <w:rFonts w:ascii="宋体" w:eastAsia="宋体" w:hAnsi="宋体" w:cs="宋体"/>
          <w:color w:val="000000"/>
        </w:rPr>
        <w:t>表示的数为</w:t>
      </w:r>
      <w:r>
        <w:pict>
          <v:shape id="_x0000_i713379" type="#_x0000_t75" alt="学科网(www.zxxk.com)--教育资源门户，提供试卷、教案、课件、论文、素材以及各类教学资源下载，还有大量而丰富的教学相关资讯！" style="width:16.05pt;height:13.9pt" o:oleicon="f" o:ole="">
            <v:imagedata r:id="rId3524" o:title="eqId81fb134b2b48acc99213fff6ccfee65f"/>
          </v:shape>
        </w:pict>
      </w:r>
      <w:r>
        <w:rPr>
          <w:rFonts w:ascii="宋体" w:eastAsia="宋体" w:hAnsi="宋体" w:cs="宋体"/>
          <w:color w:val="000000"/>
        </w:rPr>
        <w:t>，</w:t>
      </w:r>
      <w:r>
        <w:pict>
          <v:shape id="_x0000_i713380" type="#_x0000_t75" alt="学科网(www.zxxk.com)--教育资源门户，提供试卷、教案、课件、论文、素材以及各类教学资源下载，还有大量而丰富的教学相关资讯！" style="width:9.75pt;height:10.5pt" o:oleicon="f" o:ole="">
            <v:imagedata r:id="rId3523" o:title="eqId7f9e8449aad35c5d840a3395ea86df6d"/>
          </v:shape>
        </w:pic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．给出如下定义：若在数轴上存在一点</w:t>
      </w:r>
      <w:r>
        <w:pict>
          <v:shape id="_x0000_i713381" type="#_x0000_t75" alt="学科网(www.zxxk.com)--教育资源门户，提供试卷、教案、课件、论文、素材以及各类教学资源下载，还有大量而丰富的教学相关资讯！" style="width:11.9pt;height:14.4pt" o:oleicon="f" o:ole="">
            <v:imagedata r:id="rId3525" o:title="eqIdc5db41a1f31d6baee7c69990811edb9f"/>
          </v:shape>
        </w:pict>
      </w:r>
      <w:r>
        <w:rPr>
          <w:rFonts w:ascii="宋体" w:eastAsia="宋体" w:hAnsi="宋体" w:cs="宋体"/>
          <w:color w:val="000000"/>
        </w:rPr>
        <w:t>，使得</w:t>
      </w:r>
      <w:r>
        <w:pict>
          <v:shape id="_x0000_i713382" type="#_x0000_t75" alt="学科网(www.zxxk.com)--教育资源门户，提供试卷、教案、课件、论文、素材以及各类教学资源下载，还有大量而丰富的教学相关资讯！" style="width:70.5pt;height:13.5pt" o:oleicon="f" o:ole="">
            <v:imagedata r:id="rId3526" o:title="eqId5ecc7c71e4e400b7ebe9094f5498ce93"/>
          </v:shape>
        </w:pict>
      </w:r>
      <w:r>
        <w:rPr>
          <w:rFonts w:ascii="宋体" w:eastAsia="宋体" w:hAnsi="宋体" w:cs="宋体"/>
          <w:color w:val="000000"/>
        </w:rPr>
        <w:t>，则称点</w:t>
      </w:r>
      <w:r>
        <w:pict>
          <v:shape id="_x0000_i713383" type="#_x0000_t75" alt="学科网(www.zxxk.com)--教育资源门户，提供试卷、教案、课件、论文、素材以及各类教学资源下载，还有大量而丰富的教学相关资讯！" style="width:11.9pt;height:14.4pt" o:oleicon="f" o:ole="">
            <v:imagedata r:id="rId3525" o:title="eqIdc5db41a1f31d6baee7c69990811edb9f"/>
          </v:shape>
        </w:pict>
      </w:r>
      <w:r>
        <w:rPr>
          <w:rFonts w:ascii="宋体" w:eastAsia="宋体" w:hAnsi="宋体" w:cs="宋体"/>
          <w:color w:val="000000"/>
        </w:rPr>
        <w:t>叫做点</w:t>
      </w:r>
      <w:r>
        <w:pict>
          <v:shape id="_x0000_i713384" type="#_x0000_t75" alt="学科网(www.zxxk.com)--教育资源门户，提供试卷、教案、课件、论文、素材以及各类教学资源下载，还有大量而丰富的教学相关资讯！" style="width:12pt;height:12pt" o:oleicon="f" o:ole="">
            <v:imagedata r:id="rId3522" o:title="eqId5963abe8f421bd99a2aaa94831a951e9"/>
          </v:shape>
        </w:pict>
      </w:r>
      <w:r>
        <w:rPr>
          <w:rFonts w:ascii="宋体" w:eastAsia="宋体" w:hAnsi="宋体" w:cs="宋体"/>
          <w:color w:val="000000"/>
        </w:rPr>
        <w:t>，</w:t>
      </w:r>
      <w:r>
        <w:pict>
          <v:shape id="_x0000_i713385" type="#_x0000_t75" alt="学科网(www.zxxk.com)--教育资源门户，提供试卷、教案、课件、论文、素材以及各类教学资源下载，还有大量而丰富的教学相关资讯！" style="width:9.75pt;height:10.5pt" o:oleicon="f" o:ole="">
            <v:imagedata r:id="rId3523" o:title="eqId7f9e8449aad35c5d840a3395ea86df6d"/>
          </v:shape>
        </w:pict>
      </w:r>
      <w:r>
        <w:rPr>
          <w:rFonts w:ascii="宋体" w:eastAsia="宋体" w:hAnsi="宋体" w:cs="宋体"/>
          <w:color w:val="000000"/>
        </w:rPr>
        <w:t>的“</w:t>
      </w:r>
      <w:r>
        <w:pict>
          <v:shape id="_x0000_i713386" type="#_x0000_t75" alt="学科网(www.zxxk.com)--教育资源门户，提供试卷、教案、课件、论文、素材以及各类教学资源下载，还有大量而丰富的教学相关资讯！" style="width:12.75pt;height:11.25pt" o:oleicon="f" o:ole="">
            <v:imagedata r:id="rId3527" o:title="eqId294f5ba74cdf695fc9a8a8e52f421328"/>
          </v:shape>
        </w:pict>
      </w:r>
      <w:r>
        <w:rPr>
          <w:rFonts w:ascii="宋体" w:eastAsia="宋体" w:hAnsi="宋体" w:cs="宋体"/>
          <w:color w:val="000000"/>
        </w:rPr>
        <w:t>和距离点”．如图，若点</w:t>
      </w:r>
      <w:r>
        <w:pict>
          <v:shape id="_x0000_i713387" type="#_x0000_t75" alt="学科网(www.zxxk.com)--教育资源门户，提供试卷、教案、课件、论文、素材以及各类教学资源下载，还有大量而丰富的教学相关资讯！" style="width:11.9pt;height:14.4pt" o:oleicon="f" o:ole="">
            <v:imagedata r:id="rId3525" o:title="eqIdc5db41a1f31d6baee7c69990811edb9f"/>
          </v:shape>
        </w:pict>
      </w:r>
      <w:r>
        <w:rPr>
          <w:rFonts w:ascii="宋体" w:eastAsia="宋体" w:hAnsi="宋体" w:cs="宋体"/>
          <w:color w:val="000000"/>
        </w:rPr>
        <w:t>表示的数为</w:t>
      </w:r>
      <w:r>
        <w:rPr>
          <w:rFonts w:ascii="Times New Roman" w:eastAsia="Times New Roman" w:hAnsi="Times New Roman" w:cs="Times New Roman"/>
          <w:color w:val="000000"/>
        </w:rPr>
        <w:t>0</w:t>
      </w:r>
      <w:r>
        <w:rPr>
          <w:rFonts w:ascii="宋体" w:eastAsia="宋体" w:hAnsi="宋体" w:cs="宋体"/>
          <w:color w:val="000000"/>
        </w:rPr>
        <w:t>，有</w:t>
      </w:r>
      <w:r>
        <w:pict>
          <v:shape id="_x0000_i713388" type="#_x0000_t75" alt="学科网(www.zxxk.com)--教育资源门户，提供试卷、教案、课件、论文、素材以及各类教学资源下载，还有大量而丰富的教学相关资讯！" style="width:65.35pt;height:14.55pt" o:oleicon="f" o:ole="">
            <v:imagedata r:id="rId3528" o:title="eqId44dc6dfa8050431a5fd50801f43e62df"/>
          </v:shape>
        </w:pict>
      </w:r>
      <w:r>
        <w:rPr>
          <w:rFonts w:ascii="宋体" w:eastAsia="宋体" w:hAnsi="宋体" w:cs="宋体"/>
          <w:color w:val="000000"/>
        </w:rPr>
        <w:t>，则称点</w:t>
      </w:r>
      <w:r>
        <w:pict>
          <v:shape id="_x0000_i713389" type="#_x0000_t75" alt="学科网(www.zxxk.com)--教育资源门户，提供试卷、教案、课件、论文、素材以及各类教学资源下载，还有大量而丰富的教学相关资讯！" style="width:11.9pt;height:14.4pt" o:oleicon="f" o:ole="">
            <v:imagedata r:id="rId3525" o:title="eqIdc5db41a1f31d6baee7c69990811edb9f"/>
          </v:shape>
        </w:pict>
      </w:r>
      <w:r>
        <w:rPr>
          <w:rFonts w:ascii="宋体" w:eastAsia="宋体" w:hAnsi="宋体" w:cs="宋体"/>
          <w:color w:val="000000"/>
        </w:rPr>
        <w:t>为点</w:t>
      </w:r>
      <w:r>
        <w:pict>
          <v:shape id="_x0000_i713390" type="#_x0000_t75" alt="学科网(www.zxxk.com)--教育资源门户，提供试卷、教案、课件、论文、素材以及各类教学资源下载，还有大量而丰富的教学相关资讯！" style="width:12pt;height:12pt" o:oleicon="f" o:ole="">
            <v:imagedata r:id="rId3522" o:title="eqId5963abe8f421bd99a2aaa94831a951e9"/>
          </v:shape>
        </w:pict>
      </w:r>
      <w:r>
        <w:rPr>
          <w:rFonts w:ascii="宋体" w:eastAsia="宋体" w:hAnsi="宋体" w:cs="宋体"/>
          <w:color w:val="000000"/>
        </w:rPr>
        <w:t>，</w:t>
      </w:r>
      <w:r>
        <w:pict>
          <v:shape id="_x0000_i713391" type="#_x0000_t75" alt="学科网(www.zxxk.com)--教育资源门户，提供试卷、教案、课件、论文、素材以及各类教学资源下载，还有大量而丰富的教学相关资讯！" style="width:9.75pt;height:10.5pt" o:oleicon="f" o:ole="">
            <v:imagedata r:id="rId3523"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5</w:t>
      </w:r>
      <w:r>
        <w:rPr>
          <w:rFonts w:ascii="宋体" w:eastAsia="宋体" w:hAnsi="宋体" w:cs="宋体"/>
          <w:color w:val="000000"/>
        </w:rPr>
        <w:t>和距离点”．</w:t>
      </w:r>
    </w:p>
    <w:p>
      <w:pPr>
        <w:spacing w:line="360" w:lineRule="auto"/>
        <w:jc w:val="both"/>
        <w:textAlignment w:val="center"/>
        <w:rPr>
          <w:color w:val="000000"/>
        </w:rPr>
      </w:pPr>
      <w:r>
        <w:rPr>
          <w:color w:val="000000"/>
        </w:rPr>
        <w:drawing>
          <wp:inline>
            <wp:extent cx="3733800" cy="685800"/>
            <wp:docPr id="34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 name=""/>
                    <pic:cNvPicPr>
                      <a:picLocks noChangeAspect="1"/>
                    </pic:cNvPicPr>
                  </pic:nvPicPr>
                  <pic:blipFill>
                    <a:blip r:embed="rId3529"/>
                    <a:stretch>
                      <a:fillRect/>
                    </a:stretch>
                  </pic:blipFill>
                  <pic:spPr>
                    <a:xfrm>
                      <a:off x="0" y="0"/>
                      <a:ext cx="3733800" cy="685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如果点</w:t>
      </w:r>
      <w:r>
        <w:pict>
          <v:shape id="_x0000_i713392" type="#_x0000_t75" alt="学科网(www.zxxk.com)--教育资源门户，提供试卷、教案、课件、论文、素材以及各类教学资源下载，还有大量而丰富的教学相关资讯！" style="width:14.25pt;height:14.25pt" o:oleicon="f" o:ole="">
            <v:imagedata r:id="rId3530" o:title="eqId54a5d7d3b6b63fe5c24c3907b7a8eaa3"/>
          </v:shape>
        </w:pict>
      </w:r>
      <w:r>
        <w:rPr>
          <w:rFonts w:ascii="宋体" w:eastAsia="宋体" w:hAnsi="宋体" w:cs="宋体"/>
          <w:color w:val="000000"/>
        </w:rPr>
        <w:t>为点</w:t>
      </w:r>
      <w:r>
        <w:pict>
          <v:shape id="_x0000_i713393" type="#_x0000_t75" alt="学科网(www.zxxk.com)--教育资源门户，提供试卷、教案、课件、论文、素材以及各类教学资源下载，还有大量而丰富的教学相关资讯！" style="width:12pt;height:12pt" o:oleicon="f" o:ole="">
            <v:imagedata r:id="rId3531" o:title="eqId5963abe8f421bd99a2aaa94831a951e9"/>
          </v:shape>
        </w:pict>
      </w:r>
      <w:r>
        <w:rPr>
          <w:rFonts w:ascii="宋体" w:eastAsia="宋体" w:hAnsi="宋体" w:cs="宋体"/>
          <w:color w:val="000000"/>
        </w:rPr>
        <w:t>，</w:t>
      </w:r>
      <w:r>
        <w:pict>
          <v:shape id="_x0000_i713394" type="#_x0000_t75" alt="学科网(www.zxxk.com)--教育资源门户，提供试卷、教案、课件、论文、素材以及各类教学资源下载，还有大量而丰富的教学相关资讯！" style="width:9.75pt;height:10.5pt" o:oleicon="f" o:ole="">
            <v:imagedata r:id="rId3532" o:title="eqId7f9e8449aad35c5d840a3395ea86df6d"/>
          </v:shape>
        </w:pict>
      </w:r>
      <w:r>
        <w:rPr>
          <w:rFonts w:ascii="宋体" w:eastAsia="宋体" w:hAnsi="宋体" w:cs="宋体"/>
          <w:color w:val="000000"/>
        </w:rPr>
        <w:t>的“</w:t>
      </w:r>
      <w:r>
        <w:pict>
          <v:shape id="_x0000_i713395" type="#_x0000_t75" alt="学科网(www.zxxk.com)--教育资源门户，提供试卷、教案、课件、论文、素材以及各类教学资源下载，还有大量而丰富的教学相关资讯！" style="width:12.75pt;height:11.25pt" o:oleicon="f" o:ole="">
            <v:imagedata r:id="rId3533" o:title="eqId294f5ba74cdf695fc9a8a8e52f421328"/>
          </v:shape>
        </w:pict>
      </w:r>
      <w:r>
        <w:rPr>
          <w:rFonts w:ascii="宋体" w:eastAsia="宋体" w:hAnsi="宋体" w:cs="宋体"/>
          <w:color w:val="000000"/>
        </w:rPr>
        <w:t>和距离点”，且点</w:t>
      </w:r>
      <w:r>
        <w:pict>
          <v:shape id="_x0000_i713396" type="#_x0000_t75" alt="学科网(www.zxxk.com)--教育资源门户，提供试卷、教案、课件、论文、素材以及各类教学资源下载，还有大量而丰富的教学相关资讯！" style="width:14.25pt;height:14.25pt" o:oleicon="f" o:ole="">
            <v:imagedata r:id="rId3530" o:title="eqId54a5d7d3b6b63fe5c24c3907b7a8eaa3"/>
          </v:shape>
        </w:pict>
      </w:r>
      <w:r>
        <w:rPr>
          <w:rFonts w:ascii="宋体" w:eastAsia="宋体" w:hAnsi="宋体" w:cs="宋体"/>
          <w:color w:val="000000"/>
        </w:rPr>
        <w:t>在数轴上表示的数为</w:t>
      </w:r>
      <w:r>
        <w:pict>
          <v:shape id="_x0000_i713397" type="#_x0000_t75" alt="学科网(www.zxxk.com)--教育资源门户，提供试卷、教案、课件、论文、素材以及各类教学资源下载，还有大量而丰富的教学相关资讯！" style="width:16.2pt;height:13.2pt" o:oleicon="f" o:ole="">
            <v:imagedata r:id="rId3534" o:title="eqId3edbd40e04e2a943051fa83d6e511add"/>
          </v:shape>
        </w:pict>
      </w:r>
      <w:r>
        <w:rPr>
          <w:rFonts w:ascii="宋体" w:eastAsia="宋体" w:hAnsi="宋体" w:cs="宋体"/>
          <w:color w:val="000000"/>
        </w:rPr>
        <w:t>，那么</w:t>
      </w:r>
      <w:r>
        <w:pict>
          <v:shape id="_x0000_i713398" type="#_x0000_t75" alt="学科网(www.zxxk.com)--教育资源门户，提供试卷、教案、课件、论文、素材以及各类教学资源下载，还有大量而丰富的教学相关资讯！" style="width:12.75pt;height:11.25pt" o:oleicon="f" o:ole="">
            <v:imagedata r:id="rId3533" o:title="eqId294f5ba74cdf695fc9a8a8e52f421328"/>
          </v:shape>
        </w:pict>
      </w:r>
      <w:r>
        <w:rPr>
          <w:rFonts w:ascii="宋体" w:eastAsia="宋体" w:hAnsi="宋体" w:cs="宋体"/>
          <w:color w:val="000000"/>
        </w:rPr>
        <w:t>的值是</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如果点</w:t>
      </w:r>
      <w:r>
        <w:pict>
          <v:shape id="_x0000_i713399" type="#_x0000_t75" alt="学科网(www.zxxk.com)--教育资源门户，提供试卷、教案、课件、论文、素材以及各类教学资源下载，还有大量而丰富的教学相关资讯！" style="width:11.25pt;height:11.25pt" o:oleicon="f" o:ole="">
            <v:imagedata r:id="rId3535" o:title="eqId8455657dde27aabe6adb7b188e031c11"/>
          </v:shape>
        </w:pict>
      </w:r>
      <w:r>
        <w:rPr>
          <w:rFonts w:ascii="宋体" w:eastAsia="宋体" w:hAnsi="宋体" w:cs="宋体"/>
          <w:color w:val="000000"/>
        </w:rPr>
        <w:t>是数轴上点</w:t>
      </w:r>
      <w:r>
        <w:pict>
          <v:shape id="_x0000_i713400" type="#_x0000_t75" alt="学科网(www.zxxk.com)--教育资源门户，提供试卷、教案、课件、论文、素材以及各类教学资源下载，还有大量而丰富的教学相关资讯！" style="width:12pt;height:12pt" o:oleicon="f" o:ole="">
            <v:imagedata r:id="rId3536" o:title="eqId5963abe8f421bd99a2aaa94831a951e9"/>
          </v:shape>
        </w:pict>
      </w:r>
      <w:r>
        <w:rPr>
          <w:rFonts w:ascii="宋体" w:eastAsia="宋体" w:hAnsi="宋体" w:cs="宋体"/>
          <w:color w:val="000000"/>
        </w:rPr>
        <w:t>，</w:t>
      </w:r>
      <w:r>
        <w:pict>
          <v:shape id="_x0000_i713401" type="#_x0000_t75" alt="学科网(www.zxxk.com)--教育资源门户，提供试卷、教案、课件、论文、素材以及各类教学资源下载，还有大量而丰富的教学相关资讯！" style="width:9.75pt;height:10.5pt" o:oleicon="f" o:ole="">
            <v:imagedata r:id="rId3537"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6</w:t>
      </w:r>
      <w:r>
        <w:rPr>
          <w:rFonts w:ascii="宋体" w:eastAsia="宋体" w:hAnsi="宋体" w:cs="宋体"/>
          <w:color w:val="000000"/>
        </w:rPr>
        <w:t>和距离点”，那么点</w:t>
      </w:r>
      <w:r>
        <w:pict>
          <v:shape id="_x0000_i713402" type="#_x0000_t75" alt="学科网(www.zxxk.com)--教育资源门户，提供试卷、教案、课件、论文、素材以及各类教学资源下载，还有大量而丰富的教学相关资讯！" style="width:11.25pt;height:11.25pt" o:oleicon="f" o:ole="">
            <v:imagedata r:id="rId3535" o:title="eqId8455657dde27aabe6adb7b188e031c11"/>
          </v:shape>
        </w:pict>
      </w:r>
      <w:r>
        <w:rPr>
          <w:rFonts w:ascii="宋体" w:eastAsia="宋体" w:hAnsi="宋体" w:cs="宋体"/>
          <w:color w:val="000000"/>
        </w:rPr>
        <w:t>表示的数为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如果点</w:t>
      </w:r>
      <w:r>
        <w:pict>
          <v:shape id="_x0000_i713403" type="#_x0000_t75" alt="学科网(www.zxxk.com)--教育资源门户，提供试卷、教案、课件、论文、素材以及各类教学资源下载，还有大量而丰富的教学相关资讯！" style="width:12pt;height:13pt" o:oleicon="f" o:ole="">
            <v:imagedata r:id="rId3538" o:title="eqId2a30f3a8b673cc28bd90c50cf1a35281"/>
          </v:shape>
        </w:pict>
      </w:r>
      <w:r>
        <w:rPr>
          <w:rFonts w:ascii="宋体" w:eastAsia="宋体" w:hAnsi="宋体" w:cs="宋体"/>
          <w:color w:val="000000"/>
        </w:rPr>
        <w:t>在数轴上（不与</w:t>
      </w:r>
      <w:r>
        <w:pict>
          <v:shape id="_x0000_i713404" type="#_x0000_t75" alt="学科网(www.zxxk.com)--教育资源门户，提供试卷、教案、课件、论文、素材以及各类教学资源下载，还有大量而丰富的教学相关资讯！" style="width:12pt;height:12pt" o:oleicon="f" o:ole="">
            <v:imagedata r:id="rId3539" o:title="eqId5963abe8f421bd99a2aaa94831a951e9"/>
          </v:shape>
        </w:pict>
      </w:r>
      <w:r>
        <w:rPr>
          <w:rFonts w:ascii="宋体" w:eastAsia="宋体" w:hAnsi="宋体" w:cs="宋体"/>
          <w:color w:val="000000"/>
        </w:rPr>
        <w:t>，</w:t>
      </w:r>
      <w:r>
        <w:pict>
          <v:shape id="_x0000_i713405" type="#_x0000_t75" alt="学科网(www.zxxk.com)--教育资源门户，提供试卷、教案、课件、论文、素材以及各类教学资源下载，还有大量而丰富的教学相关资讯！" style="width:9.75pt;height:10.5pt" o:oleicon="f" o:ole="">
            <v:imagedata r:id="rId3540" o:title="eqId7f9e8449aad35c5d840a3395ea86df6d"/>
          </v:shape>
        </w:pict>
      </w:r>
      <w:r>
        <w:rPr>
          <w:rFonts w:ascii="宋体" w:eastAsia="宋体" w:hAnsi="宋体" w:cs="宋体"/>
          <w:color w:val="000000"/>
        </w:rPr>
        <w:t>重合），满足</w:t>
      </w:r>
      <w:r>
        <w:pict>
          <v:shape id="_x0000_i713406" type="#_x0000_t75" alt="学科网(www.zxxk.com)--教育资源门户，提供试卷、教案、课件、论文、素材以及各类教学资源下载，还有大量而丰富的教学相关资讯！" style="width:57pt;height:30.75pt" o:oleicon="f" o:ole="">
            <v:imagedata r:id="rId3541" o:title="eqId624fbf63819058f6a1d3d3379db9458c"/>
          </v:shape>
        </w:pict>
      </w:r>
      <w:r>
        <w:rPr>
          <w:rFonts w:ascii="宋体" w:eastAsia="宋体" w:hAnsi="宋体" w:cs="宋体"/>
          <w:color w:val="000000"/>
        </w:rPr>
        <w:t>，且此时点</w:t>
      </w:r>
      <w:r>
        <w:pict>
          <v:shape id="_x0000_i713407" type="#_x0000_t75" alt="学科网(www.zxxk.com)--教育资源门户，提供试卷、教案、课件、论文、素材以及各类教学资源下载，还有大量而丰富的教学相关资讯！" style="width:12pt;height:13pt" o:oleicon="f" o:ole="">
            <v:imagedata r:id="rId3538" o:title="eqId2a30f3a8b673cc28bd90c50cf1a35281"/>
          </v:shape>
        </w:pict>
      </w:r>
      <w:r>
        <w:rPr>
          <w:rFonts w:ascii="宋体" w:eastAsia="宋体" w:hAnsi="宋体" w:cs="宋体"/>
          <w:color w:val="000000"/>
        </w:rPr>
        <w:t>为点</w:t>
      </w:r>
      <w:r>
        <w:pict>
          <v:shape id="_x0000_i713408" type="#_x0000_t75" alt="学科网(www.zxxk.com)--教育资源门户，提供试卷、教案、课件、论文、素材以及各类教学资源下载，还有大量而丰富的教学相关资讯！" style="width:12pt;height:12pt" o:oleicon="f" o:ole="">
            <v:imagedata r:id="rId3539" o:title="eqId5963abe8f421bd99a2aaa94831a951e9"/>
          </v:shape>
        </w:pict>
      </w:r>
      <w:r>
        <w:rPr>
          <w:rFonts w:ascii="宋体" w:eastAsia="宋体" w:hAnsi="宋体" w:cs="宋体"/>
          <w:color w:val="000000"/>
        </w:rPr>
        <w:t>，</w:t>
      </w:r>
      <w:r>
        <w:pict>
          <v:shape id="_x0000_i713409" type="#_x0000_t75" alt="学科网(www.zxxk.com)--教育资源门户，提供试卷、教案、课件、论文、素材以及各类教学资源下载，还有大量而丰富的教学相关资讯！" style="width:9.75pt;height:10.5pt" o:oleicon="f" o:ole="">
            <v:imagedata r:id="rId3540" o:title="eqId7f9e8449aad35c5d840a3395ea86df6d"/>
          </v:shape>
        </w:pict>
      </w:r>
      <w:r>
        <w:rPr>
          <w:rFonts w:ascii="宋体" w:eastAsia="宋体" w:hAnsi="宋体" w:cs="宋体"/>
          <w:color w:val="000000"/>
        </w:rPr>
        <w:t>的“</w:t>
      </w:r>
      <w:r>
        <w:pict>
          <v:shape id="_x0000_i713410" type="#_x0000_t75" alt="学科网(www.zxxk.com)--教育资源门户，提供试卷、教案、课件、论文、素材以及各类教学资源下载，还有大量而丰富的教学相关资讯！" style="width:12.75pt;height:11.25pt" o:oleicon="f" o:ole="">
            <v:imagedata r:id="rId3542" o:title="eqId294f5ba74cdf695fc9a8a8e52f421328"/>
          </v:shape>
        </w:pict>
      </w:r>
      <w:r>
        <w:rPr>
          <w:rFonts w:ascii="宋体" w:eastAsia="宋体" w:hAnsi="宋体" w:cs="宋体"/>
          <w:color w:val="000000"/>
        </w:rPr>
        <w:t>和距离点”，求</w:t>
      </w:r>
      <w:r>
        <w:pict>
          <v:shape id="_x0000_i713411" type="#_x0000_t75" alt="学科网(www.zxxk.com)--教育资源门户，提供试卷、教案、课件、论文、素材以及各类教学资源下载，还有大量而丰富的教学相关资讯！" style="width:12.75pt;height:11.25pt" o:oleicon="f" o:ole="">
            <v:imagedata r:id="rId3542" o:title="eqId294f5ba74cdf695fc9a8a8e52f421328"/>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7</w:t>
      </w:r>
      <w:r>
        <w:rPr>
          <w:color w:val="000000"/>
        </w:rPr>
        <w:t xml:space="preserve">    </w:t>
      </w:r>
      <w:r>
        <w:rPr>
          <w:color w:val="000000"/>
        </w:rPr>
        <w:t>（2）</w:t>
      </w:r>
      <w:r>
        <w:pict>
          <v:shape id="_x0000_i713412" type="#_x0000_t75" alt="学科网(www.zxxk.com)--教育资源门户，提供试卷、教案、课件、论文、素材以及各类教学资源下载，还有大量而丰富的教学相关资讯！" style="width:15.75pt;height:14.25pt" o:oleicon="f" o:ole="">
            <v:imagedata r:id="rId3543"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4</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15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）根据新定义“</w:t>
      </w:r>
      <w:r>
        <w:pict>
          <v:shape id="_x0000_i713413" type="#_x0000_t75" alt="学科网(www.zxxk.com)--教育资源门户，提供试卷、教案、课件、论文、素材以及各类教学资源下载，还有大量而丰富的教学相关资讯！" style="width:12.75pt;height:11.25pt" o:oleicon="f" o:ole="">
            <v:imagedata r:id="rId3544" o:title="eqId294f5ba74cdf695fc9a8a8e52f421328"/>
          </v:shape>
        </w:pict>
      </w:r>
      <w:r>
        <w:rPr>
          <w:rFonts w:ascii="宋体" w:eastAsia="宋体" w:hAnsi="宋体" w:cs="宋体"/>
          <w:color w:val="000000"/>
        </w:rPr>
        <w:t>和距离点”的概念即可得到答案；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D</w:t>
      </w:r>
      <w:r>
        <w:rPr>
          <w:rFonts w:ascii="宋体" w:eastAsia="宋体" w:hAnsi="宋体" w:cs="宋体"/>
          <w:color w:val="000000"/>
        </w:rPr>
        <w:t>是数轴上表示的数为</w:t>
      </w:r>
      <w:r>
        <w:rPr>
          <w:rFonts w:ascii="Times New Roman" w:eastAsia="Times New Roman" w:hAnsi="Times New Roman" w:cs="Times New Roman"/>
          <w:i/>
          <w:color w:val="000000"/>
        </w:rPr>
        <w:t>x</w:t>
      </w:r>
      <w:r>
        <w:rPr>
          <w:rFonts w:ascii="宋体" w:eastAsia="宋体" w:hAnsi="宋体" w:cs="宋体"/>
          <w:color w:val="000000"/>
        </w:rPr>
        <w:t>，根据点</w:t>
      </w:r>
      <w:r>
        <w:rPr>
          <w:rFonts w:ascii="Times New Roman" w:eastAsia="Times New Roman" w:hAnsi="Times New Roman" w:cs="Times New Roman"/>
          <w:i/>
          <w:color w:val="000000"/>
        </w:rPr>
        <w:t>D</w:t>
      </w:r>
      <w:r>
        <w:rPr>
          <w:rFonts w:ascii="宋体" w:eastAsia="宋体" w:hAnsi="宋体" w:cs="宋体"/>
          <w:color w:val="000000"/>
        </w:rPr>
        <w:t>是数轴上点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6</w:t>
      </w:r>
      <w:r>
        <w:rPr>
          <w:rFonts w:ascii="宋体" w:eastAsia="宋体" w:hAnsi="宋体" w:cs="宋体"/>
          <w:color w:val="000000"/>
        </w:rPr>
        <w:t>和距离点”列出方程，分情况解答即可；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）需要分类讨论：①当点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右侧时，②当点</w:t>
      </w:r>
      <w:r>
        <w:rPr>
          <w:rFonts w:ascii="Times New Roman" w:eastAsia="Times New Roman" w:hAnsi="Times New Roman" w:cs="Times New Roman"/>
          <w:i/>
          <w:color w:val="000000"/>
        </w:rPr>
        <w:t>E</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两点之间时，③当点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右侧时，根据</w:t>
      </w:r>
      <w:r>
        <w:pict>
          <v:shape id="_x0000_i713414" type="#_x0000_t75" alt="学科网(www.zxxk.com)--教育资源门户，提供试卷、教案、课件、论文、素材以及各类教学资源下载，还有大量而丰富的教学相关资讯！" style="width:57pt;height:30.75pt" o:oleicon="f" o:ole="">
            <v:imagedata r:id="rId3545" o:title="eqId624fbf63819058f6a1d3d3379db9458c"/>
          </v:shape>
        </w:pict>
      </w:r>
      <w:r>
        <w:rPr>
          <w:rFonts w:ascii="宋体" w:eastAsia="宋体" w:hAnsi="宋体" w:cs="宋体"/>
          <w:color w:val="000000"/>
        </w:rPr>
        <w:t>，先求点</w:t>
      </w:r>
      <w:r>
        <w:rPr>
          <w:rFonts w:ascii="Times New Roman" w:eastAsia="Times New Roman" w:hAnsi="Times New Roman" w:cs="Times New Roman"/>
          <w:i/>
          <w:color w:val="000000"/>
        </w:rPr>
        <w:t>E</w:t>
      </w:r>
      <w:r>
        <w:rPr>
          <w:rFonts w:ascii="宋体" w:eastAsia="宋体" w:hAnsi="宋体" w:cs="宋体"/>
          <w:color w:val="000000"/>
        </w:rPr>
        <w:t>表示的数，再根据</w:t>
      </w:r>
      <w:r>
        <w:pict>
          <v:shape id="_x0000_i713415" type="#_x0000_t75" alt="学科网(www.zxxk.com)--教育资源门户，提供试卷、教案、课件、论文、素材以及各类教学资源下载，还有大量而丰富的教学相关资讯！" style="width:67pt;height:14.05pt" o:oleicon="f" o:ole="">
            <v:imagedata r:id="rId3546" o:title="eqId284d0464521db94fa9f94352380f3395"/>
          </v:shape>
        </w:pict>
      </w:r>
      <w:r>
        <w:rPr>
          <w:rFonts w:ascii="宋体" w:eastAsia="宋体" w:hAnsi="宋体" w:cs="宋体"/>
          <w:color w:val="000000"/>
        </w:rPr>
        <w:t>，列方程可得结论．</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N</w:t>
      </w:r>
      <w:r>
        <w:rPr>
          <w:rFonts w:ascii="宋体" w:eastAsia="宋体" w:hAnsi="宋体" w:cs="宋体"/>
          <w:color w:val="000000"/>
        </w:rPr>
        <w:t>在数轴上表示的数为</w:t>
      </w:r>
      <w:r>
        <w:pict>
          <v:shape id="_x0000_i713416" type="#_x0000_t75" alt="学科网(www.zxxk.com)--教育资源门户，提供试卷、教案、课件、论文、素材以及各类教学资源下载，还有大量而丰富的教学相关资讯！" style="width:16.2pt;height:13.2pt" o:oleicon="f" o:ole="">
            <v:imagedata r:id="rId3547" o:title="eqId3edbd40e04e2a943051fa83d6e511ad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417" type="#_x0000_t75" alt="学科网(www.zxxk.com)--教育资源门户，提供试卷、教案、课件、论文、素材以及各类教学资源下载，还有大量而丰富的教学相关资讯！" style="width:82.05pt;height:14.05pt" o:oleicon="f" o:ole="">
            <v:imagedata r:id="rId3548" o:title="eqId9403576d6ced1038f307e5fc607177c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418" type="#_x0000_t75" alt="学科网(www.zxxk.com)--教育资源门户，提供试卷、教案、课件、论文、素材以及各类教学资源下载，还有大量而丰富的教学相关资讯！" style="width:63pt;height:14.25pt" o:oleicon="f" o:ole="">
            <v:imagedata r:id="rId3549" o:title="eqId8f9abc7a34b31ea3c036d09b07a3f3e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设点</w:t>
      </w:r>
      <w:r>
        <w:rPr>
          <w:rFonts w:ascii="Times New Roman" w:eastAsia="Times New Roman" w:hAnsi="Times New Roman" w:cs="Times New Roman"/>
          <w:i/>
          <w:color w:val="000000"/>
        </w:rPr>
        <w:t>D</w:t>
      </w:r>
      <w:r>
        <w:rPr>
          <w:rFonts w:ascii="宋体" w:eastAsia="宋体" w:hAnsi="宋体" w:cs="宋体"/>
          <w:color w:val="000000"/>
        </w:rPr>
        <w:t>是数轴上表示的数为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w:t>
      </w:r>
      <w:r>
        <w:pict>
          <v:shape id="_x0000_i713419" type="#_x0000_t75" alt="学科网(www.zxxk.com)--教育资源门户，提供试卷、教案、课件、论文、素材以及各类教学资源下载，还有大量而丰富的教学相关资讯！" style="width:175.15pt;height:16.05pt" o:oleicon="f" o:ole="">
            <v:imagedata r:id="rId3550" o:title="eqId8746ad9ba26c4e39ff7b0b5038ea623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是数轴上点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6</w:t>
      </w:r>
      <w:r>
        <w:rPr>
          <w:rFonts w:ascii="宋体" w:eastAsia="宋体" w:hAnsi="宋体" w:cs="宋体"/>
          <w:color w:val="000000"/>
        </w:rPr>
        <w:t>和距离点”，</w:t>
      </w:r>
    </w:p>
    <w:p>
      <w:pPr>
        <w:spacing w:line="360" w:lineRule="auto"/>
        <w:jc w:val="left"/>
        <w:textAlignment w:val="center"/>
        <w:rPr>
          <w:color w:val="000000"/>
        </w:rPr>
      </w:pPr>
      <w:r>
        <w:rPr>
          <w:rFonts w:ascii="宋体" w:eastAsia="宋体" w:hAnsi="宋体" w:cs="宋体"/>
          <w:color w:val="000000"/>
        </w:rPr>
        <w:t>∴</w:t>
      </w:r>
      <w:r>
        <w:pict>
          <v:shape id="_x0000_i713420" type="#_x0000_t75" alt="学科网(www.zxxk.com)--教育资源门户，提供试卷、教案、课件、论文、素材以及各类教学资源下载，还有大量而丰富的教学相关资讯！" style="width:66pt;height:14.25pt" o:oleicon="f" o:ole="">
            <v:imagedata r:id="rId3551" o:title="eqId37110bcad0a85bb64116ca102be51d8a"/>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21" type="#_x0000_t75" alt="学科网(www.zxxk.com)--教育资源门户，提供试卷、教案、课件、论文、素材以及各类教学资源下载，还有大量而丰富的教学相关资讯！" style="width:92.1pt;height:16.05pt" o:oleicon="f" o:ole="">
            <v:imagedata r:id="rId3552" o:title="eqIdaad3bf9dee61cd2c6ecec49f0f68b5ba"/>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pict>
          <v:shape id="_x0000_i713422" type="#_x0000_t75" alt="学科网(www.zxxk.com)--教育资源门户，提供试卷、教案、课件、论文、素材以及各类教学资源下载，还有大量而丰富的教学相关资讯！" style="width:34pt;height:13.95pt" o:oleicon="f" o:ole="">
            <v:imagedata r:id="rId3553" o:title="eqId75e1512c67e2f7696e7558b43b954641"/>
          </v:shape>
        </w:pict>
      </w:r>
      <w:r>
        <w:rPr>
          <w:rFonts w:ascii="宋体" w:eastAsia="宋体" w:hAnsi="宋体" w:cs="宋体"/>
          <w:color w:val="000000"/>
        </w:rPr>
        <w:t>时，化简得：</w:t>
      </w:r>
      <w:r>
        <w:pict>
          <v:shape id="_x0000_i713423" type="#_x0000_t75" alt="学科网(www.zxxk.com)--教育资源门户，提供试卷、教案、课件、论文、素材以及各类教学资源下载，还有大量而丰富的教学相关资讯！" style="width:86.05pt;height:16.05pt" o:oleicon="f" o:ole="">
            <v:imagedata r:id="rId3554" o:title="eqId22285c65a17520920278d405aa40b28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3424" type="#_x0000_t75" alt="学科网(www.zxxk.com)--教育资源门户，提供试卷、教案、课件、论文、素材以及各类教学资源下载，还有大量而丰富的教学相关资讯！" style="width:34.35pt;height:13.65pt" o:oleicon="f" o:ole="">
            <v:imagedata r:id="rId3555" o:title="eqIdbaf2917e77945b30da7be9b48b0b317a"/>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pict>
          <v:shape id="_x0000_i713425" type="#_x0000_t75" alt="学科网(www.zxxk.com)--教育资源门户，提供试卷、教案、课件、论文、素材以及各类教学资源下载，还有大量而丰富的教学相关资讯！" style="width:52pt;height:13.95pt" o:oleicon="f" o:ole="">
            <v:imagedata r:id="rId3556" o:title="eqIda3f15586e5089aea9aad6dfe0ee9fc4f"/>
          </v:shape>
        </w:pict>
      </w:r>
      <w:r>
        <w:rPr>
          <w:rFonts w:ascii="宋体" w:eastAsia="宋体" w:hAnsi="宋体" w:cs="宋体"/>
          <w:color w:val="000000"/>
        </w:rPr>
        <w:t>时，化简得：</w:t>
      </w:r>
      <w:r>
        <w:pict>
          <v:shape id="_x0000_i713426" type="#_x0000_t75" alt="学科网(www.zxxk.com)--教育资源门户，提供试卷、教案、课件、论文、素材以及各类教学资源下载，还有大量而丰富的教学相关资讯！" style="width:77pt;height:14.05pt" o:oleicon="f" o:ole="">
            <v:imagedata r:id="rId3557" o:title="eqIdd28c897059c71ef170d3780fdd273f25"/>
          </v:shape>
        </w:pict>
      </w:r>
      <w:r>
        <w:rPr>
          <w:rFonts w:ascii="宋体" w:eastAsia="宋体" w:hAnsi="宋体" w:cs="宋体"/>
          <w:color w:val="000000"/>
        </w:rPr>
        <w:t>，无解，</w:t>
      </w:r>
    </w:p>
    <w:p>
      <w:pPr>
        <w:spacing w:line="360" w:lineRule="auto"/>
        <w:jc w:val="both"/>
        <w:textAlignment w:val="center"/>
        <w:rPr>
          <w:color w:val="000000"/>
        </w:rPr>
      </w:pPr>
      <w:r>
        <w:rPr>
          <w:rFonts w:ascii="宋体" w:eastAsia="宋体" w:hAnsi="宋体" w:cs="宋体"/>
          <w:color w:val="000000"/>
        </w:rPr>
        <w:t>当</w:t>
      </w:r>
      <w:r>
        <w:pict>
          <v:shape id="_x0000_i713427" type="#_x0000_t75" alt="学科网(www.zxxk.com)--教育资源门户，提供试卷、教案、课件、论文、素材以及各类教学资源下载，还有大量而丰富的教学相关资讯！" style="width:27.75pt;height:14.25pt" o:oleicon="f" o:ole="">
            <v:imagedata r:id="rId3558" o:title="eqId0c0aa2ef928b6e3341d0a0dc6d8055b9"/>
          </v:shape>
        </w:pict>
      </w:r>
      <w:r>
        <w:rPr>
          <w:rFonts w:ascii="宋体" w:eastAsia="宋体" w:hAnsi="宋体" w:cs="宋体"/>
          <w:color w:val="000000"/>
        </w:rPr>
        <w:t>时，化简得：</w:t>
      </w:r>
      <w:r>
        <w:pict>
          <v:shape id="_x0000_i713428" type="#_x0000_t75" alt="学科网(www.zxxk.com)--教育资源门户，提供试卷、教案、课件、论文、素材以及各类教学资源下载，还有大量而丰富的教学相关资讯！" style="width:77pt;height:14.05pt" o:oleicon="f" o:ole="">
            <v:imagedata r:id="rId3559" o:title="eqId294602cd4fbf64510ff6a5b788e7af98"/>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13429" type="#_x0000_t75" alt="学科网(www.zxxk.com)--教育资源门户，提供试卷、教案、课件、论文、素材以及各类教学资源下载，还有大量而丰富的教学相关资讯！" style="width:24.75pt;height:12.75pt" o:oleicon="f" o:ole="">
            <v:imagedata r:id="rId3560" o:title="eqIdf23d29646155e27b172ecdf263e2d702"/>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综上，点</w:t>
      </w:r>
      <w:r>
        <w:rPr>
          <w:rFonts w:ascii="Times New Roman" w:eastAsia="Times New Roman" w:hAnsi="Times New Roman" w:cs="Times New Roman"/>
          <w:i/>
          <w:color w:val="000000"/>
        </w:rPr>
        <w:t>D</w:t>
      </w:r>
      <w:r>
        <w:rPr>
          <w:rFonts w:ascii="宋体" w:eastAsia="宋体" w:hAnsi="宋体" w:cs="宋体"/>
          <w:color w:val="000000"/>
        </w:rPr>
        <w:t>表示的数为</w:t>
      </w:r>
      <w:r>
        <w:pict>
          <v:shape id="_x0000_i713430" type="#_x0000_t75" alt="学科网(www.zxxk.com)--教育资源门户，提供试卷、教案、课件、论文、素材以及各类教学资源下载，还有大量而丰富的教学相关资讯！" style="width:15.75pt;height:14.25pt" o:oleicon="f" o:ole="">
            <v:imagedata r:id="rId3561"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pict>
          <v:shape id="_x0000_i713431" type="#_x0000_t75" alt="学科网(www.zxxk.com)--教育资源门户，提供试卷、教案、课件、论文、素材以及各类教学资源下载，还有大量而丰富的教学相关资讯！" style="width:15.75pt;height:14.25pt" o:oleicon="f" o:ole="">
            <v:imagedata r:id="rId3562"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both"/>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设点</w:t>
      </w:r>
      <w:r>
        <w:rPr>
          <w:rFonts w:ascii="Times New Roman" w:eastAsia="Times New Roman" w:hAnsi="Times New Roman" w:cs="Times New Roman"/>
          <w:i/>
          <w:color w:val="000000"/>
        </w:rPr>
        <w:t>E</w:t>
      </w:r>
      <w:r>
        <w:rPr>
          <w:rFonts w:ascii="宋体" w:eastAsia="宋体" w:hAnsi="宋体" w:cs="宋体"/>
          <w:color w:val="000000"/>
        </w:rPr>
        <w:t>表示的数为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①当点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左侧时，</w:t>
      </w:r>
    </w:p>
    <w:p>
      <w:pPr>
        <w:spacing w:line="360" w:lineRule="auto"/>
        <w:jc w:val="left"/>
        <w:textAlignment w:val="center"/>
        <w:rPr>
          <w:color w:val="000000"/>
        </w:rPr>
      </w:pPr>
      <w:r>
        <w:rPr>
          <w:rFonts w:ascii="宋体" w:eastAsia="宋体" w:hAnsi="宋体" w:cs="宋体"/>
          <w:color w:val="000000"/>
        </w:rPr>
        <w:t>不存在点</w:t>
      </w:r>
      <w:r>
        <w:rPr>
          <w:rFonts w:ascii="Times New Roman" w:eastAsia="Times New Roman" w:hAnsi="Times New Roman" w:cs="Times New Roman"/>
          <w:i/>
          <w:color w:val="000000"/>
        </w:rPr>
        <w:t>E</w:t>
      </w:r>
      <w:r>
        <w:rPr>
          <w:rFonts w:ascii="宋体" w:eastAsia="宋体" w:hAnsi="宋体" w:cs="宋体"/>
          <w:color w:val="000000"/>
        </w:rPr>
        <w:t>满足</w:t>
      </w:r>
      <w:r>
        <w:pict>
          <v:shape id="_x0000_i713432" type="#_x0000_t75" alt="学科网(www.zxxk.com)--教育资源门户，提供试卷、教案、课件、论文、素材以及各类教学资源下载，还有大量而丰富的教学相关资讯！" style="width:57pt;height:30.75pt" o:oleicon="f" o:ole="">
            <v:imagedata r:id="rId3563" o:title="eqId624fbf63819058f6a1d3d3379db9458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和点</w:t>
      </w:r>
      <w:r>
        <w:rPr>
          <w:rFonts w:ascii="Times New Roman" w:eastAsia="Times New Roman" w:hAnsi="Times New Roman" w:cs="Times New Roman"/>
          <w:i/>
          <w:color w:val="000000"/>
        </w:rPr>
        <w:t>A</w:t>
      </w:r>
      <w:r>
        <w:rPr>
          <w:rFonts w:ascii="宋体" w:eastAsia="宋体" w:hAnsi="宋体" w:cs="宋体"/>
          <w:color w:val="000000"/>
        </w:rPr>
        <w:t>之间时，</w:t>
      </w:r>
    </w:p>
    <w:p>
      <w:pPr>
        <w:spacing w:line="360" w:lineRule="auto"/>
        <w:jc w:val="left"/>
        <w:textAlignment w:val="center"/>
        <w:rPr>
          <w:color w:val="000000"/>
        </w:rPr>
      </w:pPr>
      <w:r>
        <w:rPr>
          <w:rFonts w:ascii="宋体" w:eastAsia="宋体" w:hAnsi="宋体" w:cs="宋体"/>
          <w:color w:val="000000"/>
        </w:rPr>
        <w:t>∵</w:t>
      </w:r>
      <w:r>
        <w:pict>
          <v:shape id="_x0000_i713433" type="#_x0000_t75" alt="学科网(www.zxxk.com)--教育资源门户，提供试卷、教案、课件、论文、素材以及各类教学资源下载，还有大量而丰富的教学相关资讯！" style="width:57pt;height:30.75pt" o:oleicon="f" o:ole="">
            <v:imagedata r:id="rId3564" o:title="eqId624fbf63819058f6a1d3d3379db9458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34" type="#_x0000_t75" alt="学科网(www.zxxk.com)--教育资源门户，提供试卷、教案、课件、论文、素材以及各类教学资源下载，还有大量而丰富的教学相关资讯！" style="width:79.05pt;height:31.15pt" o:oleicon="f" o:ole="">
            <v:imagedata r:id="rId3565" o:title="eqId6fed65b184ec238c9941f870481244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3435" type="#_x0000_t75" alt="学科网(www.zxxk.com)--教育资源门户，提供试卷、教案、课件、论文、素材以及各类教学资源下载，还有大量而丰富的教学相关资讯！" style="width:29pt;height:31.15pt" o:oleicon="f" o:ole="">
            <v:imagedata r:id="rId3566" o:title="eqId0dd82b5223c2a708c1729db2a375099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436" type="#_x0000_t75" alt="学科网(www.zxxk.com)--教育资源门户，提供试卷、教案、课件、论文、素材以及各类教学资源下载，还有大量而丰富的教学相关资讯！" style="width:91.1pt;height:31.15pt" o:oleicon="f" o:ole="">
            <v:imagedata r:id="rId3567" o:title="eqId5ba05f0b43ebefec6098ffc95102c8d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437" type="#_x0000_t75" alt="学科网(www.zxxk.com)--教育资源门户，提供试卷、教案、课件、论文、素材以及各类教学资源下载，还有大量而丰富的教学相关资讯！" style="width:73pt;height:31.15pt" o:oleicon="f" o:ole="">
            <v:imagedata r:id="rId3568" o:title="eqId8af86fe60e8ea9080c1bf086b8a35c8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③当点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右侧时，</w:t>
      </w:r>
    </w:p>
    <w:p>
      <w:pPr>
        <w:spacing w:line="360" w:lineRule="auto"/>
        <w:jc w:val="left"/>
        <w:textAlignment w:val="center"/>
        <w:rPr>
          <w:color w:val="000000"/>
        </w:rPr>
      </w:pPr>
      <w:r>
        <w:rPr>
          <w:rFonts w:ascii="宋体" w:eastAsia="宋体" w:hAnsi="宋体" w:cs="宋体"/>
          <w:color w:val="000000"/>
        </w:rPr>
        <w:t>∵</w:t>
      </w:r>
      <w:r>
        <w:pict>
          <v:shape id="_x0000_i713438" type="#_x0000_t75" alt="学科网(www.zxxk.com)--教育资源门户，提供试卷、教案、课件、论文、素材以及各类教学资源下载，还有大量而丰富的教学相关资讯！" style="width:57pt;height:30.75pt" o:oleicon="f" o:ole="">
            <v:imagedata r:id="rId3569" o:title="eqId624fbf63819058f6a1d3d3379db9458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39" type="#_x0000_t75" alt="学科网(www.zxxk.com)--教育资源门户，提供试卷、教案、课件、论文、素材以及各类教学资源下载，还有大量而丰富的教学相关资讯！" style="width:75pt;height:31.15pt" o:oleicon="f" o:ole="">
            <v:imagedata r:id="rId3570" o:title="eqId637d941cf15c174c8d216136c5c0591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3440" type="#_x0000_t75" alt="学科网(www.zxxk.com)--教育资源门户，提供试卷、教案、课件、论文、素材以及各类教学资源下载，还有大量而丰富的教学相关资讯！" style="width:27.75pt;height:14.25pt" o:oleicon="f" o:ole="">
            <v:imagedata r:id="rId3571" o:title="eqId9f34365e5040ce6944115c8da61bf110"/>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41" type="#_x0000_t75" alt="学科网(www.zxxk.com)--教育资源门户，提供试卷、教案、课件、论文、素材以及各类教学资源下载，还有大量而丰富的教学相关资讯！" style="width:80.05pt;height:16.05pt" o:oleicon="f" o:ole="">
            <v:imagedata r:id="rId3572" o:title="eqId4abf0ea108832ae5fbc6581def72e591"/>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42" type="#_x0000_t75" alt="学科网(www.zxxk.com)--教育资源门户，提供试卷、教案、课件、论文、素材以及各类教学资源下载，还有大量而丰富的教学相关资讯！" style="width:74pt;height:14.05pt" o:oleicon="f" o:ole="">
            <v:imagedata r:id="rId3573" o:title="eqId00dc13a186042b5ddc7b476d6ec68b9d"/>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w:t>
      </w:r>
      <w:r>
        <w:pict>
          <v:shape id="_x0000_i713443" type="#_x0000_t75" alt="学科网(www.zxxk.com)--教育资源门户，提供试卷、教案、课件、论文、素材以及各类教学资源下载，还有大量而丰富的教学相关资讯！" style="width:30.05pt;height:14.15pt" o:oleicon="f" o:ole="">
            <v:imagedata r:id="rId3574" o:title="eqId6c7a1d739890a8951586e23b78b035bc"/>
          </v:shape>
        </w:pict>
      </w:r>
      <w:r>
        <w:rPr>
          <w:rFonts w:ascii="宋体" w:eastAsia="宋体" w:hAnsi="宋体" w:cs="宋体"/>
          <w:color w:val="000000"/>
        </w:rPr>
        <w:t>或</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本题考查了数轴，一元一次方程的应用，解题的关键是掌握“</w:t>
      </w:r>
      <w:r>
        <w:pict>
          <v:shape id="_x0000_i713444" type="#_x0000_t75" alt="学科网(www.zxxk.com)--教育资源门户，提供试卷、教案、课件、论文、素材以及各类教学资源下载，还有大量而丰富的教学相关资讯！" style="width:12.75pt;height:11.25pt" o:oleicon="f" o:ole="">
            <v:imagedata r:id="rId3575" o:title="eqId294f5ba74cdf695fc9a8a8e52f421328"/>
          </v:shape>
        </w:pict>
      </w:r>
      <w:r>
        <w:rPr>
          <w:rFonts w:ascii="宋体" w:eastAsia="宋体" w:hAnsi="宋体" w:cs="宋体"/>
          <w:color w:val="000000"/>
        </w:rPr>
        <w:t>和距离点”的概念和运算法则，找出题中的等量关系，运用分类讨论思想列出方程并解答．</w:t>
      </w:r>
    </w:p>
    <w:p>
      <w:pPr>
        <w:pStyle w:val="Heading2"/>
      </w:pPr>
      <w:r>
        <w:t>怀柔区</w:t>
      </w:r>
    </w:p>
    <w:p>
      <w:pPr>
        <w:spacing w:line="360" w:lineRule="auto"/>
        <w:jc w:val="both"/>
        <w:textAlignment w:val="center"/>
        <w:rPr>
          <w:color w:val="000000"/>
        </w:rPr>
      </w:pPr>
      <w:r>
        <w:rPr>
          <w:color w:val="000000"/>
        </w:rPr>
        <w:t xml:space="preserve">26. </w:t>
      </w:r>
      <w:r>
        <w:rPr>
          <w:rFonts w:ascii="宋体" w:eastAsia="宋体" w:hAnsi="宋体" w:cs="宋体"/>
          <w:color w:val="000000"/>
        </w:rPr>
        <w:t>阅读下面材料并回答问题：</w:t>
      </w:r>
    </w:p>
    <w:p>
      <w:pPr>
        <w:spacing w:line="360" w:lineRule="auto"/>
        <w:jc w:val="both"/>
        <w:textAlignment w:val="center"/>
        <w:rPr>
          <w:color w:val="000000"/>
        </w:rPr>
      </w:pPr>
      <w:r>
        <w:rPr>
          <w:rFonts w:ascii="宋体" w:eastAsia="宋体" w:hAnsi="宋体" w:cs="宋体"/>
          <w:color w:val="000000"/>
        </w:rPr>
        <w:t>数学课上，老师给出了如下问题：如图</w:t>
      </w:r>
      <w:r>
        <w:pict>
          <v:shape id="_x0000_i713445" type="#_x0000_t75" alt="学科网(www.zxxk.com)--教育资源门户，提供试卷、教案、课件、论文、素材以及各类教学资源下载，还有大量而丰富的教学相关资讯！" style="width:69.25pt;height:14.3pt" o:oleicon="f" o:ole="">
            <v:imagedata r:id="rId3576" o:title="eqId59e35cf8256272c26989676e3d8b5b8f"/>
          </v:shape>
        </w:pict>
      </w:r>
      <w:r>
        <w:rPr>
          <w:rFonts w:ascii="宋体" w:eastAsia="宋体" w:hAnsi="宋体" w:cs="宋体"/>
          <w:color w:val="000000"/>
        </w:rPr>
        <w:t>，</w:t>
      </w:r>
      <w:r>
        <w:pict>
          <v:shape id="_x0000_i713446" type="#_x0000_t75" alt="学科网(www.zxxk.com)--教育资源门户，提供试卷、教案、课件、论文、素材以及各类教学资源下载，还有大量而丰富的教学相关资讯！" style="width:18.85pt;height:14pt" o:oleicon="f" o:ole="">
            <v:imagedata r:id="rId3577" o:title="eqIdef4113c492885ba7c47fe42ac792578f"/>
          </v:shape>
        </w:pict>
      </w:r>
      <w:r>
        <w:rPr>
          <w:rFonts w:ascii="宋体" w:eastAsia="宋体" w:hAnsi="宋体" w:cs="宋体"/>
          <w:color w:val="000000"/>
        </w:rPr>
        <w:t>平分</w:t>
      </w:r>
      <w:r>
        <w:pict>
          <v:shape id="_x0000_i713447" type="#_x0000_t75" alt="学科网(www.zxxk.com)--教育资源门户，提供试卷、教案、课件、论文、素材以及各类教学资源下载，还有大量而丰富的教学相关资讯！" style="width:40.8pt;height:13.8pt" o:oleicon="f" o:ole="">
            <v:imagedata r:id="rId3578" o:title="eqId27935c1ef4df2d52ac697678a3c8f39d"/>
          </v:shape>
        </w:pict>
      </w:r>
      <w:r>
        <w:rPr>
          <w:rFonts w:ascii="宋体" w:eastAsia="宋体" w:hAnsi="宋体" w:cs="宋体"/>
          <w:color w:val="000000"/>
        </w:rPr>
        <w:t>．若</w:t>
      </w:r>
      <w:r>
        <w:pict>
          <v:shape id="_x0000_i713448" type="#_x0000_t75" alt="学科网(www.zxxk.com)--教育资源门户，提供试卷、教案、课件、论文、素材以及各类教学资源下载，还有大量而丰富的教学相关资讯！" style="width:66pt;height:14.25pt" o:oleicon="f" o:ole="">
            <v:imagedata r:id="rId3579" o:title="eqId02a88b4abc550df428df7f8ecba215d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请你补全图形，并求</w:t>
      </w:r>
      <w:r>
        <w:pict>
          <v:shape id="_x0000_i713449" type="#_x0000_t75" alt="学科网(www.zxxk.com)--教育资源门户，提供试卷、教案、课件、论文、素材以及各类教学资源下载，还有大量而丰富的教学相关资讯！" style="width:39.75pt;height:14.25pt" o:oleicon="f" o:ole="">
            <v:imagedata r:id="rId3580" o:title="eqId6d7b2fe01a33c4825f9974ed9663a99c"/>
          </v:shape>
        </w:pict>
      </w:r>
      <w:r>
        <w:rPr>
          <w:rFonts w:ascii="宋体" w:eastAsia="宋体" w:hAnsi="宋体" w:cs="宋体"/>
          <w:color w:val="000000"/>
        </w:rPr>
        <w:t>的度数．</w:t>
      </w:r>
    </w:p>
    <w:p>
      <w:pPr>
        <w:spacing w:line="360" w:lineRule="auto"/>
        <w:jc w:val="both"/>
        <w:textAlignment w:val="center"/>
        <w:rPr>
          <w:color w:val="000000"/>
        </w:rPr>
      </w:pPr>
      <w:r>
        <w:rPr>
          <w:rFonts w:ascii="宋体" w:eastAsia="宋体" w:hAnsi="宋体" w:cs="宋体"/>
          <w:color w:val="000000"/>
        </w:rPr>
        <w:t>以下是甲同学的解答过程：</w:t>
      </w:r>
    </w:p>
    <w:p>
      <w:pPr>
        <w:spacing w:line="360" w:lineRule="auto"/>
        <w:jc w:val="both"/>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50" type="#_x0000_t75" alt="学科网(www.zxxk.com)--教育资源门户，提供试卷、教案、课件、论文、素材以及各类教学资源下载，还有大量而丰富的教学相关资讯！" style="width:18.85pt;height:14pt" o:oleicon="f" o:ole="">
            <v:imagedata r:id="rId3581" o:title="eqIdef4113c492885ba7c47fe42ac792578f"/>
          </v:shape>
        </w:pict>
      </w:r>
      <w:r>
        <w:rPr>
          <w:rFonts w:ascii="宋体" w:eastAsia="宋体" w:hAnsi="宋体" w:cs="宋体"/>
          <w:color w:val="000000"/>
        </w:rPr>
        <w:t>平分</w:t>
      </w:r>
      <w:r>
        <w:pict>
          <v:shape id="_x0000_i713451" type="#_x0000_t75" alt="学科网(www.zxxk.com)--教育资源门户，提供试卷、教案、课件、论文、素材以及各类教学资源下载，还有大量而丰富的教学相关资讯！" style="width:40.8pt;height:13.8pt" o:oleicon="f" o:ole="">
            <v:imagedata r:id="rId3582" o:title="eqId27935c1ef4df2d52ac697678a3c8f39d"/>
          </v:shape>
        </w:pict>
      </w:r>
      <w:r>
        <w:rPr>
          <w:rFonts w:ascii="宋体" w:eastAsia="宋体" w:hAnsi="宋体" w:cs="宋体"/>
          <w:color w:val="000000"/>
        </w:rPr>
        <w:t>，</w:t>
      </w:r>
      <w:r>
        <w:pict>
          <v:shape id="_x0000_i713452" type="#_x0000_t75" alt="学科网(www.zxxk.com)--教育资源门户，提供试卷、教案、课件、论文、素材以及各类教学资源下载，还有大量而丰富的教学相关资讯！" style="width:69.25pt;height:14.3pt" o:oleicon="f" o:ole="">
            <v:imagedata r:id="rId3583" o:title="eqId59e35cf8256272c26989676e3d8b5b8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53" type="#_x0000_t75" alt="学科网(www.zxxk.com)--教育资源门户，提供试卷、教案、课件、论文、素材以及各类教学资源下载，还有大量而丰富的教学相关资讯！" style="width:46.5pt;height:13.5pt" o:oleicon="f" o:ole="">
            <v:imagedata r:id="rId3584" o:title="eqId5a11c8e6f86cb04a3c98152bdafcea7e"/>
          </v:shape>
        </w:pict>
      </w:r>
      <w:r>
        <w:rPr>
          <w:rFonts w:ascii="Times New Roman" w:eastAsia="Times New Roman" w:hAnsi="Times New Roman" w:cs="Times New Roman"/>
          <w:color w:val="000000"/>
        </w:rPr>
        <w:t>____________</w:t>
      </w:r>
      <w:r>
        <w:pict>
          <v:shape id="_x0000_i713454" type="#_x0000_t75" alt="学科网(www.zxxk.com)--教育资源门户，提供试卷、教案、课件、论文、素材以及各类教学资源下载，还有大量而丰富的教学相关资讯！" style="width:50.25pt;height:14.25pt" o:oleicon="f" o:ole="">
            <v:imagedata r:id="rId3585" o:title="eqIdcecad6cdbd87811e90c95331da8a8eff"/>
          </v:shape>
        </w:pict>
      </w:r>
      <w:r>
        <w:rPr>
          <w:rFonts w:ascii="Times New Roman" w:eastAsia="Times New Roman" w:hAnsi="Times New Roman" w:cs="Times New Roman"/>
          <w:color w:val="000000"/>
        </w:rPr>
        <w:t>____________</w:t>
      </w:r>
      <w:r>
        <w:pict>
          <v:shape id="_x0000_i713455" type="#_x0000_t75" alt="学科网(www.zxxk.com)--教育资源门户，提供试卷、教案、课件、论文、素材以及各类教学资源下载，还有大量而丰富的教学相关资讯！" style="width:8.25pt;height:12pt;mso-position-horizontal-relative:page;mso-position-vertical-relative:page;mso-wrap-style:square" o:oleicon="f" o:ole="">
            <v:imagedata r:id="rId3586" o:title="eqId83873a9d782f2588c5eedbfe73f9bc2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56" type="#_x0000_t75" alt="学科网(www.zxxk.com)--教育资源门户，提供试卷、教案、课件、论文、素材以及各类教学资源下载，还有大量而丰富的教学相关资讯！" style="width:66pt;height:14.25pt" o:oleicon="f" o:ole="">
            <v:imagedata r:id="rId3587" o:title="eqId02a88b4abc550df428df7f8ecba215d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57" type="#_x0000_t75" alt="学科网(www.zxxk.com)--教育资源门户，提供试卷、教案、课件、论文、素材以及各类教学资源下载，还有大量而丰富的教学相关资讯！" style="width:46.2pt;height:13.8pt" o:oleicon="f" o:ole="">
            <v:imagedata r:id="rId3588" o:title="eqId5a2979f64c85f82d8975d73ee1c342de"/>
          </v:shape>
        </w:pict>
      </w:r>
      <w:r>
        <w:rPr>
          <w:rFonts w:ascii="Times New Roman" w:eastAsia="Times New Roman" w:hAnsi="Times New Roman" w:cs="Times New Roman"/>
          <w:color w:val="000000"/>
        </w:rPr>
        <w:t>____________</w:t>
      </w:r>
      <w:r>
        <w:pict>
          <v:shape id="_x0000_i713458" type="#_x0000_t75" alt="学科网(www.zxxk.com)--教育资源门户，提供试卷、教案、课件、论文、素材以及各类教学资源下载，还有大量而丰富的教学相关资讯！" style="width:8.25pt;height:12pt;mso-position-horizontal-relative:page;mso-position-vertical-relative:page;mso-wrap-style:square" o:oleicon="f" o:ole="">
            <v:imagedata r:id="rId3589" o:title="eqId83873a9d782f2588c5eedbfe73f9bc2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乙同学说：“我觉得这个题有两种情况，甲同学考虑的是</w:t>
      </w:r>
      <w:r>
        <w:pict>
          <v:shape id="_x0000_i713459" type="#_x0000_t75" alt="学科网(www.zxxk.com)--教育资源门户，提供试卷、教案、课件、论文、素材以及各类教学资源下载，还有大量而丰富的教学相关资讯！" style="width:17.25pt;height:12.75pt" o:oleicon="f" o:ole="">
            <v:imagedata r:id="rId3590" o:title="eqIdb90e0f35eda1a729fed485f83da5ea9d"/>
          </v:shape>
        </w:pict>
      </w:r>
      <w:r>
        <w:rPr>
          <w:rFonts w:ascii="宋体" w:eastAsia="宋体" w:hAnsi="宋体" w:cs="宋体"/>
          <w:color w:val="000000"/>
        </w:rPr>
        <w:t>在</w:t>
      </w:r>
      <w:r>
        <w:pict>
          <v:shape id="_x0000_i713460" type="#_x0000_t75" alt="学科网(www.zxxk.com)--教育资源门户，提供试卷、教案、课件、论文、素材以及各类教学资源下载，还有大量而丰富的教学相关资讯！" style="width:40.8pt;height:13.8pt" o:oleicon="f" o:ole="">
            <v:imagedata r:id="rId3591" o:title="eqId27935c1ef4df2d52ac697678a3c8f39d"/>
          </v:shape>
        </w:pict>
      </w:r>
      <w:r>
        <w:rPr>
          <w:rFonts w:ascii="宋体" w:eastAsia="宋体" w:hAnsi="宋体" w:cs="宋体"/>
          <w:color w:val="000000"/>
        </w:rPr>
        <w:t>外部的情况，事实上，</w:t>
      </w:r>
      <w:r>
        <w:pict>
          <v:shape id="_x0000_i713461" type="#_x0000_t75" alt="学科网(www.zxxk.com)--教育资源门户，提供试卷、教案、课件、论文、素材以及各类教学资源下载，还有大量而丰富的教学相关资讯！" style="width:17.25pt;height:12.75pt" o:oleicon="f" o:ole="">
            <v:imagedata r:id="rId3590" o:title="eqIdb90e0f35eda1a729fed485f83da5ea9d"/>
          </v:shape>
        </w:pict>
      </w:r>
      <w:r>
        <w:rPr>
          <w:rFonts w:ascii="宋体" w:eastAsia="宋体" w:hAnsi="宋体" w:cs="宋体"/>
          <w:color w:val="000000"/>
        </w:rPr>
        <w:t>还可能在</w:t>
      </w:r>
      <w:r>
        <w:pict>
          <v:shape id="_x0000_i713462" type="#_x0000_t75" alt="学科网(www.zxxk.com)--教育资源门户，提供试卷、教案、课件、论文、素材以及各类教学资源下载，还有大量而丰富的教学相关资讯！" style="width:40.8pt;height:13.8pt" o:oleicon="f" o:ole="">
            <v:imagedata r:id="rId3591" o:title="eqId27935c1ef4df2d52ac697678a3c8f39d"/>
          </v:shape>
        </w:pict>
      </w:r>
      <w:r>
        <w:rPr>
          <w:rFonts w:ascii="宋体" w:eastAsia="宋体" w:hAnsi="宋体" w:cs="宋体"/>
          <w:color w:val="000000"/>
        </w:rPr>
        <w:t>的内部”．</w:t>
      </w:r>
    </w:p>
    <w:p>
      <w:pPr>
        <w:spacing w:line="360" w:lineRule="auto"/>
        <w:jc w:val="both"/>
        <w:textAlignment w:val="center"/>
        <w:rPr>
          <w:color w:val="000000"/>
        </w:rPr>
      </w:pPr>
      <w:r>
        <w:rPr>
          <w:color w:val="000000"/>
        </w:rPr>
        <w:drawing>
          <wp:inline>
            <wp:extent cx="3333750" cy="3333750"/>
            <wp:docPr id="34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 name=""/>
                    <pic:cNvPicPr>
                      <a:picLocks noChangeAspect="1"/>
                    </pic:cNvPicPr>
                  </pic:nvPicPr>
                  <pic:blipFill>
                    <a:blip r:embed="rId3592"/>
                    <a:stretch>
                      <a:fillRect/>
                    </a:stretch>
                  </pic:blipFill>
                  <pic:spPr>
                    <a:xfrm>
                      <a:off x="0" y="0"/>
                      <a:ext cx="3333750" cy="33337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请完成以下问题：</w:t>
      </w:r>
    </w:p>
    <w:p>
      <w:pPr>
        <w:spacing w:line="360" w:lineRule="auto"/>
        <w:jc w:val="left"/>
        <w:textAlignment w:val="center"/>
        <w:rPr>
          <w:color w:val="000000"/>
        </w:rPr>
      </w:pPr>
      <w:r>
        <w:rPr>
          <w:color w:val="000000"/>
        </w:rPr>
        <w:t>（1）</w:t>
      </w:r>
      <w:r>
        <w:rPr>
          <w:rFonts w:ascii="宋体" w:eastAsia="宋体" w:hAnsi="宋体" w:cs="宋体"/>
          <w:color w:val="000000"/>
        </w:rPr>
        <w:t>请你将甲同学的解答过程补充完整；</w:t>
      </w:r>
    </w:p>
    <w:p>
      <w:pPr>
        <w:spacing w:line="360" w:lineRule="auto"/>
        <w:jc w:val="left"/>
        <w:textAlignment w:val="center"/>
        <w:rPr>
          <w:color w:val="000000"/>
        </w:rPr>
      </w:pPr>
      <w:r>
        <w:rPr>
          <w:color w:val="000000"/>
        </w:rPr>
        <w:t>（2）</w:t>
      </w:r>
      <w:r>
        <w:rPr>
          <w:rFonts w:ascii="宋体" w:eastAsia="宋体" w:hAnsi="宋体" w:cs="宋体"/>
          <w:color w:val="000000"/>
        </w:rPr>
        <w:t>判断乙同学的说法是否正确，若正确，请你在图</w:t>
      </w:r>
      <w:r>
        <w:rPr>
          <w:rFonts w:ascii="Times New Roman" w:eastAsia="Times New Roman" w:hAnsi="Times New Roman" w:cs="Times New Roman"/>
          <w:color w:val="000000"/>
        </w:rPr>
        <w:t>2</w:t>
      </w:r>
      <w:r>
        <w:rPr>
          <w:rFonts w:ascii="宋体" w:eastAsia="宋体" w:hAnsi="宋体" w:cs="宋体"/>
          <w:color w:val="000000"/>
        </w:rPr>
        <w:t>中画出另一种情况对应的图形，并写出解答过程；若不正确，说明理由；</w:t>
      </w:r>
    </w:p>
    <w:p>
      <w:pPr>
        <w:spacing w:line="360" w:lineRule="auto"/>
        <w:jc w:val="left"/>
        <w:textAlignment w:val="center"/>
        <w:rPr>
          <w:color w:val="000000"/>
        </w:rPr>
      </w:pPr>
      <w:r>
        <w:rPr>
          <w:color w:val="000000"/>
        </w:rPr>
        <w:t>（3）</w:t>
      </w:r>
      <w:r>
        <w:rPr>
          <w:rFonts w:ascii="宋体" w:eastAsia="宋体" w:hAnsi="宋体" w:cs="宋体"/>
          <w:color w:val="000000"/>
        </w:rPr>
        <w:t>若将题目</w:t>
      </w:r>
      <w:r>
        <w:pict>
          <v:shape id="_x0000_i713463" type="#_x0000_t75" alt="学科网(www.zxxk.com)--教育资源门户，提供试卷、教案、课件、论文、素材以及各类教学资源下载，还有大量而丰富的教学相关资讯！" style="width:69.25pt;height:14.3pt" o:oleicon="f" o:ole="">
            <v:imagedata r:id="rId3594" o:title="eqId59e35cf8256272c26989676e3d8b5b8f"/>
          </v:shape>
        </w:pict>
      </w:r>
      <w:r>
        <w:rPr>
          <w:rFonts w:ascii="宋体" w:eastAsia="宋体" w:hAnsi="宋体" w:cs="宋体"/>
          <w:color w:val="000000"/>
        </w:rPr>
        <w:t>改成</w:t>
      </w:r>
      <w:r>
        <w:pict>
          <v:shape id="_x0000_i713464" type="#_x0000_t75" alt="学科网(www.zxxk.com)--教育资源门户，提供试卷、教案、课件、论文、素材以及各类教学资源下载，还有大量而丰富的教学相关资讯！" style="width:133.5pt;height:19.5pt" o:oleicon="f" o:ole="">
            <v:imagedata r:id="rId3595" o:title="eqIdc6d39cbb8d8cd1b9cce1fa56f0ebcc3a"/>
          </v:shape>
        </w:pict>
      </w:r>
      <w:r>
        <w:rPr>
          <w:rFonts w:ascii="宋体" w:eastAsia="宋体" w:hAnsi="宋体" w:cs="宋体"/>
          <w:color w:val="000000"/>
        </w:rPr>
        <w:t>，</w:t>
      </w:r>
      <w:r>
        <w:pict>
          <v:shape id="_x0000_i713465" type="#_x0000_t75" alt="学科网(www.zxxk.com)--教育资源门户，提供试卷、教案、课件、论文、素材以及各类教学资源下载，还有大量而丰富的教学相关资讯！" style="width:18.85pt;height:14pt" o:oleicon="f" o:ole="">
            <v:imagedata r:id="rId3596" o:title="eqIdef4113c492885ba7c47fe42ac792578f"/>
          </v:shape>
        </w:pict>
      </w:r>
      <w:r>
        <w:rPr>
          <w:rFonts w:ascii="宋体" w:eastAsia="宋体" w:hAnsi="宋体" w:cs="宋体"/>
          <w:color w:val="000000"/>
        </w:rPr>
        <w:t>平分</w:t>
      </w:r>
      <w:r>
        <w:pict>
          <v:shape id="_x0000_i713466" type="#_x0000_t75" alt="学科网(www.zxxk.com)--教育资源门户，提供试卷、教案、课件、论文、素材以及各类教学资源下载，还有大量而丰富的教学相关资讯！" style="width:40.8pt;height:13.8pt" o:oleicon="f" o:ole="">
            <v:imagedata r:id="rId3597" o:title="eqId27935c1ef4df2d52ac697678a3c8f39d"/>
          </v:shape>
        </w:pict>
      </w:r>
      <w:r>
        <w:rPr>
          <w:rFonts w:ascii="宋体" w:eastAsia="宋体" w:hAnsi="宋体" w:cs="宋体"/>
          <w:color w:val="000000"/>
        </w:rPr>
        <w:t>．若将</w:t>
      </w:r>
      <w:r>
        <w:pict>
          <v:shape id="_x0000_i713467" type="#_x0000_t75" alt="学科网(www.zxxk.com)--教育资源门户，提供试卷、教案、课件、论文、素材以及各类教学资源下载，还有大量而丰富的教学相关资讯！" style="width:66pt;height:14.25pt" o:oleicon="f" o:ole="">
            <v:imagedata r:id="rId3598" o:title="eqId02a88b4abc550df428df7f8ecba215d7"/>
          </v:shape>
        </w:pict>
      </w:r>
      <w:r>
        <w:rPr>
          <w:rFonts w:ascii="宋体" w:eastAsia="宋体" w:hAnsi="宋体" w:cs="宋体"/>
          <w:color w:val="000000"/>
        </w:rPr>
        <w:t>改成</w:t>
      </w:r>
      <w:r>
        <w:pict>
          <v:shape id="_x0000_i713468" type="#_x0000_t75" alt="学科网(www.zxxk.com)--教育资源门户，提供试卷、教案、课件、论文、素材以及各类教学资源下载，还有大量而丰富的教学相关资讯！" style="width:88.5pt;height:13.5pt" o:oleicon="f" o:ole="">
            <v:imagedata r:id="rId3599" o:title="eqId10664db62137da518c360f53dbe1f663"/>
          </v:shape>
        </w:pict>
      </w:r>
      <w:r>
        <w:rPr>
          <w:rFonts w:ascii="宋体" w:eastAsia="宋体" w:hAnsi="宋体" w:cs="宋体"/>
          <w:color w:val="000000"/>
        </w:rPr>
        <w:t>，请直接写出</w:t>
      </w:r>
      <w:r>
        <w:pict>
          <v:shape id="_x0000_i713469" type="#_x0000_t75" alt="学科网(www.zxxk.com)--教育资源门户，提供试卷、教案、课件、论文、素材以及各类教学资源下载，还有大量而丰富的教学相关资讯！" style="width:39.75pt;height:14.25pt" o:oleicon="f" o:ole="">
            <v:imagedata r:id="rId3600" o:title="eqId6d7b2fe01a33c4825f9974ed9663a99c"/>
          </v:shape>
        </w:pict>
      </w:r>
      <w:r>
        <w:rPr>
          <w:rFonts w:ascii="宋体" w:eastAsia="宋体" w:hAnsi="宋体" w:cs="宋体"/>
          <w:color w:val="000000"/>
          <w:position w:val="0"/>
        </w:rPr>
        <w:drawing>
          <wp:inline>
            <wp:extent cx="133350" cy="177800"/>
            <wp:docPr id="34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 name=""/>
                    <pic:cNvPicPr>
                      <a:picLocks noChangeAspect="1"/>
                    </pic:cNvPicPr>
                  </pic:nvPicPr>
                  <pic:blipFill>
                    <a:blip r:embed="rId359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度数．</w:t>
      </w:r>
    </w:p>
    <w:p>
      <w:pPr>
        <w:spacing w:line="360" w:lineRule="auto"/>
        <w:textAlignment w:val="center"/>
        <w:rPr>
          <w:color w:val="000000"/>
        </w:rPr>
      </w:pPr>
      <w:r>
        <w:rPr>
          <w:color w:val="2E75B6"/>
        </w:rPr>
        <w:t>【答案】</w:t>
      </w:r>
      <w:r>
        <w:rPr>
          <w:color w:val="000000"/>
        </w:rPr>
        <w:t>（1）</w:t>
      </w:r>
      <w:r>
        <w:pict>
          <v:shape id="_x0000_i713470" type="#_x0000_t75" alt="学科网(www.zxxk.com)--教育资源门户，提供试卷、教案、课件、论文、素材以及各类教学资源下载，还有大量而丰富的教学相关资讯！" style="width:195pt;height:30.75pt" o:oleicon="f" o:ole="">
            <v:imagedata r:id="rId3601" o:title="eqId98061ff91e93471ae3a90ee933b72a74"/>
          </v:shape>
        </w:pi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正确，图见解析，过程见解析</w:t>
      </w:r>
      <w:r>
        <w:rPr>
          <w:color w:val="000000"/>
        </w:rPr>
        <w:t xml:space="preserve">    </w:t>
      </w:r>
    </w:p>
    <w:p>
      <w:pPr>
        <w:spacing w:line="360" w:lineRule="auto"/>
        <w:textAlignment w:val="center"/>
        <w:rPr>
          <w:color w:val="000000"/>
        </w:rPr>
      </w:pPr>
      <w:r>
        <w:rPr>
          <w:color w:val="000000"/>
        </w:rPr>
        <w:t>（3）</w:t>
      </w:r>
      <w:r>
        <w:pict>
          <v:shape id="_x0000_i713471" type="#_x0000_t75" alt="学科网(www.zxxk.com)--教育资源门户，提供试卷、教案、课件、论文、素材以及各类教学资源下载，还有大量而丰富的教学相关资讯！" style="width:101.25pt;height:30.75pt" o:oleicon="f" o:ole="">
            <v:imagedata r:id="rId3602" o:title="eqId337e06e9a273040db55d296123e90d67"/>
          </v:shape>
        </w:pict>
      </w:r>
      <w:r>
        <w:rPr>
          <w:rFonts w:ascii="宋体" w:eastAsia="宋体" w:hAnsi="宋体" w:cs="宋体"/>
          <w:color w:val="000000"/>
        </w:rPr>
        <w:t>或</w:t>
      </w:r>
      <w:r>
        <w:pict>
          <v:shape id="_x0000_i713472" type="#_x0000_t75" alt="学科网(www.zxxk.com)--教育资源门户，提供试卷、教案、课件、论文、素材以及各类教学资源下载，还有大量而丰富的教学相关资讯！" style="width:53.25pt;height:30.75pt" o:oleicon="f" o:ole="">
            <v:imagedata r:id="rId3603" o:title="eqId51333c57f29c8ea2f26d3b0d6d34aa5f"/>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）根据角平分线平分角，得到</w:t>
      </w:r>
      <w:r>
        <w:pict>
          <v:shape id="_x0000_i713473" type="#_x0000_t75" alt="学科网(www.zxxk.com)--教育资源门户，提供试卷、教案、课件、论文、素材以及各类教学资源下载，还有大量而丰富的教学相关资讯！" style="width:123.75pt;height:30.75pt" o:oleicon="f" o:ole="">
            <v:imagedata r:id="rId3604" o:title="eqId6d3f8a301b2047eaeafb5411ff5579b8"/>
          </v:shape>
        </w:pict>
      </w:r>
      <w:r>
        <w:rPr>
          <w:rFonts w:ascii="宋体" w:eastAsia="宋体" w:hAnsi="宋体" w:cs="宋体"/>
          <w:color w:val="000000"/>
        </w:rPr>
        <w:t>，再利用</w:t>
      </w:r>
      <w:r>
        <w:pict>
          <v:shape id="_x0000_i713474" type="#_x0000_t75" alt="学科网(www.zxxk.com)--教育资源门户，提供试卷、教案、课件、论文、素材以及各类教学资源下载，还有大量而丰富的教学相关资讯！" style="width:125.25pt;height:14.25pt" o:oleicon="f" o:ole="">
            <v:imagedata r:id="rId3605" o:title="eqId86781ff4fc6d90afb1fed2d92e4f44c1"/>
          </v:shape>
        </w:pict>
      </w:r>
      <w:r>
        <w:rPr>
          <w:rFonts w:ascii="宋体" w:eastAsia="宋体" w:hAnsi="宋体" w:cs="宋体"/>
          <w:color w:val="000000"/>
        </w:rPr>
        <w:t>进行计算即可；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）根据乙同学的描述，画出对应图形，利用</w:t>
      </w:r>
      <w:r>
        <w:pict>
          <v:shape id="_x0000_i713475" type="#_x0000_t75" alt="学科网(www.zxxk.com)--教育资源门户，提供试卷、教案、课件、论文、素材以及各类教学资源下载，还有大量而丰富的教学相关资讯！" style="width:125.25pt;height:14.25pt" o:oleicon="f" o:ole="">
            <v:imagedata r:id="rId3606" o:title="eqId00be0dd20dd92646c9d7d275cbedcc50"/>
          </v:shape>
        </w:pict>
      </w:r>
      <w:r>
        <w:rPr>
          <w:rFonts w:ascii="宋体" w:eastAsia="宋体" w:hAnsi="宋体" w:cs="宋体"/>
          <w:color w:val="000000"/>
        </w:rPr>
        <w:t>进行计算即可；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）的方法，直接写出</w:t>
      </w:r>
      <w:r>
        <w:pict>
          <v:shape id="_x0000_i713476" type="#_x0000_t75" alt="学科网(www.zxxk.com)--教育资源门户，提供试卷、教案、课件、论文、素材以及各类教学资源下载，还有大量而丰富的教学相关资讯！" style="width:39.75pt;height:14.25pt" o:oleicon="f" o:ole="">
            <v:imagedata r:id="rId3607" o:title="eqId6d7b2fe01a33c4825f9974ed9663a99c"/>
          </v:shape>
        </w:pict>
      </w:r>
      <w:r>
        <w:rPr>
          <w:rFonts w:ascii="宋体" w:eastAsia="宋体" w:hAnsi="宋体" w:cs="宋体"/>
          <w:color w:val="000000"/>
        </w:rPr>
        <w:t>的度数即可．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77" type="#_x0000_t75" alt="学科网(www.zxxk.com)--教育资源门户，提供试卷、教案、课件、论文、素材以及各类教学资源下载，还有大量而丰富的教学相关资讯！" style="width:18.85pt;height:14pt" o:oleicon="f" o:ole="">
            <v:imagedata r:id="rId3608" o:title="eqIdef4113c492885ba7c47fe42ac792578f"/>
          </v:shape>
        </w:pict>
      </w:r>
      <w:r>
        <w:rPr>
          <w:rFonts w:ascii="宋体" w:eastAsia="宋体" w:hAnsi="宋体" w:cs="宋体"/>
          <w:color w:val="000000"/>
        </w:rPr>
        <w:t>平分</w:t>
      </w:r>
      <w:r>
        <w:pict>
          <v:shape id="_x0000_i713478" type="#_x0000_t75" alt="学科网(www.zxxk.com)--教育资源门户，提供试卷、教案、课件、论文、素材以及各类教学资源下载，还有大量而丰富的教学相关资讯！" style="width:40.8pt;height:13.8pt" o:oleicon="f" o:ole="">
            <v:imagedata r:id="rId3609" o:title="eqId27935c1ef4df2d52ac697678a3c8f39d"/>
          </v:shape>
        </w:pict>
      </w:r>
      <w:r>
        <w:rPr>
          <w:rFonts w:ascii="宋体" w:eastAsia="宋体" w:hAnsi="宋体" w:cs="宋体"/>
          <w:color w:val="000000"/>
        </w:rPr>
        <w:t>，</w:t>
      </w:r>
      <w:r>
        <w:pict>
          <v:shape id="_x0000_i713479" type="#_x0000_t75" alt="学科网(www.zxxk.com)--教育资源门户，提供试卷、教案、课件、论文、素材以及各类教学资源下载，还有大量而丰富的教学相关资讯！" style="width:69.25pt;height:14.3pt" o:oleicon="f" o:ole="">
            <v:imagedata r:id="rId3610" o:title="eqId59e35cf8256272c26989676e3d8b5b8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80" type="#_x0000_t75" alt="学科网(www.zxxk.com)--教育资源门户，提供试卷、教案、课件、论文、素材以及各类教学资源下载，还有大量而丰富的教学相关资讯！" style="width:123.75pt;height:30.75pt" o:oleicon="f" o:ole="">
            <v:imagedata r:id="rId3611" o:title="eqId6d3f8a301b2047eaeafb5411ff5579b8"/>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81" type="#_x0000_t75" alt="学科网(www.zxxk.com)--教育资源门户，提供试卷、教案、课件、论文、素材以及各类教学资源下载，还有大量而丰富的教学相关资讯！" style="width:66pt;height:14.25pt" o:oleicon="f" o:ole="">
            <v:imagedata r:id="rId3612" o:title="eqId02a88b4abc550df428df7f8ecba215d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82" type="#_x0000_t75" alt="学科网(www.zxxk.com)--教育资源门户，提供试卷、教案、课件、论文、素材以及各类教学资源下载，还有大量而丰富的教学相关资讯！" style="width:210pt;height:14.25pt" o:oleicon="f" o:ole="">
            <v:imagedata r:id="rId3613" o:title="eqId5f83bc789512a3bec1330e565a57de0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pict>
          <v:shape id="_x0000_i713483" type="#_x0000_t75" alt="学科网(www.zxxk.com)--教育资源门户，提供试卷、教案、课件、论文、素材以及各类教学资源下载，还有大量而丰富的教学相关资讯！" style="width:195pt;height:30.75pt" o:oleicon="f" o:ole="">
            <v:imagedata r:id="rId3614" o:title="eqId98061ff91e93471ae3a90ee933b72a74"/>
          </v:shape>
        </w:pi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解：乙同学的说法正确，如图所示：</w:t>
      </w:r>
    </w:p>
    <w:p>
      <w:pPr>
        <w:spacing w:line="360" w:lineRule="auto"/>
        <w:jc w:val="left"/>
        <w:textAlignment w:val="center"/>
        <w:rPr>
          <w:color w:val="000000"/>
        </w:rPr>
      </w:pPr>
      <w:r>
        <w:rPr>
          <w:color w:val="000000"/>
        </w:rPr>
        <w:drawing>
          <wp:inline>
            <wp:extent cx="1419225" cy="1428750"/>
            <wp:docPr id="34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 name=""/>
                    <pic:cNvPicPr>
                      <a:picLocks noChangeAspect="1"/>
                    </pic:cNvPicPr>
                  </pic:nvPicPr>
                  <pic:blipFill>
                    <a:blip r:embed="rId3615"/>
                    <a:stretch>
                      <a:fillRect/>
                    </a:stretch>
                  </pic:blipFill>
                  <pic:spPr>
                    <a:xfrm>
                      <a:off x="0" y="0"/>
                      <a:ext cx="1419225" cy="14287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w:t>
      </w:r>
      <w:r>
        <w:pict>
          <v:shape id="_x0000_i713484" type="#_x0000_t75" alt="学科网(www.zxxk.com)--教育资源门户，提供试卷、教案、课件、论文、素材以及各类教学资源下载，还有大量而丰富的教学相关资讯！" style="width:18.85pt;height:14pt" o:oleicon="f" o:ole="">
            <v:imagedata r:id="rId3616" o:title="eqIdef4113c492885ba7c47fe42ac792578f"/>
          </v:shape>
        </w:pict>
      </w:r>
      <w:r>
        <w:rPr>
          <w:rFonts w:ascii="宋体" w:eastAsia="宋体" w:hAnsi="宋体" w:cs="宋体"/>
          <w:color w:val="000000"/>
        </w:rPr>
        <w:t>平分</w:t>
      </w:r>
      <w:r>
        <w:pict>
          <v:shape id="_x0000_i713485" type="#_x0000_t75" alt="学科网(www.zxxk.com)--教育资源门户，提供试卷、教案、课件、论文、素材以及各类教学资源下载，还有大量而丰富的教学相关资讯！" style="width:40.8pt;height:13.8pt" o:oleicon="f" o:ole="">
            <v:imagedata r:id="rId3617" o:title="eqId27935c1ef4df2d52ac697678a3c8f39d"/>
          </v:shape>
        </w:pict>
      </w:r>
      <w:r>
        <w:rPr>
          <w:rFonts w:ascii="宋体" w:eastAsia="宋体" w:hAnsi="宋体" w:cs="宋体"/>
          <w:color w:val="000000"/>
        </w:rPr>
        <w:t>，</w:t>
      </w:r>
      <w:r>
        <w:pict>
          <v:shape id="_x0000_i713486" type="#_x0000_t75" alt="学科网(www.zxxk.com)--教育资源门户，提供试卷、教案、课件、论文、素材以及各类教学资源下载，还有大量而丰富的教学相关资讯！" style="width:69.25pt;height:14.3pt" o:oleicon="f" o:ole="">
            <v:imagedata r:id="rId3618" o:title="eqId59e35cf8256272c26989676e3d8b5b8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87" type="#_x0000_t75" alt="学科网(www.zxxk.com)--教育资源门户，提供试卷、教案、课件、论文、素材以及各类教学资源下载，还有大量而丰富的教学相关资讯！" style="width:123.75pt;height:30.75pt" o:oleicon="f" o:ole="">
            <v:imagedata r:id="rId3619" o:title="eqId6d3f8a301b2047eaeafb5411ff5579b8"/>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88" type="#_x0000_t75" alt="学科网(www.zxxk.com)--教育资源门户，提供试卷、教案、课件、论文、素材以及各类教学资源下载，还有大量而丰富的教学相关资讯！" style="width:66pt;height:14.25pt" o:oleicon="f" o:ole="">
            <v:imagedata r:id="rId3620" o:title="eqId02a88b4abc550df428df7f8ecba215d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489" type="#_x0000_t75" alt="学科网(www.zxxk.com)--教育资源门户，提供试卷、教案、课件、论文、素材以及各类教学资源下载，还有大量而丰富的教学相关资讯！" style="width:210pt;height:14.25pt" o:oleicon="f" o:ole="">
            <v:imagedata r:id="rId3621" o:title="eqIdf0b1b566b73cff71f3207246b4ff9d1d"/>
          </v:shape>
        </w:pict>
      </w:r>
      <w:r>
        <w:rPr>
          <w:rFonts w:ascii="宋体" w:eastAsia="宋体" w:hAnsi="宋体" w:cs="宋体"/>
          <w:color w:val="000000"/>
        </w:rPr>
        <w:t>．</w:t>
      </w:r>
    </w:p>
    <w:p>
      <w:pPr>
        <w:spacing w:line="360" w:lineRule="auto"/>
        <w:jc w:val="both"/>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解：当</w:t>
      </w:r>
      <w:r>
        <w:pict>
          <v:shape id="_x0000_i713490" type="#_x0000_t75" alt="学科网(www.zxxk.com)--教育资源门户，提供试卷、教案、课件、论文、素材以及各类教学资源下载，还有大量而丰富的教学相关资讯！" style="width:17.25pt;height:12.75pt" o:oleicon="f" o:ole="">
            <v:imagedata r:id="rId3622" o:title="eqIdb90e0f35eda1a729fed485f83da5ea9d"/>
          </v:shape>
        </w:pict>
      </w:r>
      <w:r>
        <w:rPr>
          <w:rFonts w:ascii="宋体" w:eastAsia="宋体" w:hAnsi="宋体" w:cs="宋体"/>
          <w:color w:val="000000"/>
        </w:rPr>
        <w:t>在</w:t>
      </w:r>
      <w:r>
        <w:pict>
          <v:shape id="_x0000_i713491" type="#_x0000_t75" alt="学科网(www.zxxk.com)--教育资源门户，提供试卷、教案、课件、论文、素材以及各类教学资源下载，还有大量而丰富的教学相关资讯！" style="width:40.8pt;height:13.8pt" o:oleicon="f" o:ole="">
            <v:imagedata r:id="rId3623" o:title="eqId27935c1ef4df2d52ac697678a3c8f39d"/>
          </v:shape>
        </w:pict>
      </w:r>
      <w:r>
        <w:rPr>
          <w:rFonts w:ascii="宋体" w:eastAsia="宋体" w:hAnsi="宋体" w:cs="宋体"/>
          <w:color w:val="000000"/>
        </w:rPr>
        <w:t>外部时：</w:t>
      </w:r>
    </w:p>
    <w:p>
      <w:pPr>
        <w:spacing w:line="360" w:lineRule="auto"/>
        <w:jc w:val="left"/>
        <w:textAlignment w:val="center"/>
        <w:rPr>
          <w:color w:val="000000"/>
        </w:rPr>
      </w:pPr>
      <w:r>
        <w:rPr>
          <w:rFonts w:ascii="宋体" w:eastAsia="宋体" w:hAnsi="宋体" w:cs="宋体"/>
          <w:color w:val="000000"/>
        </w:rPr>
        <w:t>同（</w:t>
      </w:r>
      <w:r>
        <w:rPr>
          <w:rFonts w:ascii="Times New Roman" w:eastAsia="Times New Roman" w:hAnsi="Times New Roman" w:cs="Times New Roman"/>
          <w:color w:val="000000"/>
        </w:rPr>
        <w:t>1</w:t>
      </w:r>
      <w:r>
        <w:rPr>
          <w:rFonts w:ascii="宋体" w:eastAsia="宋体" w:hAnsi="宋体" w:cs="宋体"/>
          <w:color w:val="000000"/>
        </w:rPr>
        <w:t>）可得：</w:t>
      </w:r>
      <w:r>
        <w:pict>
          <v:shape id="_x0000_i713492" type="#_x0000_t75" alt="学科网(www.zxxk.com)--教育资源门户，提供试卷、教案、课件、论文、素材以及各类教学资源下载，还有大量而丰富的教学相关资讯！" style="width:267pt;height:30.75pt" o:oleicon="f" o:ole="">
            <v:imagedata r:id="rId3624" o:title="eqId618e8927fe5bf24c20d7dbcf2e67931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3493" type="#_x0000_t75" alt="学科网(www.zxxk.com)--教育资源门户，提供试卷、教案、课件、论文、素材以及各类教学资源下载，还有大量而丰富的教学相关资讯！" style="width:17.25pt;height:12.75pt" o:oleicon="f" o:ole="">
            <v:imagedata r:id="rId3626" o:title="eqIdb90e0f35eda1a729fed485f83da5ea9d"/>
          </v:shape>
        </w:pict>
      </w:r>
      <w:r>
        <w:rPr>
          <w:rFonts w:ascii="宋体" w:eastAsia="宋体" w:hAnsi="宋体" w:cs="宋体"/>
          <w:color w:val="000000"/>
          <w:position w:val="-1"/>
        </w:rPr>
        <w:drawing>
          <wp:inline>
            <wp:extent cx="139700" cy="190500"/>
            <wp:docPr id="34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 name=""/>
                    <pic:cNvPicPr>
                      <a:picLocks noChangeAspect="1"/>
                    </pic:cNvPicPr>
                  </pic:nvPicPr>
                  <pic:blipFill>
                    <a:blip r:embed="rId3625"/>
                    <a:stretch>
                      <a:fillRect/>
                    </a:stretch>
                  </pic:blipFill>
                  <pic:spPr>
                    <a:xfrm>
                      <a:off x="0" y="0"/>
                      <a:ext cx="139700" cy="190500"/>
                    </a:xfrm>
                    <a:prstGeom prst="rect">
                      <a:avLst/>
                    </a:prstGeom>
                  </pic:spPr>
                </pic:pic>
              </a:graphicData>
            </a:graphic>
          </wp:inline>
        </w:drawing>
      </w:r>
      <w:r>
        <w:pict>
          <v:shape id="_x0000_i713494" type="#_x0000_t75" alt="学科网(www.zxxk.com)--教育资源门户，提供试卷、教案、课件、论文、素材以及各类教学资源下载，还有大量而丰富的教学相关资讯！" style="width:40.8pt;height:13.8pt" o:oleicon="f" o:ole="">
            <v:imagedata r:id="rId3627" o:title="eqId27935c1ef4df2d52ac697678a3c8f39d"/>
          </v:shape>
        </w:pict>
      </w:r>
      <w:r>
        <w:rPr>
          <w:rFonts w:ascii="宋体" w:eastAsia="宋体" w:hAnsi="宋体" w:cs="宋体"/>
          <w:color w:val="000000"/>
        </w:rPr>
        <w:t>内部时：</w:t>
      </w:r>
    </w:p>
    <w:p>
      <w:pPr>
        <w:spacing w:line="360" w:lineRule="auto"/>
        <w:jc w:val="left"/>
        <w:textAlignment w:val="center"/>
        <w:rPr>
          <w:color w:val="000000"/>
        </w:rPr>
      </w:pPr>
      <w:r>
        <w:rPr>
          <w:rFonts w:ascii="宋体" w:eastAsia="宋体" w:hAnsi="宋体" w:cs="宋体"/>
          <w:color w:val="000000"/>
        </w:rPr>
        <w:t>同（</w:t>
      </w:r>
      <w:r>
        <w:rPr>
          <w:rFonts w:ascii="Times New Roman" w:eastAsia="Times New Roman" w:hAnsi="Times New Roman" w:cs="Times New Roman"/>
          <w:color w:val="000000"/>
        </w:rPr>
        <w:t>2</w:t>
      </w:r>
      <w:r>
        <w:rPr>
          <w:rFonts w:ascii="宋体" w:eastAsia="宋体" w:hAnsi="宋体" w:cs="宋体"/>
          <w:color w:val="000000"/>
        </w:rPr>
        <w:t>）可得：</w:t>
      </w:r>
      <w:r>
        <w:pict>
          <v:shape id="_x0000_i713495" type="#_x0000_t75" alt="学科网(www.zxxk.com)--教育资源门户，提供试卷、教案、课件、论文、素材以及各类教学资源下载，还有大量而丰富的教学相关资讯！" style="width:267pt;height:30.75pt" o:oleicon="f" o:ole="">
            <v:imagedata r:id="rId3628" o:title="eqId0548e2d53048ff79d6634dc10d6e7fb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pict>
          <v:shape id="_x0000_i713496" type="#_x0000_t75" alt="学科网(www.zxxk.com)--教育资源门户，提供试卷、教案、课件、论文、素材以及各类教学资源下载，还有大量而丰富的教学相关资讯！" style="width:101.25pt;height:30.75pt" o:oleicon="f" o:ole="">
            <v:imagedata r:id="rId3629" o:title="eqId337e06e9a273040db55d296123e90d67"/>
          </v:shape>
        </w:pict>
      </w:r>
      <w:r>
        <w:rPr>
          <w:rFonts w:ascii="宋体" w:eastAsia="宋体" w:hAnsi="宋体" w:cs="宋体"/>
          <w:color w:val="000000"/>
        </w:rPr>
        <w:t>或</w:t>
      </w:r>
      <w:r>
        <w:pict>
          <v:shape id="_x0000_i713497" type="#_x0000_t75" alt="学科网(www.zxxk.com)--教育资源门户，提供试卷、教案、课件、论文、素材以及各类教学资源下载，还有大量而丰富的教学相关资讯！" style="width:53.25pt;height:30.75pt" o:oleicon="f" o:ole="">
            <v:imagedata r:id="rId3630" o:title="eqId51333c57f29c8ea2f26d3b0d6d34aa5f"/>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本题考查角度的计算．理清角的和差关系，熟练掌握角平分线平分角，是解题的关键．</w:t>
      </w:r>
    </w:p>
    <w:p>
      <w:pPr>
        <w:spacing w:line="360" w:lineRule="auto"/>
        <w:jc w:val="both"/>
        <w:textAlignment w:val="center"/>
        <w:rPr>
          <w:color w:val="000000"/>
        </w:rPr>
      </w:pPr>
      <w:r>
        <w:rPr>
          <w:color w:val="000000"/>
        </w:rPr>
        <w:t xml:space="preserve">27. </w:t>
      </w:r>
      <w:r>
        <w:rPr>
          <w:rFonts w:ascii="宋体" w:eastAsia="宋体" w:hAnsi="宋体" w:cs="宋体"/>
          <w:color w:val="000000"/>
        </w:rPr>
        <w:t>阅读理解：若数轴上点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所表示的数分别是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，规定</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两点之间的距离可表示为两点所表示的数的差的绝对值，如</w:t>
      </w:r>
      <w:r>
        <w:pict>
          <v:shape id="_x0000_i713498" type="#_x0000_t75" alt="学科网(www.zxxk.com)--教育资源门户，提供试卷、教案、课件、论文、素材以及各类教学资源下载，还有大量而丰富的教学相关资讯！" style="width:61.5pt;height:16.5pt" o:oleicon="f" o:ole="">
            <v:imagedata r:id="rId3631" o:title="eqIdefd9ad33302dafe2bfd492d39e7ee195"/>
          </v:shape>
        </w:pict>
      </w:r>
      <w:r>
        <w:rPr>
          <w:rFonts w:ascii="宋体" w:eastAsia="宋体" w:hAnsi="宋体" w:cs="宋体"/>
          <w:color w:val="000000"/>
        </w:rPr>
        <w:t>（或</w:t>
      </w:r>
      <w:r>
        <w:pict>
          <v:shape id="_x0000_i713499" type="#_x0000_t75" alt="学科网(www.zxxk.com)--教育资源门户，提供试卷、教案、课件、论文、素材以及各类教学资源下载，还有大量而丰富的教学相关资讯！" style="width:61.5pt;height:16.5pt" o:oleicon="f" o:ole="">
            <v:imagedata r:id="rId3632" o:title="eqId1df40f9abbfc0650939cf561ad070466"/>
          </v:shape>
        </w:pict>
      </w:r>
      <w:r>
        <w:rPr>
          <w:rFonts w:ascii="宋体" w:eastAsia="宋体" w:hAnsi="宋体" w:cs="宋体"/>
          <w:color w:val="000000"/>
        </w:rPr>
        <w:t>）．若</w:t>
      </w:r>
      <w:r>
        <w:pict>
          <v:shape id="_x0000_i713500" type="#_x0000_t75" alt="学科网(www.zxxk.com)--教育资源门户，提供试卷、教案、课件、论文、素材以及各类教学资源下载，还有大量而丰富的教学相关资讯！" style="width:55pt;height:13.95pt" o:oleicon="f" o:ole="">
            <v:imagedata r:id="rId3633" o:title="eqId3d3976d08e5f9e24e76ce9579c06a8dc"/>
          </v:shape>
        </w:pict>
      </w:r>
      <w:r>
        <w:rPr>
          <w:rFonts w:ascii="宋体" w:eastAsia="宋体" w:hAnsi="宋体" w:cs="宋体"/>
          <w:color w:val="000000"/>
        </w:rPr>
        <w:t>，即</w:t>
      </w:r>
      <w:r>
        <w:pict>
          <v:shape id="_x0000_i713501" type="#_x0000_t75" alt="学科网(www.zxxk.com)--教育资源门户，提供试卷、教案、课件、论文、素材以及各类教学资源下载，还有大量而丰富的教学相关资讯！" style="width:82.2pt;height:16.1pt" o:oleicon="f" o:ole="">
            <v:imagedata r:id="rId3634" o:title="eqIdcc49866eac6cfb9065e8052016d54115"/>
          </v:shape>
        </w:pict>
      </w:r>
      <w:r>
        <w:rPr>
          <w:rFonts w:ascii="宋体" w:eastAsia="宋体" w:hAnsi="宋体" w:cs="宋体"/>
          <w:color w:val="000000"/>
        </w:rPr>
        <w:t>，我们称点</w:t>
      </w:r>
      <w:r>
        <w:rPr>
          <w:rFonts w:ascii="Times New Roman" w:eastAsia="Times New Roman" w:hAnsi="Times New Roman" w:cs="Times New Roman"/>
          <w:i/>
          <w:color w:val="000000"/>
        </w:rPr>
        <w:t>C</w:t>
      </w:r>
      <w:r>
        <w:rPr>
          <w:rFonts w:ascii="宋体" w:eastAsia="宋体" w:hAnsi="宋体" w:cs="宋体"/>
          <w:color w:val="000000"/>
        </w:rPr>
        <w:t>是</w:t>
      </w:r>
      <w:r>
        <w:pict>
          <v:shape id="_x0000_i713502" type="#_x0000_t75" alt="学科网(www.zxxk.com)--教育资源门户，提供试卷、教案、课件、论文、素材以及各类教学资源下载，还有大量而丰富的教学相关资讯！" style="width:30.6pt;height:15.6pt" o:oleicon="f" o:ole="">
            <v:imagedata r:id="rId3635" o:title="eqId8c459528ea57633458a7e7253c5153e1"/>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倍关联点”．若</w:t>
      </w:r>
      <w:r>
        <w:pict>
          <v:shape id="_x0000_i713503" type="#_x0000_t75" alt="学科网(www.zxxk.com)--教育资源门户，提供试卷、教案、课件、论文、素材以及各类教学资源下载，还有大量而丰富的教学相关资讯！" style="width:56pt;height:13.95pt" o:oleicon="f" o:ole="">
            <v:imagedata r:id="rId3636" o:title="eqIde7777a27259d26724229b604df42656c"/>
          </v:shape>
        </w:pict>
      </w:r>
      <w:r>
        <w:rPr>
          <w:rFonts w:ascii="宋体" w:eastAsia="宋体" w:hAnsi="宋体" w:cs="宋体"/>
          <w:color w:val="000000"/>
        </w:rPr>
        <w:t>，即</w:t>
      </w:r>
      <w:r>
        <w:pict>
          <v:shape id="_x0000_i713504" type="#_x0000_t75" alt="学科网(www.zxxk.com)--教育资源门户，提供试卷、教案、课件、论文、素材以及各类教学资源下载，还有大量而丰富的教学相关资讯！" style="width:82.5pt;height:16.5pt" o:oleicon="f" o:ole="">
            <v:imagedata r:id="rId3637" o:title="eqIdf2b927e9cd3f54b8f03f9d2db0a2f7d1"/>
          </v:shape>
        </w:pict>
      </w:r>
      <w:r>
        <w:rPr>
          <w:rFonts w:ascii="宋体" w:eastAsia="宋体" w:hAnsi="宋体" w:cs="宋体"/>
          <w:color w:val="000000"/>
        </w:rPr>
        <w:t>，我们称点</w:t>
      </w:r>
      <w:r>
        <w:rPr>
          <w:rFonts w:ascii="Times New Roman" w:eastAsia="Times New Roman" w:hAnsi="Times New Roman" w:cs="Times New Roman"/>
          <w:i/>
          <w:color w:val="000000"/>
        </w:rPr>
        <w:t>C</w:t>
      </w:r>
      <w:r>
        <w:rPr>
          <w:rFonts w:ascii="宋体" w:eastAsia="宋体" w:hAnsi="宋体" w:cs="宋体"/>
          <w:color w:val="000000"/>
        </w:rPr>
        <w:t>是</w:t>
      </w:r>
      <w:r>
        <w:pict>
          <v:shape id="_x0000_i713505" type="#_x0000_t75" alt="学科网(www.zxxk.com)--教育资源门户，提供试卷、教案、课件、论文、素材以及各类教学资源下载，还有大量而丰富的教学相关资讯！" style="width:30.6pt;height:15.6pt" o:oleicon="f" o:ole="">
            <v:imagedata r:id="rId3638" o:title="eqIdb8e8db1b1d785eb51760af77fb2e3fe0"/>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both"/>
        <w:textAlignment w:val="center"/>
        <w:rPr>
          <w:color w:val="000000"/>
        </w:rPr>
      </w:pPr>
      <w:r>
        <w:rPr>
          <w:rFonts w:ascii="宋体" w:eastAsia="宋体" w:hAnsi="宋体" w:cs="宋体"/>
          <w:color w:val="000000"/>
        </w:rPr>
        <w:t>例如：在图</w:t>
      </w:r>
      <w:r>
        <w:rPr>
          <w:rFonts w:ascii="Times New Roman" w:eastAsia="Times New Roman" w:hAnsi="Times New Roman" w:cs="Times New Roman"/>
          <w:color w:val="000000"/>
        </w:rPr>
        <w:t>1</w:t>
      </w:r>
      <w:r>
        <w:rPr>
          <w:rFonts w:ascii="宋体" w:eastAsia="宋体" w:hAnsi="宋体" w:cs="宋体"/>
          <w:color w:val="000000"/>
        </w:rPr>
        <w:t>中，点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3506" type="#_x0000_t75" alt="学科网(www.zxxk.com)--教育资源门户，提供试卷、教案、课件、论文、素材以及各类教学资源下载，还有大量而丰富的教学相关资讯！" style="width:15.75pt;height:12.75pt" o:oleicon="f" o:ole="">
            <v:imagedata r:id="rId3639" o:title="eqId274a9dc37509f01c2606fb3086a46f4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，因为</w:t>
      </w:r>
      <w:r>
        <w:pict>
          <v:shape id="_x0000_i713507" type="#_x0000_t75" alt="学科网(www.zxxk.com)--教育资源门户，提供试卷、教案、课件、论文、素材以及各类教学资源下载，还有大量而丰富的教学相关资讯！" style="width:168pt;height:16.5pt" o:oleicon="f" o:ole="">
            <v:imagedata r:id="rId3640" o:title="eqId8ba1c74f7ff059dd859d66558951dd59"/>
          </v:shape>
        </w:pict>
      </w:r>
      <w:r>
        <w:rPr>
          <w:rFonts w:ascii="宋体" w:eastAsia="宋体" w:hAnsi="宋体" w:cs="宋体"/>
          <w:color w:val="000000"/>
        </w:rPr>
        <w:t>，所以</w:t>
      </w:r>
      <w:r>
        <w:pict>
          <v:shape id="_x0000_i713508" type="#_x0000_t75" alt="学科网(www.zxxk.com)--教育资源门户，提供试卷、教案、课件、论文、素材以及各类教学资源下载，还有大量而丰富的教学相关资讯！" style="width:55pt;height:13.95pt" o:oleicon="f" o:ole="">
            <v:imagedata r:id="rId3641" o:title="eqId3d3976d08e5f9e24e76ce9579c06a8dc"/>
          </v:shape>
        </w:pict>
      </w:r>
      <w:r>
        <w:rPr>
          <w:rFonts w:ascii="宋体" w:eastAsia="宋体" w:hAnsi="宋体" w:cs="宋体"/>
          <w:color w:val="000000"/>
        </w:rPr>
        <w:t>，我们称点</w:t>
      </w:r>
      <w:r>
        <w:rPr>
          <w:rFonts w:ascii="Times New Roman" w:eastAsia="Times New Roman" w:hAnsi="Times New Roman" w:cs="Times New Roman"/>
          <w:i/>
          <w:color w:val="000000"/>
        </w:rPr>
        <w:t>C</w:t>
      </w:r>
      <w:r>
        <w:rPr>
          <w:rFonts w:ascii="宋体" w:eastAsia="宋体" w:hAnsi="宋体" w:cs="宋体"/>
          <w:color w:val="000000"/>
        </w:rPr>
        <w:t>是</w:t>
      </w:r>
      <w:r>
        <w:pict>
          <v:shape id="_x0000_i713509" type="#_x0000_t75" alt="学科网(www.zxxk.com)--教育资源门户，提供试卷、教案、课件、论文、素材以及各类教学资源下载，还有大量而丰富的教学相关资讯！" style="width:30.6pt;height:15.6pt" o:oleicon="f" o:ole="">
            <v:imagedata r:id="rId3642" o:title="eqId8c459528ea57633458a7e7253c5153e1"/>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倍关联点”；又如，点</w:t>
      </w:r>
      <w:r>
        <w:rPr>
          <w:rFonts w:ascii="Times New Roman" w:eastAsia="Times New Roman" w:hAnsi="Times New Roman" w:cs="Times New Roman"/>
          <w:i/>
          <w:color w:val="000000"/>
        </w:rPr>
        <w:t>D</w:t>
      </w:r>
      <w:r>
        <w:rPr>
          <w:rFonts w:ascii="宋体" w:eastAsia="宋体" w:hAnsi="宋体" w:cs="宋体"/>
          <w:color w:val="000000"/>
        </w:rPr>
        <w:t>表示的数</w:t>
      </w:r>
      <w:r>
        <w:rPr>
          <w:rFonts w:ascii="Times New Roman" w:eastAsia="Times New Roman" w:hAnsi="Times New Roman" w:cs="Times New Roman"/>
          <w:color w:val="000000"/>
        </w:rPr>
        <w:t>0</w:t>
      </w:r>
      <w:r>
        <w:rPr>
          <w:rFonts w:ascii="宋体" w:eastAsia="宋体" w:hAnsi="宋体" w:cs="宋体"/>
          <w:color w:val="000000"/>
        </w:rPr>
        <w:t>，因为</w:t>
      </w:r>
      <w:r>
        <w:pict>
          <v:shape id="_x0000_i713510" type="#_x0000_t75" alt="学科网(www.zxxk.com)--教育资源门户，提供试卷、教案、课件、论文、素材以及各类教学资源下载，还有大量而丰富的教学相关资讯！" style="width:169.5pt;height:16.5pt" o:oleicon="f" o:ole="">
            <v:imagedata r:id="rId3643" o:title="eqId198e23c1fcbe1581532a485207b10e31"/>
          </v:shape>
        </w:pict>
      </w:r>
      <w:r>
        <w:rPr>
          <w:rFonts w:ascii="宋体" w:eastAsia="宋体" w:hAnsi="宋体" w:cs="宋体"/>
          <w:color w:val="000000"/>
        </w:rPr>
        <w:t>，所以</w:t>
      </w:r>
      <w:r>
        <w:pict>
          <v:shape id="_x0000_i713511" type="#_x0000_t75" alt="学科网(www.zxxk.com)--教育资源门户，提供试卷、教案、课件、论文、素材以及各类教学资源下载，还有大量而丰富的教学相关资讯！" style="width:55.8pt;height:13.2pt" o:oleicon="f" o:ole="">
            <v:imagedata r:id="rId3644" o:title="eqIdf20d76a8922ae0805af17b1ce2188e17"/>
          </v:shape>
        </w:pict>
      </w:r>
      <w:r>
        <w:rPr>
          <w:rFonts w:ascii="宋体" w:eastAsia="宋体" w:hAnsi="宋体" w:cs="宋体"/>
          <w:color w:val="000000"/>
        </w:rPr>
        <w:t>，我们称点</w:t>
      </w:r>
      <w:r>
        <w:rPr>
          <w:rFonts w:ascii="Times New Roman" w:eastAsia="Times New Roman" w:hAnsi="Times New Roman" w:cs="Times New Roman"/>
          <w:i/>
          <w:color w:val="000000"/>
        </w:rPr>
        <w:t>D</w:t>
      </w:r>
      <w:r>
        <w:rPr>
          <w:rFonts w:ascii="宋体" w:eastAsia="宋体" w:hAnsi="宋体" w:cs="宋体"/>
          <w:color w:val="000000"/>
        </w:rPr>
        <w:t>是</w:t>
      </w:r>
      <w:r>
        <w:pict>
          <v:shape id="_x0000_i713512" type="#_x0000_t75" alt="学科网(www.zxxk.com)--教育资源门户，提供试卷、教案、课件、论文、素材以及各类教学资源下载，还有大量而丰富的教学相关资讯！" style="width:30.6pt;height:15.6pt" o:oleicon="f" o:ole="">
            <v:imagedata r:id="rId3645" o:title="eqIdb8e8db1b1d785eb51760af77fb2e3fe0"/>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both"/>
        <w:textAlignment w:val="center"/>
        <w:rPr>
          <w:color w:val="000000"/>
        </w:rPr>
      </w:pPr>
      <w:r>
        <w:rPr>
          <w:color w:val="000000"/>
        </w:rPr>
        <w:drawing>
          <wp:inline>
            <wp:extent cx="3143250" cy="1819275"/>
            <wp:docPr id="34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 name=""/>
                    <pic:cNvPicPr>
                      <a:picLocks noChangeAspect="1"/>
                    </pic:cNvPicPr>
                  </pic:nvPicPr>
                  <pic:blipFill>
                    <a:blip r:embed="rId3646"/>
                    <a:stretch>
                      <a:fillRect/>
                    </a:stretch>
                  </pic:blipFill>
                  <pic:spPr>
                    <a:xfrm>
                      <a:off x="0" y="0"/>
                      <a:ext cx="3143250" cy="1819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为数轴上两点，点</w:t>
      </w:r>
      <w:r>
        <w:rPr>
          <w:rFonts w:ascii="Times New Roman" w:eastAsia="Times New Roman" w:hAnsi="Times New Roman" w:cs="Times New Roman"/>
          <w:i/>
          <w:color w:val="000000"/>
        </w:rPr>
        <w:t>M</w:t>
      </w:r>
      <w:r>
        <w:rPr>
          <w:rFonts w:ascii="宋体" w:eastAsia="宋体" w:hAnsi="宋体" w:cs="宋体"/>
          <w:color w:val="000000"/>
        </w:rPr>
        <w:t>所表示的数为</w:t>
      </w:r>
      <w:r>
        <w:pict>
          <v:shape id="_x0000_i713513" type="#_x0000_t75" alt="学科网(www.zxxk.com)--教育资源门户，提供试卷、教案、课件、论文、素材以及各类教学资源下载，还有大量而丰富的教学相关资讯！" style="width:16.05pt;height:13.9pt" o:oleicon="f" o:ole="">
            <v:imagedata r:id="rId3647" o:title="eqId81fb134b2b48acc99213fff6ccfee65f"/>
          </v:shape>
        </w:pict>
      </w:r>
      <w:r>
        <w:rPr>
          <w:rFonts w:ascii="宋体" w:eastAsia="宋体" w:hAnsi="宋体" w:cs="宋体"/>
          <w:color w:val="000000"/>
        </w:rPr>
        <w:t>，点</w:t>
      </w:r>
      <w:r>
        <w:rPr>
          <w:rFonts w:ascii="Times New Roman" w:eastAsia="Times New Roman" w:hAnsi="Times New Roman" w:cs="Times New Roman"/>
          <w:i/>
          <w:color w:val="000000"/>
        </w:rPr>
        <w:t>N</w:t>
      </w:r>
      <w:r>
        <w:rPr>
          <w:rFonts w:ascii="宋体" w:eastAsia="宋体" w:hAnsi="宋体" w:cs="宋体"/>
          <w:color w:val="000000"/>
        </w:rPr>
        <w:t>所表示的数为</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①在数</w:t>
      </w:r>
      <w:r>
        <w:pict>
          <v:shape id="_x0000_i713514" type="#_x0000_t75" alt="学科网(www.zxxk.com)--教育资源门户，提供试卷、教案、课件、论文、素材以及各类教学资源下载，还有大量而丰富的教学相关资讯！" style="width:16.05pt;height:13.9pt" o:oleicon="f" o:ole="">
            <v:imagedata r:id="rId3648" o:title="eqId81fb134b2b48acc99213fff6ccfee65f"/>
          </v:shape>
        </w:pict>
      </w:r>
      <w:r>
        <w:rPr>
          <w:rFonts w:ascii="宋体" w:eastAsia="宋体" w:hAnsi="宋体" w:cs="宋体"/>
          <w:color w:val="000000"/>
        </w:rPr>
        <w:t>和</w:t>
      </w:r>
      <w:r>
        <w:rPr>
          <w:rFonts w:ascii="Times New Roman" w:eastAsia="Times New Roman" w:hAnsi="Times New Roman" w:cs="Times New Roman"/>
          <w:color w:val="000000"/>
        </w:rPr>
        <w:t>6</w:t>
      </w:r>
      <w:r>
        <w:rPr>
          <w:rFonts w:ascii="宋体" w:eastAsia="宋体" w:hAnsi="宋体" w:cs="宋体"/>
          <w:color w:val="000000"/>
        </w:rPr>
        <w:t>之间，数</w:t>
      </w:r>
      <w:r>
        <w:rPr>
          <w:rFonts w:ascii="Times New Roman" w:eastAsia="Times New Roman" w:hAnsi="Times New Roman" w:cs="Times New Roman"/>
          <w:color w:val="000000"/>
        </w:rPr>
        <w:t>____________</w:t>
      </w:r>
      <w:r>
        <w:rPr>
          <w:rFonts w:ascii="宋体" w:eastAsia="宋体" w:hAnsi="宋体" w:cs="宋体"/>
          <w:color w:val="000000"/>
        </w:rPr>
        <w:t>所表示的点是</w:t>
      </w:r>
      <w:r>
        <w:pict>
          <v:shape id="_x0000_i713515" type="#_x0000_t75" alt="学科网(www.zxxk.com)--教育资源门户，提供试卷、教案、课件、论文、素材以及各类教学资源下载，还有大量而丰富的教学相关资讯！" style="width:38.4pt;height:20.4pt" o:oleicon="f" o:ole="">
            <v:imagedata r:id="rId3649" o:title="eqId85c9635c58e5df20634af8f685475809"/>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both"/>
        <w:textAlignment w:val="center"/>
        <w:rPr>
          <w:color w:val="000000"/>
        </w:rPr>
      </w:pPr>
      <w:r>
        <w:rPr>
          <w:rFonts w:ascii="宋体" w:eastAsia="宋体" w:hAnsi="宋体" w:cs="宋体"/>
          <w:color w:val="000000"/>
        </w:rPr>
        <w:t>②在数轴上，数</w:t>
      </w:r>
      <w:r>
        <w:rPr>
          <w:rFonts w:ascii="Times New Roman" w:eastAsia="Times New Roman" w:hAnsi="Times New Roman" w:cs="Times New Roman"/>
          <w:color w:val="000000"/>
        </w:rPr>
        <w:t>____________</w:t>
      </w:r>
      <w:r>
        <w:rPr>
          <w:rFonts w:ascii="宋体" w:eastAsia="宋体" w:hAnsi="宋体" w:cs="宋体"/>
          <w:color w:val="000000"/>
        </w:rPr>
        <w:t>所表示的点是</w:t>
      </w:r>
      <w:r>
        <w:pict>
          <v:shape id="_x0000_i713516" type="#_x0000_t75" alt="学科网(www.zxxk.com)--教育资源门户，提供试卷、教案、课件、论文、素材以及各类教学资源下载，还有大量而丰富的教学相关资讯！" style="width:38.25pt;height:20.25pt" o:oleicon="f" o:ole="">
            <v:imagedata r:id="rId3650" o:title="eqId17636259a23b46606c57c4eb601d31d4"/>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为数轴上两点，点</w:t>
      </w:r>
      <w:r>
        <w:rPr>
          <w:rFonts w:ascii="Times New Roman" w:eastAsia="Times New Roman" w:hAnsi="Times New Roman" w:cs="Times New Roman"/>
          <w:i/>
          <w:color w:val="000000"/>
        </w:rPr>
        <w:t>A</w:t>
      </w:r>
      <w:r>
        <w:rPr>
          <w:rFonts w:ascii="宋体" w:eastAsia="宋体" w:hAnsi="宋体" w:cs="宋体"/>
          <w:color w:val="000000"/>
        </w:rPr>
        <w:t>所表示的数为</w:t>
      </w:r>
      <w:r>
        <w:pict>
          <v:shape id="_x0000_i713517" type="#_x0000_t75" alt="学科网(www.zxxk.com)--教育资源门户，提供试卷、教案、课件、论文、素材以及各类教学资源下载，还有大量而丰富的教学相关资讯！" style="width:22pt;height:13.95pt" o:oleicon="f" o:ole="">
            <v:imagedata r:id="rId3651" o:title="eqId5f86b86a6ccdf2c077d195db7bc380ea"/>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所表示的数为</w:t>
      </w:r>
      <w:r>
        <w:rPr>
          <w:rFonts w:ascii="Times New Roman" w:eastAsia="Times New Roman" w:hAnsi="Times New Roman" w:cs="Times New Roman"/>
          <w:color w:val="000000"/>
        </w:rPr>
        <w:t>50</w:t>
      </w:r>
      <w:r>
        <w:rPr>
          <w:rFonts w:ascii="宋体" w:eastAsia="宋体" w:hAnsi="宋体" w:cs="宋体"/>
          <w:color w:val="000000"/>
        </w:rPr>
        <w:t>．现有一只电子蚂蚁</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B</w:t>
      </w:r>
      <w:r>
        <w:rPr>
          <w:rFonts w:ascii="宋体" w:eastAsia="宋体" w:hAnsi="宋体" w:cs="宋体"/>
          <w:color w:val="000000"/>
        </w:rPr>
        <w:t>出发，以</w:t>
      </w:r>
      <w:r>
        <w:rPr>
          <w:rFonts w:ascii="Times New Roman" w:eastAsia="Times New Roman" w:hAnsi="Times New Roman" w:cs="Times New Roman"/>
          <w:color w:val="000000"/>
        </w:rPr>
        <w:t>5</w:t>
      </w:r>
      <w:r>
        <w:rPr>
          <w:rFonts w:ascii="宋体" w:eastAsia="宋体" w:hAnsi="宋体" w:cs="宋体"/>
          <w:color w:val="000000"/>
        </w:rPr>
        <w:t>个单位每秒的速度向左运动，到达点</w:t>
      </w:r>
      <w:r>
        <w:rPr>
          <w:rFonts w:ascii="Times New Roman" w:eastAsia="Times New Roman" w:hAnsi="Times New Roman" w:cs="Times New Roman"/>
          <w:i/>
          <w:color w:val="000000"/>
        </w:rPr>
        <w:t>A</w:t>
      </w:r>
      <w:r>
        <w:rPr>
          <w:rFonts w:ascii="宋体" w:eastAsia="宋体" w:hAnsi="宋体" w:cs="宋体"/>
          <w:color w:val="000000"/>
        </w:rPr>
        <w:t>停止，运动时间为</w:t>
      </w:r>
      <w:r>
        <w:rPr>
          <w:rFonts w:ascii="Times New Roman" w:eastAsia="Times New Roman" w:hAnsi="Times New Roman" w:cs="Times New Roman"/>
          <w:i/>
          <w:color w:val="000000"/>
        </w:rPr>
        <w:t>t</w:t>
      </w:r>
      <w:r>
        <w:rPr>
          <w:rFonts w:ascii="宋体" w:eastAsia="宋体" w:hAnsi="宋体" w:cs="宋体"/>
          <w:color w:val="000000"/>
        </w:rPr>
        <w:t>秒；同时另一只电子蚂蚁</w:t>
      </w:r>
      <w:r>
        <w:rPr>
          <w:rFonts w:ascii="Times New Roman" w:eastAsia="Times New Roman" w:hAnsi="Times New Roman" w:cs="Times New Roman"/>
          <w:i/>
          <w:color w:val="000000"/>
        </w:rPr>
        <w:t>Q</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点的位置开始，以</w:t>
      </w:r>
      <w:r>
        <w:rPr>
          <w:rFonts w:ascii="Times New Roman" w:eastAsia="Times New Roman" w:hAnsi="Times New Roman" w:cs="Times New Roman"/>
          <w:color w:val="000000"/>
        </w:rPr>
        <w:t>3</w:t>
      </w:r>
      <w:r>
        <w:rPr>
          <w:rFonts w:ascii="宋体" w:eastAsia="宋体" w:hAnsi="宋体" w:cs="宋体"/>
          <w:color w:val="000000"/>
        </w:rPr>
        <w:t>个单位每秒的速度向右运动，并与</w:t>
      </w:r>
      <w:r>
        <w:rPr>
          <w:rFonts w:ascii="Times New Roman" w:eastAsia="Times New Roman" w:hAnsi="Times New Roman" w:cs="Times New Roman"/>
          <w:i/>
          <w:color w:val="000000"/>
        </w:rPr>
        <w:t>P</w:t>
      </w:r>
      <w:r>
        <w:rPr>
          <w:rFonts w:ascii="宋体" w:eastAsia="宋体" w:hAnsi="宋体" w:cs="宋体"/>
          <w:color w:val="000000"/>
        </w:rPr>
        <w:t>同时停止．若</w:t>
      </w:r>
      <w:r>
        <w:rPr>
          <w:rFonts w:ascii="Times New Roman" w:eastAsia="Times New Roman" w:hAnsi="Times New Roman" w:cs="Times New Roman"/>
          <w:i/>
          <w:color w:val="000000"/>
        </w:rPr>
        <w:t>P</w:t>
      </w:r>
      <w:r>
        <w:rPr>
          <w:rFonts w:ascii="宋体" w:eastAsia="宋体" w:hAnsi="宋体" w:cs="宋体"/>
          <w:color w:val="000000"/>
        </w:rPr>
        <w:t>是</w:t>
      </w:r>
      <w:r>
        <w:pict>
          <v:shape id="_x0000_i713518" type="#_x0000_t75" alt="学科网(www.zxxk.com)--教育资源门户，提供试卷、教案、课件、论文、素材以及各类教学资源下载，还有大量而丰富的教学相关资讯！" style="width:32pt;height:20pt" o:oleicon="f" o:ole="">
            <v:imagedata r:id="rId3652" o:title="eqId28fd4d7e4047dc21e67681f259162e06"/>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倍关联点”，求</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在（</w:t>
      </w:r>
      <w:r>
        <w:rPr>
          <w:rFonts w:ascii="Times New Roman" w:eastAsia="Times New Roman" w:hAnsi="Times New Roman" w:cs="Times New Roman"/>
          <w:color w:val="000000"/>
        </w:rPr>
        <w:t>2</w:t>
      </w:r>
      <w:r>
        <w:rPr>
          <w:rFonts w:ascii="宋体" w:eastAsia="宋体" w:hAnsi="宋体" w:cs="宋体"/>
          <w:color w:val="000000"/>
        </w:rPr>
        <w:t>）的条件下，若</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中恰有一个点为其余两个点的“</w:t>
      </w:r>
      <w:r>
        <w:rPr>
          <w:rFonts w:ascii="Times New Roman" w:eastAsia="Times New Roman" w:hAnsi="Times New Roman" w:cs="Times New Roman"/>
          <w:color w:val="000000"/>
        </w:rPr>
        <w:t>2</w:t>
      </w:r>
      <w:r>
        <w:rPr>
          <w:rFonts w:ascii="宋体" w:eastAsia="宋体" w:hAnsi="宋体" w:cs="宋体"/>
          <w:color w:val="000000"/>
        </w:rPr>
        <w:t>倍关联点”，直接写出</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pict>
          <v:shape id="_x0000_i713519" type="#_x0000_t75" alt="学科网(www.zxxk.com)--教育资源门户，提供试卷、教案、课件、论文、素材以及各类教学资源下载，还有大量而丰富的教学相关资讯！" style="width:9.35pt;height:14.05pt" o:oleicon="f" o:ole="">
            <v:imagedata r:id="rId3653" o:title="eqId5ca7d1107389675d32b56ec097464c14"/>
          </v:shape>
        </w:pict>
      </w:r>
      <w:r>
        <w:rPr>
          <w:rFonts w:ascii="宋体" w:eastAsia="宋体" w:hAnsi="宋体" w:cs="宋体"/>
          <w:color w:val="000000"/>
        </w:rPr>
        <w:t>，</w:t>
      </w:r>
      <w:r>
        <w:pict>
          <v:shape id="_x0000_i713520" type="#_x0000_t75" alt="学科网(www.zxxk.com)--教育资源门户，提供试卷、教案、课件、论文、素材以及各类教学资源下载，还有大量而丰富的教学相关资讯！" style="width:9pt;height:12.75pt" o:oleicon="f" o:ole="">
            <v:imagedata r:id="rId3654" o:title="eqIdc95b6be4554f03bf496092f1acdfbb89"/>
          </v:shape>
        </w:pict>
      </w:r>
      <w:r>
        <w:rPr>
          <w:color w:val="000000"/>
        </w:rPr>
        <w:t xml:space="preserve">    </w:t>
      </w:r>
    </w:p>
    <w:p>
      <w:pPr>
        <w:spacing w:line="360" w:lineRule="auto"/>
        <w:textAlignment w:val="center"/>
        <w:rPr>
          <w:color w:val="000000"/>
        </w:rPr>
      </w:pPr>
      <w:r>
        <w:rPr>
          <w:color w:val="000000"/>
        </w:rPr>
        <w:t>（2）</w:t>
      </w:r>
      <w:r>
        <w:pict>
          <v:shape id="_x0000_i713521" type="#_x0000_t75" alt="学科网(www.zxxk.com)--教育资源门户，提供试卷、教案、课件、论文、素材以及各类教学资源下载，还有大量而丰富的教学相关资讯！" style="width:33.25pt;height:31.1pt" o:oleicon="f" o:ole="">
            <v:imagedata r:id="rId3655" o:title="eqId751edee46a8eb9e38bf409682705c891"/>
          </v:shape>
        </w:pict>
      </w:r>
      <w:r>
        <w:rPr>
          <w:color w:val="000000"/>
        </w:rPr>
        <w:t xml:space="preserve">    </w:t>
      </w:r>
    </w:p>
    <w:p>
      <w:pPr>
        <w:spacing w:line="360" w:lineRule="auto"/>
        <w:textAlignment w:val="center"/>
        <w:rPr>
          <w:color w:val="000000"/>
        </w:rPr>
      </w:pPr>
      <w:r>
        <w:rPr>
          <w:color w:val="000000"/>
        </w:rPr>
        <w:t>（3）</w:t>
      </w:r>
      <w:r>
        <w:pict>
          <v:shape id="_x0000_i713522" type="#_x0000_t75" alt="学科网(www.zxxk.com)--教育资源门户，提供试卷、教案、课件、论文、素材以及各类教学资源下载，还有大量而丰富的教学相关资讯！" style="width:15.75pt;height:30.75pt" o:oleicon="f" o:ole="">
            <v:imagedata r:id="rId3656" o:title="eqId292b791c7cf21c172e6e7f97f04be176"/>
          </v:shape>
        </w:pict>
      </w:r>
      <w:r>
        <w:rPr>
          <w:rFonts w:ascii="宋体" w:eastAsia="宋体" w:hAnsi="宋体" w:cs="宋体"/>
          <w:color w:val="000000"/>
        </w:rPr>
        <w:t>或</w:t>
      </w:r>
      <w:r>
        <w:pict>
          <v:shape id="_x0000_i713523" type="#_x0000_t75" alt="学科网(www.zxxk.com)--教育资源门户，提供试卷、教案、课件、论文、素材以及各类教学资源下载，还有大量而丰富的教学相关资讯！" style="width:16.8pt;height:31.2pt" o:oleicon="f" o:ole="">
            <v:imagedata r:id="rId3657" o:title="eqId031661aa4b14c3b9954ec444ad5b6f05"/>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）①设</w:t>
      </w:r>
      <w:r>
        <w:pict>
          <v:shape id="_x0000_i713524" type="#_x0000_t75" alt="学科网(www.zxxk.com)--教育资源门户，提供试卷、教案、课件、论文、素材以及各类教学资源下载，还有大量而丰富的教学相关资讯！" style="width:11.25pt;height:11.25pt" o:oleicon="f" o:ole="">
            <v:imagedata r:id="rId3658" o:title="eqId8455657dde27aabe6adb7b188e031c11"/>
          </v:shape>
        </w:pict>
      </w:r>
      <w:r>
        <w:rPr>
          <w:rFonts w:ascii="宋体" w:eastAsia="宋体" w:hAnsi="宋体" w:cs="宋体"/>
          <w:color w:val="000000"/>
        </w:rPr>
        <w:t>是</w:t>
      </w:r>
      <w:r>
        <w:pict>
          <v:shape id="_x0000_i713525" type="#_x0000_t75" alt="学科网(www.zxxk.com)--教育资源门户，提供试卷、教案、课件、论文、素材以及各类教学资源下载，还有大量而丰富的教学相关资讯！" style="width:38.4pt;height:20.4pt" o:oleicon="f" o:ole="">
            <v:imagedata r:id="rId3659" o:title="eqId85c9635c58e5df20634af8f685475809"/>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倍关联点”，点</w:t>
      </w:r>
      <w:r>
        <w:pict>
          <v:shape id="_x0000_i713526" type="#_x0000_t75" alt="学科网(www.zxxk.com)--教育资源门户，提供试卷、教案、课件、论文、素材以及各类教学资源下载，还有大量而丰富的教学相关资讯！" style="width:11.25pt;height:11.25pt" o:oleicon="f" o:ole="">
            <v:imagedata r:id="rId3658" o:title="eqId8455657dde27aabe6adb7b188e031c11"/>
          </v:shape>
        </w:pict>
      </w:r>
      <w:r>
        <w:rPr>
          <w:rFonts w:ascii="宋体" w:eastAsia="宋体" w:hAnsi="宋体" w:cs="宋体"/>
          <w:color w:val="000000"/>
        </w:rPr>
        <w:t>表示的数为</w:t>
      </w:r>
      <w:r>
        <w:pict>
          <v:shape id="_x0000_i713527" type="#_x0000_t75" alt="学科网(www.zxxk.com)--教育资源门户，提供试卷、教案、课件、论文、素材以及各类教学资源下载，还有大量而丰富的教学相关资讯！" style="width:9pt;height:9.75pt" o:oleicon="f" o:ole="">
            <v:imagedata r:id="rId3660" o:title="eqId81dea63b8ce3e51adf66cf7b9982a248"/>
          </v:shape>
        </w:pict>
      </w:r>
      <w:r>
        <w:rPr>
          <w:rFonts w:ascii="宋体" w:eastAsia="宋体" w:hAnsi="宋体" w:cs="宋体"/>
          <w:color w:val="000000"/>
        </w:rPr>
        <w:t>，根据“</w:t>
      </w:r>
      <w:r>
        <w:rPr>
          <w:rFonts w:ascii="Times New Roman" w:eastAsia="Times New Roman" w:hAnsi="Times New Roman" w:cs="Times New Roman"/>
          <w:color w:val="000000"/>
        </w:rPr>
        <w:t>2</w:t>
      </w:r>
      <w:r>
        <w:rPr>
          <w:rFonts w:ascii="宋体" w:eastAsia="宋体" w:hAnsi="宋体" w:cs="宋体"/>
          <w:color w:val="000000"/>
        </w:rPr>
        <w:t>倍关联点”的定义，列式求解即可；</w:t>
      </w:r>
    </w:p>
    <w:p>
      <w:pPr>
        <w:spacing w:line="360" w:lineRule="auto"/>
        <w:jc w:val="both"/>
        <w:textAlignment w:val="center"/>
        <w:rPr>
          <w:color w:val="000000"/>
        </w:rPr>
      </w:pPr>
      <w:r>
        <w:rPr>
          <w:rFonts w:ascii="宋体" w:eastAsia="宋体" w:hAnsi="宋体" w:cs="宋体"/>
          <w:color w:val="000000"/>
        </w:rPr>
        <w:t>②设点</w:t>
      </w:r>
      <w:r>
        <w:pict>
          <v:shape id="_x0000_i713528" type="#_x0000_t75" alt="学科网(www.zxxk.com)--教育资源门户，提供试卷、教案、课件、论文、素材以及各类教学资源下载，还有大量而丰富的教学相关资讯！" style="width:12pt;height:13pt" o:oleicon="f" o:ole="">
            <v:imagedata r:id="rId3661" o:title="eqId2a30f3a8b673cc28bd90c50cf1a35281"/>
          </v:shape>
        </w:pict>
      </w:r>
      <w:r>
        <w:rPr>
          <w:rFonts w:ascii="宋体" w:eastAsia="宋体" w:hAnsi="宋体" w:cs="宋体"/>
          <w:color w:val="000000"/>
        </w:rPr>
        <w:t>是</w:t>
      </w:r>
      <w:r>
        <w:pict>
          <v:shape id="_x0000_i713529" type="#_x0000_t75" alt="学科网(www.zxxk.com)--教育资源门户，提供试卷、教案、课件、论文、素材以及各类教学资源下载，还有大量而丰富的教学相关资讯！" style="width:38.25pt;height:20.25pt" o:oleicon="f" o:ole="">
            <v:imagedata r:id="rId3662" o:title="eqId17636259a23b46606c57c4eb601d31d4"/>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倍关联点”，点</w:t>
      </w:r>
      <w:r>
        <w:pict>
          <v:shape id="_x0000_i713530" type="#_x0000_t75" alt="学科网(www.zxxk.com)--教育资源门户，提供试卷、教案、课件、论文、素材以及各类教学资源下载，还有大量而丰富的教学相关资讯！" style="width:12pt;height:13pt" o:oleicon="f" o:ole="">
            <v:imagedata r:id="rId3661" o:title="eqId2a30f3a8b673cc28bd90c50cf1a35281"/>
          </v:shape>
        </w:pict>
      </w:r>
      <w:r>
        <w:rPr>
          <w:rFonts w:ascii="宋体" w:eastAsia="宋体" w:hAnsi="宋体" w:cs="宋体"/>
          <w:color w:val="000000"/>
        </w:rPr>
        <w:t>表示的数为</w:t>
      </w:r>
      <w:r>
        <w:pict>
          <v:shape id="_x0000_i713531" type="#_x0000_t75" alt="学科网(www.zxxk.com)--教育资源门户，提供试卷、教案、课件、论文、素材以及各类教学资源下载，还有大量而丰富的教学相关资讯！" style="width:9.75pt;height:12pt" o:oleicon="f" o:ole="">
            <v:imagedata r:id="rId3663" o:title="eqIdd053b14c8588eee2acbbe44fc37a6886"/>
          </v:shape>
        </w:pict>
      </w:r>
      <w:r>
        <w:rPr>
          <w:rFonts w:ascii="宋体" w:eastAsia="宋体" w:hAnsi="宋体" w:cs="宋体"/>
          <w:color w:val="000000"/>
        </w:rPr>
        <w:t>，根据“</w:t>
      </w:r>
      <w:r>
        <w:rPr>
          <w:rFonts w:ascii="Times New Roman" w:eastAsia="Times New Roman" w:hAnsi="Times New Roman" w:cs="Times New Roman"/>
          <w:color w:val="000000"/>
        </w:rPr>
        <w:t>2</w:t>
      </w:r>
      <w:r>
        <w:rPr>
          <w:rFonts w:ascii="宋体" w:eastAsia="宋体" w:hAnsi="宋体" w:cs="宋体"/>
          <w:color w:val="000000"/>
        </w:rPr>
        <w:t>倍关联点”的定义，列式求解即可；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）分别把点</w:t>
      </w:r>
      <w:r>
        <w:pict>
          <v:shape id="_x0000_i713532" type="#_x0000_t75" alt="学科网(www.zxxk.com)--教育资源门户，提供试卷、教案、课件、论文、素材以及各类教学资源下载，还有大量而丰富的教学相关资讯！" style="width:11.25pt;height:12pt" o:oleicon="f" o:ole="">
            <v:imagedata r:id="rId3664" o:title="eqIddad2a36927223bd70f426ba06aea4b45"/>
          </v:shape>
        </w:pict>
      </w:r>
      <w:r>
        <w:rPr>
          <w:rFonts w:ascii="宋体" w:eastAsia="宋体" w:hAnsi="宋体" w:cs="宋体"/>
          <w:color w:val="000000"/>
        </w:rPr>
        <w:t>和点</w:t>
      </w:r>
      <w:r>
        <w:pict>
          <v:shape id="_x0000_i713533" type="#_x0000_t75" alt="学科网(www.zxxk.com)--教育资源门户，提供试卷、教案、课件、论文、素材以及各类教学资源下载，还有大量而丰富的教学相关资讯！" style="width:12pt;height:15.6pt" o:oleicon="f" o:ole="">
            <v:imagedata r:id="rId3665" o:title="eqIdacc290b44635265137fdf13146b6a6d9"/>
          </v:shape>
        </w:pict>
      </w:r>
      <w:r>
        <w:rPr>
          <w:rFonts w:ascii="宋体" w:eastAsia="宋体" w:hAnsi="宋体" w:cs="宋体"/>
          <w:color w:val="000000"/>
        </w:rPr>
        <w:t>运动</w:t>
      </w:r>
      <w:r>
        <w:pict>
          <v:shape id="_x0000_i713534" type="#_x0000_t75" alt="学科网(www.zxxk.com)--教育资源门户，提供试卷、教案、课件、论文、素材以及各类教学资源下载，还有大量而丰富的教学相关资讯！" style="width:7.35pt;height:11.9pt" o:oleicon="f" o:ole="">
            <v:imagedata r:id="rId3666" o:title="eqId36a1b09c653185842513e24ebba60bb3"/>
          </v:shape>
        </w:pict>
      </w:r>
      <w:r>
        <w:rPr>
          <w:rFonts w:ascii="宋体" w:eastAsia="宋体" w:hAnsi="宋体" w:cs="宋体"/>
          <w:color w:val="000000"/>
        </w:rPr>
        <w:t>秒后所表示的数，用含</w:t>
      </w:r>
      <w:r>
        <w:pict>
          <v:shape id="_x0000_i713535" type="#_x0000_t75" alt="学科网(www.zxxk.com)--教育资源门户，提供试卷、教案、课件、论文、素材以及各类教学资源下载，还有大量而丰富的教学相关资讯！" style="width:7.35pt;height:11.9pt" o:oleicon="f" o:ole="">
            <v:imagedata r:id="rId3666" o:title="eqId36a1b09c653185842513e24ebba60bb3"/>
          </v:shape>
        </w:pict>
      </w:r>
      <w:r>
        <w:rPr>
          <w:rFonts w:ascii="宋体" w:eastAsia="宋体" w:hAnsi="宋体" w:cs="宋体"/>
          <w:color w:val="000000"/>
        </w:rPr>
        <w:t>的代数式表示，根据</w:t>
      </w:r>
      <w:r>
        <w:rPr>
          <w:rFonts w:ascii="Times New Roman" w:eastAsia="Times New Roman" w:hAnsi="Times New Roman" w:cs="Times New Roman"/>
          <w:i/>
          <w:color w:val="000000"/>
        </w:rPr>
        <w:t>P</w:t>
      </w:r>
      <w:r>
        <w:rPr>
          <w:rFonts w:ascii="宋体" w:eastAsia="宋体" w:hAnsi="宋体" w:cs="宋体"/>
          <w:color w:val="000000"/>
        </w:rPr>
        <w:t>是</w:t>
      </w:r>
      <w:r>
        <w:pict>
          <v:shape id="_x0000_i713536" type="#_x0000_t75" alt="学科网(www.zxxk.com)--教育资源门户，提供试卷、教案、课件、论文、素材以及各类教学资源下载，还有大量而丰富的教学相关资讯！" style="width:32pt;height:20pt" o:oleicon="f" o:ole="">
            <v:imagedata r:id="rId3667" o:title="eqId28fd4d7e4047dc21e67681f259162e06"/>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倍关联点”可知，</w:t>
      </w:r>
      <w:r>
        <w:pict>
          <v:shape id="_x0000_i713537" type="#_x0000_t75" alt="学科网(www.zxxk.com)--教育资源门户，提供试卷、教案、课件、论文、素材以及各类教学资源下载，还有大量而丰富的教学相关资讯！" style="width:54.55pt;height:15.8pt" o:oleicon="f" o:ole="">
            <v:imagedata r:id="rId3668" o:title="eqId17924e51dac5606dba9fddc7d98f7f7a"/>
          </v:shape>
        </w:pict>
      </w:r>
      <w:r>
        <w:rPr>
          <w:rFonts w:ascii="宋体" w:eastAsia="宋体" w:hAnsi="宋体" w:cs="宋体"/>
          <w:color w:val="000000"/>
        </w:rPr>
        <w:t>，用含</w:t>
      </w:r>
      <w:r>
        <w:pict>
          <v:shape id="_x0000_i713538" type="#_x0000_t75" alt="学科网(www.zxxk.com)--教育资源门户，提供试卷、教案、课件、论文、素材以及各类教学资源下载，还有大量而丰富的教学相关资讯！" style="width:7.35pt;height:11.9pt" o:oleicon="f" o:ole="">
            <v:imagedata r:id="rId3666" o:title="eqId36a1b09c653185842513e24ebba60bb3"/>
          </v:shape>
        </w:pict>
      </w:r>
      <w:r>
        <w:rPr>
          <w:rFonts w:ascii="宋体" w:eastAsia="宋体" w:hAnsi="宋体" w:cs="宋体"/>
          <w:color w:val="000000"/>
        </w:rPr>
        <w:t>的代数式表示</w:t>
      </w:r>
      <w:r>
        <w:pict>
          <v:shape id="_x0000_i713539" type="#_x0000_t75" alt="学科网(www.zxxk.com)--教育资源门户，提供试卷、教案、课件、论文、素材以及各类教学资源下载，还有大量而丰富的教学相关资讯！" style="width:42pt;height:16pt" o:oleicon="f" o:ole="">
            <v:imagedata r:id="rId3669" o:title="eqIdd07dfef36abab4946571189d4f9d2726"/>
          </v:shape>
        </w:pict>
      </w:r>
      <w:r>
        <w:rPr>
          <w:rFonts w:ascii="宋体" w:eastAsia="宋体" w:hAnsi="宋体" w:cs="宋体"/>
          <w:color w:val="000000"/>
        </w:rPr>
        <w:t>，再代入等式解方程；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）分两种情况，一种是点</w:t>
      </w:r>
      <w:r>
        <w:pict>
          <v:shape id="_x0000_i713540" type="#_x0000_t75" alt="学科网(www.zxxk.com)--教育资源门户，提供试卷、教案、课件、论文、素材以及各类教学资源下载，还有大量而丰富的教学相关资讯！" style="width:11.25pt;height:12pt" o:oleicon="f" o:ole="">
            <v:imagedata r:id="rId3670" o:title="eqIddad2a36927223bd70f426ba06aea4b45"/>
          </v:shape>
        </w:pict>
      </w:r>
      <w:r>
        <w:rPr>
          <w:rFonts w:ascii="宋体" w:eastAsia="宋体" w:hAnsi="宋体" w:cs="宋体"/>
          <w:color w:val="000000"/>
        </w:rPr>
        <w:t>是</w:t>
      </w:r>
      <w:r>
        <w:pict>
          <v:shape id="_x0000_i713541" type="#_x0000_t75" alt="学科网(www.zxxk.com)--教育资源门户，提供试卷、教案、课件、论文、素材以及各类教学资源下载，还有大量而丰富的教学相关资讯！" style="width:32.25pt;height:20.25pt" o:oleicon="f" o:ole="">
            <v:imagedata r:id="rId3671" o:title="eqId13e82db0c7d2c362cf4a70027aaa19be"/>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倍关联点”，一种是点</w:t>
      </w:r>
      <w:r>
        <w:pict>
          <v:shape id="_x0000_i713542" type="#_x0000_t75" alt="学科网(www.zxxk.com)--教育资源门户，提供试卷、教案、课件、论文、素材以及各类教学资源下载，还有大量而丰富的教学相关资讯！" style="width:11.25pt;height:12pt" o:oleicon="f" o:ole="">
            <v:imagedata r:id="rId3670" o:title="eqIddad2a36927223bd70f426ba06aea4b45"/>
          </v:shape>
        </w:pict>
      </w:r>
      <w:r>
        <w:rPr>
          <w:rFonts w:ascii="宋体" w:eastAsia="宋体" w:hAnsi="宋体" w:cs="宋体"/>
          <w:color w:val="000000"/>
        </w:rPr>
        <w:t>是</w:t>
      </w:r>
      <w:r>
        <w:pict>
          <v:shape id="_x0000_i713543" type="#_x0000_t75" alt="学科网(www.zxxk.com)--教育资源门户，提供试卷、教案、课件、论文、素材以及各类教学资源下载，还有大量而丰富的教学相关资讯！" style="width:32.25pt;height:20.25pt" o:oleicon="f" o:ole="">
            <v:imagedata r:id="rId3672" o:title="eqIdb2fc5eea070926e164331a5b76076e9f"/>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倍关联点”，进行讨论求解即可．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解：①设点</w:t>
      </w:r>
      <w:r>
        <w:pict>
          <v:shape id="_x0000_i713544" type="#_x0000_t75" alt="学科网(www.zxxk.com)--教育资源门户，提供试卷、教案、课件、论文、素材以及各类教学资源下载，还有大量而丰富的教学相关资讯！" style="width:11.25pt;height:11.25pt" o:oleicon="f" o:ole="">
            <v:imagedata r:id="rId3673" o:title="eqId8455657dde27aabe6adb7b188e031c11"/>
          </v:shape>
        </w:pict>
      </w:r>
      <w:r>
        <w:rPr>
          <w:rFonts w:ascii="宋体" w:eastAsia="宋体" w:hAnsi="宋体" w:cs="宋体"/>
          <w:color w:val="000000"/>
        </w:rPr>
        <w:t>是</w:t>
      </w:r>
      <w:r>
        <w:pict>
          <v:shape id="_x0000_i713545" type="#_x0000_t75" alt="学科网(www.zxxk.com)--教育资源门户，提供试卷、教案、课件、论文、素材以及各类教学资源下载，还有大量而丰富的教学相关资讯！" style="width:38.4pt;height:20.4pt" o:oleicon="f" o:ole="">
            <v:imagedata r:id="rId3674" o:title="eqId85c9635c58e5df20634af8f685475809"/>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倍关联点”，点</w:t>
      </w:r>
      <w:r>
        <w:pict>
          <v:shape id="_x0000_i713546" type="#_x0000_t75" alt="学科网(www.zxxk.com)--教育资源门户，提供试卷、教案、课件、论文、素材以及各类教学资源下载，还有大量而丰富的教学相关资讯！" style="width:11.25pt;height:11.25pt" o:oleicon="f" o:ole="">
            <v:imagedata r:id="rId3673" o:title="eqId8455657dde27aabe6adb7b188e031c11"/>
          </v:shape>
        </w:pict>
      </w:r>
      <w:r>
        <w:rPr>
          <w:rFonts w:ascii="宋体" w:eastAsia="宋体" w:hAnsi="宋体" w:cs="宋体"/>
          <w:color w:val="000000"/>
        </w:rPr>
        <w:t>表示的数为</w:t>
      </w:r>
      <w:r>
        <w:pict>
          <v:shape id="_x0000_i713547" type="#_x0000_t75" alt="学科网(www.zxxk.com)--教育资源门户，提供试卷、教案、课件、论文、素材以及各类教学资源下载，还有大量而丰富的教学相关资讯！" style="width:9pt;height:9.75pt" o:oleicon="f" o:ole="">
            <v:imagedata r:id="rId3675" o:title="eqId81dea63b8ce3e51adf66cf7b9982a248"/>
          </v:shape>
        </w:pict>
      </w:r>
      <w:r>
        <w:rPr>
          <w:rFonts w:ascii="宋体" w:eastAsia="宋体" w:hAnsi="宋体" w:cs="宋体"/>
          <w:color w:val="000000"/>
        </w:rPr>
        <w:t>，则</w:t>
      </w:r>
      <w:r>
        <w:pict>
          <v:shape id="_x0000_i713548" type="#_x0000_t75" alt="学科网(www.zxxk.com)--教育资源门户，提供试卷、教案、课件、论文、素材以及各类教学资源下载，还有大量而丰富的教学相关资讯！" style="width:60.75pt;height:14.25pt" o:oleicon="f" o:ole="">
            <v:imagedata r:id="rId3676" o:title="eqId786d8cd9c2b0b272bd7692fe761dadd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49" type="#_x0000_t75" alt="学科网(www.zxxk.com)--教育资源门户，提供试卷、教案、课件、论文、素材以及各类教学资源下载，还有大量而丰富的教学相关资讯！" style="width:207.75pt;height:21.75pt" o:oleicon="f" o:ole="">
            <v:imagedata r:id="rId3677" o:title="eqIde5bb5cbd4a11c824fd4c1204ee986e9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50" type="#_x0000_t75" alt="学科网(www.zxxk.com)--教育资源门户，提供试卷、教案、课件、论文、素材以及各类教学资源下载，还有大量而丰富的教学相关资讯！" style="width:77.25pt;height:20.25pt" o:oleicon="f" o:ole="">
            <v:imagedata r:id="rId3678" o:title="eqIdafc5ec91ae9236589f629f1927686fc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51" type="#_x0000_t75" alt="学科网(www.zxxk.com)--教育资源门户，提供试卷、教案、课件、论文、素材以及各类教学资源下载，还有大量而丰富的教学相关资讯！" style="width:27pt;height:14.25pt" o:oleicon="f" o:ole="">
            <v:imagedata r:id="rId3679" o:title="eqIde55aa0a20848c37c1892c567b2315e0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表示的点是</w:t>
      </w:r>
      <w:r>
        <w:pict>
          <v:shape id="_x0000_i713552" type="#_x0000_t75" alt="学科网(www.zxxk.com)--教育资源门户，提供试卷、教案、课件、论文、素材以及各类教学资源下载，还有大量而丰富的教学相关资讯！" style="width:38.4pt;height:20.4pt" o:oleicon="f" o:ole="">
            <v:imagedata r:id="rId3680" o:title="eqId85c9635c58e5df20634af8f685475809"/>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left"/>
        <w:textAlignment w:val="center"/>
        <w:rPr>
          <w:color w:val="000000"/>
        </w:rPr>
      </w:pPr>
      <w:r>
        <w:rPr>
          <w:rFonts w:ascii="宋体" w:eastAsia="宋体" w:hAnsi="宋体" w:cs="宋体"/>
          <w:color w:val="000000"/>
        </w:rPr>
        <w:t>故答案为：</w:t>
      </w:r>
      <w:r>
        <w:pict>
          <v:shape id="_x0000_i713553" type="#_x0000_t75" alt="学科网(www.zxxk.com)--教育资源门户，提供试卷、教案、课件、论文、素材以及各类教学资源下载，还有大量而丰富的教学相关资讯！" style="width:9.35pt;height:14.05pt" o:oleicon="f" o:ole="">
            <v:imagedata r:id="rId3681" o:title="eqId5ca7d1107389675d32b56ec097464c1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②设点</w:t>
      </w:r>
      <w:r>
        <w:pict>
          <v:shape id="_x0000_i713554" type="#_x0000_t75" alt="学科网(www.zxxk.com)--教育资源门户，提供试卷、教案、课件、论文、素材以及各类教学资源下载，还有大量而丰富的教学相关资讯！" style="width:12pt;height:13pt" o:oleicon="f" o:ole="">
            <v:imagedata r:id="rId3682" o:title="eqId2a30f3a8b673cc28bd90c50cf1a35281"/>
          </v:shape>
        </w:pict>
      </w:r>
      <w:r>
        <w:rPr>
          <w:rFonts w:ascii="宋体" w:eastAsia="宋体" w:hAnsi="宋体" w:cs="宋体"/>
          <w:color w:val="000000"/>
        </w:rPr>
        <w:t>是</w:t>
      </w:r>
      <w:r>
        <w:pict>
          <v:shape id="_x0000_i713555" type="#_x0000_t75" alt="学科网(www.zxxk.com)--教育资源门户，提供试卷、教案、课件、论文、素材以及各类教学资源下载，还有大量而丰富的教学相关资讯！" style="width:38.25pt;height:20.25pt" o:oleicon="f" o:ole="">
            <v:imagedata r:id="rId3683" o:title="eqId17636259a23b46606c57c4eb601d31d4"/>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倍关联点”，点</w:t>
      </w:r>
      <w:r>
        <w:pict>
          <v:shape id="_x0000_i713556" type="#_x0000_t75" alt="学科网(www.zxxk.com)--教育资源门户，提供试卷、教案、课件、论文、素材以及各类教学资源下载，还有大量而丰富的教学相关资讯！" style="width:12pt;height:13pt" o:oleicon="f" o:ole="">
            <v:imagedata r:id="rId3682" o:title="eqId2a30f3a8b673cc28bd90c50cf1a35281"/>
          </v:shape>
        </w:pict>
      </w:r>
      <w:r>
        <w:rPr>
          <w:rFonts w:ascii="宋体" w:eastAsia="宋体" w:hAnsi="宋体" w:cs="宋体"/>
          <w:color w:val="000000"/>
        </w:rPr>
        <w:t>表示的数为</w:t>
      </w:r>
      <w:r>
        <w:pict>
          <v:shape id="_x0000_i713557" type="#_x0000_t75" alt="学科网(www.zxxk.com)--教育资源门户，提供试卷、教案、课件、论文、素材以及各类教学资源下载，还有大量而丰富的教学相关资讯！" style="width:9.75pt;height:12pt" o:oleicon="f" o:ole="">
            <v:imagedata r:id="rId3684" o:title="eqIdd053b14c8588eee2acbbe44fc37a6886"/>
          </v:shape>
        </w:pict>
      </w:r>
      <w:r>
        <w:rPr>
          <w:rFonts w:ascii="宋体" w:eastAsia="宋体" w:hAnsi="宋体" w:cs="宋体"/>
          <w:color w:val="000000"/>
        </w:rPr>
        <w:t>，则</w:t>
      </w:r>
      <w:r>
        <w:pict>
          <v:shape id="_x0000_i713558" type="#_x0000_t75" alt="学科网(www.zxxk.com)--教育资源门户，提供试卷、教案、课件、论文、素材以及各类教学资源下载，还有大量而丰富的教学相关资讯！" style="width:59.25pt;height:14.25pt" o:oleicon="f" o:ole="">
            <v:imagedata r:id="rId3685" o:title="eqId30b532cf8aa1603c705581770b4d099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59" type="#_x0000_t75" alt="学科网(www.zxxk.com)--教育资源门户，提供试卷、教案、课件、论文、素材以及各类教学资源下载，还有大量而丰富的教学相关资讯！" style="width:95.25pt;height:20.25pt" o:oleicon="f" o:ole="">
            <v:imagedata r:id="rId3686" o:title="eqIdaa57f3dcc81f6d3ee57e63aa213665d2"/>
          </v:shape>
        </w:pict>
      </w:r>
      <w:r>
        <w:rPr>
          <w:rFonts w:ascii="宋体" w:eastAsia="宋体" w:hAnsi="宋体" w:cs="宋体"/>
          <w:color w:val="000000"/>
        </w:rPr>
        <w:t>，</w:t>
      </w:r>
      <w:r>
        <w:pict>
          <v:shape id="_x0000_i713560" type="#_x0000_t75" alt="学科网(www.zxxk.com)--教育资源门户，提供试卷、教案、课件、论文、素材以及各类教学资源下载，还有大量而丰富的教学相关资讯！" style="width:113.25pt;height:21.75pt" o:oleicon="f" o:ole="">
            <v:imagedata r:id="rId3687" o:title="eqIdaa223250c8afebb79b0d31dc90a8f36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61" type="#_x0000_t75" alt="学科网(www.zxxk.com)--教育资源门户，提供试卷、教案、课件、论文、素材以及各类教学资源下载，还有大量而丰富的教学相关资讯！" style="width:78.75pt;height:20.25pt" o:oleicon="f" o:ole="">
            <v:imagedata r:id="rId3688" o:title="eqId9303a087af147dfed109c236be0cc6a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62" type="#_x0000_t75" alt="学科网(www.zxxk.com)--教育资源门户，提供试卷、教案、课件、论文、素材以及各类教学资源下载，还有大量而丰富的教学相关资讯！" style="width:26.25pt;height:15pt" o:oleicon="f" o:ole="">
            <v:imagedata r:id="rId3689" o:title="eqIde2a7df955fc17e92fd86302f8c34664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表示的点是</w:t>
      </w:r>
      <w:r>
        <w:pict>
          <v:shape id="_x0000_i713563" type="#_x0000_t75" alt="学科网(www.zxxk.com)--教育资源门户，提供试卷、教案、课件、论文、素材以及各类教学资源下载，还有大量而丰富的教学相关资讯！" style="width:38.25pt;height:20.25pt" o:oleicon="f" o:ole="">
            <v:imagedata r:id="rId3690" o:title="eqId17636259a23b46606c57c4eb601d31d4"/>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left"/>
        <w:textAlignment w:val="center"/>
        <w:rPr>
          <w:color w:val="000000"/>
        </w:rPr>
      </w:pPr>
      <w:r>
        <w:rPr>
          <w:rFonts w:ascii="宋体" w:eastAsia="宋体" w:hAnsi="宋体" w:cs="宋体"/>
          <w:color w:val="000000"/>
        </w:rPr>
        <w:t>故答案为：</w:t>
      </w:r>
      <w:r>
        <w:pict>
          <v:shape id="_x0000_i713564" type="#_x0000_t75" alt="学科网(www.zxxk.com)--教育资源门户，提供试卷、教案、课件、论文、素材以及各类教学资源下载，还有大量而丰富的教学相关资讯！" style="width:9pt;height:12.75pt" o:oleicon="f" o:ole="">
            <v:imagedata r:id="rId3691" o:title="eqIdc95b6be4554f03bf496092f1acdfbb89"/>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3565" type="#_x0000_t75" alt="学科网(www.zxxk.com)--教育资源门户，提供试卷、教案、课件、论文、素材以及各类教学资源下载，还有大量而丰富的教学相关资讯！" style="width:11.25pt;height:12pt" o:oleicon="f" o:ole="">
            <v:imagedata r:id="rId3692" o:title="eqIddad2a36927223bd70f426ba06aea4b45"/>
          </v:shape>
        </w:pict>
      </w:r>
      <w:r>
        <w:rPr>
          <w:rFonts w:ascii="宋体" w:eastAsia="宋体" w:hAnsi="宋体" w:cs="宋体"/>
          <w:color w:val="000000"/>
        </w:rPr>
        <w:t>是</w:t>
      </w:r>
      <w:r>
        <w:pict>
          <v:shape id="_x0000_i713566" type="#_x0000_t75" alt="学科网(www.zxxk.com)--教育资源门户，提供试卷、教案、课件、论文、素材以及各类教学资源下载，还有大量而丰富的教学相关资讯！" style="width:32pt;height:20pt" o:oleicon="f" o:ole="">
            <v:imagedata r:id="rId3693" o:title="eqId28fd4d7e4047dc21e67681f259162e06"/>
          </v:shape>
        </w:pict>
      </w:r>
      <w:r>
        <w:rPr>
          <w:rFonts w:ascii="宋体" w:eastAsia="宋体" w:hAnsi="宋体" w:cs="宋体"/>
          <w:color w:val="000000"/>
        </w:rPr>
        <w:t xml:space="preserve">的“ </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left"/>
        <w:textAlignment w:val="center"/>
        <w:rPr>
          <w:color w:val="000000"/>
        </w:rPr>
      </w:pPr>
      <w:r>
        <w:rPr>
          <w:color w:val="000000"/>
        </w:rPr>
        <w:drawing>
          <wp:inline>
            <wp:extent cx="3067050" cy="371475"/>
            <wp:docPr id="34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 name=""/>
                    <pic:cNvPicPr>
                      <a:picLocks noChangeAspect="1"/>
                    </pic:cNvPicPr>
                  </pic:nvPicPr>
                  <pic:blipFill>
                    <a:blip r:embed="rId3694"/>
                    <a:stretch>
                      <a:fillRect/>
                    </a:stretch>
                  </pic:blipFill>
                  <pic:spPr>
                    <a:xfrm>
                      <a:off x="0" y="0"/>
                      <a:ext cx="3067050" cy="371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pict>
          <v:shape id="_x0000_i713567" type="#_x0000_t75" alt="学科网(www.zxxk.com)--教育资源门户，提供试卷、教案、课件、论文、素材以及各类教学资源下载，还有大量而丰富的教学相关资讯！" style="width:54.55pt;height:15.8pt" o:oleicon="f" o:ole="">
            <v:imagedata r:id="rId3695" o:title="eqId17924e51dac5606dba9fddc7d98f7f7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13568" type="#_x0000_t75" alt="学科网(www.zxxk.com)--教育资源门户，提供试卷、教案、课件、论文、素材以及各类教学资源下载，还有大量而丰富的教学相关资讯！" style="width:9.75pt;height:10.5pt" o:oleicon="f" o:ole="">
            <v:imagedata r:id="rId3696" o:title="eqId7f9e8449aad35c5d840a3395ea86df6d"/>
          </v:shape>
        </w:pict>
      </w:r>
      <w:r>
        <w:rPr>
          <w:rFonts w:ascii="宋体" w:eastAsia="宋体" w:hAnsi="宋体" w:cs="宋体"/>
          <w:color w:val="000000"/>
        </w:rPr>
        <w:t>表示的数是</w:t>
      </w:r>
      <w:r>
        <w:pict>
          <v:shape id="_x0000_i713569" type="#_x0000_t75" alt="学科网(www.zxxk.com)--教育资源门户，提供试卷、教案、课件、论文、素材以及各类教学资源下载，还有大量而丰富的教学相关资讯！" style="width:15.25pt;height:14.2pt" o:oleicon="f" o:ole="">
            <v:imagedata r:id="rId3697" o:title="eqId0e6f1af4b44b2e97e8f319bab4ae9010"/>
          </v:shape>
        </w:pict>
      </w:r>
      <w:r>
        <w:rPr>
          <w:rFonts w:ascii="宋体" w:eastAsia="宋体" w:hAnsi="宋体" w:cs="宋体"/>
          <w:color w:val="000000"/>
        </w:rPr>
        <w:t>，</w:t>
      </w:r>
      <w:r>
        <w:pict>
          <v:shape id="_x0000_i713570" type="#_x0000_t75" alt="学科网(www.zxxk.com)--教育资源门户，提供试卷、教案、课件、论文、素材以及各类教学资源下载，还有大量而丰富的教学相关资讯！" style="width:11.25pt;height:12pt" o:oleicon="f" o:ole="">
            <v:imagedata r:id="rId3698" o:title="eqIddad2a36927223bd70f426ba06aea4b45"/>
          </v:shape>
        </w:pict>
      </w:r>
      <w:r>
        <w:rPr>
          <w:rFonts w:ascii="宋体" w:eastAsia="宋体" w:hAnsi="宋体" w:cs="宋体"/>
          <w:color w:val="000000"/>
        </w:rPr>
        <w:t>从点</w:t>
      </w:r>
      <w:r>
        <w:pict>
          <v:shape id="_x0000_i713571" type="#_x0000_t75" alt="学科网(www.zxxk.com)--教育资源门户，提供试卷、教案、课件、论文、素材以及各类教学资源下载，还有大量而丰富的教学相关资讯！" style="width:9.75pt;height:10.5pt" o:oleicon="f" o:ole="">
            <v:imagedata r:id="rId3696" o:title="eqId7f9e8449aad35c5d840a3395ea86df6d"/>
          </v:shape>
        </w:pict>
      </w:r>
      <w:r>
        <w:rPr>
          <w:rFonts w:ascii="宋体" w:eastAsia="宋体" w:hAnsi="宋体" w:cs="宋体"/>
          <w:color w:val="000000"/>
        </w:rPr>
        <w:t>以</w:t>
      </w:r>
      <w:r>
        <w:rPr>
          <w:rFonts w:ascii="Times New Roman" w:eastAsia="Times New Roman" w:hAnsi="Times New Roman" w:cs="Times New Roman"/>
          <w:color w:val="000000"/>
        </w:rPr>
        <w:t>5</w:t>
      </w:r>
      <w:r>
        <w:rPr>
          <w:rFonts w:ascii="宋体" w:eastAsia="宋体" w:hAnsi="宋体" w:cs="宋体"/>
          <w:color w:val="000000"/>
        </w:rPr>
        <w:t>个单位每秒的速度向左运动，</w:t>
      </w:r>
    </w:p>
    <w:p>
      <w:pPr>
        <w:spacing w:line="360" w:lineRule="auto"/>
        <w:jc w:val="left"/>
        <w:textAlignment w:val="center"/>
        <w:rPr>
          <w:color w:val="000000"/>
        </w:rPr>
      </w:pPr>
      <w:r>
        <w:rPr>
          <w:rFonts w:ascii="宋体" w:eastAsia="宋体" w:hAnsi="宋体" w:cs="宋体"/>
          <w:color w:val="000000"/>
        </w:rPr>
        <w:t>∴点</w:t>
      </w:r>
      <w:r>
        <w:pict>
          <v:shape id="_x0000_i713572" type="#_x0000_t75" alt="学科网(www.zxxk.com)--教育资源门户，提供试卷、教案、课件、论文、素材以及各类教学资源下载，还有大量而丰富的教学相关资讯！" style="width:11.25pt;height:12pt" o:oleicon="f" o:ole="">
            <v:imagedata r:id="rId3699" o:title="eqIddad2a36927223bd70f426ba06aea4b45"/>
          </v:shape>
        </w:pict>
      </w:r>
      <w:r>
        <w:rPr>
          <w:rFonts w:ascii="宋体" w:eastAsia="宋体" w:hAnsi="宋体" w:cs="宋体"/>
          <w:color w:val="000000"/>
        </w:rPr>
        <w:t>运动</w:t>
      </w:r>
      <w:r>
        <w:pict>
          <v:shape id="_x0000_i713573" type="#_x0000_t75" alt="学科网(www.zxxk.com)--教育资源门户，提供试卷、教案、课件、论文、素材以及各类教学资源下载，还有大量而丰富的教学相关资讯！" style="width:7.35pt;height:11.9pt" o:oleicon="f" o:ole="">
            <v:imagedata r:id="rId3700" o:title="eqId36a1b09c653185842513e24ebba60bb3"/>
          </v:shape>
        </w:pict>
      </w:r>
      <w:r>
        <w:rPr>
          <w:rFonts w:ascii="宋体" w:eastAsia="宋体" w:hAnsi="宋体" w:cs="宋体"/>
          <w:color w:val="000000"/>
        </w:rPr>
        <w:t>秒表示的数是</w:t>
      </w:r>
      <w:r>
        <w:pict>
          <v:shape id="_x0000_i713574" type="#_x0000_t75" alt="学科网(www.zxxk.com)--教育资源门户，提供试卷、教案、课件、论文、素材以及各类教学资源下载，还有大量而丰富的教学相关资讯！" style="width:35.25pt;height:14.25pt" o:oleicon="f" o:ole="">
            <v:imagedata r:id="rId3701" o:title="eqId41a6da26eca8a6e33899b27098db60a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13575" type="#_x0000_t75" alt="学科网(www.zxxk.com)--教育资源门户，提供试卷、教案、课件、论文、素材以及各类教学资源下载，还有大量而丰富的教学相关资讯！" style="width:12pt;height:12pt" o:oleicon="f" o:ole="">
            <v:imagedata r:id="rId3702" o:title="eqId5963abe8f421bd99a2aaa94831a951e9"/>
          </v:shape>
        </w:pict>
      </w:r>
      <w:r>
        <w:rPr>
          <w:rFonts w:ascii="宋体" w:eastAsia="宋体" w:hAnsi="宋体" w:cs="宋体"/>
          <w:color w:val="000000"/>
        </w:rPr>
        <w:t>表示的数是</w:t>
      </w:r>
      <w:r>
        <w:pict>
          <v:shape id="_x0000_i713576" type="#_x0000_t75" alt="学科网(www.zxxk.com)--教育资源门户，提供试卷、教案、课件、论文、素材以及各类教学资源下载，还有大量而丰富的教学相关资讯！" style="width:22pt;height:13.95pt" o:oleicon="f" o:ole="">
            <v:imagedata r:id="rId3703" o:title="eqId5f86b86a6ccdf2c077d195db7bc380ea"/>
          </v:shape>
        </w:pict>
      </w:r>
      <w:r>
        <w:rPr>
          <w:rFonts w:ascii="宋体" w:eastAsia="宋体" w:hAnsi="宋体" w:cs="宋体"/>
          <w:color w:val="000000"/>
        </w:rPr>
        <w:t>，点</w:t>
      </w:r>
      <w:r>
        <w:pict>
          <v:shape id="_x0000_i713577" type="#_x0000_t75" alt="学科网(www.zxxk.com)--教育资源门户，提供试卷、教案、课件、论文、素材以及各类教学资源下载，还有大量而丰富的教学相关资讯！" style="width:12pt;height:15.6pt" o:oleicon="f" o:ole="">
            <v:imagedata r:id="rId3704" o:title="eqIdacc290b44635265137fdf13146b6a6d9"/>
          </v:shape>
        </w:pict>
      </w:r>
      <w:r>
        <w:rPr>
          <w:rFonts w:ascii="宋体" w:eastAsia="宋体" w:hAnsi="宋体" w:cs="宋体"/>
          <w:color w:val="000000"/>
        </w:rPr>
        <w:t>从点</w:t>
      </w:r>
      <w:r>
        <w:pict>
          <v:shape id="_x0000_i713578" type="#_x0000_t75" alt="学科网(www.zxxk.com)--教育资源门户，提供试卷、教案、课件、论文、素材以及各类教学资源下载，还有大量而丰富的教学相关资讯！" style="width:12pt;height:12pt" o:oleicon="f" o:ole="">
            <v:imagedata r:id="rId3702" o:title="eqId5963abe8f421bd99a2aaa94831a951e9"/>
          </v:shape>
        </w:pict>
      </w:r>
      <w:r>
        <w:rPr>
          <w:rFonts w:ascii="宋体" w:eastAsia="宋体" w:hAnsi="宋体" w:cs="宋体"/>
          <w:color w:val="000000"/>
        </w:rPr>
        <w:t>以</w:t>
      </w:r>
      <w:r>
        <w:rPr>
          <w:rFonts w:ascii="Times New Roman" w:eastAsia="Times New Roman" w:hAnsi="Times New Roman" w:cs="Times New Roman"/>
          <w:color w:val="000000"/>
        </w:rPr>
        <w:t>3</w:t>
      </w:r>
      <w:r>
        <w:rPr>
          <w:rFonts w:ascii="宋体" w:eastAsia="宋体" w:hAnsi="宋体" w:cs="宋体"/>
          <w:color w:val="000000"/>
        </w:rPr>
        <w:t>个单位的速度向右运动，</w:t>
      </w:r>
    </w:p>
    <w:p>
      <w:pPr>
        <w:spacing w:line="360" w:lineRule="auto"/>
        <w:jc w:val="left"/>
        <w:textAlignment w:val="center"/>
        <w:rPr>
          <w:color w:val="000000"/>
        </w:rPr>
      </w:pPr>
      <w:r>
        <w:rPr>
          <w:rFonts w:ascii="宋体" w:eastAsia="宋体" w:hAnsi="宋体" w:cs="宋体"/>
          <w:color w:val="000000"/>
        </w:rPr>
        <w:t>∴点</w:t>
      </w:r>
      <w:r>
        <w:pict>
          <v:shape id="_x0000_i713579" type="#_x0000_t75" alt="学科网(www.zxxk.com)--教育资源门户，提供试卷、教案、课件、论文、素材以及各类教学资源下载，还有大量而丰富的教学相关资讯！" style="width:12pt;height:15.6pt" o:oleicon="f" o:ole="">
            <v:imagedata r:id="rId3705" o:title="eqIdacc290b44635265137fdf13146b6a6d9"/>
          </v:shape>
        </w:pict>
      </w:r>
      <w:r>
        <w:rPr>
          <w:rFonts w:ascii="宋体" w:eastAsia="宋体" w:hAnsi="宋体" w:cs="宋体"/>
          <w:color w:val="000000"/>
        </w:rPr>
        <w:t>表示的数是</w:t>
      </w:r>
      <w:r>
        <w:pict>
          <v:shape id="_x0000_i713580" type="#_x0000_t75" alt="学科网(www.zxxk.com)--教育资源门户，提供试卷、教案、课件、论文、素材以及各类教学资源下载，还有大量而丰富的教学相关资讯！" style="width:42pt;height:14.25pt" o:oleicon="f" o:ole="">
            <v:imagedata r:id="rId3706" o:title="eqId3144d9f38957780dfe3422aa89cafe2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81" type="#_x0000_t75" alt="学科网(www.zxxk.com)--教育资源门户，提供试卷、教案、课件、论文、素材以及各类教学资源下载，还有大量而丰富的教学相关资讯！" style="width:149.25pt;height:21.75pt" o:oleicon="f" o:ole="">
            <v:imagedata r:id="rId3707" o:title="eqIdf163ff0261bfa50ad98f450d5d013e86"/>
          </v:shape>
        </w:pict>
      </w:r>
      <w:r>
        <w:rPr>
          <w:rFonts w:ascii="宋体" w:eastAsia="宋体" w:hAnsi="宋体" w:cs="宋体"/>
          <w:color w:val="000000"/>
        </w:rPr>
        <w:t>，</w:t>
      </w:r>
      <w:r>
        <w:pict>
          <v:shape id="_x0000_i713582" type="#_x0000_t75" alt="学科网(www.zxxk.com)--教育资源门户，提供试卷、教案、课件、论文、素材以及各类教学资源下载，还有大量而丰富的教学相关资讯！" style="width:168.75pt;height:21.75pt" o:oleicon="f" o:ole="">
            <v:imagedata r:id="rId3708" o:title="eqId93b4fe2ba8e8877fac4590123ec8110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83" type="#_x0000_t75" alt="学科网(www.zxxk.com)--教育资源门户，提供试卷、教案、课件、论文、素材以及各类教学资源下载，还有大量而丰富的教学相关资讯！" style="width:95.25pt;height:20.25pt" o:oleicon="f" o:ole="">
            <v:imagedata r:id="rId3709" o:title="eqIdb730ff458abe3218cf29e8af6bb0f13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84" type="#_x0000_t75" alt="学科网(www.zxxk.com)--教育资源门户，提供试卷、教案、课件、论文、素材以及各类教学资源下载，还有大量而丰富的教学相关资讯！" style="width:33.25pt;height:31.1pt" o:oleicon="f" o:ole="">
            <v:imagedata r:id="rId3710" o:title="eqId751edee46a8eb9e38bf409682705c891"/>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可知点</w:t>
      </w:r>
      <w:r>
        <w:pict>
          <v:shape id="_x0000_i713585" type="#_x0000_t75" alt="学科网(www.zxxk.com)--教育资源门户，提供试卷、教案、课件、论文、素材以及各类教学资源下载，还有大量而丰富的教学相关资讯！" style="width:11.25pt;height:12pt" o:oleicon="f" o:ole="">
            <v:imagedata r:id="rId3711" o:title="eqIddad2a36927223bd70f426ba06aea4b45"/>
          </v:shape>
        </w:pict>
      </w:r>
      <w:r>
        <w:rPr>
          <w:rFonts w:ascii="宋体" w:eastAsia="宋体" w:hAnsi="宋体" w:cs="宋体"/>
          <w:color w:val="000000"/>
        </w:rPr>
        <w:t>表示的数是</w:t>
      </w:r>
      <w:r>
        <w:pict>
          <v:shape id="_x0000_i713586" type="#_x0000_t75" alt="学科网(www.zxxk.com)--教育资源门户，提供试卷、教案、课件、论文、素材以及各类教学资源下载，还有大量而丰富的教学相关资讯！" style="width:35.25pt;height:14.25pt" o:oleicon="f" o:ole="">
            <v:imagedata r:id="rId3712" o:title="eqId41a6da26eca8a6e33899b27098db60ac"/>
          </v:shape>
        </w:pict>
      </w:r>
      <w:r>
        <w:rPr>
          <w:rFonts w:ascii="宋体" w:eastAsia="宋体" w:hAnsi="宋体" w:cs="宋体"/>
          <w:color w:val="000000"/>
        </w:rPr>
        <w:t>，</w:t>
      </w:r>
      <w:r>
        <w:pict>
          <v:shape id="_x0000_i713587" type="#_x0000_t75" alt="学科网(www.zxxk.com)--教育资源门户，提供试卷、教案、课件、论文、素材以及各类教学资源下载，还有大量而丰富的教学相关资讯！" style="width:63.25pt;height:14.2pt" o:oleicon="f" o:ole="">
            <v:imagedata r:id="rId3713" o:title="eqId02cec1c4fe61fa9e79a114a1db0bdb9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88" type="#_x0000_t75" alt="学科网(www.zxxk.com)--教育资源门户，提供试卷、教案、课件、论文、素材以及各类教学资源下载，还有大量而丰富的教学相关资讯！" style="width:119.25pt;height:21.75pt" o:oleicon="f" o:ole="">
            <v:imagedata r:id="rId3714" o:title="eqId491da527d2811887dd13d0235a54abe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13589" type="#_x0000_t75" alt="学科网(www.zxxk.com)--教育资源门户，提供试卷、教案、课件、论文、素材以及各类教学资源下载，还有大量而丰富的教学相关资讯！" style="width:12pt;height:12pt" o:oleicon="f" o:ole="">
            <v:imagedata r:id="rId3715" o:title="eqId5963abe8f421bd99a2aaa94831a951e9"/>
          </v:shape>
        </w:pict>
      </w:r>
      <w:r>
        <w:rPr>
          <w:rFonts w:ascii="宋体" w:eastAsia="宋体" w:hAnsi="宋体" w:cs="宋体"/>
          <w:color w:val="000000"/>
        </w:rPr>
        <w:t>表示的数是</w:t>
      </w:r>
      <w:r>
        <w:pict>
          <v:shape id="_x0000_i713590" type="#_x0000_t75" alt="学科网(www.zxxk.com)--教育资源门户，提供试卷、教案、课件、论文、素材以及各类教学资源下载，还有大量而丰富的教学相关资讯！" style="width:22pt;height:13.95pt" o:oleicon="f" o:ole="">
            <v:imagedata r:id="rId3716" o:title="eqId5f86b86a6ccdf2c077d195db7bc380ea"/>
          </v:shape>
        </w:pict>
      </w:r>
      <w:r>
        <w:rPr>
          <w:rFonts w:ascii="宋体" w:eastAsia="宋体" w:hAnsi="宋体" w:cs="宋体"/>
          <w:color w:val="000000"/>
        </w:rPr>
        <w:t>，点</w:t>
      </w:r>
      <w:r>
        <w:pict>
          <v:shape id="_x0000_i713591" type="#_x0000_t75" alt="学科网(www.zxxk.com)--教育资源门户，提供试卷、教案、课件、论文、素材以及各类教学资源下载，还有大量而丰富的教学相关资讯！" style="width:9.75pt;height:10.5pt" o:oleicon="f" o:ole="">
            <v:imagedata r:id="rId3717" o:title="eqId7f9e8449aad35c5d840a3395ea86df6d"/>
          </v:shape>
        </w:pict>
      </w:r>
      <w:r>
        <w:rPr>
          <w:rFonts w:ascii="宋体" w:eastAsia="宋体" w:hAnsi="宋体" w:cs="宋体"/>
          <w:color w:val="000000"/>
        </w:rPr>
        <w:t>表示的数是</w:t>
      </w:r>
      <w:r>
        <w:pict>
          <v:shape id="_x0000_i713592" type="#_x0000_t75" alt="学科网(www.zxxk.com)--教育资源门户，提供试卷、教案、课件、论文、素材以及各类教学资源下载，还有大量而丰富的教学相关资讯！" style="width:15.25pt;height:14.2pt" o:oleicon="f" o:ole="">
            <v:imagedata r:id="rId3718" o:title="eqId0e6f1af4b44b2e97e8f319bab4ae901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93" type="#_x0000_t75" alt="学科网(www.zxxk.com)--教育资源门户，提供试卷、教案、课件、论文、素材以及各类教学资源下载，还有大量而丰富的教学相关资讯！" style="width:108.75pt;height:21.75pt" o:oleicon="f" o:ole="">
            <v:imagedata r:id="rId3719" o:title="eqId1528c0f21d50333ecd21a73d1147f1f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①点</w:t>
      </w:r>
      <w:r>
        <w:pict>
          <v:shape id="_x0000_i713594" type="#_x0000_t75" alt="学科网(www.zxxk.com)--教育资源门户，提供试卷、教案、课件、论文、素材以及各类教学资源下载，还有大量而丰富的教学相关资讯！" style="width:11.25pt;height:12pt" o:oleicon="f" o:ole="">
            <v:imagedata r:id="rId3720" o:title="eqIddad2a36927223bd70f426ba06aea4b45"/>
          </v:shape>
        </w:pict>
      </w:r>
      <w:r>
        <w:rPr>
          <w:rFonts w:ascii="宋体" w:eastAsia="宋体" w:hAnsi="宋体" w:cs="宋体"/>
          <w:color w:val="000000"/>
        </w:rPr>
        <w:t>是</w:t>
      </w:r>
      <w:r>
        <w:pict>
          <v:shape id="_x0000_i713595" type="#_x0000_t75" alt="学科网(www.zxxk.com)--教育资源门户，提供试卷、教案、课件、论文、素材以及各类教学资源下载，还有大量而丰富的教学相关资讯！" style="width:32.25pt;height:20.25pt" o:oleicon="f" o:ole="">
            <v:imagedata r:id="rId3721" o:title="eqId13e82db0c7d2c362cf4a70027aaa19be"/>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left"/>
        <w:textAlignment w:val="center"/>
        <w:rPr>
          <w:color w:val="000000"/>
        </w:rPr>
      </w:pPr>
      <w:r>
        <w:rPr>
          <w:color w:val="000000"/>
        </w:rPr>
        <w:drawing>
          <wp:inline>
            <wp:extent cx="3371850" cy="438150"/>
            <wp:docPr id="34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 name=""/>
                    <pic:cNvPicPr>
                      <a:picLocks noChangeAspect="1"/>
                    </pic:cNvPicPr>
                  </pic:nvPicPr>
                  <pic:blipFill>
                    <a:blip r:embed="rId3722"/>
                    <a:stretch>
                      <a:fillRect/>
                    </a:stretch>
                  </pic:blipFill>
                  <pic:spPr>
                    <a:xfrm>
                      <a:off x="0" y="0"/>
                      <a:ext cx="3371850" cy="4381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pict>
          <v:shape id="_x0000_i713596" type="#_x0000_t75" alt="学科网(www.zxxk.com)--教育资源门户，提供试卷、教案、课件、论文、素材以及各类教学资源下载，还有大量而丰富的教学相关资讯！" style="width:53.25pt;height:12.75pt" o:oleicon="f" o:ole="">
            <v:imagedata r:id="rId3723" o:title="eqId2700a3103aef7c7cdb1ab54bf964639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597" type="#_x0000_t75" alt="学科网(www.zxxk.com)--教育资源门户，提供试卷、教案、课件、论文、素材以及各类教学资源下载，还有大量而丰富的教学相关资讯！" style="width:1in;height:14.2pt" o:oleicon="f" o:ole="">
            <v:imagedata r:id="rId3724" o:title="eqIde74541b5abe79c6e72d2df631dcef625"/>
          </v:shape>
        </w:pict>
      </w:r>
      <w:r>
        <w:rPr>
          <w:rFonts w:ascii="宋体" w:eastAsia="宋体" w:hAnsi="宋体" w:cs="宋体"/>
          <w:color w:val="000000"/>
        </w:rPr>
        <w:t>，</w:t>
      </w:r>
    </w:p>
    <w:p>
      <w:pPr>
        <w:spacing w:line="360" w:lineRule="auto"/>
        <w:jc w:val="both"/>
        <w:textAlignment w:val="center"/>
        <w:rPr>
          <w:color w:val="000000"/>
        </w:rPr>
      </w:pPr>
      <w:r>
        <w:rPr>
          <w:color w:val="000000"/>
        </w:rPr>
        <w:t>∴</w:t>
      </w:r>
      <w:r>
        <w:pict>
          <v:shape id="_x0000_i713598" type="#_x0000_t75" alt="学科网(www.zxxk.com)--教育资源门户，提供试卷、教案、课件、论文、素材以及各类教学资源下载，还有大量而丰富的教学相关资讯！" style="width:32.25pt;height:30.75pt" o:oleicon="f" o:ole="">
            <v:imagedata r:id="rId3725" o:title="eqIdd2b839d89107e3632e990cd68e59a6b7"/>
          </v:shape>
        </w:pict>
      </w:r>
      <w:r>
        <w:rPr>
          <w:color w:val="000000"/>
        </w:rPr>
        <w:t>；</w:t>
      </w:r>
    </w:p>
    <w:p>
      <w:pPr>
        <w:spacing w:line="360" w:lineRule="auto"/>
        <w:jc w:val="both"/>
        <w:textAlignment w:val="center"/>
        <w:rPr>
          <w:color w:val="000000"/>
        </w:rPr>
      </w:pPr>
      <w:r>
        <w:rPr>
          <w:color w:val="000000"/>
        </w:rPr>
        <w:t>②点</w:t>
      </w:r>
      <w:r>
        <w:pict>
          <v:shape id="_x0000_i713599" type="#_x0000_t75" alt="学科网(www.zxxk.com)--教育资源门户，提供试卷、教案、课件、论文、素材以及各类教学资源下载，还有大量而丰富的教学相关资讯！" style="width:11.25pt;height:12pt" o:oleicon="f" o:ole="">
            <v:imagedata r:id="rId3726" o:title="eqIddad2a36927223bd70f426ba06aea4b45"/>
          </v:shape>
        </w:pict>
      </w:r>
      <w:r>
        <w:rPr>
          <w:color w:val="000000"/>
        </w:rPr>
        <w:t>是</w:t>
      </w:r>
      <w:r>
        <w:pict>
          <v:shape id="_x0000_i713600" type="#_x0000_t75" alt="学科网(www.zxxk.com)--教育资源门户，提供试卷、教案、课件、论文、素材以及各类教学资源下载，还有大量而丰富的教学相关资讯！" style="width:32.25pt;height:20.25pt" o:oleicon="f" o:ole="">
            <v:imagedata r:id="rId3727" o:title="eqIdb2fc5eea070926e164331a5b76076e9f"/>
          </v:shape>
        </w:pict>
      </w:r>
      <w:r>
        <w:rPr>
          <w:color w:val="000000"/>
        </w:rPr>
        <w:t>的“2倍关联点”，则</w:t>
      </w:r>
      <w:r>
        <w:pict>
          <v:shape id="_x0000_i713601" type="#_x0000_t75" alt="学科网(www.zxxk.com)--教育资源门户，提供试卷、教案、课件、论文、素材以及各类教学资源下载，还有大量而丰富的教学相关资讯！" style="width:51.85pt;height:12.95pt" o:oleicon="f" o:ole="">
            <v:imagedata r:id="rId3728" o:title="eqId26b6c343e023ace263d087a8b8bf1fb0"/>
          </v:shape>
        </w:pict>
      </w:r>
      <w:r>
        <w:rPr>
          <w:color w:val="000000"/>
        </w:rPr>
        <w:t>，</w:t>
      </w:r>
    </w:p>
    <w:p>
      <w:pPr>
        <w:spacing w:line="360" w:lineRule="auto"/>
        <w:jc w:val="both"/>
        <w:textAlignment w:val="center"/>
        <w:rPr>
          <w:color w:val="000000"/>
        </w:rPr>
      </w:pPr>
      <w:r>
        <w:rPr>
          <w:color w:val="000000"/>
        </w:rPr>
        <w:drawing>
          <wp:inline>
            <wp:extent cx="3514725" cy="457200"/>
            <wp:docPr id="34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 name=""/>
                    <pic:cNvPicPr>
                      <a:picLocks noChangeAspect="1"/>
                    </pic:cNvPicPr>
                  </pic:nvPicPr>
                  <pic:blipFill>
                    <a:blip r:embed="rId3729"/>
                    <a:stretch>
                      <a:fillRect/>
                    </a:stretch>
                  </pic:blipFill>
                  <pic:spPr>
                    <a:xfrm>
                      <a:off x="0" y="0"/>
                      <a:ext cx="3514725" cy="4572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w:t>
      </w:r>
      <w:r>
        <w:pict>
          <v:shape id="_x0000_i713602" type="#_x0000_t75" alt="学科网(www.zxxk.com)--教育资源门户，提供试卷、教案、课件、论文、素材以及各类教学资源下载，还有大量而丰富的教学相关资讯！" style="width:72.75pt;height:20.25pt" o:oleicon="f" o:ole="">
            <v:imagedata r:id="rId3730" o:title="eqId9f596f984da9b1c25a3acb461f7c6fd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pict>
          <v:shape id="_x0000_i713603" type="#_x0000_t75" alt="学科网(www.zxxk.com)--教育资源门户，提供试卷、教案、课件、论文、素材以及各类教学资源下载，还有大量而丰富的教学相关资讯！" style="width:33pt;height:30.6pt" o:oleicon="f" o:ole="">
            <v:imagedata r:id="rId3731" o:title="eqId42ec55ca98231ce865551fdde1e09960"/>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绿上所述，</w:t>
      </w:r>
      <w:r>
        <w:pict>
          <v:shape id="_x0000_i713604" type="#_x0000_t75" alt="学科网(www.zxxk.com)--教育资源门户，提供试卷、教案、课件、论文、素材以及各类教学资源下载，还有大量而丰富的教学相关资讯！" style="width:7.35pt;height:11.9pt" o:oleicon="f" o:ole="">
            <v:imagedata r:id="rId3732" o:title="eqId36a1b09c653185842513e24ebba60bb3"/>
          </v:shape>
        </w:pict>
      </w:r>
      <w:r>
        <w:rPr>
          <w:rFonts w:ascii="宋体" w:eastAsia="宋体" w:hAnsi="宋体" w:cs="宋体"/>
          <w:color w:val="000000"/>
        </w:rPr>
        <w:t>的值为</w:t>
      </w:r>
      <w:r>
        <w:pict>
          <v:shape id="_x0000_i713605" type="#_x0000_t75" alt="学科网(www.zxxk.com)--教育资源门户，提供试卷、教案、课件、论文、素材以及各类教学资源下载，还有大量而丰富的教学相关资讯！" style="width:15.75pt;height:30.75pt" o:oleicon="f" o:ole="">
            <v:imagedata r:id="rId3733" o:title="eqId292b791c7cf21c172e6e7f97f04be176"/>
          </v:shape>
        </w:pict>
      </w:r>
      <w:r>
        <w:rPr>
          <w:rFonts w:ascii="宋体" w:eastAsia="宋体" w:hAnsi="宋体" w:cs="宋体"/>
          <w:color w:val="000000"/>
        </w:rPr>
        <w:t>或</w:t>
      </w:r>
      <w:r>
        <w:pict>
          <v:shape id="_x0000_i713606" type="#_x0000_t75" alt="学科网(www.zxxk.com)--教育资源门户，提供试卷、教案、课件、论文、素材以及各类教学资源下载，还有大量而丰富的教学相关资讯！" style="width:16.8pt;height:31.2pt" o:oleicon="f" o:ole="">
            <v:imagedata r:id="rId3734" o:title="eqId031661aa4b14c3b9954ec444ad5b6f05"/>
          </v:shape>
        </w:pic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本题考查数轴上的动点，两点间的距离，整式的加减，一元一次方程的应用．理解并掌握“</w:t>
      </w:r>
      <w:r>
        <w:rPr>
          <w:rFonts w:ascii="Times New Roman" w:eastAsia="Times New Roman" w:hAnsi="Times New Roman" w:cs="Times New Roman"/>
          <w:color w:val="000000"/>
        </w:rPr>
        <w:t>2</w:t>
      </w:r>
      <w:r>
        <w:rPr>
          <w:rFonts w:ascii="宋体" w:eastAsia="宋体" w:hAnsi="宋体" w:cs="宋体"/>
          <w:color w:val="000000"/>
        </w:rPr>
        <w:t>倍关联点”的定义，是解题的关键．注意，分类讨论．</w:t>
      </w:r>
    </w:p>
    <w:p>
      <w:pPr>
        <w:pStyle w:val="Heading2"/>
      </w:pPr>
      <w:r>
        <w:t>房山区</w:t>
      </w:r>
    </w:p>
    <w:p>
      <w:pPr>
        <w:spacing w:line="360" w:lineRule="auto"/>
        <w:jc w:val="left"/>
        <w:textAlignment w:val="center"/>
        <w:rPr>
          <w:color w:val="000000"/>
        </w:rPr>
      </w:pPr>
      <w:r>
        <w:rPr>
          <w:color w:val="000000"/>
        </w:rPr>
        <w:t xml:space="preserve">26. </w:t>
      </w:r>
      <w:r>
        <w:rPr>
          <w:rFonts w:ascii="宋体" w:eastAsia="宋体" w:hAnsi="宋体" w:cs="宋体"/>
          <w:color w:val="000000"/>
        </w:rPr>
        <w:t>已知：如图，</w:t>
      </w:r>
      <w:r>
        <w:pict>
          <v:shape id="_x0000_i713607" type="#_x0000_t75" alt="学科网(www.zxxk.com)--教育资源门户，提供试卷、教案、课件、论文、素材以及各类教学资源下载，还有大量而丰富的教学相关资讯！" style="width:20.75pt;height:14.55pt" o:oleicon="f" o:ole="">
            <v:imagedata r:id="rId3735" o:title="eqId683c590673eece14fea3319c4fd5eb55"/>
          </v:shape>
        </w:pict>
      </w:r>
      <w:r>
        <w:rPr>
          <w:rFonts w:ascii="宋体" w:eastAsia="宋体" w:hAnsi="宋体" w:cs="宋体"/>
          <w:color w:val="000000"/>
        </w:rPr>
        <w:t>是</w:t>
      </w:r>
      <w:r>
        <w:pict>
          <v:shape id="_x0000_i713608" type="#_x0000_t75" alt="学科网(www.zxxk.com)--教育资源门户，提供试卷、教案、课件、论文、素材以及各类教学资源下载，还有大量而丰富的教学相关资讯！" style="width:40.6pt;height:14.4pt" o:oleicon="f" o:ole="">
            <v:imagedata r:id="rId3736" o:title="eqId9fed1f57a835af4e9022e27603d12d31"/>
          </v:shape>
        </w:pict>
      </w:r>
      <w:r>
        <w:rPr>
          <w:rFonts w:ascii="宋体" w:eastAsia="宋体" w:hAnsi="宋体" w:cs="宋体"/>
          <w:color w:val="000000"/>
        </w:rPr>
        <w:t>的角平分线，</w:t>
      </w:r>
      <w:r>
        <w:pict>
          <v:shape id="_x0000_i713609" type="#_x0000_t75" alt="学科网(www.zxxk.com)--教育资源门户，提供试卷、教案、课件、论文、素材以及各类教学资源下载，还有大量而丰富的教学相关资讯！" style="width:20.4pt;height:14.4pt" o:oleicon="f" o:ole="">
            <v:imagedata r:id="rId3737" o:title="eqIda299d2b999568e80be8005565ba209a4"/>
          </v:shape>
        </w:pict>
      </w:r>
      <w:r>
        <w:rPr>
          <w:rFonts w:ascii="宋体" w:eastAsia="宋体" w:hAnsi="宋体" w:cs="宋体"/>
          <w:color w:val="000000"/>
        </w:rPr>
        <w:t>是</w:t>
      </w:r>
      <w:r>
        <w:pict>
          <v:shape id="_x0000_i713610" type="#_x0000_t75" alt="学科网(www.zxxk.com)--教育资源门户，提供试卷、教案、课件、论文、素材以及各类教学资源下载，还有大量而丰富的教学相关资讯！" style="width:39.75pt;height:14.25pt" o:oleicon="f" o:ole="">
            <v:imagedata r:id="rId3738" o:title="eqIdd22df2977de56cc69be0c1e847653d7a"/>
          </v:shape>
        </w:pict>
      </w:r>
      <w:r>
        <w:rPr>
          <w:rFonts w:ascii="宋体" w:eastAsia="宋体" w:hAnsi="宋体" w:cs="宋体"/>
          <w:color w:val="000000"/>
        </w:rPr>
        <w:t>的角平分线，</w:t>
      </w:r>
      <w:r>
        <w:pict>
          <v:shape id="_x0000_i713611" type="#_x0000_t75" alt="学科网(www.zxxk.com)--教育资源门户，提供试卷、教案、课件、论文、素材以及各类教学资源下载，还有大量而丰富的教学相关资讯！" style="width:65.4pt;height:14.4pt" o:oleicon="f" o:ole="">
            <v:imagedata r:id="rId3739" o:title="eqIddc1eb76fe74cba30f7cbcde349ba80da"/>
          </v:shape>
        </w:pict>
      </w:r>
      <w:r>
        <w:rPr>
          <w:rFonts w:ascii="宋体" w:eastAsia="宋体" w:hAnsi="宋体" w:cs="宋体"/>
          <w:color w:val="000000"/>
        </w:rPr>
        <w:t>，求</w:t>
      </w:r>
      <w:r>
        <w:pict>
          <v:shape id="_x0000_i713612" type="#_x0000_t75" alt="学科网(www.zxxk.com)--教育资源门户，提供试卷、教案、课件、论文、素材以及各类教学资源下载，还有大量而丰富的教学相关资讯！" style="width:38pt;height:13.95pt" o:oleicon="f" o:ole="">
            <v:imagedata r:id="rId3740" o:title="eqId4cbee6d5731d6f4bb1e4f2ba3d89b7dc"/>
          </v:shape>
        </w:pict>
      </w:r>
      <w:r>
        <w:rPr>
          <w:rFonts w:ascii="宋体" w:eastAsia="宋体" w:hAnsi="宋体" w:cs="宋体"/>
          <w:color w:val="000000"/>
        </w:rPr>
        <w:t>的度数．</w:t>
      </w:r>
    </w:p>
    <w:p>
      <w:pPr>
        <w:spacing w:line="360" w:lineRule="auto"/>
        <w:jc w:val="left"/>
        <w:textAlignment w:val="center"/>
        <w:rPr>
          <w:color w:val="000000"/>
        </w:rPr>
      </w:pPr>
      <w:r>
        <w:rPr>
          <w:color w:val="000000"/>
        </w:rPr>
        <w:drawing>
          <wp:inline>
            <wp:extent cx="1771650" cy="2066925"/>
            <wp:docPr id="34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 name=""/>
                    <pic:cNvPicPr>
                      <a:picLocks noChangeAspect="1"/>
                    </pic:cNvPicPr>
                  </pic:nvPicPr>
                  <pic:blipFill>
                    <a:blip r:embed="rId3741"/>
                    <a:stretch>
                      <a:fillRect/>
                    </a:stretch>
                  </pic:blipFill>
                  <pic:spPr>
                    <a:xfrm>
                      <a:off x="0" y="0"/>
                      <a:ext cx="1771650" cy="2066925"/>
                    </a:xfrm>
                    <a:prstGeom prst="rect">
                      <a:avLst/>
                    </a:prstGeom>
                  </pic:spPr>
                </pic:pic>
              </a:graphicData>
            </a:graphic>
          </wp:inline>
        </w:drawing>
      </w:r>
    </w:p>
    <w:p>
      <w:pPr>
        <w:spacing w:line="360" w:lineRule="auto"/>
        <w:textAlignment w:val="center"/>
        <w:rPr>
          <w:color w:val="000000"/>
        </w:rPr>
      </w:pPr>
      <w:r>
        <w:rPr>
          <w:color w:val="2E75B6"/>
        </w:rPr>
        <w:t>【答案】</w:t>
      </w:r>
      <w:r>
        <w:pict>
          <v:shape id="_x0000_i713613" type="#_x0000_t75" alt="学科网(www.zxxk.com)--教育资源门户，提供试卷、教案、课件、论文、素材以及各类教学资源下载，还有大量而丰富的教学相关资讯！" style="width:66pt;height:14.25pt" o:oleicon="f" o:ole="">
            <v:imagedata r:id="rId3742" o:title="eqIdbc8e171ac85cbccc8223a0cb5bc8bde3"/>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设</w:t>
      </w:r>
      <w:r>
        <w:pict>
          <v:shape id="_x0000_i713614" type="#_x0000_t75" alt="学科网(www.zxxk.com)--教育资源门户，提供试卷、教案、课件、论文、素材以及各类教学资源下载，还有大量而丰富的教学相关资讯！" style="width:63.75pt;height:14.25pt" o:oleicon="f" o:ole="">
            <v:imagedata r:id="rId3743" o:title="eqId6425be50f1461907faa9537c0f840396"/>
          </v:shape>
        </w:pict>
      </w:r>
      <w:r>
        <w:rPr>
          <w:rFonts w:ascii="宋体" w:eastAsia="宋体" w:hAnsi="宋体" w:cs="宋体"/>
          <w:color w:val="000000"/>
        </w:rPr>
        <w:t>，得出</w:t>
      </w:r>
      <w:r>
        <w:pict>
          <v:shape id="_x0000_i713615" type="#_x0000_t75" alt="学科网(www.zxxk.com)--教育资源门户，提供试卷、教案、课件、论文、素材以及各类教学资源下载，还有大量而丰富的教学相关资讯！" style="width:180.3pt;height:13.75pt" o:oleicon="f" o:ole="">
            <v:imagedata r:id="rId3744" o:title="eqId7ccaf06ce4dedc29e334ad7c8e9c8122"/>
          </v:shape>
        </w:pict>
      </w:r>
      <w:r>
        <w:rPr>
          <w:rFonts w:ascii="宋体" w:eastAsia="宋体" w:hAnsi="宋体" w:cs="宋体"/>
          <w:color w:val="000000"/>
        </w:rPr>
        <w:t>，根据角平分线的定义得出</w:t>
      </w:r>
      <w:r>
        <w:pict>
          <v:shape id="_x0000_i713616" type="#_x0000_t75" alt="学科网(www.zxxk.com)--教育资源门户，提供试卷、教案、课件、论文、素材以及各类教学资源下载，还有大量而丰富的教学相关资讯！" style="width:2in;height:16.3pt" o:oleicon="f" o:ole="">
            <v:imagedata r:id="rId3745" o:title="eqId56fc9c7d98113ec5c185a2f1f41870c9"/>
          </v:shape>
        </w:pict>
      </w:r>
      <w:r>
        <w:rPr>
          <w:rFonts w:ascii="宋体" w:eastAsia="宋体" w:hAnsi="宋体" w:cs="宋体"/>
          <w:color w:val="000000"/>
        </w:rPr>
        <w:t>，根据</w:t>
      </w:r>
      <w:r>
        <w:pict>
          <v:shape id="_x0000_i713617" type="#_x0000_t75" alt="学科网(www.zxxk.com)--教育资源门户，提供试卷、教案、课件、论文、素材以及各类教学资源下载，还有大量而丰富的教学相关资讯！" style="width:129.2pt;height:14.4pt" o:oleicon="f" o:ole="">
            <v:imagedata r:id="rId3746" o:title="eqIdf160cbc8c5fffacc197ac285816267b6"/>
          </v:shape>
        </w:pict>
      </w:r>
      <w:r>
        <w:rPr>
          <w:rFonts w:ascii="宋体" w:eastAsia="宋体" w:hAnsi="宋体" w:cs="宋体"/>
          <w:color w:val="000000"/>
        </w:rPr>
        <w:t>，即可求解．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pict>
          <v:shape id="_x0000_i713618" type="#_x0000_t75" alt="学科网(www.zxxk.com)--教育资源门户，提供试卷、教案、课件、论文、素材以及各类教学资源下载，还有大量而丰富的教学相关资讯！" style="width:65.4pt;height:14.4pt" o:oleicon="f" o:ole="">
            <v:imagedata r:id="rId3747" o:title="eqIddc1eb76fe74cba30f7cbcde349ba80da"/>
          </v:shape>
        </w:pict>
      </w:r>
      <w:r>
        <w:rPr>
          <w:rFonts w:ascii="宋体" w:eastAsia="宋体" w:hAnsi="宋体" w:cs="宋体"/>
          <w:color w:val="000000"/>
        </w:rPr>
        <w:t>，设</w:t>
      </w:r>
      <w:r>
        <w:pict>
          <v:shape id="_x0000_i713619" type="#_x0000_t75" alt="学科网(www.zxxk.com)--教育资源门户，提供试卷、教案、课件、论文、素材以及各类教学资源下载，还有大量而丰富的教学相关资讯！" style="width:63.75pt;height:14.25pt" o:oleicon="f" o:ole="">
            <v:imagedata r:id="rId3748" o:title="eqId6425be50f1461907faa9537c0f840396"/>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3620" type="#_x0000_t75" alt="学科网(www.zxxk.com)--教育资源门户，提供试卷、教案、课件、论文、素材以及各类教学资源下载，还有大量而丰富的教学相关资讯！" style="width:180.3pt;height:13.75pt" o:oleicon="f" o:ole="">
            <v:imagedata r:id="rId3749" o:title="eqId7ccaf06ce4dedc29e334ad7c8e9c8122"/>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13621" type="#_x0000_t75" alt="学科网(www.zxxk.com)--教育资源门户，提供试卷、教案、课件、论文、素材以及各类教学资源下载，还有大量而丰富的教学相关资讯！" style="width:20.75pt;height:14.55pt" o:oleicon="f" o:ole="">
            <v:imagedata r:id="rId3750" o:title="eqId683c590673eece14fea3319c4fd5eb55"/>
          </v:shape>
        </w:pict>
      </w:r>
      <w:r>
        <w:rPr>
          <w:rFonts w:ascii="宋体" w:eastAsia="宋体" w:hAnsi="宋体" w:cs="宋体"/>
          <w:color w:val="000000"/>
        </w:rPr>
        <w:t>是</w:t>
      </w:r>
      <w:r>
        <w:pict>
          <v:shape id="_x0000_i713622" type="#_x0000_t75" alt="学科网(www.zxxk.com)--教育资源门户，提供试卷、教案、课件、论文、素材以及各类教学资源下载，还有大量而丰富的教学相关资讯！" style="width:40.6pt;height:14.4pt" o:oleicon="f" o:ole="">
            <v:imagedata r:id="rId3751" o:title="eqId9fed1f57a835af4e9022e27603d12d31"/>
          </v:shape>
        </w:pict>
      </w:r>
      <w:r>
        <w:rPr>
          <w:rFonts w:ascii="宋体" w:eastAsia="宋体" w:hAnsi="宋体" w:cs="宋体"/>
          <w:color w:val="000000"/>
        </w:rPr>
        <w:t>的角平分线，</w:t>
      </w:r>
    </w:p>
    <w:p>
      <w:pPr>
        <w:spacing w:line="360" w:lineRule="auto"/>
        <w:jc w:val="left"/>
        <w:textAlignment w:val="center"/>
        <w:rPr>
          <w:color w:val="000000"/>
        </w:rPr>
      </w:pPr>
      <w:r>
        <w:rPr>
          <w:rFonts w:ascii="宋体" w:eastAsia="宋体" w:hAnsi="宋体" w:cs="宋体"/>
          <w:color w:val="000000"/>
        </w:rPr>
        <w:t>∴</w:t>
      </w:r>
      <w:r>
        <w:pict>
          <v:shape id="_x0000_i713623" type="#_x0000_t75" alt="学科网(www.zxxk.com)--教育资源门户，提供试卷、教案、课件、论文、素材以及各类教学资源下载，还有大量而丰富的教学相关资讯！" style="width:140.85pt;height:31.3pt" o:oleicon="f" o:ole="">
            <v:imagedata r:id="rId3752" o:title="eqId74e0790c56bb3f909c8a02d8fb08d6ed"/>
          </v:shape>
        </w:pict>
      </w:r>
    </w:p>
    <w:p>
      <w:pPr>
        <w:spacing w:line="360" w:lineRule="auto"/>
        <w:jc w:val="left"/>
        <w:textAlignment w:val="center"/>
        <w:rPr>
          <w:color w:val="000000"/>
        </w:rPr>
      </w:pPr>
      <w:r>
        <w:rPr>
          <w:rFonts w:ascii="宋体" w:eastAsia="宋体" w:hAnsi="宋体" w:cs="宋体"/>
          <w:color w:val="000000"/>
        </w:rPr>
        <w:t>∵</w:t>
      </w:r>
      <w:r>
        <w:pict>
          <v:shape id="_x0000_i713624" type="#_x0000_t75" alt="学科网(www.zxxk.com)--教育资源门户，提供试卷、教案、课件、论文、素材以及各类教学资源下载，还有大量而丰富的教学相关资讯！" style="width:20.4pt;height:14.4pt" o:oleicon="f" o:ole="">
            <v:imagedata r:id="rId3753" o:title="eqIda299d2b999568e80be8005565ba209a4"/>
          </v:shape>
        </w:pict>
      </w:r>
      <w:r>
        <w:rPr>
          <w:rFonts w:ascii="宋体" w:eastAsia="宋体" w:hAnsi="宋体" w:cs="宋体"/>
          <w:color w:val="000000"/>
        </w:rPr>
        <w:t>是</w:t>
      </w:r>
      <w:r>
        <w:pict>
          <v:shape id="_x0000_i713625" type="#_x0000_t75" alt="学科网(www.zxxk.com)--教育资源门户，提供试卷、教案、课件、论文、素材以及各类教学资源下载，还有大量而丰富的教学相关资讯！" style="width:39.75pt;height:14.25pt" o:oleicon="f" o:ole="">
            <v:imagedata r:id="rId3754" o:title="eqIdd22df2977de56cc69be0c1e847653d7a"/>
          </v:shape>
        </w:pict>
      </w:r>
      <w:r>
        <w:rPr>
          <w:rFonts w:ascii="宋体" w:eastAsia="宋体" w:hAnsi="宋体" w:cs="宋体"/>
          <w:color w:val="000000"/>
        </w:rPr>
        <w:t>的角平分线，</w:t>
      </w:r>
    </w:p>
    <w:p>
      <w:pPr>
        <w:spacing w:line="360" w:lineRule="auto"/>
        <w:jc w:val="left"/>
        <w:textAlignment w:val="center"/>
        <w:rPr>
          <w:color w:val="000000"/>
        </w:rPr>
      </w:pPr>
      <w:r>
        <w:rPr>
          <w:rFonts w:ascii="宋体" w:eastAsia="宋体" w:hAnsi="宋体" w:cs="宋体"/>
          <w:color w:val="000000"/>
        </w:rPr>
        <w:t>∴</w:t>
      </w:r>
      <w:r>
        <w:pict>
          <v:shape id="_x0000_i713626" type="#_x0000_t75" alt="学科网(www.zxxk.com)--教育资源门户，提供试卷、教案、课件、论文、素材以及各类教学资源下载，还有大量而丰富的教学相关资讯！" style="width:157.75pt;height:31.3pt" o:oleicon="f" o:ole="">
            <v:imagedata r:id="rId3755" o:title="eqId891fc71932b6b7eb7b60829e0316c23b"/>
          </v:shape>
        </w:pict>
      </w:r>
    </w:p>
    <w:p>
      <w:pPr>
        <w:spacing w:line="360" w:lineRule="auto"/>
        <w:jc w:val="left"/>
        <w:textAlignment w:val="center"/>
        <w:rPr>
          <w:color w:val="000000"/>
        </w:rPr>
      </w:pPr>
      <w:r>
        <w:rPr>
          <w:rFonts w:ascii="宋体" w:eastAsia="宋体" w:hAnsi="宋体" w:cs="宋体"/>
          <w:color w:val="000000"/>
        </w:rPr>
        <w:t>∴</w:t>
      </w:r>
      <w:r>
        <w:pict>
          <v:shape id="_x0000_i713627" type="#_x0000_t75" alt="学科网(www.zxxk.com)--教育资源门户，提供试卷、教案、课件、论文、素材以及各类教学资源下载，还有大量而丰富的教学相关资讯！" style="width:222.9pt;height:13.75pt" o:oleicon="f" o:ole="">
            <v:imagedata r:id="rId3756" o:title="eqIdaad4165f57168290dc3dad3da2f2f490"/>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本题考查了角平分线相关的计算，几何图形中角度的计算，数形结合是解题的关键．</w:t>
      </w:r>
    </w:p>
    <w:p>
      <w:pPr>
        <w:spacing w:line="360" w:lineRule="auto"/>
        <w:jc w:val="left"/>
        <w:textAlignment w:val="center"/>
        <w:rPr>
          <w:color w:val="000000"/>
        </w:rPr>
      </w:pPr>
      <w:r>
        <w:rPr>
          <w:color w:val="000000"/>
        </w:rPr>
        <w:t xml:space="preserve">27. </w:t>
      </w:r>
      <w:r>
        <w:rPr>
          <w:rFonts w:ascii="宋体" w:eastAsia="宋体" w:hAnsi="宋体" w:cs="宋体"/>
          <w:color w:val="000000"/>
        </w:rPr>
        <w:t>已知数轴上三点</w:t>
      </w:r>
      <w:r>
        <w:pict>
          <v:shape id="_x0000_i713628" type="#_x0000_t75" alt="学科网(www.zxxk.com)--教育资源门户，提供试卷、教案、课件、论文、素材以及各类教学资源下载，还有大量而丰富的教学相关资讯！" style="width:54.75pt;height:15pt" o:oleicon="f" o:ole="">
            <v:imagedata r:id="rId3757" o:title="eqId6df3ed90243613c903a422b295d99ec3"/>
          </v:shape>
        </w:pict>
      </w:r>
      <w:r>
        <w:rPr>
          <w:rFonts w:ascii="宋体" w:eastAsia="宋体" w:hAnsi="宋体" w:cs="宋体"/>
          <w:color w:val="000000"/>
        </w:rPr>
        <w:t>对应的数分别为</w:t>
      </w:r>
      <w:r>
        <w:pict>
          <v:shape id="_x0000_i713629" type="#_x0000_t75" alt="学科网(www.zxxk.com)--教育资源门户，提供试卷、教案、课件、论文、素材以及各类教学资源下载，还有大量而丰富的教学相关资讯！" style="width:16.05pt;height:13.9pt" o:oleicon="f" o:ole="">
            <v:imagedata r:id="rId3758" o:title="eqId81fb134b2b48acc99213fff6ccfee65f"/>
          </v:shape>
        </w:pict>
      </w:r>
      <w:r>
        <w:rPr>
          <w:rFonts w:ascii="宋体" w:eastAsia="宋体" w:hAnsi="宋体" w:cs="宋体"/>
          <w:color w:val="000000"/>
        </w:rPr>
        <w:t>，</w:t>
      </w:r>
      <w:r>
        <w:pict>
          <v:shape id="_x0000_i713630" type="#_x0000_t75" alt="学科网(www.zxxk.com)--教育资源门户，提供试卷、教案、课件、论文、素材以及各类教学资源下载，还有大量而丰富的教学相关资讯！" style="width:9pt;height:12.75pt" o:oleicon="f" o:ole="">
            <v:imagedata r:id="rId3759" o:title="eqIdc95b6be4554f03bf496092f1acdfbb89"/>
          </v:shape>
        </w:pict>
      </w:r>
      <w:r>
        <w:rPr>
          <w:rFonts w:ascii="宋体" w:eastAsia="宋体" w:hAnsi="宋体" w:cs="宋体"/>
          <w:color w:val="000000"/>
        </w:rPr>
        <w:t>，</w:t>
      </w:r>
      <w:r>
        <w:pict>
          <v:shape id="_x0000_i713631" type="#_x0000_t75" alt="学科网(www.zxxk.com)--教育资源门户，提供试卷、教案、课件、论文、素材以及各类教学资源下载，还有大量而丰富的教学相关资讯！" style="width:6.95pt;height:13pt" o:oleicon="f" o:ole="">
            <v:imagedata r:id="rId3760" o:title="eqIdbdaa19de263700a15fcf213d64a8cd57"/>
          </v:shape>
        </w:pict>
      </w:r>
      <w:r>
        <w:rPr>
          <w:rFonts w:ascii="宋体" w:eastAsia="宋体" w:hAnsi="宋体" w:cs="宋体"/>
          <w:color w:val="000000"/>
        </w:rPr>
        <w:t>，点</w:t>
      </w:r>
      <w:r>
        <w:pict>
          <v:shape id="_x0000_i713632" type="#_x0000_t75" alt="学科网(www.zxxk.com)--教育资源门户，提供试卷、教案、课件、论文、素材以及各类教学资源下载，还有大量而丰富的教学相关资讯！" style="width:11.25pt;height:12pt" o:oleicon="f" o:ole="">
            <v:imagedata r:id="rId3761" o:title="eqIddad2a36927223bd70f426ba06aea4b45"/>
          </v:shape>
        </w:pict>
      </w:r>
      <w:r>
        <w:rPr>
          <w:rFonts w:ascii="宋体" w:eastAsia="宋体" w:hAnsi="宋体" w:cs="宋体"/>
          <w:color w:val="000000"/>
        </w:rPr>
        <w:t>为数轴上任意一点，其对应的数为</w:t>
      </w:r>
      <w:r>
        <w:pict>
          <v:shape id="_x0000_i713633" type="#_x0000_t75" alt="学科网(www.zxxk.com)--教育资源门户，提供试卷、教案、课件、论文、素材以及各类教学资源下载，还有大量而丰富的教学相关资讯！" style="width:9pt;height:9.75pt" o:oleicon="f" o:ole="">
            <v:imagedata r:id="rId3762" o:title="eqId81dea63b8ce3e51adf66cf7b9982a248"/>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295650" cy="428625"/>
            <wp:docPr id="34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 name=""/>
                    <pic:cNvPicPr>
                      <a:picLocks noChangeAspect="1"/>
                    </pic:cNvPicPr>
                  </pic:nvPicPr>
                  <pic:blipFill>
                    <a:blip r:embed="rId3763"/>
                    <a:stretch>
                      <a:fillRect/>
                    </a:stretch>
                  </pic:blipFill>
                  <pic:spPr>
                    <a:xfrm>
                      <a:off x="0" y="0"/>
                      <a:ext cx="3295650" cy="428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pict>
          <v:shape id="_x0000_i713634" type="#_x0000_t75" alt="学科网(www.zxxk.com)--教育资源门户，提供试卷、教案、课件、论文、素材以及各类教学资源下载，还有大量而丰富的教学相关资讯！" style="width:32.25pt;height:14.25pt" o:oleicon="f" o:ole="">
            <v:imagedata r:id="rId3764" o:title="eqIdef00713e73b8357cc7900144f5505bc6"/>
          </v:shape>
        </w:pict>
      </w:r>
      <w:r>
        <w:rPr>
          <w:rFonts w:ascii="宋体" w:eastAsia="宋体" w:hAnsi="宋体" w:cs="宋体"/>
          <w:color w:val="000000"/>
        </w:rPr>
        <w:t>，则点</w:t>
      </w:r>
      <w:r>
        <w:pict>
          <v:shape id="_x0000_i713635" type="#_x0000_t75" alt="学科网(www.zxxk.com)--教育资源门户，提供试卷、教案、课件、论文、素材以及各类教学资源下载，还有大量而丰富的教学相关资讯！" style="width:11.25pt;height:12pt" o:oleicon="f" o:ole="">
            <v:imagedata r:id="rId3765" o:title="eqIddad2a36927223bd70f426ba06aea4b45"/>
          </v:shape>
        </w:pict>
      </w:r>
      <w:r>
        <w:rPr>
          <w:rFonts w:ascii="宋体" w:eastAsia="宋体" w:hAnsi="宋体" w:cs="宋体"/>
          <w:color w:val="000000"/>
        </w:rPr>
        <w:t>到点</w:t>
      </w:r>
      <w:r>
        <w:pict>
          <v:shape id="_x0000_i713636" type="#_x0000_t75" alt="学科网(www.zxxk.com)--教育资源门户，提供试卷、教案、课件、论文、素材以及各类教学资源下载，还有大量而丰富的教学相关资讯！" style="width:14.25pt;height:10.5pt" o:oleicon="f" o:ole="">
            <v:imagedata r:id="rId3766" o:title="eqIdac047e91852b91af639feec23a9598b2"/>
          </v:shape>
        </w:pict>
      </w:r>
      <w:r>
        <w:rPr>
          <w:rFonts w:ascii="宋体" w:eastAsia="宋体" w:hAnsi="宋体" w:cs="宋体"/>
          <w:color w:val="000000"/>
        </w:rPr>
        <w:t>的距离是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13637" type="#_x0000_t75" alt="学科网(www.zxxk.com)--教育资源门户，提供试卷、教案、课件、论文、素材以及各类教学资源下载，还有大量而丰富的教学相关资讯！" style="width:24.75pt;height:12.75pt" o:oleicon="f" o:ole="">
            <v:imagedata r:id="rId3767" o:title="eqId707ea658f3a9359f5740d5aab48f7948"/>
          </v:shape>
        </w:pict>
      </w:r>
      <w:r>
        <w:rPr>
          <w:rFonts w:ascii="宋体" w:eastAsia="宋体" w:hAnsi="宋体" w:cs="宋体"/>
          <w:color w:val="000000"/>
        </w:rPr>
        <w:t>，则点</w:t>
      </w:r>
      <w:r>
        <w:pict>
          <v:shape id="_x0000_i713638" type="#_x0000_t75" alt="学科网(www.zxxk.com)--教育资源门户，提供试卷、教案、课件、论文、素材以及各类教学资源下载，还有大量而丰富的教学相关资讯！" style="width:11.25pt;height:12pt" o:oleicon="f" o:ole="">
            <v:imagedata r:id="rId3768" o:title="eqIddad2a36927223bd70f426ba06aea4b45"/>
          </v:shape>
        </w:pict>
      </w:r>
      <w:r>
        <w:rPr>
          <w:rFonts w:ascii="宋体" w:eastAsia="宋体" w:hAnsi="宋体" w:cs="宋体"/>
          <w:color w:val="000000"/>
        </w:rPr>
        <w:t>到点</w:t>
      </w:r>
      <w:r>
        <w:pict>
          <v:shape id="_x0000_i713639" type="#_x0000_t75" alt="学科网(www.zxxk.com)--教育资源门户，提供试卷、教案、课件、论文、素材以及各类教学资源下载，还有大量而丰富的教学相关资讯！" style="width:14.25pt;height:10.5pt" o:oleicon="f" o:ole="">
            <v:imagedata r:id="rId3769" o:title="eqIdac047e91852b91af639feec23a9598b2"/>
          </v:shape>
        </w:pict>
      </w:r>
      <w:r>
        <w:rPr>
          <w:rFonts w:ascii="宋体" w:eastAsia="宋体" w:hAnsi="宋体" w:cs="宋体"/>
          <w:color w:val="000000"/>
        </w:rPr>
        <w:t>，点</w:t>
      </w:r>
      <w:r>
        <w:pict>
          <v:shape id="_x0000_i713640" type="#_x0000_t75" alt="学科网(www.zxxk.com)--教育资源门户，提供试卷、教案、课件、论文、素材以及各类教学资源下载，还有大量而丰富的教学相关资讯！" style="width:14.25pt;height:14.25pt" o:oleicon="f" o:ole="">
            <v:imagedata r:id="rId3770" o:title="eqId54a5d7d3b6b63fe5c24c3907b7a8eaa3"/>
          </v:shape>
        </w:pict>
      </w:r>
      <w:r>
        <w:rPr>
          <w:rFonts w:ascii="宋体" w:eastAsia="宋体" w:hAnsi="宋体" w:cs="宋体"/>
          <w:color w:val="000000"/>
        </w:rPr>
        <w:t>的距离之和是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数轴上是否存在点</w:t>
      </w:r>
      <w:r>
        <w:pict>
          <v:shape id="_x0000_i713641" type="#_x0000_t75" alt="学科网(www.zxxk.com)--教育资源门户，提供试卷、教案、课件、论文、素材以及各类教学资源下载，还有大量而丰富的教学相关资讯！" style="width:11.25pt;height:12pt" o:oleicon="f" o:ole="">
            <v:imagedata r:id="rId3771" o:title="eqIddad2a36927223bd70f426ba06aea4b45"/>
          </v:shape>
        </w:pict>
      </w:r>
      <w:r>
        <w:rPr>
          <w:rFonts w:ascii="宋体" w:eastAsia="宋体" w:hAnsi="宋体" w:cs="宋体"/>
          <w:color w:val="000000"/>
        </w:rPr>
        <w:t>，使点</w:t>
      </w:r>
      <w:r>
        <w:pict>
          <v:shape id="_x0000_i713642" type="#_x0000_t75" alt="学科网(www.zxxk.com)--教育资源门户，提供试卷、教案、课件、论文、素材以及各类教学资源下载，还有大量而丰富的教学相关资讯！" style="width:11.25pt;height:12pt" o:oleicon="f" o:ole="">
            <v:imagedata r:id="rId3771" o:title="eqIddad2a36927223bd70f426ba06aea4b45"/>
          </v:shape>
        </w:pict>
      </w:r>
      <w:r>
        <w:rPr>
          <w:rFonts w:ascii="宋体" w:eastAsia="宋体" w:hAnsi="宋体" w:cs="宋体"/>
          <w:color w:val="000000"/>
        </w:rPr>
        <w:t>到点</w:t>
      </w:r>
      <w:r>
        <w:pict>
          <v:shape id="_x0000_i713643" type="#_x0000_t75" alt="学科网(www.zxxk.com)--教育资源门户，提供试卷、教案、课件、论文、素材以及各类教学资源下载，还有大量而丰富的教学相关资讯！" style="width:14.25pt;height:10.5pt" o:oleicon="f" o:ole="">
            <v:imagedata r:id="rId3772" o:title="eqIdac047e91852b91af639feec23a9598b2"/>
          </v:shape>
        </w:pict>
      </w:r>
      <w:r>
        <w:rPr>
          <w:rFonts w:ascii="宋体" w:eastAsia="宋体" w:hAnsi="宋体" w:cs="宋体"/>
          <w:color w:val="000000"/>
        </w:rPr>
        <w:t>，点</w:t>
      </w:r>
      <w:r>
        <w:pict>
          <v:shape id="_x0000_i713644" type="#_x0000_t75" alt="学科网(www.zxxk.com)--教育资源门户，提供试卷、教案、课件、论文、素材以及各类教学资源下载，还有大量而丰富的教学相关资讯！" style="width:14.25pt;height:14.25pt" o:oleicon="f" o:ole="">
            <v:imagedata r:id="rId3773" o:title="eqId54a5d7d3b6b63fe5c24c3907b7a8eaa3"/>
          </v:shape>
        </w:pict>
      </w:r>
      <w:r>
        <w:rPr>
          <w:rFonts w:ascii="宋体" w:eastAsia="宋体" w:hAnsi="宋体" w:cs="宋体"/>
          <w:color w:val="000000"/>
        </w:rPr>
        <w:t>的距离之和是</w:t>
      </w:r>
      <w:r>
        <w:pict>
          <v:shape id="_x0000_i713645" type="#_x0000_t75" alt="学科网(www.zxxk.com)--教育资源门户，提供试卷、教案、课件、论文、素材以及各类教学资源下载，还有大量而丰富的教学相关资讯！" style="width:9.25pt;height:14.2pt" o:oleicon="f" o:ole="">
            <v:imagedata r:id="rId3774" o:title="eqIdd91e07104b699c4012be2d26160976a2"/>
          </v:shape>
        </w:pict>
      </w:r>
      <w:r>
        <w:rPr>
          <w:rFonts w:ascii="宋体" w:eastAsia="宋体" w:hAnsi="宋体" w:cs="宋体"/>
          <w:color w:val="000000"/>
        </w:rPr>
        <w:t>？若存在，请求出</w:t>
      </w:r>
      <w:r>
        <w:pict>
          <v:shape id="_x0000_i713646" type="#_x0000_t75" alt="学科网(www.zxxk.com)--教育资源门户，提供试卷、教案、课件、论文、素材以及各类教学资源下载，还有大量而丰富的教学相关资讯！" style="width:9pt;height:9.75pt" o:oleicon="f" o:ole="">
            <v:imagedata r:id="rId3775" o:title="eqId81dea63b8ce3e51adf66cf7b9982a248"/>
          </v:shape>
        </w:pict>
      </w:r>
      <w:r>
        <w:rPr>
          <w:rFonts w:ascii="宋体" w:eastAsia="宋体" w:hAnsi="宋体" w:cs="宋体"/>
          <w:color w:val="000000"/>
        </w:rPr>
        <w:t>的值；若不存在，请说明理由．</w:t>
      </w:r>
    </w:p>
    <w:p>
      <w:pPr>
        <w:spacing w:line="360" w:lineRule="auto"/>
        <w:textAlignment w:val="center"/>
        <w:rPr>
          <w:color w:val="000000"/>
        </w:rPr>
      </w:pPr>
      <w:r>
        <w:rPr>
          <w:color w:val="2E75B6"/>
        </w:rPr>
        <w:t>【答案】</w:t>
      </w:r>
      <w:r>
        <w:rPr>
          <w:color w:val="000000"/>
        </w:rPr>
        <w:t>（1）</w:t>
      </w:r>
      <w:r>
        <w:pict>
          <v:shape id="_x0000_i713647" type="#_x0000_t75" alt="学科网(www.zxxk.com)--教育资源门户，提供试卷、教案、课件、论文、素材以及各类教学资源下载，还有大量而丰富的教学相关资讯！" style="width:9.75pt;height:12.75pt" o:oleicon="f" o:ole="">
            <v:imagedata r:id="rId3776" o:title="eqId61128ab996360a038e6e64d82fcba004"/>
          </v:shape>
        </w:pict>
      </w:r>
      <w:r>
        <w:rPr>
          <w:color w:val="000000"/>
        </w:rPr>
        <w:t xml:space="preserve">    </w:t>
      </w:r>
    </w:p>
    <w:p>
      <w:pPr>
        <w:spacing w:line="360" w:lineRule="auto"/>
        <w:textAlignment w:val="center"/>
        <w:rPr>
          <w:color w:val="000000"/>
        </w:rPr>
      </w:pPr>
      <w:r>
        <w:rPr>
          <w:color w:val="000000"/>
        </w:rPr>
        <w:t>（2）</w:t>
      </w:r>
      <w:r>
        <w:pict>
          <v:shape id="_x0000_i713648" type="#_x0000_t75" alt="学科网(www.zxxk.com)--教育资源门户，提供试卷、教案、课件、论文、素材以及各类教学资源下载，还有大量而丰富的教学相关资讯！" style="width:8.8pt;height:14pt" o:oleicon="f" o:ole="">
            <v:imagedata r:id="rId3777" o:title="eqId6f8c4c029e552954bd493b49aeab82d5"/>
          </v:shape>
        </w:pic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存在，</w:t>
      </w:r>
      <w:r>
        <w:pict>
          <v:shape id="_x0000_i713649" type="#_x0000_t75" alt="学科网(www.zxxk.com)--教育资源门户，提供试卷、教案、课件、论文、素材以及各类教学资源下载，还有大量而丰富的教学相关资讯！" style="width:42.95pt;height:13.95pt" o:oleicon="f" o:ole="">
            <v:imagedata r:id="rId3778" o:title="eqId08e3bf0334d688ae3646c0a3879fa53e"/>
          </v:shape>
        </w:pict>
      </w:r>
      <w:r>
        <w:rPr>
          <w:rFonts w:ascii="宋体" w:eastAsia="宋体" w:hAnsi="宋体" w:cs="宋体"/>
          <w:color w:val="000000"/>
        </w:rPr>
        <w:t>或</w:t>
      </w:r>
      <w:r>
        <w:pict>
          <v:shape id="_x0000_i713650" type="#_x0000_t75" alt="学科网(www.zxxk.com)--教育资源门户，提供试卷、教案、课件、论文、素材以及各类教学资源下载，还有大量而丰富的教学相关资讯！" style="width:17pt;height:13.95pt" o:oleicon="f" o:ole="">
            <v:imagedata r:id="rId3779" o:title="eqIdfb8f58755aee89fb2cf72ba518dcee2a"/>
          </v:shape>
        </w:pic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）根据两点之间的距离即可求解；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）分别求得</w:t>
      </w:r>
      <w:r>
        <w:pict>
          <v:shape id="_x0000_i713651" type="#_x0000_t75" alt="学科网(www.zxxk.com)--教育资源门户，提供试卷、教案、课件、论文、素材以及各类教学资源下载，还有大量而丰富的教学相关资讯！" style="width:11.25pt;height:12pt" o:oleicon="f" o:ole="">
            <v:imagedata r:id="rId3780" o:title="eqIddad2a36927223bd70f426ba06aea4b45"/>
          </v:shape>
        </w:pict>
      </w:r>
      <w:r>
        <w:rPr>
          <w:rFonts w:ascii="宋体" w:eastAsia="宋体" w:hAnsi="宋体" w:cs="宋体"/>
          <w:color w:val="000000"/>
        </w:rPr>
        <w:t>点到</w:t>
      </w:r>
      <w:r>
        <w:pict>
          <v:shape id="_x0000_i713652" type="#_x0000_t75" alt="学科网(www.zxxk.com)--教育资源门户，提供试卷、教案、课件、论文、素材以及各类教学资源下载，还有大量而丰富的教学相关资讯！" style="width:14.25pt;height:10.5pt" o:oleicon="f" o:ole="">
            <v:imagedata r:id="rId3781" o:title="eqIdac047e91852b91af639feec23a9598b2"/>
          </v:shape>
        </w:pict>
      </w:r>
      <w:r>
        <w:rPr>
          <w:rFonts w:ascii="宋体" w:eastAsia="宋体" w:hAnsi="宋体" w:cs="宋体"/>
          <w:color w:val="000000"/>
        </w:rPr>
        <w:t>与</w:t>
      </w:r>
      <w:r>
        <w:pict>
          <v:shape id="_x0000_i713653" type="#_x0000_t75" alt="学科网(www.zxxk.com)--教育资源门户，提供试卷、教案、课件、论文、素材以及各类教学资源下载，还有大量而丰富的教学相关资讯！" style="width:11.25pt;height:12pt" o:oleicon="f" o:ole="">
            <v:imagedata r:id="rId3780" o:title="eqIddad2a36927223bd70f426ba06aea4b45"/>
          </v:shape>
        </w:pict>
      </w:r>
      <w:r>
        <w:rPr>
          <w:rFonts w:ascii="宋体" w:eastAsia="宋体" w:hAnsi="宋体" w:cs="宋体"/>
          <w:color w:val="000000"/>
        </w:rPr>
        <w:t>点到</w:t>
      </w:r>
      <w:r>
        <w:pict>
          <v:shape id="_x0000_i713654" type="#_x0000_t75" alt="学科网(www.zxxk.com)--教育资源门户，提供试卷、教案、课件、论文、素材以及各类教学资源下载，还有大量而丰富的教学相关资讯！" style="width:14.25pt;height:14.25pt" o:oleicon="f" o:ole="">
            <v:imagedata r:id="rId3782" o:title="eqId54a5d7d3b6b63fe5c24c3907b7a8eaa3"/>
          </v:shape>
        </w:pict>
      </w:r>
      <w:r>
        <w:rPr>
          <w:rFonts w:ascii="宋体" w:eastAsia="宋体" w:hAnsi="宋体" w:cs="宋体"/>
          <w:color w:val="000000"/>
        </w:rPr>
        <w:t>点的距离，再求和即可求解；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pict>
          <v:shape id="_x0000_i713655" type="#_x0000_t75" alt="学科网(www.zxxk.com)--教育资源门户，提供试卷、教案、课件、论文、素材以及各类教学资源下载，还有大量而丰富的教学相关资讯！" style="width:11.25pt;height:12pt" o:oleicon="f" o:ole="">
            <v:imagedata r:id="rId3783" o:title="eqIddad2a36927223bd70f426ba06aea4b45"/>
          </v:shape>
        </w:pict>
      </w:r>
      <w:r>
        <w:rPr>
          <w:rFonts w:ascii="宋体" w:eastAsia="宋体" w:hAnsi="宋体" w:cs="宋体"/>
          <w:color w:val="000000"/>
        </w:rPr>
        <w:t>点在</w:t>
      </w:r>
      <w:r>
        <w:pict>
          <v:shape id="_x0000_i713656" type="#_x0000_t75" alt="学科网(www.zxxk.com)--教育资源门户，提供试卷、教案、课件、论文、素材以及各类教学资源下载，还有大量而丰富的教学相关资讯！" style="width:14.25pt;height:14.25pt" o:oleicon="f" o:ole="">
            <v:imagedata r:id="rId3784" o:title="eqId54a5d7d3b6b63fe5c24c3907b7a8eaa3"/>
          </v:shape>
        </w:pict>
      </w:r>
      <w:r>
        <w:rPr>
          <w:rFonts w:ascii="宋体" w:eastAsia="宋体" w:hAnsi="宋体" w:cs="宋体"/>
          <w:color w:val="000000"/>
        </w:rPr>
        <w:t>点右侧或在</w:t>
      </w:r>
      <w:r>
        <w:pict>
          <v:shape id="_x0000_i713657" type="#_x0000_t75" alt="学科网(www.zxxk.com)--教育资源门户，提供试卷、教案、课件、论文、素材以及各类教学资源下载，还有大量而丰富的教学相关资讯！" style="width:14.25pt;height:10.5pt" o:oleicon="f" o:ole="">
            <v:imagedata r:id="rId3785" o:title="eqIdac047e91852b91af639feec23a9598b2"/>
          </v:shape>
        </w:pict>
      </w:r>
      <w:r>
        <w:rPr>
          <w:rFonts w:ascii="宋体" w:eastAsia="宋体" w:hAnsi="宋体" w:cs="宋体"/>
          <w:color w:val="000000"/>
        </w:rPr>
        <w:t>点左侧分别求出即可．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pict>
          <v:shape id="_x0000_i713658" type="#_x0000_t75" alt="学科网(www.zxxk.com)--教育资源门户，提供试卷、教案、课件、论文、素材以及各类教学资源下载，还有大量而丰富的教学相关资讯！" style="width:32.25pt;height:14.25pt" o:oleicon="f" o:ole="">
            <v:imagedata r:id="rId3786" o:title="eqIdef00713e73b8357cc7900144f5505bc6"/>
          </v:shape>
        </w:pict>
      </w:r>
      <w:r>
        <w:rPr>
          <w:rFonts w:ascii="宋体" w:eastAsia="宋体" w:hAnsi="宋体" w:cs="宋体"/>
          <w:color w:val="000000"/>
        </w:rPr>
        <w:t>，点</w:t>
      </w:r>
      <w:r>
        <w:pict>
          <v:shape id="_x0000_i713659" type="#_x0000_t75" alt="学科网(www.zxxk.com)--教育资源门户，提供试卷、教案、课件、论文、素材以及各类教学资源下载，还有大量而丰富的教学相关资讯！" style="width:14.25pt;height:10.5pt" o:oleicon="f" o:ole="">
            <v:imagedata r:id="rId3787" o:title="eqIdac047e91852b91af639feec23a9598b2"/>
          </v:shape>
        </w:pict>
      </w:r>
      <w:r>
        <w:rPr>
          <w:rFonts w:ascii="宋体" w:eastAsia="宋体" w:hAnsi="宋体" w:cs="宋体"/>
          <w:color w:val="000000"/>
        </w:rPr>
        <w:t>表示的数为</w:t>
      </w:r>
      <w:r>
        <w:pict>
          <v:shape id="_x0000_i713660" type="#_x0000_t75" alt="学科网(www.zxxk.com)--教育资源门户，提供试卷、教案、课件、论文、素材以及各类教学资源下载，还有大量而丰富的教学相关资讯！" style="width:16.05pt;height:13.9pt" o:oleicon="f" o:ole="">
            <v:imagedata r:id="rId3788" o:title="eqId81fb134b2b48acc99213fff6ccfee65f"/>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pict>
          <v:shape id="_x0000_i713661" type="#_x0000_t75" alt="学科网(www.zxxk.com)--教育资源门户，提供试卷、教案、课件、论文、素材以及各类教学资源下载，还有大量而丰富的教学相关资讯！" style="width:11.25pt;height:12pt" o:oleicon="f" o:ole="">
            <v:imagedata r:id="rId3789" o:title="eqIddad2a36927223bd70f426ba06aea4b45"/>
          </v:shape>
        </w:pict>
      </w:r>
      <w:r>
        <w:rPr>
          <w:rFonts w:ascii="宋体" w:eastAsia="宋体" w:hAnsi="宋体" w:cs="宋体"/>
          <w:color w:val="000000"/>
        </w:rPr>
        <w:t>到点</w:t>
      </w:r>
      <w:r>
        <w:pict>
          <v:shape id="_x0000_i713662" type="#_x0000_t75" alt="学科网(www.zxxk.com)--教育资源门户，提供试卷、教案、课件、论文、素材以及各类教学资源下载，还有大量而丰富的教学相关资讯！" style="width:14.25pt;height:10.5pt" o:oleicon="f" o:ole="">
            <v:imagedata r:id="rId3790" o:title="eqIdac047e91852b91af639feec23a9598b2"/>
          </v:shape>
        </w:pict>
      </w:r>
      <w:r>
        <w:rPr>
          <w:rFonts w:ascii="宋体" w:eastAsia="宋体" w:hAnsi="宋体" w:cs="宋体"/>
          <w:color w:val="000000"/>
        </w:rPr>
        <w:t>的距离是</w:t>
      </w:r>
      <w:r>
        <w:pict>
          <v:shape id="_x0000_i713663" type="#_x0000_t75" alt="学科网(www.zxxk.com)--教育资源门户，提供试卷、教案、课件、论文、素材以及各类教学资源下载，还有大量而丰富的教学相关资讯！" style="width:65.25pt;height:20.25pt" o:oleicon="f" o:ole="">
            <v:imagedata r:id="rId3791" o:title="eqIdc802cb6335a64ac112526f0a4c2a784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3664" type="#_x0000_t75" alt="学科网(www.zxxk.com)--教育资源门户，提供试卷、教案、课件、论文、素材以及各类教学资源下载，还有大量而丰富的教学相关资讯！" style="width:9.75pt;height:12.75pt" o:oleicon="f" o:ole="">
            <v:imagedata r:id="rId3792" o:title="eqId61128ab996360a038e6e64d82fcba004"/>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当</w:t>
      </w:r>
      <w:r>
        <w:pict>
          <v:shape id="_x0000_i713665" type="#_x0000_t75" alt="学科网(www.zxxk.com)--教育资源门户，提供试卷、教案、课件、论文、素材以及各类教学资源下载，还有大量而丰富的教学相关资讯！" style="width:24.75pt;height:12.75pt" o:oleicon="f" o:ole="">
            <v:imagedata r:id="rId3793" o:title="eqId707ea658f3a9359f5740d5aab48f7948"/>
          </v:shape>
        </w:pict>
      </w:r>
      <w:r>
        <w:rPr>
          <w:rFonts w:ascii="宋体" w:eastAsia="宋体" w:hAnsi="宋体" w:cs="宋体"/>
          <w:color w:val="000000"/>
        </w:rPr>
        <w:t>时，</w:t>
      </w:r>
      <w:r>
        <w:pict>
          <v:shape id="_x0000_i713666" type="#_x0000_t75" alt="学科网(www.zxxk.com)--教育资源门户，提供试卷、教案、课件、论文、素材以及各类教学资源下载，还有大量而丰富的教学相关资讯！" style="width:162.8pt;height:20.05pt" o:oleicon="f" o:ole="">
            <v:imagedata r:id="rId3794" o:title="eqId0eb27d2aef258da9dfd55fe9ac05b439"/>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pict>
          <v:shape id="_x0000_i713667" type="#_x0000_t75" alt="学科网(www.zxxk.com)--教育资源门户，提供试卷、教案、课件、论文、素材以及各类教学资源下载，还有大量而丰富的教学相关资讯！" style="width:11.25pt;height:12pt" o:oleicon="f" o:ole="">
            <v:imagedata r:id="rId3795" o:title="eqIddad2a36927223bd70f426ba06aea4b45"/>
          </v:shape>
        </w:pict>
      </w:r>
      <w:r>
        <w:rPr>
          <w:rFonts w:ascii="宋体" w:eastAsia="宋体" w:hAnsi="宋体" w:cs="宋体"/>
          <w:color w:val="000000"/>
        </w:rPr>
        <w:t>到点</w:t>
      </w:r>
      <w:r>
        <w:pict>
          <v:shape id="_x0000_i713668" type="#_x0000_t75" alt="学科网(www.zxxk.com)--教育资源门户，提供试卷、教案、课件、论文、素材以及各类教学资源下载，还有大量而丰富的教学相关资讯！" style="width:14.25pt;height:10.5pt" o:oleicon="f" o:ole="">
            <v:imagedata r:id="rId3796" o:title="eqIdac047e91852b91af639feec23a9598b2"/>
          </v:shape>
        </w:pict>
      </w:r>
      <w:r>
        <w:rPr>
          <w:rFonts w:ascii="宋体" w:eastAsia="宋体" w:hAnsi="宋体" w:cs="宋体"/>
          <w:color w:val="000000"/>
        </w:rPr>
        <w:t>，点</w:t>
      </w:r>
      <w:r>
        <w:pict>
          <v:shape id="_x0000_i713669" type="#_x0000_t75" alt="学科网(www.zxxk.com)--教育资源门户，提供试卷、教案、课件、论文、素材以及各类教学资源下载，还有大量而丰富的教学相关资讯！" style="width:14.25pt;height:14.25pt" o:oleicon="f" o:ole="">
            <v:imagedata r:id="rId3797" o:title="eqId54a5d7d3b6b63fe5c24c3907b7a8eaa3"/>
          </v:shape>
        </w:pict>
      </w:r>
      <w:r>
        <w:rPr>
          <w:rFonts w:ascii="宋体" w:eastAsia="宋体" w:hAnsi="宋体" w:cs="宋体"/>
          <w:color w:val="000000"/>
        </w:rPr>
        <w:t>的距离之和是为</w:t>
      </w:r>
      <w:r>
        <w:pict>
          <v:shape id="_x0000_i713670" type="#_x0000_t75" alt="学科网(www.zxxk.com)--教育资源门户，提供试卷、教案、课件、论文、素材以及各类教学资源下载，还有大量而丰富的教学相关资讯！" style="width:41.25pt;height:14.25pt" o:oleicon="f" o:ole="">
            <v:imagedata r:id="rId3798" o:title="eqId8ac61f3821b679d7e71e274effa9717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3671" type="#_x0000_t75" alt="学科网(www.zxxk.com)--教育资源门户，提供试卷、教案、课件、论文、素材以及各类教学资源下载，还有大量而丰富的教学相关资讯！" style="width:8.8pt;height:14pt" o:oleicon="f" o:ole="">
            <v:imagedata r:id="rId3799" o:title="eqId6f8c4c029e552954bd493b49aeab82d5"/>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存在，</w:t>
      </w:r>
    </w:p>
    <w:p>
      <w:pPr>
        <w:spacing w:line="360" w:lineRule="auto"/>
        <w:jc w:val="left"/>
        <w:textAlignment w:val="center"/>
        <w:rPr>
          <w:color w:val="000000"/>
        </w:rPr>
      </w:pPr>
      <w:r>
        <w:rPr>
          <w:rFonts w:ascii="宋体" w:eastAsia="宋体" w:hAnsi="宋体" w:cs="宋体"/>
          <w:color w:val="000000"/>
        </w:rPr>
        <w:t>①当</w:t>
      </w:r>
      <w:r>
        <w:pict>
          <v:shape id="_x0000_i713672" type="#_x0000_t75" alt="学科网(www.zxxk.com)--教育资源门户，提供试卷、教案、课件、论文、素材以及各类教学资源下载，还有大量而丰富的教学相关资讯！" style="width:11.25pt;height:12pt" o:oleicon="f" o:ole="">
            <v:imagedata r:id="rId3800" o:title="eqIddad2a36927223bd70f426ba06aea4b45"/>
          </v:shape>
        </w:pict>
      </w:r>
      <w:r>
        <w:rPr>
          <w:rFonts w:ascii="宋体" w:eastAsia="宋体" w:hAnsi="宋体" w:cs="宋体"/>
          <w:color w:val="000000"/>
        </w:rPr>
        <w:t>点在</w:t>
      </w:r>
      <w:r>
        <w:pict>
          <v:shape id="_x0000_i713673" type="#_x0000_t75" alt="学科网(www.zxxk.com)--教育资源门户，提供试卷、教案、课件、论文、素材以及各类教学资源下载，还有大量而丰富的教学相关资讯！" style="width:14.25pt;height:14.25pt" o:oleicon="f" o:ole="">
            <v:imagedata r:id="rId3801" o:title="eqId54a5d7d3b6b63fe5c24c3907b7a8eaa3"/>
          </v:shape>
        </w:pict>
      </w:r>
      <w:r>
        <w:rPr>
          <w:rFonts w:ascii="宋体" w:eastAsia="宋体" w:hAnsi="宋体" w:cs="宋体"/>
          <w:color w:val="000000"/>
        </w:rPr>
        <w:t>点右侧时，</w:t>
      </w:r>
      <w:r>
        <w:pict>
          <v:shape id="_x0000_i713674" type="#_x0000_t75" alt="学科网(www.zxxk.com)--教育资源门户，提供试卷、教案、课件、论文、素材以及各类教学资源下载，还有大量而丰富的教学相关资讯！" style="width:90.15pt;height:20.05pt" o:oleicon="f" o:ole="">
            <v:imagedata r:id="rId3802" o:title="eqId131e43ee1b37d26974feedefbc4e9c03"/>
          </v:shape>
        </w:pict>
      </w:r>
    </w:p>
    <w:p>
      <w:pPr>
        <w:spacing w:line="360" w:lineRule="auto"/>
        <w:jc w:val="left"/>
        <w:textAlignment w:val="center"/>
        <w:rPr>
          <w:color w:val="000000"/>
        </w:rPr>
      </w:pPr>
      <w:r>
        <w:rPr>
          <w:rFonts w:ascii="宋体" w:eastAsia="宋体" w:hAnsi="宋体" w:cs="宋体"/>
          <w:color w:val="000000"/>
        </w:rPr>
        <w:t>解得：</w:t>
      </w:r>
      <w:r>
        <w:pict>
          <v:shape id="_x0000_i713675" type="#_x0000_t75" alt="学科网(www.zxxk.com)--教育资源门户，提供试卷、教案、课件、论文、素材以及各类教学资源下载，还有大量而丰富的教学相关资讯！" style="width:35.25pt;height:14.25pt" o:oleicon="f" o:ole="">
            <v:imagedata r:id="rId3803" o:title="eqIdd4b58fa64e2ded2856cbe96d9f8baae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pict>
          <v:shape id="_x0000_i713676" type="#_x0000_t75" alt="学科网(www.zxxk.com)--教育资源门户，提供试卷、教案、课件、论文、素材以及各类教学资源下载，还有大量而丰富的教学相关资讯！" style="width:11.25pt;height:12pt" o:oleicon="f" o:ole="">
            <v:imagedata r:id="rId3804" o:title="eqIddad2a36927223bd70f426ba06aea4b45"/>
          </v:shape>
        </w:pict>
      </w:r>
      <w:r>
        <w:rPr>
          <w:rFonts w:ascii="宋体" w:eastAsia="宋体" w:hAnsi="宋体" w:cs="宋体"/>
          <w:color w:val="000000"/>
        </w:rPr>
        <w:t>点在</w:t>
      </w:r>
      <w:r>
        <w:pict>
          <v:shape id="_x0000_i713677" type="#_x0000_t75" alt="学科网(www.zxxk.com)--教育资源门户，提供试卷、教案、课件、论文、素材以及各类教学资源下载，还有大量而丰富的教学相关资讯！" style="width:14.25pt;height:10.5pt" o:oleicon="f" o:ole="">
            <v:imagedata r:id="rId3805" o:title="eqIdac047e91852b91af639feec23a9598b2"/>
          </v:shape>
        </w:pict>
      </w:r>
      <w:r>
        <w:rPr>
          <w:rFonts w:ascii="宋体" w:eastAsia="宋体" w:hAnsi="宋体" w:cs="宋体"/>
          <w:color w:val="000000"/>
        </w:rPr>
        <w:t>点左侧时，</w:t>
      </w:r>
      <w:r>
        <w:pict>
          <v:shape id="_x0000_i713678" type="#_x0000_t75" alt="学科网(www.zxxk.com)--教育资源门户，提供试卷、教案、课件、论文、素材以及各类教学资源下载，还有大量而丰富的教学相关资讯！" style="width:90.15pt;height:20.05pt" o:oleicon="f" o:ole="">
            <v:imagedata r:id="rId3806" o:title="eqId1a575b70c0073a0e29fd60d1579c7f3f"/>
          </v:shape>
        </w:pict>
      </w:r>
    </w:p>
    <w:p>
      <w:pPr>
        <w:spacing w:line="360" w:lineRule="auto"/>
        <w:jc w:val="left"/>
        <w:textAlignment w:val="center"/>
        <w:rPr>
          <w:color w:val="000000"/>
        </w:rPr>
      </w:pPr>
      <w:r>
        <w:rPr>
          <w:rFonts w:ascii="宋体" w:eastAsia="宋体" w:hAnsi="宋体" w:cs="宋体"/>
          <w:color w:val="000000"/>
        </w:rPr>
        <w:t>解得：</w:t>
      </w:r>
      <w:r>
        <w:pict>
          <v:shape id="_x0000_i713679" type="#_x0000_t75" alt="学科网(www.zxxk.com)--教育资源门户，提供试卷、教案、课件、论文、素材以及各类教学资源下载，还有大量而丰富的教学相关资讯！" style="width:42.95pt;height:13.95pt" o:oleicon="f" o:ole="">
            <v:imagedata r:id="rId3807" o:title="eqId08e3bf0334d688ae3646c0a3879fa53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3680" type="#_x0000_t75" alt="学科网(www.zxxk.com)--教育资源门户，提供试卷、教案、课件、论文、素材以及各类教学资源下载，还有大量而丰富的教学相关资讯！" style="width:11.25pt;height:12pt" o:oleicon="f" o:ole="">
            <v:imagedata r:id="rId3808" o:title="eqIddad2a36927223bd70f426ba06aea4b45"/>
          </v:shape>
        </w:pict>
      </w:r>
      <w:r>
        <w:rPr>
          <w:rFonts w:ascii="宋体" w:eastAsia="宋体" w:hAnsi="宋体" w:cs="宋体"/>
          <w:color w:val="000000"/>
        </w:rPr>
        <w:t>在</w:t>
      </w:r>
      <w:r>
        <w:pict>
          <v:shape id="_x0000_i713681" type="#_x0000_t75" alt="学科网(www.zxxk.com)--教育资源门户，提供试卷、教案、课件、论文、素材以及各类教学资源下载，还有大量而丰富的教学相关资讯！" style="width:30pt;height:16.2pt" o:oleicon="f" o:ole="">
            <v:imagedata r:id="rId3809" o:title="eqId7789a500686c7a73770404ead6af0590"/>
          </v:shape>
        </w:pict>
      </w:r>
      <w:r>
        <w:rPr>
          <w:rFonts w:ascii="宋体" w:eastAsia="宋体" w:hAnsi="宋体" w:cs="宋体"/>
          <w:color w:val="000000"/>
        </w:rPr>
        <w:t>之间时，</w:t>
      </w:r>
      <w:r>
        <w:pict>
          <v:shape id="_x0000_i713682" type="#_x0000_t75" alt="学科网(www.zxxk.com)--教育资源门户，提供试卷、教案、课件、论文、素材以及各类教学资源下载，还有大量而丰富的教学相关资讯！" style="width:117.1pt;height:20.05pt" o:oleicon="f" o:ole="">
            <v:imagedata r:id="rId3810" o:title="eqId82bd7c2865c4b2bf7b2d0b2b82fe2660"/>
          </v:shape>
        </w:pic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综上所述，</w:t>
      </w:r>
      <w:r>
        <w:pict>
          <v:shape id="_x0000_i713683" type="#_x0000_t75" alt="学科网(www.zxxk.com)--教育资源门户，提供试卷、教案、课件、论文、素材以及各类教学资源下载，还有大量而丰富的教学相关资讯！" style="width:42.95pt;height:13.95pt" o:oleicon="f" o:ole="">
            <v:imagedata r:id="rId3811" o:title="eqId08e3bf0334d688ae3646c0a3879fa53e"/>
          </v:shape>
        </w:pict>
      </w:r>
      <w:r>
        <w:rPr>
          <w:rFonts w:ascii="宋体" w:eastAsia="宋体" w:hAnsi="宋体" w:cs="宋体"/>
          <w:color w:val="000000"/>
        </w:rPr>
        <w:t>或</w:t>
      </w:r>
      <w:r>
        <w:pict>
          <v:shape id="_x0000_i713684" type="#_x0000_t75" alt="学科网(www.zxxk.com)--教育资源门户，提供试卷、教案、课件、论文、素材以及各类教学资源下载，还有大量而丰富的教学相关资讯！" style="width:17pt;height:13.95pt" o:oleicon="f" o:ole="">
            <v:imagedata r:id="rId3812" o:title="eqIdfb8f58755aee89fb2cf72ba518dcee2a"/>
          </v:shape>
        </w:pict>
      </w:r>
      <w:r>
        <w:rPr>
          <w:rFonts w:ascii="Times New Roman" w:eastAsia="Times New Roman" w:hAnsi="Times New Roman" w:cs="Times New Roman"/>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本题考查了数轴上两点距离，一元一次方程的应用，数形结合是解题的关键．</w:t>
      </w:r>
    </w:p>
    <w:p>
      <w:pPr>
        <w:pStyle w:val="Heading2"/>
      </w:pPr>
      <w:r>
        <w:t>昌平区</w:t>
      </w:r>
    </w:p>
    <w:p>
      <w:pPr>
        <w:spacing w:line="360" w:lineRule="auto"/>
        <w:jc w:val="both"/>
        <w:textAlignment w:val="center"/>
        <w:rPr>
          <w:color w:val="000000"/>
        </w:rPr>
      </w:pPr>
      <w:r>
        <w:rPr>
          <w:color w:val="000000"/>
        </w:rPr>
        <w:t xml:space="preserve">27. </w:t>
      </w:r>
      <w:r>
        <w:rPr>
          <w:rFonts w:ascii="宋体" w:eastAsia="宋体" w:hAnsi="宋体" w:cs="宋体"/>
          <w:color w:val="000000"/>
        </w:rPr>
        <w:t>在学习数轴时发现：若点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表示的数分别为</w:t>
      </w:r>
      <w:r>
        <w:rPr>
          <w:rFonts w:ascii="Times New Roman" w:eastAsia="Times New Roman" w:hAnsi="Times New Roman" w:cs="Times New Roman"/>
          <w:color w:val="000000"/>
        </w:rPr>
        <w:t>3</w:t>
      </w:r>
      <w:r>
        <w:rPr>
          <w:rFonts w:ascii="宋体" w:eastAsia="宋体" w:hAnsi="宋体" w:cs="宋体"/>
          <w:color w:val="000000"/>
        </w:rPr>
        <w:t>，</w:t>
      </w:r>
      <w:r>
        <w:pict>
          <v:shape id="_x0000_i713685" type="#_x0000_t75" alt="学科网(www.zxxk.com)--教育资源门户，提供试卷、教案、课件、论文、素材以及各类教学资源下载，还有大量而丰富的教学相关资讯！" style="width:12pt;height:10.5pt" o:oleicon="f" o:ole="">
            <v:imagedata r:id="rId3813" o:title="eqIdacbc6a613224461ade69362d46550474"/>
          </v:shape>
        </w:pict>
      </w:r>
      <w:r>
        <w:rPr>
          <w:rFonts w:ascii="宋体" w:eastAsia="宋体" w:hAnsi="宋体" w:cs="宋体"/>
          <w:color w:val="000000"/>
        </w:rPr>
        <w:t>，则线段</w:t>
      </w:r>
      <w:r>
        <w:rPr>
          <w:rFonts w:ascii="Times New Roman" w:eastAsia="Times New Roman" w:hAnsi="Times New Roman" w:cs="Times New Roman"/>
          <w:i/>
          <w:color w:val="000000"/>
        </w:rPr>
        <w:t>AB</w:t>
      </w:r>
      <w:r>
        <w:rPr>
          <w:rFonts w:ascii="宋体" w:eastAsia="宋体" w:hAnsi="宋体" w:cs="宋体"/>
          <w:color w:val="000000"/>
        </w:rPr>
        <w:t>的长度可以通过计算</w:t>
      </w:r>
      <w:r>
        <w:pict>
          <v:shape id="_x0000_i713686" type="#_x0000_t75" alt="学科网(www.zxxk.com)--教育资源门户，提供试卷、教案、课件、论文、素材以及各类教学资源下载，还有大量而丰富的教学相关资讯！" style="width:57pt;height:15.75pt" o:oleicon="f" o:ole="">
            <v:imagedata r:id="rId3814" o:title="eqIda61b16dd983484476f730a68c902fd2f"/>
          </v:shape>
        </w:pict>
      </w:r>
      <w:r>
        <w:rPr>
          <w:rFonts w:ascii="宋体" w:eastAsia="宋体" w:hAnsi="宋体" w:cs="宋体"/>
          <w:color w:val="000000"/>
        </w:rPr>
        <w:t>得到．</w:t>
      </w:r>
    </w:p>
    <w:p>
      <w:pPr>
        <w:spacing w:line="360" w:lineRule="auto"/>
        <w:jc w:val="both"/>
        <w:textAlignment w:val="center"/>
        <w:rPr>
          <w:color w:val="000000"/>
        </w:rPr>
      </w:pPr>
      <w:r>
        <w:rPr>
          <w:rFonts w:ascii="宋体" w:eastAsia="宋体" w:hAnsi="宋体" w:cs="宋体"/>
          <w:color w:val="000000"/>
        </w:rPr>
        <w:t>【初步探究】</w:t>
      </w:r>
    </w:p>
    <w:p>
      <w:pPr>
        <w:spacing w:line="360" w:lineRule="auto"/>
        <w:jc w:val="both"/>
        <w:textAlignment w:val="center"/>
        <w:rPr>
          <w:color w:val="000000"/>
        </w:rPr>
      </w:pPr>
      <w:r>
        <w:rPr>
          <w:rFonts w:ascii="宋体" w:eastAsia="宋体" w:hAnsi="宋体" w:cs="宋体"/>
          <w:color w:val="000000"/>
        </w:rPr>
        <w:t>如果设数轴上两点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表示的数分别为</w:t>
      </w:r>
      <w:r>
        <w:rPr>
          <w:rFonts w:ascii="Times New Roman" w:eastAsia="Times New Roman" w:hAnsi="Times New Roman" w:cs="Times New Roman"/>
          <w:i/>
          <w:color w:val="000000"/>
        </w:rPr>
        <w:t>x</w:t>
      </w:r>
      <w:r>
        <w:rPr>
          <w:rFonts w:ascii="宋体" w:eastAsia="宋体" w:hAnsi="宋体" w:cs="宋体"/>
          <w:color w:val="000000"/>
        </w:rPr>
        <w:t>，</w:t>
      </w:r>
      <w:r>
        <w:pict>
          <v:shape id="_x0000_i713687" type="#_x0000_t75" alt="学科网(www.zxxk.com)--教育资源门户，提供试卷、教案、课件、论文、素材以及各类教学资源下载，还有大量而丰富的教学相关资讯！" style="width:34pt;height:13.95pt" o:oleicon="f" o:ole="">
            <v:imagedata r:id="rId3815" o:title="eqId73fc8e5c308d7cb6af6109b9f9ccada3"/>
          </v:shape>
        </w:pic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取如下的一些值时，那么线段</w:t>
      </w:r>
      <w:r>
        <w:rPr>
          <w:rFonts w:ascii="Times New Roman" w:eastAsia="Times New Roman" w:hAnsi="Times New Roman" w:cs="Times New Roman"/>
          <w:i/>
          <w:color w:val="000000"/>
        </w:rPr>
        <w:t>AB</w:t>
      </w:r>
      <w:r>
        <w:rPr>
          <w:rFonts w:ascii="宋体" w:eastAsia="宋体" w:hAnsi="宋体" w:cs="宋体"/>
          <w:color w:val="000000"/>
        </w:rPr>
        <w:t>的对应长度如下表：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59"/>
        <w:gridCol w:w="481"/>
        <w:gridCol w:w="376"/>
        <w:gridCol w:w="534"/>
        <w:gridCol w:w="376"/>
        <w:gridCol w:w="376"/>
        <w:gridCol w:w="376"/>
        <w:gridCol w:w="534"/>
        <w:gridCol w:w="376"/>
        <w:gridCol w:w="481"/>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i/>
                <w:color w:val="000000"/>
              </w:rPr>
              <w:t>x</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13688" type="#_x0000_t75" alt="学科网(www.zxxk.com)--教育资源门户，提供试卷、教案、课件、论文、素材以及各类教学资源下载，还有大量而丰富的教学相关资讯！" style="width:15.75pt;height:12.75pt" o:oleicon="f" o:ole="">
                  <v:imagedata r:id="rId3817" o:title="eqId274a9dc37509f01c2606fb3086a46f4f"/>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13689" type="#_x0000_t75" alt="学科网(www.zxxk.com)--教育资源门户，提供试卷、教案、课件、论文、素材以及各类教学资源下载，还有大量而丰富的教学相关资讯！" style="width:24.75pt;height:13.5pt" o:oleicon="f" o:ole="">
                  <v:imagedata r:id="rId3818" o:title="eqId529709040fa0a98ce729428f6cec8db8"/>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position w:val="-22"/>
              </w:rPr>
              <w:drawing>
                <wp:inline>
                  <wp:extent cx="31750" cy="88900"/>
                  <wp:docPr id="34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 name=""/>
                          <pic:cNvPicPr>
                            <a:picLocks noChangeAspect="1"/>
                          </pic:cNvPicPr>
                        </pic:nvPicPr>
                        <pic:blipFill>
                          <a:blip r:embed="rId3816"/>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13690" type="#_x0000_t75" alt="学科网(www.zxxk.com)--教育资源门户，提供试卷、教案、课件、论文、素材以及各类教学资源下载，还有大量而丰富的教学相关资讯！" style="width:34pt;height:13.95pt" o:oleicon="f" o:ole="">
                  <v:imagedata r:id="rId3819" o:title="eqId73fc8e5c308d7cb6af6109b9f9ccada3"/>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13691" type="#_x0000_t75" alt="学科网(www.zxxk.com)--教育资源门户，提供试卷、教案、课件、论文、素材以及各类教学资源下载，还有大量而丰富的教学相关资讯！" style="width:24.75pt;height:13.5pt" o:oleicon="f" o:ole="">
                  <v:imagedata r:id="rId3818" o:title="eqId529709040fa0a98ce729428f6cec8db8"/>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13692" type="#_x0000_t75" alt="学科网(www.zxxk.com)--教育资源门户，提供试卷、教案、课件、论文、素材以及各类教学资源下载，还有大量而丰富的教学相关资讯！" style="width:15.75pt;height:12.75pt" o:oleicon="f" o:ole="">
                  <v:imagedata r:id="rId3817" o:title="eqId274a9dc37509f01c2606fb3086a46f4f"/>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i/>
                <w:color w:val="000000"/>
              </w:rPr>
              <w:t>AB</w:t>
            </w:r>
            <w:r>
              <w:rPr>
                <w:rFonts w:ascii="宋体" w:eastAsia="宋体" w:hAnsi="宋体" w:cs="宋体"/>
                <w:color w:val="000000"/>
              </w:rPr>
              <w:t>的长度</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w:t>
            </w:r>
          </w:p>
        </w:tc>
      </w:tr>
    </w:tbl>
    <w:p>
      <w:pPr>
        <w:spacing w:line="360" w:lineRule="auto"/>
        <w:jc w:val="both"/>
        <w:textAlignment w:val="center"/>
        <w:rPr>
          <w:color w:val="000000"/>
        </w:rPr>
      </w:pPr>
      <w:r>
        <w:rPr>
          <w:rFonts w:ascii="宋体" w:eastAsia="宋体" w:hAnsi="宋体" w:cs="宋体"/>
          <w:color w:val="000000"/>
        </w:rPr>
        <w:t>观察上表，结合数轴，回答下列问题：</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重合，则</w:t>
      </w:r>
      <w:r>
        <w:pict>
          <v:shape id="_x0000_i713693" type="#_x0000_t75" alt="学科网(www.zxxk.com)--教育资源门户，提供试卷、教案、课件、论文、素材以及各类教学资源下载，还有大量而丰富的教学相关资讯！" style="width:18.75pt;height:11.25pt" o:oleicon="f" o:ole="">
            <v:imagedata r:id="rId3820" o:title="eqId4ec0618ae3a4fde6d6220010af229b9a"/>
          </v:shape>
        </w:pict>
      </w:r>
      <w:r>
        <w:rPr>
          <w:rFonts w:ascii="Times New Roman" w:eastAsia="Times New Roman" w:hAnsi="Times New Roman" w:cs="Times New Roman"/>
          <w:color w:val="000000"/>
        </w:rPr>
        <w:t>________</w:t>
      </w:r>
      <w:r>
        <w:rPr>
          <w:rFonts w:ascii="宋体" w:eastAsia="宋体" w:hAnsi="宋体" w:cs="宋体"/>
          <w:color w:val="000000"/>
        </w:rPr>
        <w:t>；若</w:t>
      </w:r>
      <w:r>
        <w:pict>
          <v:shape id="_x0000_i713694" type="#_x0000_t75" alt="学科网(www.zxxk.com)--教育资源门户，提供试卷、教案、课件、论文、素材以及各类教学资源下载，还有大量而丰富的教学相关资讯！" style="width:28.2pt;height:13.2pt" o:oleicon="f" o:ole="">
            <v:imagedata r:id="rId3821" o:title="eqIdc2c9d44deafbbbb631c4c0db884c8874"/>
          </v:shape>
        </w:pict>
      </w:r>
      <w:r>
        <w:rPr>
          <w:rFonts w:ascii="宋体" w:eastAsia="宋体" w:hAnsi="宋体" w:cs="宋体"/>
          <w:color w:val="000000"/>
        </w:rPr>
        <w:t>，则线段</w:t>
      </w:r>
      <w:r>
        <w:rPr>
          <w:rFonts w:ascii="Times New Roman" w:eastAsia="Times New Roman" w:hAnsi="Times New Roman" w:cs="Times New Roman"/>
          <w:i/>
          <w:color w:val="000000"/>
        </w:rPr>
        <w:t>AB</w:t>
      </w:r>
      <w:r>
        <w:rPr>
          <w:rFonts w:ascii="宋体" w:eastAsia="宋体" w:hAnsi="宋体" w:cs="宋体"/>
          <w:color w:val="000000"/>
        </w:rPr>
        <w:t>的长度为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向右运动，则</w:t>
      </w:r>
      <w:r>
        <w:pict>
          <v:shape id="_x0000_i713695" type="#_x0000_t75" alt="学科网(www.zxxk.com)--教育资源门户，提供试卷、教案、课件、论文、素材以及各类教学资源下载，还有大量而丰富的教学相关资讯！" style="width:34pt;height:13.95pt" o:oleicon="f" o:ole="">
            <v:imagedata r:id="rId3823" o:title="eqId73fc8e5c308d7cb6af6109b9f9ccada3"/>
          </v:shape>
        </w:pict>
      </w:r>
      <w:r>
        <w:rPr>
          <w:rFonts w:ascii="宋体" w:eastAsia="宋体" w:hAnsi="宋体" w:cs="宋体"/>
          <w:color w:val="000000"/>
          <w:position w:val="0"/>
        </w:rPr>
        <w:drawing>
          <wp:inline>
            <wp:extent cx="133350" cy="177800"/>
            <wp:docPr id="34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 name=""/>
                    <pic:cNvPicPr>
                      <a:picLocks noChangeAspect="1"/>
                    </pic:cNvPicPr>
                  </pic:nvPicPr>
                  <pic:blipFill>
                    <a:blip r:embed="rId382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值会变</w:t>
      </w:r>
      <w:r>
        <w:rPr>
          <w:rFonts w:ascii="Times New Roman" w:eastAsia="Times New Roman" w:hAnsi="Times New Roman" w:cs="Times New Roman"/>
          <w:color w:val="000000"/>
        </w:rPr>
        <w:t>_______</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大</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小</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13696" type="#_x0000_t75" alt="学科网(www.zxxk.com)--教育资源门户，提供试卷、教案、课件、论文、素材以及各类教学资源下载，还有大量而丰富的教学相关资讯！" style="width:42.75pt;height:14.25pt" o:oleicon="f" o:ole="">
            <v:imagedata r:id="rId3825" o:title="eqIda26d451d3fd83f2336d421c32ecaadfd"/>
          </v:shape>
        </w:pic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position w:val="0"/>
        </w:rPr>
        <w:drawing>
          <wp:inline>
            <wp:extent cx="133350" cy="177800"/>
            <wp:docPr id="34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 name=""/>
                    <pic:cNvPicPr>
                      <a:picLocks noChangeAspect="1"/>
                    </pic:cNvPicPr>
                  </pic:nvPicPr>
                  <pic:blipFill>
                    <a:blip r:embed="rId382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p>
    <w:p>
      <w:pPr>
        <w:spacing w:line="360" w:lineRule="auto"/>
        <w:jc w:val="both"/>
        <w:textAlignment w:val="center"/>
        <w:rPr>
          <w:color w:val="000000"/>
        </w:rPr>
      </w:pPr>
      <w:r>
        <w:rPr>
          <w:rFonts w:ascii="宋体" w:eastAsia="宋体" w:hAnsi="宋体" w:cs="宋体"/>
          <w:color w:val="000000"/>
        </w:rPr>
        <w:t>【深入思考】</w:t>
      </w:r>
    </w:p>
    <w:p>
      <w:pPr>
        <w:spacing w:line="360" w:lineRule="auto"/>
        <w:jc w:val="both"/>
        <w:textAlignment w:val="center"/>
        <w:rPr>
          <w:color w:val="000000"/>
        </w:rPr>
      </w:pPr>
      <w:r>
        <w:rPr>
          <w:rFonts w:ascii="宋体" w:eastAsia="宋体" w:hAnsi="宋体" w:cs="宋体"/>
          <w:color w:val="000000"/>
        </w:rPr>
        <w:t>如果设数轴上两点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表示的数分别为</w:t>
      </w:r>
      <w:r>
        <w:pict>
          <v:shape id="_x0000_i713697" type="#_x0000_t75" alt="学科网(www.zxxk.com)--教育资源门户，提供试卷、教案、课件、论文、素材以及各类教学资源下载，还有大量而丰富的教学相关资讯！" style="width:15.75pt;height:14.25pt" o:oleicon="f" o:ole="">
            <v:imagedata r:id="rId3826" o:title="eqId6c1d2e5599453f8d4c04369bc8f79962"/>
          </v:shape>
        </w:pict>
      </w:r>
      <w:r>
        <w:rPr>
          <w:rFonts w:ascii="宋体" w:eastAsia="宋体" w:hAnsi="宋体" w:cs="宋体"/>
          <w:color w:val="000000"/>
        </w:rPr>
        <w:t>，</w:t>
      </w:r>
      <w:r>
        <w:pict>
          <v:shape id="_x0000_i713698" type="#_x0000_t75" alt="学科网(www.zxxk.com)--教育资源门户，提供试卷、教案、课件、论文、素材以及各类教学资源下载，还有大量而丰富的教学相关资讯！" style="width:29pt;height:16pt" o:oleicon="f" o:ole="">
            <v:imagedata r:id="rId3827" o:title="eqId81843351cfa63bb76c9f39aa96434283"/>
          </v:shape>
        </w:pict>
      </w:r>
      <w:r>
        <w:rPr>
          <w:rFonts w:ascii="宋体" w:eastAsia="宋体" w:hAnsi="宋体" w:cs="宋体"/>
          <w:color w:val="000000"/>
        </w:rPr>
        <w:t>，用含</w:t>
      </w:r>
      <w:r>
        <w:rPr>
          <w:rFonts w:ascii="Times New Roman" w:eastAsia="Times New Roman" w:hAnsi="Times New Roman" w:cs="Times New Roman"/>
          <w:i/>
          <w:color w:val="000000"/>
        </w:rPr>
        <w:t>x</w:t>
      </w:r>
      <w:r>
        <w:rPr>
          <w:rFonts w:ascii="宋体" w:eastAsia="宋体" w:hAnsi="宋体" w:cs="宋体"/>
          <w:color w:val="000000"/>
        </w:rPr>
        <w:t>的式子表示线段</w:t>
      </w:r>
      <w:r>
        <w:rPr>
          <w:rFonts w:ascii="Times New Roman" w:eastAsia="Times New Roman" w:hAnsi="Times New Roman" w:cs="Times New Roman"/>
          <w:i/>
          <w:color w:val="000000"/>
        </w:rPr>
        <w:t>AB</w:t>
      </w:r>
      <w:r>
        <w:rPr>
          <w:rFonts w:ascii="宋体" w:eastAsia="宋体" w:hAnsi="宋体" w:cs="宋体"/>
          <w:color w:val="000000"/>
        </w:rPr>
        <w:t>的长度为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初步探究：（</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）小；（</w:t>
      </w:r>
      <w:r>
        <w:rPr>
          <w:rFonts w:ascii="Times New Roman" w:eastAsia="Times New Roman" w:hAnsi="Times New Roman" w:cs="Times New Roman"/>
          <w:color w:val="000000"/>
        </w:rPr>
        <w:t>3</w:t>
      </w:r>
      <w:r>
        <w:rPr>
          <w:rFonts w:ascii="宋体" w:eastAsia="宋体" w:hAnsi="宋体" w:cs="宋体"/>
          <w:color w:val="000000"/>
        </w:rPr>
        <w:t>）</w:t>
      </w:r>
      <w:r>
        <w:pict>
          <v:shape id="_x0000_i713699" type="#_x0000_t75" alt="学科网(www.zxxk.com)--教育资源门户，提供试卷、教案、课件、论文、素材以及各类教学资源下载，还有大量而丰富的教学相关资讯！" style="width:30pt;height:12.75pt" o:oleicon="f" o:ole="">
            <v:imagedata r:id="rId3828" o:title="eqId047fb4d81a12179067f122140d65d615"/>
          </v:shape>
        </w:pict>
      </w:r>
      <w:r>
        <w:rPr>
          <w:rFonts w:ascii="宋体" w:eastAsia="宋体" w:hAnsi="宋体" w:cs="宋体"/>
          <w:color w:val="000000"/>
        </w:rPr>
        <w:t>；深入思考：</w:t>
      </w:r>
      <w:r>
        <w:pict>
          <v:shape id="_x0000_i713700" type="#_x0000_t75" alt="学科网(www.zxxk.com)--教育资源门户，提供试卷、教案、课件、论文、素材以及各类教学资源下载，还有大量而丰富的教学相关资讯！" style="width:37.4pt;height:21.9pt" o:oleicon="f" o:ole="">
            <v:imagedata r:id="rId3829" o:title="eqIdd0d15393ef533873cb75eb46ad8ede46"/>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初步探究：（</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重合时，得到方程</w:t>
      </w:r>
      <w:r>
        <w:pict>
          <v:shape id="_x0000_i713701" type="#_x0000_t75" alt="学科网(www.zxxk.com)--教育资源门户，提供试卷、教案、课件、论文、素材以及各类教学资源下载，还有大量而丰富的教学相关资讯！" style="width:77.25pt;height:20.25pt" o:oleicon="f" o:ole="">
            <v:imagedata r:id="rId3830" o:title="eqIdf06cf7bd43c33942ca77694b05f7795b"/>
          </v:shape>
        </w:pict>
      </w:r>
      <w:r>
        <w:rPr>
          <w:rFonts w:ascii="宋体" w:eastAsia="宋体" w:hAnsi="宋体" w:cs="宋体"/>
          <w:color w:val="000000"/>
        </w:rPr>
        <w:t>，解方程即可得出答案；当</w:t>
      </w:r>
      <w:r>
        <w:pict>
          <v:shape id="_x0000_i713702" type="#_x0000_t75" alt="学科网(www.zxxk.com)--教育资源门户，提供试卷、教案、课件、论文、素材以及各类教学资源下载，还有大量而丰富的教学相关资讯！" style="width:28.2pt;height:13.2pt" o:oleicon="f" o:ole="">
            <v:imagedata r:id="rId3831" o:title="eqIdc2c9d44deafbbbb631c4c0db884c8874"/>
          </v:shape>
        </w:pict>
      </w:r>
      <w:r>
        <w:rPr>
          <w:rFonts w:ascii="宋体" w:eastAsia="宋体" w:hAnsi="宋体" w:cs="宋体"/>
          <w:color w:val="000000"/>
        </w:rPr>
        <w:t>时，代入</w:t>
      </w:r>
      <w:r>
        <w:pict>
          <v:shape id="_x0000_i713703" type="#_x0000_t75" alt="学科网(www.zxxk.com)--教育资源门户，提供试卷、教案、课件、论文、素材以及各类教学资源下载，还有大量而丰富的教学相关资讯！" style="width:59.25pt;height:20.25pt" o:oleicon="f" o:ole="">
            <v:imagedata r:id="rId3832" o:title="eqId02ff2ba79533cd36f2bb354efa823e53"/>
          </v:shape>
        </w:pict>
      </w:r>
      <w:r>
        <w:rPr>
          <w:rFonts w:ascii="宋体" w:eastAsia="宋体" w:hAnsi="宋体" w:cs="宋体"/>
          <w:color w:val="000000"/>
        </w:rPr>
        <w:t>求出即可；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向右运动，则</w:t>
      </w:r>
      <w:r>
        <w:pict>
          <v:shape id="_x0000_i713704" type="#_x0000_t75" alt="学科网(www.zxxk.com)--教育资源门户，提供试卷、教案、课件、论文、素材以及各类教学资源下载，还有大量而丰富的教学相关资讯！" style="width:34pt;height:13.95pt" o:oleicon="f" o:ole="">
            <v:imagedata r:id="rId3833" o:title="eqId73fc8e5c308d7cb6af6109b9f9ccada3"/>
          </v:shape>
        </w:pict>
      </w:r>
      <w:r>
        <w:rPr>
          <w:rFonts w:ascii="宋体" w:eastAsia="宋体" w:hAnsi="宋体" w:cs="宋体"/>
          <w:color w:val="000000"/>
        </w:rPr>
        <w:t>的值会变小；</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pict>
          <v:shape id="_x0000_i713705" type="#_x0000_t75" alt="学科网(www.zxxk.com)--教育资源门户，提供试卷、教案、课件、论文、素材以及各类教学资源下载，还有大量而丰富的教学相关资讯！" style="width:42.75pt;height:14.25pt" o:oleicon="f" o:ole="">
            <v:imagedata r:id="rId3834" o:title="eqIda26d451d3fd83f2336d421c32ecaadfd"/>
          </v:shape>
        </w:pict>
      </w:r>
      <w:r>
        <w:rPr>
          <w:rFonts w:ascii="宋体" w:eastAsia="宋体" w:hAnsi="宋体" w:cs="宋体"/>
          <w:color w:val="000000"/>
        </w:rPr>
        <w:t>时，得到方程</w:t>
      </w:r>
      <w:r>
        <w:pict>
          <v:shape id="_x0000_i713706" type="#_x0000_t75" alt="学科网(www.zxxk.com)--教育资源门户，提供试卷、教案、课件、论文、素材以及各类教学资源下载，还有大量而丰富的教学相关资讯！" style="width:83.25pt;height:20.25pt" o:oleicon="f" o:ole="">
            <v:imagedata r:id="rId3835" o:title="eqId3da97d31ad97a7cf7aa6c7d07033f549"/>
          </v:shape>
        </w:pict>
      </w:r>
      <w:r>
        <w:rPr>
          <w:rFonts w:ascii="宋体" w:eastAsia="宋体" w:hAnsi="宋体" w:cs="宋体"/>
          <w:color w:val="000000"/>
        </w:rPr>
        <w:t>，解方程即可得出答案；</w:t>
      </w:r>
    </w:p>
    <w:p>
      <w:pPr>
        <w:spacing w:line="360" w:lineRule="auto"/>
        <w:jc w:val="both"/>
        <w:textAlignment w:val="center"/>
        <w:rPr>
          <w:color w:val="000000"/>
        </w:rPr>
      </w:pPr>
      <w:r>
        <w:rPr>
          <w:rFonts w:ascii="宋体" w:eastAsia="宋体" w:hAnsi="宋体" w:cs="宋体"/>
          <w:color w:val="000000"/>
        </w:rPr>
        <w:t>深入思考：利用表示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两数的差，求出</w:t>
      </w:r>
      <w:r>
        <w:pict>
          <v:shape id="_x0000_i713707" type="#_x0000_t75" alt="学科网(www.zxxk.com)--教育资源门户，提供试卷、教案、课件、论文、素材以及各类教学资源下载，还有大量而丰富的教学相关资讯！" style="width:20.05pt;height:12.6pt" o:oleicon="f" o:ole="">
            <v:imagedata r:id="rId3836" o:title="eqIdf52a58fbaf4fea03567e88a9f0f6e37e"/>
          </v:shape>
        </w:pict>
      </w:r>
      <w:r>
        <w:rPr>
          <w:rFonts w:ascii="宋体" w:eastAsia="宋体" w:hAnsi="宋体" w:cs="宋体"/>
          <w:color w:val="000000"/>
        </w:rPr>
        <w:t>的长度即可．</w:t>
      </w:r>
    </w:p>
    <w:p>
      <w:pPr>
        <w:spacing w:line="360" w:lineRule="auto"/>
        <w:jc w:val="both"/>
        <w:textAlignment w:val="center"/>
        <w:rPr>
          <w:color w:val="000000"/>
        </w:rPr>
      </w:pPr>
      <w:r>
        <w:rPr>
          <w:color w:val="000000"/>
        </w:rPr>
        <w:t>【详解】</w:t>
      </w:r>
      <w:r>
        <w:rPr>
          <w:rFonts w:ascii="宋体" w:eastAsia="宋体" w:hAnsi="宋体" w:cs="宋体"/>
          <w:color w:val="000000"/>
        </w:rPr>
        <w:t>初步探究：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重合时，</w:t>
      </w:r>
      <w:r>
        <w:pict>
          <v:shape id="_x0000_i713708" type="#_x0000_t75" alt="学科网(www.zxxk.com)--教育资源门户，提供试卷、教案、课件、论文、素材以及各类教学资源下载，还有大量而丰富的教学相关资讯！" style="width:77.25pt;height:20.25pt" o:oleicon="f" o:ole="">
            <v:imagedata r:id="rId3837" o:title="eqIdf06cf7bd43c33942ca77694b05f7795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3709" type="#_x0000_t75" alt="学科网(www.zxxk.com)--教育资源门户，提供试卷、教案、课件、论文、素材以及各类教学资源下载，还有大量而丰富的教学相关资讯！" style="width:26.1pt;height:14.15pt" o:oleicon="f" o:ole="">
            <v:imagedata r:id="rId3838" o:title="eqId9b384412acba251d87902ab928902f1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3710" type="#_x0000_t75" alt="学科网(www.zxxk.com)--教育资源门户，提供试卷、教案、课件、论文、素材以及各类教学资源下载，还有大量而丰富的教学相关资讯！" style="width:28.2pt;height:13.2pt" o:oleicon="f" o:ole="">
            <v:imagedata r:id="rId3839" o:title="eqIdc2c9d44deafbbbb631c4c0db884c8874"/>
          </v:shape>
        </w:pict>
      </w:r>
      <w:r>
        <w:rPr>
          <w:rFonts w:ascii="宋体" w:eastAsia="宋体" w:hAnsi="宋体" w:cs="宋体"/>
          <w:color w:val="000000"/>
        </w:rPr>
        <w:t>时，线段</w:t>
      </w:r>
      <w:r>
        <w:pict>
          <v:shape id="_x0000_i713711" type="#_x0000_t75" alt="学科网(www.zxxk.com)--教育资源门户，提供试卷、教案、课件、论文、素材以及各类教学资源下载，还有大量而丰富的教学相关资讯！" style="width:20.05pt;height:12.6pt" o:oleicon="f" o:ole="">
            <v:imagedata r:id="rId3840" o:title="eqIdf52a58fbaf4fea03567e88a9f0f6e37e"/>
          </v:shape>
        </w:pict>
      </w:r>
      <w:r>
        <w:rPr>
          <w:rFonts w:ascii="宋体" w:eastAsia="宋体" w:hAnsi="宋体" w:cs="宋体"/>
          <w:color w:val="000000"/>
        </w:rPr>
        <w:t>的长度为：</w:t>
      </w:r>
      <w:r>
        <w:pict>
          <v:shape id="_x0000_i713712" type="#_x0000_t75" alt="学科网(www.zxxk.com)--教育资源门户，提供试卷、教案、课件、论文、素材以及各类教学资源下载，还有大量而丰富的教学相关资讯！" style="width:81.75pt;height:20.25pt" o:oleicon="f" o:ole="">
            <v:imagedata r:id="rId3841" o:title="eqId7505ca83a626191dc05d7079fc8c3e4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向右运动，则</w:t>
      </w:r>
      <w:r>
        <w:pict>
          <v:shape id="_x0000_i713713" type="#_x0000_t75" alt="学科网(www.zxxk.com)--教育资源门户，提供试卷、教案、课件、论文、素材以及各类教学资源下载，还有大量而丰富的教学相关资讯！" style="width:34pt;height:13.95pt" o:oleicon="f" o:ole="">
            <v:imagedata r:id="rId3842" o:title="eqId73fc8e5c308d7cb6af6109b9f9ccada3"/>
          </v:shape>
        </w:pict>
      </w:r>
      <w:r>
        <w:rPr>
          <w:rFonts w:ascii="宋体" w:eastAsia="宋体" w:hAnsi="宋体" w:cs="宋体"/>
          <w:color w:val="000000"/>
        </w:rPr>
        <w:t>的值会变小，</w:t>
      </w:r>
    </w:p>
    <w:p>
      <w:pPr>
        <w:spacing w:line="360" w:lineRule="auto"/>
        <w:jc w:val="left"/>
        <w:textAlignment w:val="center"/>
        <w:rPr>
          <w:color w:val="000000"/>
        </w:rPr>
      </w:pPr>
      <w:r>
        <w:rPr>
          <w:rFonts w:ascii="宋体" w:eastAsia="宋体" w:hAnsi="宋体" w:cs="宋体"/>
          <w:color w:val="000000"/>
        </w:rPr>
        <w:t>故答案为：小；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pict>
          <v:shape id="_x0000_i713714" type="#_x0000_t75" alt="学科网(www.zxxk.com)--教育资源门户，提供试卷、教案、课件、论文、素材以及各类教学资源下载，还有大量而丰富的教学相关资讯！" style="width:42.75pt;height:14.25pt" o:oleicon="f" o:ole="">
            <v:imagedata r:id="rId3843" o:title="eqIda26d451d3fd83f2336d421c32ecaadfd"/>
          </v:shape>
        </w:pict>
      </w:r>
      <w:r>
        <w:rPr>
          <w:rFonts w:ascii="宋体" w:eastAsia="宋体" w:hAnsi="宋体" w:cs="宋体"/>
          <w:color w:val="000000"/>
        </w:rPr>
        <w:t>时，</w:t>
      </w:r>
      <w:r>
        <w:pict>
          <v:shape id="_x0000_i713715" type="#_x0000_t75" alt="学科网(www.zxxk.com)--教育资源门户，提供试卷、教案、课件、论文、素材以及各类教学资源下载，还有大量而丰富的教学相关资讯！" style="width:83.25pt;height:20.25pt" o:oleicon="f" o:ole="">
            <v:imagedata r:id="rId3844" o:title="eqId3da97d31ad97a7cf7aa6c7d07033f54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3716" type="#_x0000_t75" alt="学科网(www.zxxk.com)--教育资源门户，提供试卷、教案、课件、论文、素材以及各类教学资源下载，还有大量而丰富的教学相关资讯！" style="width:30pt;height:12.75pt" o:oleicon="f" o:ole="">
            <v:imagedata r:id="rId3845" o:title="eqId047fb4d81a12179067f122140d65d61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深入思考：</w:t>
      </w:r>
    </w:p>
    <w:p>
      <w:pPr>
        <w:spacing w:line="360" w:lineRule="auto"/>
        <w:jc w:val="left"/>
        <w:textAlignment w:val="center"/>
        <w:rPr>
          <w:color w:val="000000"/>
        </w:rPr>
      </w:pPr>
      <w:r>
        <w:rPr>
          <w:rFonts w:ascii="新宋体" w:eastAsia="新宋体" w:hAnsi="新宋体" w:cs="新宋体"/>
          <w:color w:val="000000"/>
        </w:rPr>
        <w:t>∵</w:t>
      </w:r>
      <w:r>
        <w:rPr>
          <w:rFonts w:ascii="宋体" w:eastAsia="宋体" w:hAnsi="宋体" w:cs="宋体"/>
          <w:color w:val="000000"/>
        </w:rPr>
        <w:t>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表示的数分别为</w:t>
      </w:r>
      <w:r>
        <w:pict>
          <v:shape id="_x0000_i713717" type="#_x0000_t75" alt="学科网(www.zxxk.com)--教育资源门户，提供试卷、教案、课件、论文、素材以及各类教学资源下载，还有大量而丰富的教学相关资讯！" style="width:15.75pt;height:14.25pt" o:oleicon="f" o:ole="">
            <v:imagedata r:id="rId3846" o:title="eqId6c1d2e5599453f8d4c04369bc8f79962"/>
          </v:shape>
        </w:pict>
      </w:r>
      <w:r>
        <w:rPr>
          <w:rFonts w:ascii="宋体" w:eastAsia="宋体" w:hAnsi="宋体" w:cs="宋体"/>
          <w:color w:val="000000"/>
        </w:rPr>
        <w:t>，</w:t>
      </w:r>
      <w:r>
        <w:pict>
          <v:shape id="_x0000_i713718" type="#_x0000_t75" alt="学科网(www.zxxk.com)--教育资源门户，提供试卷、教案、课件、论文、素材以及各类教学资源下载，还有大量而丰富的教学相关资讯！" style="width:29pt;height:16pt" o:oleicon="f" o:ole="">
            <v:imagedata r:id="rId3847" o:title="eqId81843351cfa63bb76c9f39aa96434283"/>
          </v:shape>
        </w:pict>
      </w:r>
      <w:r>
        <w:rPr>
          <w:rFonts w:ascii="宋体" w:eastAsia="宋体" w:hAnsi="宋体" w:cs="宋体"/>
          <w:color w:val="000000"/>
        </w:rPr>
        <w:t>，</w:t>
      </w:r>
    </w:p>
    <w:p>
      <w:pPr>
        <w:spacing w:line="360" w:lineRule="auto"/>
        <w:jc w:val="left"/>
        <w:textAlignment w:val="center"/>
        <w:rPr>
          <w:color w:val="000000"/>
        </w:rPr>
      </w:pPr>
      <w:r>
        <w:rPr>
          <w:rFonts w:ascii="新宋体" w:eastAsia="新宋体" w:hAnsi="新宋体" w:cs="新宋体"/>
          <w:color w:val="000000"/>
        </w:rPr>
        <w:t>∴</w:t>
      </w:r>
      <w:r>
        <w:rPr>
          <w:rFonts w:ascii="宋体" w:eastAsia="宋体" w:hAnsi="宋体" w:cs="宋体"/>
          <w:color w:val="000000"/>
        </w:rPr>
        <w:t>线段</w:t>
      </w:r>
      <w:r>
        <w:pict>
          <v:shape id="_x0000_i713719" type="#_x0000_t75" alt="学科网(www.zxxk.com)--教育资源门户，提供试卷、教案、课件、论文、素材以及各类教学资源下载，还有大量而丰富的教学相关资讯！" style="width:20.05pt;height:12.6pt" o:oleicon="f" o:ole="">
            <v:imagedata r:id="rId3848" o:title="eqIdf52a58fbaf4fea03567e88a9f0f6e37e"/>
          </v:shape>
        </w:pict>
      </w:r>
      <w:r>
        <w:rPr>
          <w:rFonts w:ascii="宋体" w:eastAsia="宋体" w:hAnsi="宋体" w:cs="宋体"/>
          <w:color w:val="000000"/>
        </w:rPr>
        <w:t>的长度为：</w:t>
      </w:r>
      <w:r>
        <w:pict>
          <v:shape id="_x0000_i713720" type="#_x0000_t75" alt="学科网(www.zxxk.com)--教育资源门户，提供试卷、教案、课件、论文、素材以及各类教学资源下载，还有大量而丰富的教学相关资讯！" style="width:98pt;height:22pt" o:oleicon="f" o:ole="">
            <v:imagedata r:id="rId3849" o:title="eqIdccdced363ae2684170d1f4530003b7b1"/>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本题考查数轴上两点之间的距离，一元一次方程，正确计算是解题的关键．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给出如下定义：如果</w:t>
      </w:r>
      <w:r>
        <w:pict>
          <v:shape id="_x0000_i713721" type="#_x0000_t75" alt="学科网(www.zxxk.com)--教育资源门户，提供试卷、教案、课件、论文、素材以及各类教学资源下载，还有大量而丰富的教学相关资讯！" style="width:95.05pt;height:13.25pt" o:oleicon="f" o:ole="">
            <v:imagedata r:id="rId3850" o:title="eqIddcc63b7965fa5f38113e2ede938d1733"/>
          </v:shape>
        </w:pict>
      </w:r>
      <w:r>
        <w:rPr>
          <w:rFonts w:ascii="宋体" w:eastAsia="宋体" w:hAnsi="宋体" w:cs="宋体"/>
          <w:color w:val="000000"/>
        </w:rPr>
        <w:t>，且</w:t>
      </w:r>
      <w:r>
        <w:pict>
          <v:shape id="_x0000_i713722" type="#_x0000_t75" alt="学科网(www.zxxk.com)--教育资源门户，提供试卷、教案、课件、论文、素材以及各类教学资源下载，还有大量而丰富的教学相关资讯！" style="width:89.3pt;height:14.05pt" o:oleicon="f" o:ole="">
            <v:imagedata r:id="rId3851" o:title="eqId3f3551b8cc1191dfc4ab1dc4fafa04dc"/>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为正整数），那么称</w:t>
      </w:r>
      <w:r>
        <w:pict>
          <v:shape id="_x0000_i713723" type="#_x0000_t75" alt="学科网(www.zxxk.com)--教育资源门户，提供试卷、教案、课件、论文、素材以及各类教学资源下载，还有大量而丰富的教学相关资讯！" style="width:40.6pt;height:14.4pt" o:oleicon="f" o:ole="">
            <v:imagedata r:id="rId3852" o:title="eqId9fed1f57a835af4e9022e27603d12d31"/>
          </v:shape>
        </w:pict>
      </w:r>
      <w:r>
        <w:rPr>
          <w:rFonts w:ascii="宋体" w:eastAsia="宋体" w:hAnsi="宋体" w:cs="宋体"/>
          <w:color w:val="000000"/>
        </w:rPr>
        <w:t>是</w:t>
      </w:r>
      <w:r>
        <w:pict>
          <v:shape id="_x0000_i713724" type="#_x0000_t75" alt="学科网(www.zxxk.com)--教育资源门户，提供试卷、教案、课件、论文、素材以及各类教学资源下载，还有大量而丰富的教学相关资讯！" style="width:39.75pt;height:14.25pt" o:oleicon="f" o:ole="">
            <v:imagedata r:id="rId3853" o:title="eqIdd22df2977de56cc69be0c1e847653d7a"/>
          </v:shape>
        </w:pict>
      </w:r>
      <w:r>
        <w:rPr>
          <w:rFonts w:ascii="宋体" w:eastAsia="宋体" w:hAnsi="宋体" w:cs="宋体"/>
          <w:color w:val="000000"/>
        </w:rPr>
        <w:t>的“倍锐角”．</w:t>
      </w:r>
    </w:p>
    <w:p>
      <w:pPr>
        <w:spacing w:line="360" w:lineRule="auto"/>
        <w:jc w:val="left"/>
        <w:textAlignment w:val="center"/>
        <w:rPr>
          <w:color w:val="000000"/>
        </w:rPr>
      </w:pPr>
      <w:r>
        <w:rPr>
          <w:color w:val="000000"/>
        </w:rPr>
        <w:t>（1）</w:t>
      </w:r>
      <w:r>
        <w:rPr>
          <w:rFonts w:ascii="宋体" w:eastAsia="宋体" w:hAnsi="宋体" w:cs="宋体"/>
          <w:color w:val="000000"/>
        </w:rPr>
        <w:t>下列三个条件中，能判断</w:t>
      </w:r>
      <w:r>
        <w:pict>
          <v:shape id="_x0000_i713725" type="#_x0000_t75" alt="学科网(www.zxxk.com)--教育资源门户，提供试卷、教案、课件、论文、素材以及各类教学资源下载，还有大量而丰富的教学相关资讯！" style="width:40.6pt;height:14.4pt" o:oleicon="f" o:ole="">
            <v:imagedata r:id="rId3854" o:title="eqId9fed1f57a835af4e9022e27603d12d31"/>
          </v:shape>
        </w:pict>
      </w:r>
      <w:r>
        <w:rPr>
          <w:rFonts w:ascii="宋体" w:eastAsia="宋体" w:hAnsi="宋体" w:cs="宋体"/>
          <w:color w:val="000000"/>
        </w:rPr>
        <w:t>是</w:t>
      </w:r>
      <w:r>
        <w:pict>
          <v:shape id="_x0000_i713726" type="#_x0000_t75" alt="学科网(www.zxxk.com)--教育资源门户，提供试卷、教案、课件、论文、素材以及各类教学资源下载，还有大量而丰富的教学相关资讯！" style="width:39.75pt;height:14.25pt" o:oleicon="f" o:ole="">
            <v:imagedata r:id="rId3855" o:title="eqIdd22df2977de56cc69be0c1e847653d7a"/>
          </v:shape>
        </w:pict>
      </w:r>
      <w:r>
        <w:rPr>
          <w:rFonts w:ascii="宋体" w:eastAsia="宋体" w:hAnsi="宋体" w:cs="宋体"/>
          <w:color w:val="000000"/>
        </w:rPr>
        <w:t>的“倍锐角”的是</w:t>
      </w:r>
      <w:r>
        <w:rPr>
          <w:rFonts w:ascii="Times New Roman" w:eastAsia="Times New Roman" w:hAnsi="Times New Roman" w:cs="Times New Roman"/>
          <w:color w:val="000000"/>
        </w:rPr>
        <w:t>________</w:t>
      </w:r>
      <w:r>
        <w:rPr>
          <w:rFonts w:ascii="宋体" w:eastAsia="宋体" w:hAnsi="宋体" w:cs="宋体"/>
          <w:color w:val="000000"/>
        </w:rPr>
        <w:t>（填写序号）；</w:t>
      </w:r>
    </w:p>
    <w:p>
      <w:pPr>
        <w:spacing w:line="360" w:lineRule="auto"/>
        <w:jc w:val="left"/>
        <w:textAlignment w:val="center"/>
        <w:rPr>
          <w:color w:val="000000"/>
        </w:rPr>
      </w:pPr>
      <w:r>
        <w:rPr>
          <w:rFonts w:ascii="Times New Roman" w:eastAsia="Times New Roman" w:hAnsi="Times New Roman" w:cs="Times New Roman"/>
          <w:color w:val="000000"/>
        </w:rPr>
        <w:t>①</w:t>
      </w:r>
      <w:r>
        <w:pict>
          <v:shape id="_x0000_i713727" type="#_x0000_t75" alt="学科网(www.zxxk.com)--教育资源门户，提供试卷、教案、课件、论文、素材以及各类教学资源下载，还有大量而丰富的教学相关资讯！" style="width:65.25pt;height:14.25pt" o:oleicon="f" o:ole="">
            <v:imagedata r:id="rId3856" o:title="eqId213ab5d892e65460436e53298de48cbe"/>
          </v:shape>
        </w:pict>
      </w:r>
      <w:r>
        <w:rPr>
          <w:rFonts w:ascii="宋体" w:eastAsia="宋体" w:hAnsi="宋体" w:cs="宋体"/>
          <w:color w:val="000000"/>
        </w:rPr>
        <w:t>；</w:t>
      </w:r>
      <w:r>
        <w:rPr>
          <w:rFonts w:ascii="Times New Roman" w:eastAsia="Times New Roman" w:hAnsi="Times New Roman" w:cs="Times New Roman"/>
          <w:color w:val="000000"/>
        </w:rPr>
        <w:t>②</w:t>
      </w:r>
      <w:r>
        <w:pict>
          <v:shape id="_x0000_i713728" type="#_x0000_t75" alt="学科网(www.zxxk.com)--教育资源门户，提供试卷、教案、课件、论文、素材以及各类教学资源下载，还有大量而丰富的教学相关资讯！" style="width:66pt;height:14.25pt" o:oleicon="f" o:ole="">
            <v:imagedata r:id="rId3857" o:title="eqIdd7c3bd2ba80606021f11923df8fe2766"/>
          </v:shape>
        </w:pict>
      </w:r>
      <w:r>
        <w:rPr>
          <w:rFonts w:ascii="宋体" w:eastAsia="宋体" w:hAnsi="宋体" w:cs="宋体"/>
          <w:color w:val="000000"/>
        </w:rPr>
        <w:t>；</w:t>
      </w:r>
      <w:r>
        <w:rPr>
          <w:rFonts w:ascii="Times New Roman" w:eastAsia="Times New Roman" w:hAnsi="Times New Roman" w:cs="Times New Roman"/>
          <w:color w:val="000000"/>
        </w:rPr>
        <w:t>③</w:t>
      </w:r>
      <w:r>
        <w:pict>
          <v:shape id="_x0000_i713729" type="#_x0000_t75" alt="学科网(www.zxxk.com)--教育资源门户，提供试卷、教案、课件、论文、素材以及各类教学资源下载，还有大量而丰富的教学相关资讯！" style="width:20.8pt;height:14pt" o:oleicon="f" o:ole="">
            <v:imagedata r:id="rId3858" o:title="eqId828628c0876b45381c9a0edeb0fec236"/>
          </v:shape>
        </w:pict>
      </w:r>
      <w:r>
        <w:rPr>
          <w:rFonts w:ascii="宋体" w:eastAsia="宋体" w:hAnsi="宋体" w:cs="宋体"/>
          <w:color w:val="000000"/>
        </w:rPr>
        <w:t>是</w:t>
      </w:r>
      <w:r>
        <w:pict>
          <v:shape id="_x0000_i713730" type="#_x0000_t75" alt="学科网(www.zxxk.com)--教育资源门户，提供试卷、教案、课件、论文、素材以及各类教学资源下载，还有大量而丰富的教学相关资讯！" style="width:39.75pt;height:14.25pt" o:oleicon="f" o:ole="">
            <v:imagedata r:id="rId3859" o:title="eqId6d7b2fe01a33c4825f9974ed9663a99c"/>
          </v:shape>
        </w:pict>
      </w:r>
      <w:r>
        <w:rPr>
          <w:rFonts w:ascii="宋体" w:eastAsia="宋体" w:hAnsi="宋体" w:cs="宋体"/>
          <w:color w:val="000000"/>
        </w:rPr>
        <w:t>的角平分线；</w:t>
      </w:r>
    </w:p>
    <w:p>
      <w:pPr>
        <w:spacing w:line="360" w:lineRule="auto"/>
        <w:jc w:val="left"/>
        <w:textAlignment w:val="center"/>
        <w:rPr>
          <w:color w:val="000000"/>
        </w:rPr>
      </w:pPr>
      <w:r>
        <w:rPr>
          <w:color w:val="000000"/>
        </w:rPr>
        <w:t>（2）</w:t>
      </w:r>
      <w:r>
        <w:rPr>
          <w:rFonts w:ascii="宋体" w:eastAsia="宋体" w:hAnsi="宋体" w:cs="宋体"/>
          <w:color w:val="000000"/>
        </w:rPr>
        <w:t>如图，当</w:t>
      </w:r>
      <w:r>
        <w:pict>
          <v:shape id="_x0000_i713731" type="#_x0000_t75" alt="学科网(www.zxxk.com)--教育资源门户，提供试卷、教案、课件、论文、素材以及各类教学资源下载，还有大量而丰富的教学相关资讯！" style="width:57.5pt;height:13pt" o:oleicon="f" o:ole="">
            <v:imagedata r:id="rId3860" o:title="eqIddb91877e869a8d58b2bab2c39756d7fa"/>
          </v:shape>
        </w:pict>
      </w:r>
      <w:r>
        <w:rPr>
          <w:rFonts w:ascii="宋体" w:eastAsia="宋体" w:hAnsi="宋体" w:cs="宋体"/>
          <w:color w:val="000000"/>
        </w:rPr>
        <w:t>时，在图中画出</w:t>
      </w:r>
      <w:r>
        <w:pict>
          <v:shape id="_x0000_i713732" type="#_x0000_t75" alt="学科网(www.zxxk.com)--教育资源门户，提供试卷、教案、课件、论文、素材以及各类教学资源下载，还有大量而丰富的教学相关资讯！" style="width:39.75pt;height:14.25pt" o:oleicon="f" o:ole="">
            <v:imagedata r:id="rId3861" o:title="eqIdd22df2977de56cc69be0c1e847653d7a"/>
          </v:shape>
        </w:pict>
      </w:r>
      <w:r>
        <w:rPr>
          <w:rFonts w:ascii="宋体" w:eastAsia="宋体" w:hAnsi="宋体" w:cs="宋体"/>
          <w:color w:val="000000"/>
        </w:rPr>
        <w:t>的一个“倍锐角”</w:t>
      </w:r>
      <w:r>
        <w:pict>
          <v:shape id="_x0000_i713733" type="#_x0000_t75" alt="学科网(www.zxxk.com)--教育资源门户，提供试卷、教案、课件、论文、素材以及各类教学资源下载，还有大量而丰富的教学相关资讯！" style="width:40.6pt;height:14.4pt" o:oleicon="f" o:ole="">
            <v:imagedata r:id="rId3862"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76350" cy="790575"/>
            <wp:docPr id="34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 name=""/>
                    <pic:cNvPicPr>
                      <a:picLocks noChangeAspect="1"/>
                    </pic:cNvPicPr>
                  </pic:nvPicPr>
                  <pic:blipFill>
                    <a:blip r:embed="rId3863"/>
                    <a:stretch>
                      <a:fillRect/>
                    </a:stretch>
                  </pic:blipFill>
                  <pic:spPr>
                    <a:xfrm>
                      <a:off x="0" y="0"/>
                      <a:ext cx="1276350" cy="790575"/>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如图，当</w:t>
      </w:r>
      <w:r>
        <w:pict>
          <v:shape id="_x0000_i713734" type="#_x0000_t75" alt="学科网(www.zxxk.com)--教育资源门户，提供试卷、教案、课件、论文、素材以及各类教学资源下载，还有大量而丰富的教学相关资讯！" style="width:66.35pt;height:14.1pt" o:oleicon="f" o:ole="">
            <v:imagedata r:id="rId3864" o:title="eqIdc36c0d4e38748fbb4a6cf5e700e5e874"/>
          </v:shape>
        </w:pict>
      </w:r>
      <w:r>
        <w:rPr>
          <w:rFonts w:ascii="宋体" w:eastAsia="宋体" w:hAnsi="宋体" w:cs="宋体"/>
          <w:color w:val="000000"/>
        </w:rPr>
        <w:t>时，射线</w:t>
      </w:r>
      <w:r>
        <w:pict>
          <v:shape id="_x0000_i713735" type="#_x0000_t75" alt="学科网(www.zxxk.com)--教育资源门户，提供试卷、教案、课件、论文、素材以及各类教学资源下载，还有大量而丰富的教学相关资讯！" style="width:17.25pt;height:12.75pt" o:oleicon="f" o:ole="">
            <v:imagedata r:id="rId3865" o:title="eqIdb90e0f35eda1a729fed485f83da5ea9d"/>
          </v:shape>
        </w:pict>
      </w:r>
      <w:r>
        <w:rPr>
          <w:rFonts w:ascii="宋体" w:eastAsia="宋体" w:hAnsi="宋体" w:cs="宋体"/>
          <w:color w:val="000000"/>
        </w:rPr>
        <w:t>绕点</w:t>
      </w:r>
      <w:r>
        <w:rPr>
          <w:rFonts w:ascii="Times New Roman" w:eastAsia="Times New Roman" w:hAnsi="Times New Roman" w:cs="Times New Roman"/>
          <w:i/>
          <w:color w:val="000000"/>
        </w:rPr>
        <w:t>O</w:t>
      </w:r>
      <w:r>
        <w:rPr>
          <w:rFonts w:ascii="宋体" w:eastAsia="宋体" w:hAnsi="宋体" w:cs="宋体"/>
          <w:color w:val="000000"/>
        </w:rPr>
        <w:t>旋转，每次旋转</w:t>
      </w:r>
      <w:r>
        <w:rPr>
          <w:rFonts w:ascii="Times New Roman" w:eastAsia="Times New Roman" w:hAnsi="Times New Roman" w:cs="Times New Roman"/>
          <w:color w:val="000000"/>
        </w:rPr>
        <w:t>10°</w:t>
      </w:r>
      <w:r>
        <w:rPr>
          <w:rFonts w:ascii="宋体" w:eastAsia="宋体" w:hAnsi="宋体" w:cs="宋体"/>
          <w:color w:val="000000"/>
        </w:rPr>
        <w:t>，可得它的“倍锐角”</w:t>
      </w:r>
      <w:r>
        <w:pict>
          <v:shape id="_x0000_i713736" type="#_x0000_t75" alt="学科网(www.zxxk.com)--教育资源门户，提供试卷、教案、课件、论文、素材以及各类教学资源下载，还有大量而丰富的教学相关资讯！" style="width:47pt;height:14pt" o:oleicon="f" o:ole="">
            <v:imagedata r:id="rId3866" o:title="eqId021bc0ff7e36c9d6d70ddd2e51e8c04c"/>
          </v:shape>
        </w:pict>
      </w:r>
      <w:r>
        <w:rPr>
          <w:rFonts w:ascii="Times New Roman" w:eastAsia="Times New Roman" w:hAnsi="Times New Roman" w:cs="Times New Roman"/>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52550" cy="1247775"/>
            <wp:docPr id="34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 name=""/>
                    <pic:cNvPicPr>
                      <a:picLocks noChangeAspect="1"/>
                    </pic:cNvPicPr>
                  </pic:nvPicPr>
                  <pic:blipFill>
                    <a:blip r:embed="rId3867"/>
                    <a:stretch>
                      <a:fillRect/>
                    </a:stretch>
                  </pic:blipFill>
                  <pic:spPr>
                    <a:xfrm>
                      <a:off x="0" y="0"/>
                      <a:ext cx="1352550" cy="1247775"/>
                    </a:xfrm>
                    <a:prstGeom prst="rect">
                      <a:avLst/>
                    </a:prstGeom>
                  </pic:spPr>
                </pic:pic>
              </a:graphicData>
            </a:graphic>
          </wp:inline>
        </w:drawing>
      </w:r>
    </w:p>
    <w:p>
      <w:pPr>
        <w:spacing w:line="360" w:lineRule="auto"/>
        <w:jc w:val="left"/>
        <w:textAlignment w:val="center"/>
        <w:rPr>
          <w:color w:val="000000"/>
        </w:rPr>
      </w:pPr>
      <w:r>
        <w:rPr>
          <w:color w:val="000000"/>
        </w:rPr>
        <w:t>（4）</w:t>
      </w:r>
      <w:r>
        <w:rPr>
          <w:rFonts w:ascii="宋体" w:eastAsia="宋体" w:hAnsi="宋体" w:cs="宋体"/>
          <w:color w:val="000000"/>
        </w:rPr>
        <w:t>当</w:t>
      </w:r>
      <w:r>
        <w:pict>
          <v:shape id="_x0000_i713737" type="#_x0000_t75" alt="学科网(www.zxxk.com)--教育资源门户，提供试卷、教案、课件、论文、素材以及各类教学资源下载，还有大量而丰富的教学相关资讯！" style="width:63pt;height:14.25pt" o:oleicon="f" o:ole="">
            <v:imagedata r:id="rId3868" o:title="eqIdbd99033b3a4630375de2a5d4430ef995"/>
          </v:shape>
        </w:pict>
      </w:r>
      <w:r>
        <w:rPr>
          <w:rFonts w:ascii="宋体" w:eastAsia="宋体" w:hAnsi="宋体" w:cs="宋体"/>
          <w:color w:val="000000"/>
        </w:rPr>
        <w:t>且存在它的“倍锐角”</w:t>
      </w:r>
      <w:r>
        <w:pict>
          <v:shape id="_x0000_i713738" type="#_x0000_t75" alt="学科网(www.zxxk.com)--教育资源门户，提供试卷、教案、课件、论文、素材以及各类教学资源下载，还有大量而丰富的教学相关资讯！" style="width:40.6pt;height:14.4pt" o:oleicon="f" o:ole="">
            <v:imagedata r:id="rId3869" o:title="eqId9fed1f57a835af4e9022e27603d12d31"/>
          </v:shape>
        </w:pict>
      </w:r>
      <w:r>
        <w:rPr>
          <w:rFonts w:ascii="宋体" w:eastAsia="宋体" w:hAnsi="宋体" w:cs="宋体"/>
          <w:color w:val="000000"/>
        </w:rPr>
        <w:t>时，则</w:t>
      </w:r>
      <w:r>
        <w:pict>
          <v:shape id="_x0000_i713739" type="#_x0000_t75" alt="学科网(www.zxxk.com)--教育资源门户，提供试卷、教案、课件、论文、素材以及各类教学资源下载，还有大量而丰富的教学相关资讯！" style="width:46.2pt;height:13.8pt" o:oleicon="f" o:ole="">
            <v:imagedata r:id="rId3870" o:title="eqId5a2979f64c85f82d8975d73ee1c342de"/>
          </v:shape>
        </w:pic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①③</w:t>
      </w:r>
      <w:r>
        <w:rPr>
          <w:color w:val="000000"/>
        </w:rPr>
        <w:t xml:space="preserve">    </w:t>
      </w:r>
      <w:r>
        <w:rPr>
          <w:color w:val="000000"/>
        </w:rPr>
        <w:t>（2）</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60</w:t>
      </w:r>
      <w:r>
        <w:rPr>
          <w:rFonts w:ascii="宋体" w:eastAsia="宋体" w:hAnsi="宋体" w:cs="宋体"/>
          <w:color w:val="000000"/>
        </w:rPr>
        <w:t>或</w:t>
      </w:r>
      <w:r>
        <w:rPr>
          <w:rFonts w:ascii="Times New Roman" w:eastAsia="Times New Roman" w:hAnsi="Times New Roman" w:cs="Times New Roman"/>
          <w:color w:val="000000"/>
        </w:rPr>
        <w:t>80</w:t>
      </w:r>
      <w:r>
        <w:rPr>
          <w:color w:val="000000"/>
        </w:rPr>
        <w:t xml:space="preserve">    </w:t>
      </w:r>
      <w:r>
        <w:rPr>
          <w:color w:val="000000"/>
        </w:rPr>
        <w:t>（4）</w:t>
      </w:r>
      <w:r>
        <w:pict>
          <v:shape id="_x0000_i713740" type="#_x0000_t75" alt="学科网(www.zxxk.com)--教育资源门户，提供试卷、教案、课件、论文、素材以及各类教学资源下载，还有大量而丰富的教学相关资讯！" style="width:15.05pt;height:13.95pt" o:oleicon="f" o:ole="">
            <v:imagedata r:id="rId3871" o:title="eqIda17161b28b6ad8f57abc5b11e1b6c671"/>
          </v:shape>
        </w:pict>
      </w:r>
      <w:r>
        <w:rPr>
          <w:rFonts w:ascii="宋体" w:eastAsia="宋体" w:hAnsi="宋体" w:cs="宋体"/>
          <w:color w:val="000000"/>
        </w:rPr>
        <w:t>或</w:t>
      </w:r>
      <w:r>
        <w:pict>
          <v:shape id="_x0000_i713741" type="#_x0000_t75" alt="学科网(www.zxxk.com)--教育资源门户，提供试卷、教案、课件、论文、素材以及各类教学资源下载，还有大量而丰富的教学相关资讯！" style="width:50.25pt;height:19.7pt" o:oleicon="f" o:ole="">
            <v:imagedata r:id="rId3872" o:title="eqId9b674e7c20489c5dfa95790ea94fc8f8"/>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）分别求出</w:t>
      </w:r>
      <w:r>
        <w:pict>
          <v:shape id="_x0000_i713742" type="#_x0000_t75" alt="学科网(www.zxxk.com)--教育资源门户，提供试卷、教案、课件、论文、素材以及各类教学资源下载，还有大量而丰富的教学相关资讯！" style="width:40.6pt;height:14.4pt" o:oleicon="f" o:ole="">
            <v:imagedata r:id="rId3873" o:title="eqId9fed1f57a835af4e9022e27603d12d31"/>
          </v:shape>
        </w:pict>
      </w:r>
      <w:r>
        <w:rPr>
          <w:rFonts w:ascii="宋体" w:eastAsia="宋体" w:hAnsi="宋体" w:cs="宋体"/>
          <w:color w:val="000000"/>
        </w:rPr>
        <w:t>和</w:t>
      </w:r>
      <w:r>
        <w:pict>
          <v:shape id="_x0000_i713743" type="#_x0000_t75" alt="学科网(www.zxxk.com)--教育资源门户，提供试卷、教案、课件、论文、素材以及各类教学资源下载，还有大量而丰富的教学相关资讯！" style="width:39.75pt;height:14.25pt" o:oleicon="f" o:ole="">
            <v:imagedata r:id="rId3874" o:title="eqIdd22df2977de56cc69be0c1e847653d7a"/>
          </v:shape>
        </w:pict>
      </w:r>
      <w:r>
        <w:rPr>
          <w:rFonts w:ascii="宋体" w:eastAsia="宋体" w:hAnsi="宋体" w:cs="宋体"/>
          <w:color w:val="000000"/>
        </w:rPr>
        <w:t>后判断是否符合</w:t>
      </w:r>
      <w:r>
        <w:pict>
          <v:shape id="_x0000_i713744" type="#_x0000_t75" alt="学科网(www.zxxk.com)--教育资源门户，提供试卷、教案、课件、论文、素材以及各类教学资源下载，还有大量而丰富的教学相关资讯！" style="width:89.3pt;height:14.05pt" o:oleicon="f" o:ole="">
            <v:imagedata r:id="rId3875" o:title="eqId3f3551b8cc1191dfc4ab1dc4fafa04dc"/>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为正整数）；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w:t>
      </w:r>
      <w:r>
        <w:pict>
          <v:shape id="_x0000_i713745" type="#_x0000_t75" alt="学科网(www.zxxk.com)--教育资源门户，提供试卷、教案、课件、论文、素材以及各类教学资源下载，还有大量而丰富的教学相关资讯！" style="width:40.6pt;height:14.4pt" o:oleicon="f" o:ole="">
            <v:imagedata r:id="rId3876" o:title="eqId9fed1f57a835af4e9022e27603d12d31"/>
          </v:shape>
        </w:pict>
      </w:r>
      <w:r>
        <w:rPr>
          <w:rFonts w:ascii="宋体" w:eastAsia="宋体" w:hAnsi="宋体" w:cs="宋体"/>
          <w:color w:val="000000"/>
        </w:rPr>
        <w:t>的度数，再任意画出一个符合题意的角即可；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）先求出</w:t>
      </w:r>
      <w:r>
        <w:pict>
          <v:shape id="_x0000_i713746" type="#_x0000_t75" alt="学科网(www.zxxk.com)--教育资源门户，提供试卷、教案、课件、论文、素材以及各类教学资源下载，还有大量而丰富的教学相关资讯！" style="width:39.75pt;height:14.25pt" o:oleicon="f" o:ole="">
            <v:imagedata r:id="rId3877" o:title="eqIdd22df2977de56cc69be0c1e847653d7a"/>
          </v:shape>
        </w:pict>
      </w:r>
      <w:r>
        <w:rPr>
          <w:rFonts w:ascii="宋体" w:eastAsia="宋体" w:hAnsi="宋体" w:cs="宋体"/>
          <w:color w:val="000000"/>
        </w:rPr>
        <w:t>的所有可能性，再分别求出</w:t>
      </w:r>
      <w:r>
        <w:pict>
          <v:shape id="_x0000_i713747" type="#_x0000_t75" alt="学科网(www.zxxk.com)--教育资源门户，提供试卷、教案、课件、论文、素材以及各类教学资源下载，还有大量而丰富的教学相关资讯！" style="width:40.6pt;height:14.4pt" o:oleicon="f" o:ole="">
            <v:imagedata r:id="rId3878" o:title="eqId9fed1f57a835af4e9022e27603d12d31"/>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）分两种情况分别讨论．</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当</w:t>
      </w:r>
      <w:r>
        <w:pict>
          <v:shape id="_x0000_i713748" type="#_x0000_t75" alt="学科网(www.zxxk.com)--教育资源门户，提供试卷、教案、课件、论文、素材以及各类教学资源下载，还有大量而丰富的教学相关资讯！" style="width:65.25pt;height:14.25pt" o:oleicon="f" o:ole="">
            <v:imagedata r:id="rId3879" o:title="eqId213ab5d892e65460436e53298de48cbe"/>
          </v:shape>
        </w:pict>
      </w:r>
      <w:r>
        <w:rPr>
          <w:rFonts w:ascii="宋体" w:eastAsia="宋体" w:hAnsi="宋体" w:cs="宋体"/>
          <w:color w:val="000000"/>
        </w:rPr>
        <w:t>时，</w:t>
      </w:r>
      <w:r>
        <w:pict>
          <v:shape id="_x0000_i713749" type="#_x0000_t75" alt="学科网(www.zxxk.com)--教育资源门户，提供试卷、教案、课件、论文、素材以及各类教学资源下载，还有大量而丰富的教学相关资讯！" style="width:66pt;height:13.95pt" o:oleicon="f" o:ole="">
            <v:imagedata r:id="rId3880" o:title="eqId28dca2cf8ba7a4e2fc227cb26a86b900"/>
          </v:shape>
        </w:pict>
      </w:r>
      <w:r>
        <w:rPr>
          <w:rFonts w:ascii="宋体" w:eastAsia="宋体" w:hAnsi="宋体" w:cs="宋体"/>
          <w:color w:val="000000"/>
        </w:rPr>
        <w:t>，</w:t>
      </w:r>
      <w:r>
        <w:pict>
          <v:shape id="_x0000_i713750" type="#_x0000_t75" alt="学科网(www.zxxk.com)--教育资源门户，提供试卷、教案、课件、论文、素材以及各类教学资源下载，还有大量而丰富的教学相关资讯！" style="width:89pt;height:14pt" o:oleicon="f" o:ole="">
            <v:imagedata r:id="rId3881" o:title="eqId78ba5b712f11e3b53ff7c9600c02d676"/>
          </v:shape>
        </w:pict>
      </w:r>
      <w:r>
        <w:rPr>
          <w:rFonts w:ascii="宋体" w:eastAsia="宋体" w:hAnsi="宋体" w:cs="宋体"/>
          <w:color w:val="000000"/>
        </w:rPr>
        <w:t>，①符合题意；</w:t>
      </w:r>
    </w:p>
    <w:p>
      <w:pPr>
        <w:spacing w:line="360" w:lineRule="auto"/>
        <w:jc w:val="left"/>
        <w:textAlignment w:val="center"/>
        <w:rPr>
          <w:color w:val="000000"/>
        </w:rPr>
      </w:pPr>
      <w:r>
        <w:rPr>
          <w:rFonts w:ascii="宋体" w:eastAsia="宋体" w:hAnsi="宋体" w:cs="宋体"/>
          <w:color w:val="000000"/>
        </w:rPr>
        <w:t>当</w:t>
      </w:r>
      <w:r>
        <w:pict>
          <v:shape id="_x0000_i713751" type="#_x0000_t75" alt="学科网(www.zxxk.com)--教育资源门户，提供试卷、教案、课件、论文、素材以及各类教学资源下载，还有大量而丰富的教学相关资讯！" style="width:66pt;height:14.25pt" o:oleicon="f" o:ole="">
            <v:imagedata r:id="rId3882" o:title="eqIdd7c3bd2ba80606021f11923df8fe2766"/>
          </v:shape>
        </w:pict>
      </w:r>
      <w:r>
        <w:rPr>
          <w:rFonts w:ascii="宋体" w:eastAsia="宋体" w:hAnsi="宋体" w:cs="宋体"/>
          <w:color w:val="000000"/>
        </w:rPr>
        <w:t>时，</w:t>
      </w:r>
      <w:r>
        <w:pict>
          <v:shape id="_x0000_i713752"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3883" o:title="eqId3ebc36a91cb41c867d7519b655b1ab88"/>
          </v:shape>
        </w:pict>
      </w:r>
      <w:r>
        <w:rPr>
          <w:rFonts w:ascii="宋体" w:eastAsia="宋体" w:hAnsi="宋体" w:cs="宋体"/>
          <w:color w:val="000000"/>
        </w:rPr>
        <w:t>，</w:t>
      </w:r>
      <w:r>
        <w:pict>
          <v:shape id="_x0000_i713753" type="#_x0000_t75" alt="学科网(www.zxxk.com)--教育资源门户，提供试卷、教案、课件、论文、素材以及各类教学资源下载，还有大量而丰富的教学相关资讯！" style="width:93.05pt;height:31.25pt" o:oleicon="f" o:ole="">
            <v:imagedata r:id="rId3884" o:title="eqIdd43c4a09edf41f4d95f73e28cedb05d9"/>
          </v:shape>
        </w:pict>
      </w:r>
      <w:r>
        <w:rPr>
          <w:rFonts w:ascii="宋体" w:eastAsia="宋体" w:hAnsi="宋体" w:cs="宋体"/>
          <w:color w:val="000000"/>
        </w:rPr>
        <w:t>，②不符合题意；</w:t>
      </w:r>
    </w:p>
    <w:p>
      <w:pPr>
        <w:spacing w:line="360" w:lineRule="auto"/>
        <w:jc w:val="left"/>
        <w:textAlignment w:val="center"/>
        <w:rPr>
          <w:color w:val="000000"/>
        </w:rPr>
      </w:pPr>
      <w:r>
        <w:rPr>
          <w:rFonts w:ascii="宋体" w:eastAsia="宋体" w:hAnsi="宋体" w:cs="宋体"/>
          <w:color w:val="000000"/>
        </w:rPr>
        <w:t>当</w:t>
      </w:r>
      <w:r>
        <w:pict>
          <v:shape id="_x0000_i713754" type="#_x0000_t75" alt="学科网(www.zxxk.com)--教育资源门户，提供试卷、教案、课件、论文、素材以及各类教学资源下载，还有大量而丰富的教学相关资讯！" style="width:20.8pt;height:14pt" o:oleicon="f" o:ole="">
            <v:imagedata r:id="rId3885" o:title="eqId828628c0876b45381c9a0edeb0fec236"/>
          </v:shape>
        </w:pict>
      </w:r>
      <w:r>
        <w:rPr>
          <w:rFonts w:ascii="宋体" w:eastAsia="宋体" w:hAnsi="宋体" w:cs="宋体"/>
          <w:color w:val="000000"/>
        </w:rPr>
        <w:t>是</w:t>
      </w:r>
      <w:r>
        <w:pict>
          <v:shape id="_x0000_i713755" type="#_x0000_t75" alt="学科网(www.zxxk.com)--教育资源门户，提供试卷、教案、课件、论文、素材以及各类教学资源下载，还有大量而丰富的教学相关资讯！" style="width:39.75pt;height:14.25pt" o:oleicon="f" o:ole="">
            <v:imagedata r:id="rId3886" o:title="eqId6d7b2fe01a33c4825f9974ed9663a99c"/>
          </v:shape>
        </w:pict>
      </w:r>
      <w:r>
        <w:rPr>
          <w:rFonts w:ascii="宋体" w:eastAsia="宋体" w:hAnsi="宋体" w:cs="宋体"/>
          <w:color w:val="000000"/>
        </w:rPr>
        <w:t>的角平分线，</w:t>
      </w:r>
      <w:r>
        <w:pict>
          <v:shape id="_x0000_i713756" type="#_x0000_t75" alt="学科网(www.zxxk.com)--教育资源门户，提供试卷、教案、课件、论文、素材以及各类教学资源下载，还有大量而丰富的教学相关资讯！" style="width:112pt;height:13.95pt" o:oleicon="f" o:ole="">
            <v:imagedata r:id="rId3887" o:title="eqId60fc6a546bc17aaab7ba79c1566d4a92"/>
          </v:shape>
        </w:pict>
      </w:r>
      <w:r>
        <w:rPr>
          <w:rFonts w:ascii="宋体" w:eastAsia="宋体" w:hAnsi="宋体" w:cs="宋体"/>
          <w:color w:val="000000"/>
        </w:rPr>
        <w:t>，③符合题意；</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34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 name=""/>
                    <pic:cNvPicPr>
                      <a:picLocks noChangeAspect="1"/>
                    </pic:cNvPicPr>
                  </pic:nvPicPr>
                  <pic:blipFill>
                    <a:blip r:embed="rId3888"/>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①③．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w:t>
      </w:r>
      <w:r>
        <w:pict>
          <v:shape id="_x0000_i713757" type="#_x0000_t75" alt="学科网(www.zxxk.com)--教育资源门户，提供试卷、教案、课件、论文、素材以及各类教学资源下载，还有大量而丰富的教学相关资讯！" style="width:95.05pt;height:13.25pt" o:oleicon="f" o:ole="">
            <v:imagedata r:id="rId3889" o:title="eqIddcc63b7965fa5f38113e2ede938d1733"/>
          </v:shape>
        </w:pict>
      </w:r>
      <w:r>
        <w:rPr>
          <w:rFonts w:ascii="宋体" w:eastAsia="宋体" w:hAnsi="宋体" w:cs="宋体"/>
          <w:color w:val="000000"/>
        </w:rPr>
        <w:t>，</w:t>
      </w:r>
      <w:r>
        <w:pict>
          <v:shape id="_x0000_i713758" type="#_x0000_t75" alt="学科网(www.zxxk.com)--教育资源门户，提供试卷、教案、课件、论文、素材以及各类教学资源下载，还有大量而丰富的教学相关资讯！" style="width:57.5pt;height:13pt" o:oleicon="f" o:ole="">
            <v:imagedata r:id="rId3890" o:title="eqIddb91877e869a8d58b2bab2c39756d7f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759" type="#_x0000_t75" alt="学科网(www.zxxk.com)--教育资源门户，提供试卷、教案、课件、论文、素材以及各类教学资源下载，还有大量而丰富的教学相关资讯！" style="width:66.1pt;height:13.95pt" o:oleicon="f" o:ole="">
            <v:imagedata r:id="rId3891" o:title="eqId79684a6e92297749c005e2b23cac971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如下图：</w:t>
      </w:r>
    </w:p>
    <w:p>
      <w:pPr>
        <w:spacing w:line="360" w:lineRule="auto"/>
        <w:jc w:val="left"/>
        <w:textAlignment w:val="center"/>
        <w:rPr>
          <w:color w:val="000000"/>
        </w:rPr>
      </w:pPr>
      <w:r>
        <w:rPr>
          <w:color w:val="000000"/>
        </w:rPr>
        <w:drawing>
          <wp:inline>
            <wp:extent cx="1343025" cy="1171575"/>
            <wp:docPr id="34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 name=""/>
                    <pic:cNvPicPr>
                      <a:picLocks noChangeAspect="1"/>
                    </pic:cNvPicPr>
                  </pic:nvPicPr>
                  <pic:blipFill>
                    <a:blip r:embed="rId3892"/>
                    <a:stretch>
                      <a:fillRect/>
                    </a:stretch>
                  </pic:blipFill>
                  <pic:spPr>
                    <a:xfrm>
                      <a:off x="0" y="0"/>
                      <a:ext cx="1343025" cy="1171575"/>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w:t>
      </w:r>
      <w:r>
        <w:pict>
          <v:shape id="_x0000_i713760" type="#_x0000_t75" alt="学科网(www.zxxk.com)--教育资源门户，提供试卷、教案、课件、论文、素材以及各类教学资源下载，还有大量而丰富的教学相关资讯！" style="width:40.6pt;height:14.4pt" o:oleicon="f" o:ole="">
            <v:imagedata r:id="rId3893" o:title="eqId9fed1f57a835af4e9022e27603d12d31"/>
          </v:shape>
        </w:pict>
      </w:r>
      <w:r>
        <w:rPr>
          <w:rFonts w:ascii="宋体" w:eastAsia="宋体" w:hAnsi="宋体" w:cs="宋体"/>
          <w:color w:val="000000"/>
        </w:rPr>
        <w:t>是</w:t>
      </w:r>
      <w:r>
        <w:pict>
          <v:shape id="_x0000_i713761" type="#_x0000_t75" alt="学科网(www.zxxk.com)--教育资源门户，提供试卷、教案、课件、论文、素材以及各类教学资源下载，还有大量而丰富的教学相关资讯！" style="width:39.75pt;height:14.25pt" o:oleicon="f" o:ole="">
            <v:imagedata r:id="rId3894" o:title="eqIdd22df2977de56cc69be0c1e847653d7a"/>
          </v:shape>
        </w:pict>
      </w:r>
      <w:r>
        <w:rPr>
          <w:rFonts w:ascii="宋体" w:eastAsia="宋体" w:hAnsi="宋体" w:cs="宋体"/>
          <w:color w:val="000000"/>
        </w:rPr>
        <w:t>的“倍锐角”，</w:t>
      </w:r>
    </w:p>
    <w:p>
      <w:pPr>
        <w:spacing w:line="360" w:lineRule="auto"/>
        <w:jc w:val="left"/>
        <w:textAlignment w:val="center"/>
        <w:rPr>
          <w:color w:val="000000"/>
        </w:rPr>
      </w:pPr>
      <w:r>
        <w:rPr>
          <w:rFonts w:ascii="宋体" w:eastAsia="宋体" w:hAnsi="宋体" w:cs="宋体"/>
          <w:color w:val="000000"/>
        </w:rPr>
        <w:t>∴</w:t>
      </w:r>
      <w:r>
        <w:pict>
          <v:shape id="_x0000_i713762" type="#_x0000_t75" alt="学科网(www.zxxk.com)--教育资源门户，提供试卷、教案、课件、论文、素材以及各类教学资源下载，还有大量而丰富的教学相关资讯！" style="width:89.3pt;height:14.05pt" o:oleicon="f" o:ole="">
            <v:imagedata r:id="rId3895" o:title="eqId3f3551b8cc1191dfc4ab1dc4fafa04dc"/>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为正整数），</w:t>
      </w:r>
    </w:p>
    <w:p>
      <w:pPr>
        <w:spacing w:line="360" w:lineRule="auto"/>
        <w:jc w:val="left"/>
        <w:textAlignment w:val="center"/>
        <w:rPr>
          <w:color w:val="000000"/>
        </w:rPr>
      </w:pPr>
      <w:r>
        <w:rPr>
          <w:rFonts w:ascii="宋体" w:eastAsia="宋体" w:hAnsi="宋体" w:cs="宋体"/>
          <w:color w:val="000000"/>
        </w:rPr>
        <w:t>∵</w:t>
      </w:r>
      <w:r>
        <w:pict>
          <v:shape id="_x0000_i713763" type="#_x0000_t75" alt="学科网(www.zxxk.com)--教育资源门户，提供试卷、教案、课件、论文、素材以及各类教学资源下载，还有大量而丰富的教学相关资讯！" style="width:95.05pt;height:13.25pt" o:oleicon="f" o:ole="">
            <v:imagedata r:id="rId3896" o:title="eqIddcc63b7965fa5f38113e2ede938d173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764" type="#_x0000_t75" alt="学科网(www.zxxk.com)--教育资源门户，提供试卷、教案、课件、论文、素材以及各类教学资源下载，还有大量而丰富的教学相关资讯！" style="width:93.75pt;height:14.25pt" o:oleicon="f" o:ole="">
            <v:imagedata r:id="rId3897" o:title="eqId636e83e109feb08bb4dacb71cca4d01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765" type="#_x0000_t75" alt="学科网(www.zxxk.com)--教育资源门户，提供试卷、教案、课件、论文、素材以及各类教学资源下载，还有大量而丰富的教学相关资讯！" style="width:17.25pt;height:12.75pt" o:oleicon="f" o:ole="">
            <v:imagedata r:id="rId3898" o:title="eqIdb90e0f35eda1a729fed485f83da5ea9d"/>
          </v:shape>
        </w:pict>
      </w:r>
      <w:r>
        <w:rPr>
          <w:rFonts w:ascii="宋体" w:eastAsia="宋体" w:hAnsi="宋体" w:cs="宋体"/>
          <w:color w:val="000000"/>
        </w:rPr>
        <w:t>应逆时针旋转，</w:t>
      </w:r>
    </w:p>
    <w:p>
      <w:pPr>
        <w:spacing w:line="360" w:lineRule="auto"/>
        <w:jc w:val="left"/>
        <w:textAlignment w:val="center"/>
        <w:rPr>
          <w:color w:val="000000"/>
        </w:rPr>
      </w:pPr>
      <w:r>
        <w:rPr>
          <w:rFonts w:ascii="宋体" w:eastAsia="宋体" w:hAnsi="宋体" w:cs="宋体"/>
          <w:color w:val="000000"/>
        </w:rPr>
        <w:t>∵当</w:t>
      </w:r>
      <w:r>
        <w:pict>
          <v:shape id="_x0000_i713766" type="#_x0000_t75" alt="学科网(www.zxxk.com)--教育资源门户，提供试卷、教案、课件、论文、素材以及各类教学资源下载，还有大量而丰富的教学相关资讯！" style="width:66.35pt;height:14.1pt" o:oleicon="f" o:ole="">
            <v:imagedata r:id="rId3899" o:title="eqIdc36c0d4e38748fbb4a6cf5e700e5e874"/>
          </v:shape>
        </w:pict>
      </w:r>
      <w:r>
        <w:rPr>
          <w:rFonts w:ascii="宋体" w:eastAsia="宋体" w:hAnsi="宋体" w:cs="宋体"/>
          <w:color w:val="000000"/>
        </w:rPr>
        <w:t>时，射线</w:t>
      </w:r>
      <w:r>
        <w:pict>
          <v:shape id="_x0000_i713767" type="#_x0000_t75" alt="学科网(www.zxxk.com)--教育资源门户，提供试卷、教案、课件、论文、素材以及各类教学资源下载，还有大量而丰富的教学相关资讯！" style="width:17.25pt;height:12.75pt" o:oleicon="f" o:ole="">
            <v:imagedata r:id="rId3900" o:title="eqIdb90e0f35eda1a729fed485f83da5ea9d"/>
          </v:shape>
        </w:pict>
      </w:r>
      <w:r>
        <w:rPr>
          <w:rFonts w:ascii="宋体" w:eastAsia="宋体" w:hAnsi="宋体" w:cs="宋体"/>
          <w:color w:val="000000"/>
        </w:rPr>
        <w:t>绕点</w:t>
      </w:r>
      <w:r>
        <w:rPr>
          <w:rFonts w:ascii="Times New Roman" w:eastAsia="Times New Roman" w:hAnsi="Times New Roman" w:cs="Times New Roman"/>
          <w:i/>
          <w:color w:val="000000"/>
        </w:rPr>
        <w:t>O</w:t>
      </w:r>
      <w:r>
        <w:rPr>
          <w:rFonts w:ascii="宋体" w:eastAsia="宋体" w:hAnsi="宋体" w:cs="宋体"/>
          <w:color w:val="000000"/>
        </w:rPr>
        <w:t>旋转，每次旋转</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768" type="#_x0000_t75" alt="学科网(www.zxxk.com)--教育资源门户，提供试卷、教案、课件、论文、素材以及各类教学资源下载，还有大量而丰富的教学相关资讯！" style="width:39.75pt;height:14.25pt" o:oleicon="f" o:ole="">
            <v:imagedata r:id="rId3901" o:title="eqIdd22df2977de56cc69be0c1e847653d7a"/>
          </v:shape>
        </w:pict>
      </w:r>
      <w:r>
        <w:rPr>
          <w:rFonts w:ascii="宋体" w:eastAsia="宋体" w:hAnsi="宋体" w:cs="宋体"/>
          <w:color w:val="000000"/>
        </w:rPr>
        <w:t>可取</w:t>
      </w:r>
      <w:r>
        <w:pict>
          <v:shape id="_x0000_i713769" type="#_x0000_t75" alt="学科网(www.zxxk.com)--教育资源门户，提供试卷、教案、课件、论文、素材以及各类教学资源下载，还有大量而丰富的教学相关资讯！" style="width:20.25pt;height:14.25pt" o:oleicon="f" o:ole="">
            <v:imagedata r:id="rId3902" o:title="eqIdd36581140ebac5d28438ea63b1b23b65"/>
          </v:shape>
        </w:pict>
      </w:r>
      <w:r>
        <w:rPr>
          <w:rFonts w:ascii="宋体" w:eastAsia="宋体" w:hAnsi="宋体" w:cs="宋体"/>
          <w:color w:val="000000"/>
        </w:rPr>
        <w:t>，</w:t>
      </w:r>
      <w:r>
        <w:pict>
          <v:shape id="_x0000_i713770" type="#_x0000_t75" alt="学科网(www.zxxk.com)--教育资源门户，提供试卷、教案、课件、论文、素材以及各类教学资源下载，还有大量而丰富的教学相关资讯！" style="width:19.85pt;height:13.8pt" o:oleicon="f" o:ole="">
            <v:imagedata r:id="rId3903" o:title="eqIdf6b86c22b670a8e9f3896f9e8883fbbb"/>
          </v:shape>
        </w:pict>
      </w:r>
      <w:r>
        <w:rPr>
          <w:rFonts w:ascii="宋体" w:eastAsia="宋体" w:hAnsi="宋体" w:cs="宋体"/>
          <w:color w:val="000000"/>
        </w:rPr>
        <w:t>，</w:t>
      </w:r>
      <w:r>
        <w:pict>
          <v:shape id="_x0000_i713771" type="#_x0000_t75" alt="学科网(www.zxxk.com)--教育资源门户，提供试卷、教案、课件、论文、素材以及各类教学资源下载，还有大量而丰富的教学相关资讯！" style="width:20pt;height:13.95pt" o:oleicon="f" o:ole="">
            <v:imagedata r:id="rId3904" o:title="eqId0aee6e4e9350a2665df8597ff8045bbd"/>
          </v:shape>
        </w:pict>
      </w:r>
      <w:r>
        <w:rPr>
          <w:rFonts w:ascii="宋体" w:eastAsia="宋体" w:hAnsi="宋体" w:cs="宋体"/>
          <w:color w:val="000000"/>
        </w:rPr>
        <w:t>，</w:t>
      </w:r>
      <w:r>
        <w:pict>
          <v:shape id="_x0000_i713772" type="#_x0000_t75" alt="学科网(www.zxxk.com)--教育资源门户，提供试卷、教案、课件、论文、素材以及各类教学资源下载，还有大量而丰富的教学相关资讯！" style="width:19pt;height:13.95pt" o:oleicon="f" o:ole="">
            <v:imagedata r:id="rId3905" o:title="eqIdbdb0aa8a61380228e285f3b5c7b74c4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3773" type="#_x0000_t75" alt="学科网(www.zxxk.com)--教育资源门户，提供试卷、教案、课件、论文、素材以及各类教学资源下载，还有大量而丰富的教学相关资讯！" style="width:66pt;height:14.25pt" o:oleicon="f" o:ole="">
            <v:imagedata r:id="rId3906" o:title="eqId7b1dd3c503ff0b4e68f035709e34bc63"/>
          </v:shape>
        </w:pict>
      </w:r>
      <w:r>
        <w:rPr>
          <w:rFonts w:ascii="宋体" w:eastAsia="宋体" w:hAnsi="宋体" w:cs="宋体"/>
          <w:color w:val="000000"/>
        </w:rPr>
        <w:t>时，</w:t>
      </w:r>
      <w:r>
        <w:pict>
          <v:shape id="_x0000_i713774" type="#_x0000_t75" alt="学科网(www.zxxk.com)--教育资源门户，提供试卷、教案、课件、论文、素材以及各类教学资源下载，还有大量而丰富的教学相关资讯！" style="width:66pt;height:14.25pt" o:oleicon="f" o:ole="">
            <v:imagedata r:id="rId3907" o:title="eqId618ede24ca37aa33a3789867be8f66b4"/>
          </v:shape>
        </w:pict>
      </w:r>
      <w:r>
        <w:rPr>
          <w:rFonts w:ascii="宋体" w:eastAsia="宋体" w:hAnsi="宋体" w:cs="宋体"/>
          <w:color w:val="000000"/>
        </w:rPr>
        <w:t>，此时</w:t>
      </w:r>
      <w:r>
        <w:pict>
          <v:shape id="_x0000_i713775" type="#_x0000_t75" alt="学科网(www.zxxk.com)--教育资源门户，提供试卷、教案、课件、论文、素材以及各类教学资源下载，还有大量而丰富的教学相关资讯！" style="width:93.05pt;height:31.25pt" o:oleicon="f" o:ole="">
            <v:imagedata r:id="rId3908" o:title="eqIdace94fe7f749889e2c99fb8e69621ed2"/>
          </v:shape>
        </w:pic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当</w:t>
      </w:r>
      <w:r>
        <w:pict>
          <v:shape id="_x0000_i713776" type="#_x0000_t75" alt="学科网(www.zxxk.com)--教育资源门户，提供试卷、教案、课件、论文、素材以及各类教学资源下载，还有大量而丰富的教学相关资讯！" style="width:57.5pt;height:13pt" o:oleicon="f" o:ole="">
            <v:imagedata r:id="rId3909" o:title="eqIddb91877e869a8d58b2bab2c39756d7fa"/>
          </v:shape>
        </w:pict>
      </w:r>
      <w:r>
        <w:rPr>
          <w:rFonts w:ascii="宋体" w:eastAsia="宋体" w:hAnsi="宋体" w:cs="宋体"/>
          <w:color w:val="000000"/>
        </w:rPr>
        <w:t>时，</w:t>
      </w:r>
      <w:r>
        <w:pict>
          <v:shape id="_x0000_i713777" type="#_x0000_t75" alt="学科网(www.zxxk.com)--教育资源门户，提供试卷、教案、课件、论文、素材以及各类教学资源下载，还有大量而丰富的教学相关资讯！" style="width:66.1pt;height:13.95pt" o:oleicon="f" o:ole="">
            <v:imagedata r:id="rId3910" o:title="eqId79684a6e92297749c005e2b23cac9710"/>
          </v:shape>
        </w:pict>
      </w:r>
      <w:r>
        <w:rPr>
          <w:rFonts w:ascii="宋体" w:eastAsia="宋体" w:hAnsi="宋体" w:cs="宋体"/>
          <w:color w:val="000000"/>
        </w:rPr>
        <w:t>，此时</w:t>
      </w:r>
      <w:r>
        <w:pict>
          <v:shape id="_x0000_i713778" type="#_x0000_t75" alt="学科网(www.zxxk.com)--教育资源门户，提供试卷、教案、课件、论文、素材以及各类教学资源下载，还有大量而丰富的教学相关资讯！" style="width:88.5pt;height:13.5pt;mso-position-horizontal-relative:page;mso-position-vertical-relative:page" o:oleicon="f" o:ole="">
            <v:imagedata r:id="rId3911" o:title="eqId913e8dd0baf4537ddcab3c2af80518b1"/>
          </v:shape>
        </w:pi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当</w:t>
      </w:r>
      <w:r>
        <w:pict>
          <v:shape id="_x0000_i713779"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3912" o:title="eqId3ebc36a91cb41c867d7519b655b1ab88"/>
          </v:shape>
        </w:pict>
      </w:r>
      <w:r>
        <w:rPr>
          <w:rFonts w:ascii="宋体" w:eastAsia="宋体" w:hAnsi="宋体" w:cs="宋体"/>
          <w:color w:val="000000"/>
        </w:rPr>
        <w:t>时，</w:t>
      </w:r>
      <w:r>
        <w:pict>
          <v:shape id="_x0000_i713780" type="#_x0000_t75" alt="学科网(www.zxxk.com)--教育资源门户，提供试卷、教案、课件、论文、素材以及各类教学资源下载，还有大量而丰富的教学相关资讯！" style="width:66pt;height:14.25pt" o:oleicon="f" o:ole="">
            <v:imagedata r:id="rId3913" o:title="eqIdd7c3bd2ba80606021f11923df8fe2766"/>
          </v:shape>
        </w:pict>
      </w:r>
      <w:r>
        <w:rPr>
          <w:rFonts w:ascii="宋体" w:eastAsia="宋体" w:hAnsi="宋体" w:cs="宋体"/>
          <w:color w:val="000000"/>
        </w:rPr>
        <w:t>，此时</w:t>
      </w:r>
      <w:r>
        <w:pict>
          <v:shape id="_x0000_i713781" type="#_x0000_t75" alt="学科网(www.zxxk.com)--教育资源门户，提供试卷、教案、课件、论文、素材以及各类教学资源下载，还有大量而丰富的教学相关资讯！" style="width:93.05pt;height:31.25pt" o:oleicon="f" o:ole="">
            <v:imagedata r:id="rId3914" o:title="eqIdd43c4a09edf41f4d95f73e28cedb05d9"/>
          </v:shape>
        </w:pic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当</w:t>
      </w:r>
      <w:r>
        <w:pict>
          <v:shape id="_x0000_i713782" type="#_x0000_t75" alt="学科网(www.zxxk.com)--教育资源门户，提供试卷、教案、课件、论文、素材以及各类教学资源下载，还有大量而丰富的教学相关资讯！" style="width:65pt;height:14pt" o:oleicon="f" o:ole="">
            <v:imagedata r:id="rId3915" o:title="eqId25aff6459b42a3451cacd41f0200ecb8"/>
          </v:shape>
        </w:pict>
      </w:r>
      <w:r>
        <w:rPr>
          <w:rFonts w:ascii="宋体" w:eastAsia="宋体" w:hAnsi="宋体" w:cs="宋体"/>
          <w:color w:val="000000"/>
        </w:rPr>
        <w:t>时，</w:t>
      </w:r>
      <w:r>
        <w:pict>
          <v:shape id="_x0000_i713783" type="#_x0000_t75" alt="学科网(www.zxxk.com)--教育资源门户，提供试卷、教案、课件、论文、素材以及各类教学资源下载，还有大量而丰富的教学相关资讯！" style="width:66pt;height:13.7pt" o:oleicon="f" o:ole="">
            <v:imagedata r:id="rId3916" o:title="eqId9a94a3697e5685193cd3f68cd7964373"/>
          </v:shape>
        </w:pict>
      </w:r>
      <w:r>
        <w:rPr>
          <w:rFonts w:ascii="宋体" w:eastAsia="宋体" w:hAnsi="宋体" w:cs="宋体"/>
          <w:color w:val="000000"/>
        </w:rPr>
        <w:t>，此时</w:t>
      </w:r>
      <w:r>
        <w:pict>
          <v:shape id="_x0000_i713784" type="#_x0000_t75" alt="学科网(www.zxxk.com)--教育资源门户，提供试卷、教案、课件、论文、素材以及各类教学资源下载，还有大量而丰富的教学相关资讯！" style="width:89pt;height:14.25pt" o:oleicon="f" o:ole="">
            <v:imagedata r:id="rId3917" o:title="eqIda24fa6a5a563c15303031396968b1914"/>
          </v:shape>
        </w:pi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60</w:t>
      </w:r>
      <w:r>
        <w:rPr>
          <w:rFonts w:ascii="宋体" w:eastAsia="宋体" w:hAnsi="宋体" w:cs="宋体"/>
          <w:color w:val="000000"/>
        </w:rPr>
        <w:t>或</w:t>
      </w:r>
      <w:r>
        <w:rPr>
          <w:rFonts w:ascii="Times New Roman" w:eastAsia="Times New Roman" w:hAnsi="Times New Roman" w:cs="Times New Roman"/>
          <w:color w:val="000000"/>
        </w:rPr>
        <w:t>80</w:t>
      </w:r>
      <w:r>
        <w:rPr>
          <w:rFonts w:ascii="宋体" w:eastAsia="宋体" w:hAnsi="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w:t>
      </w:r>
      <w:r>
        <w:pict>
          <v:shape id="_x0000_i713785" type="#_x0000_t75" alt="学科网(www.zxxk.com)--教育资源门户，提供试卷、教案、课件、论文、素材以及各类教学资源下载，还有大量而丰富的教学相关资讯！" style="width:40.6pt;height:14.4pt" o:oleicon="f" o:ole="">
            <v:imagedata r:id="rId3918" o:title="eqId9fed1f57a835af4e9022e27603d12d31"/>
          </v:shape>
        </w:pict>
      </w:r>
      <w:r>
        <w:rPr>
          <w:rFonts w:ascii="宋体" w:eastAsia="宋体" w:hAnsi="宋体" w:cs="宋体"/>
          <w:color w:val="000000"/>
        </w:rPr>
        <w:t>是</w:t>
      </w:r>
      <w:r>
        <w:pict>
          <v:shape id="_x0000_i713786" type="#_x0000_t75" alt="学科网(www.zxxk.com)--教育资源门户，提供试卷、教案、课件、论文、素材以及各类教学资源下载，还有大量而丰富的教学相关资讯！" style="width:39.75pt;height:14.25pt" o:oleicon="f" o:ole="">
            <v:imagedata r:id="rId3919" o:title="eqIdd22df2977de56cc69be0c1e847653d7a"/>
          </v:shape>
        </w:pict>
      </w:r>
      <w:r>
        <w:rPr>
          <w:rFonts w:ascii="宋体" w:eastAsia="宋体" w:hAnsi="宋体" w:cs="宋体"/>
          <w:color w:val="000000"/>
        </w:rPr>
        <w:t>的“倍锐角”，</w:t>
      </w:r>
    </w:p>
    <w:p>
      <w:pPr>
        <w:spacing w:line="360" w:lineRule="auto"/>
        <w:jc w:val="left"/>
        <w:textAlignment w:val="center"/>
        <w:rPr>
          <w:color w:val="000000"/>
        </w:rPr>
      </w:pPr>
      <w:r>
        <w:rPr>
          <w:rFonts w:ascii="宋体" w:eastAsia="宋体" w:hAnsi="宋体" w:cs="宋体"/>
          <w:color w:val="000000"/>
        </w:rPr>
        <w:t>∴</w:t>
      </w:r>
      <w:r>
        <w:pict>
          <v:shape id="_x0000_i713787" type="#_x0000_t75" alt="学科网(www.zxxk.com)--教育资源门户，提供试卷、教案、课件、论文、素材以及各类教学资源下载，还有大量而丰富的教学相关资讯！" style="width:89.3pt;height:14.05pt" o:oleicon="f" o:ole="">
            <v:imagedata r:id="rId3920" o:title="eqId3f3551b8cc1191dfc4ab1dc4fafa04dc"/>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为正整数），</w:t>
      </w:r>
    </w:p>
    <w:p>
      <w:pPr>
        <w:spacing w:line="360" w:lineRule="auto"/>
        <w:jc w:val="left"/>
        <w:textAlignment w:val="center"/>
        <w:rPr>
          <w:color w:val="000000"/>
        </w:rPr>
      </w:pPr>
      <w:r>
        <w:rPr>
          <w:rFonts w:ascii="宋体" w:eastAsia="宋体" w:hAnsi="宋体" w:cs="宋体"/>
          <w:color w:val="000000"/>
        </w:rPr>
        <w:t>∵</w:t>
      </w:r>
      <w:r>
        <w:pict>
          <v:shape id="_x0000_i713788" type="#_x0000_t75" alt="学科网(www.zxxk.com)--教育资源门户，提供试卷、教案、课件、论文、素材以及各类教学资源下载，还有大量而丰富的教学相关资讯！" style="width:95.05pt;height:13.25pt" o:oleicon="f" o:ole="">
            <v:imagedata r:id="rId3921" o:title="eqIddcc63b7965fa5f38113e2ede938d173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789" type="#_x0000_t75" alt="学科网(www.zxxk.com)--教育资源门户，提供试卷、教案、课件、论文、素材以及各类教学资源下载，还有大量而丰富的教学相关资讯！" style="width:93.75pt;height:14.25pt" o:oleicon="f" o:ole="">
            <v:imagedata r:id="rId3922" o:title="eqId636e83e109feb08bb4dacb71cca4d01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①：如图，</w:t>
      </w:r>
    </w:p>
    <w:p>
      <w:pPr>
        <w:spacing w:line="360" w:lineRule="auto"/>
        <w:jc w:val="left"/>
        <w:textAlignment w:val="center"/>
        <w:rPr>
          <w:color w:val="000000"/>
        </w:rPr>
      </w:pPr>
      <w:r>
        <w:rPr>
          <w:color w:val="000000"/>
        </w:rPr>
        <w:drawing>
          <wp:inline>
            <wp:extent cx="1390650" cy="1257300"/>
            <wp:docPr id="34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 name=""/>
                    <pic:cNvPicPr>
                      <a:picLocks noChangeAspect="1"/>
                    </pic:cNvPicPr>
                  </pic:nvPicPr>
                  <pic:blipFill>
                    <a:blip r:embed="rId3923"/>
                    <a:stretch>
                      <a:fillRect/>
                    </a:stretch>
                  </pic:blipFill>
                  <pic:spPr>
                    <a:xfrm>
                      <a:off x="0" y="0"/>
                      <a:ext cx="1390650" cy="1257300"/>
                    </a:xfrm>
                    <a:prstGeom prst="rect">
                      <a:avLst/>
                    </a:prstGeom>
                  </pic:spPr>
                </pic:pic>
              </a:graphicData>
            </a:graphic>
          </wp:inline>
        </w:drawing>
      </w:r>
    </w:p>
    <w:p>
      <w:pPr>
        <w:spacing w:line="360" w:lineRule="auto"/>
        <w:jc w:val="left"/>
        <w:textAlignment w:val="center"/>
        <w:rPr>
          <w:color w:val="000000"/>
        </w:rPr>
      </w:pPr>
      <w:r>
        <w:pict>
          <v:shape id="_x0000_i713790" type="#_x0000_t75" alt="学科网(www.zxxk.com)--教育资源门户，提供试卷、教案、课件、论文、素材以及各类教学资源下载，还有大量而丰富的教学相关资讯！" style="width:159pt;height:14.25pt" o:oleicon="f" o:ole="">
            <v:imagedata r:id="rId3924" o:title="eqId2bdcb6f3669747bb4ff33db09444c52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②：如图，</w:t>
      </w:r>
    </w:p>
    <w:p>
      <w:pPr>
        <w:spacing w:line="360" w:lineRule="auto"/>
        <w:jc w:val="left"/>
        <w:textAlignment w:val="center"/>
        <w:rPr>
          <w:color w:val="000000"/>
        </w:rPr>
      </w:pPr>
      <w:r>
        <w:rPr>
          <w:color w:val="000000"/>
        </w:rPr>
        <w:drawing>
          <wp:inline>
            <wp:extent cx="1314450" cy="1238250"/>
            <wp:docPr id="34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 name=""/>
                    <pic:cNvPicPr>
                      <a:picLocks noChangeAspect="1"/>
                    </pic:cNvPicPr>
                  </pic:nvPicPr>
                  <pic:blipFill>
                    <a:blip r:embed="rId3925"/>
                    <a:stretch>
                      <a:fillRect/>
                    </a:stretch>
                  </pic:blipFill>
                  <pic:spPr>
                    <a:xfrm>
                      <a:off x="0" y="0"/>
                      <a:ext cx="1314450" cy="1238250"/>
                    </a:xfrm>
                    <a:prstGeom prst="rect">
                      <a:avLst/>
                    </a:prstGeom>
                  </pic:spPr>
                </pic:pic>
              </a:graphicData>
            </a:graphic>
          </wp:inline>
        </w:drawing>
      </w:r>
    </w:p>
    <w:p>
      <w:pPr>
        <w:spacing w:line="360" w:lineRule="auto"/>
        <w:jc w:val="left"/>
        <w:textAlignment w:val="center"/>
        <w:rPr>
          <w:color w:val="000000"/>
        </w:rPr>
      </w:pPr>
      <w:r>
        <w:pict>
          <v:shape id="_x0000_i713791" type="#_x0000_t75" alt="学科网(www.zxxk.com)--教育资源门户，提供试卷、教案、课件、论文、素材以及各类教学资源下载，还有大量而丰富的教学相关资讯！" style="width:126pt;height:14.25pt" o:oleicon="f" o:ole="">
            <v:imagedata r:id="rId3926" o:title="eqId4a9c7408517acdbc3c707f0049f8d0e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792" type="#_x0000_t75" alt="学科网(www.zxxk.com)--教育资源门户，提供试卷、教案、课件、论文、素材以及各类教学资源下载，还有大量而丰富的教学相关资讯！" style="width:95.05pt;height:13.25pt" o:oleicon="f" o:ole="">
            <v:imagedata r:id="rId3927" o:title="eqIddcc63b7965fa5f38113e2ede938d173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793" type="#_x0000_t75" alt="学科网(www.zxxk.com)--教育资源门户，提供试卷、教案、课件、论文、素材以及各类教学资源下载，还有大量而丰富的教学相关资讯！" style="width:110pt;height:14pt" o:oleicon="f" o:ole="">
            <v:imagedata r:id="rId3928" o:title="eqIdcc12bcb53c19cbb3d2275e56f559cee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3794" type="#_x0000_t75" alt="学科网(www.zxxk.com)--教育资源门户，提供试卷、教案、课件、论文、素材以及各类教学资源下载，还有大量而丰富的教学相关资讯！" style="width:307pt;height:19.7pt" o:oleicon="f" o:ole="">
            <v:imagedata r:id="rId3929" o:title="eqIdec5906c292e3a51f6883d1c88c87e3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3795" type="#_x0000_t75" alt="学科网(www.zxxk.com)--教育资源门户，提供试卷、教案、课件、论文、素材以及各类教学资源下载，还有大量而丰富的教学相关资讯！" style="width:15.05pt;height:13.95pt" o:oleicon="f" o:ole="">
            <v:imagedata r:id="rId3930" o:title="eqIda17161b28b6ad8f57abc5b11e1b6c671"/>
          </v:shape>
        </w:pict>
      </w:r>
      <w:r>
        <w:rPr>
          <w:rFonts w:ascii="宋体" w:eastAsia="宋体" w:hAnsi="宋体" w:cs="宋体"/>
          <w:color w:val="000000"/>
        </w:rPr>
        <w:t>或</w:t>
      </w:r>
      <w:r>
        <w:pict>
          <v:shape id="_x0000_i713796" type="#_x0000_t75" alt="学科网(www.zxxk.com)--教育资源门户，提供试卷、教案、课件、论文、素材以及各类教学资源下载，还有大量而丰富的教学相关资讯！" style="width:50.25pt;height:19.7pt" o:oleicon="f" o:ole="">
            <v:imagedata r:id="rId3931" o:title="eqId9b674e7c20489c5dfa95790ea94fc8f8"/>
          </v:shape>
        </w:pict>
      </w:r>
      <w:r>
        <w:rPr>
          <w:rFonts w:ascii="宋体" w:eastAsia="宋体" w:hAnsi="宋体" w:cs="宋体"/>
          <w:b/>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本题考查了用新定义计算角的和差，正确理解“倍锐角”是解题的关键．</w:t>
      </w:r>
    </w:p>
    <w:p>
      <w:pPr>
        <w:pStyle w:val="Heading2"/>
      </w:pPr>
      <w:r>
        <w:t>景山学校</w:t>
      </w:r>
    </w:p>
    <w:p>
      <w:pPr>
        <w:spacing w:line="360" w:lineRule="auto"/>
        <w:jc w:val="both"/>
        <w:textAlignment w:val="center"/>
        <w:rPr>
          <w:color w:val="000000"/>
        </w:rPr>
      </w:pPr>
      <w:r>
        <w:rPr>
          <w:color w:val="000000"/>
        </w:rPr>
        <w:t xml:space="preserve">27.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，在平面直角坐标系中，</w:t>
      </w:r>
      <w:r>
        <w:pict>
          <v:shape id="_x0000_i713797"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3932" o:title="eqId7799d713e6f2be4cb542b0372916a25e"/>
            <o:lock v:ext="edit" aspectratio="t"/>
            <w10:wrap type="none"/>
            <w10:anchorlock/>
          </v:shape>
        </w:pict>
      </w:r>
      <w:r>
        <w:rPr>
          <w:rFonts w:ascii="宋体" w:hAnsi="宋体" w:eastAsia="宋体" w:cs="宋体"/>
          <w:color w:val="000000"/>
        </w:rPr>
        <w:t>，</w:t>
      </w:r>
      <w:r>
        <w:pict>
          <v:shape id="_x0000_i713798"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3933" o:title="eqId552a77a57b08d26bc38e31b653c194dd"/>
            <o:lock v:ext="edit" aspectratio="t"/>
            <w10:wrap type="none"/>
            <w10:anchorlock/>
          </v:shape>
        </w:pict>
      </w:r>
      <w:r>
        <w:rPr>
          <w:rFonts w:ascii="宋体" w:hAnsi="宋体" w:eastAsia="宋体" w:cs="宋体"/>
          <w:color w:val="000000"/>
        </w:rPr>
        <w:t>，</w:t>
      </w:r>
      <w:r>
        <w:pict>
          <v:shape id="_x0000_i713799" o:spt="75" alt="学科网(www.zxxk.com)--教育资源门户，提供试卷、教案、课件、论文、素材以及各类教学资源下载，还有大量而丰富的教学相关资讯！" type="#_x0000_t75" style="height:19.8pt;width:43.8pt;" o:ole="t" filled="f" o:preferrelative="t" stroked="f" coordsize="21600,21600">
            <v:path/>
            <v:fill on="f" focussize="0,0"/>
            <v:stroke on="f" joinstyle="miter"/>
            <v:imagedata r:id="rId3934" o:title="eqIdd6fea0d424f3c527babed70ef6cf646e"/>
            <o:lock v:ext="edit" aspectratio="t"/>
            <w10:wrap type="none"/>
            <w10:anchorlock/>
          </v:shape>
        </w:pict>
      </w:r>
      <w:r>
        <w:rPr>
          <w:rFonts w:ascii="宋体" w:hAnsi="宋体" w:eastAsia="宋体" w:cs="宋体"/>
          <w:color w:val="000000"/>
        </w:rPr>
        <w:t>，且</w:t>
      </w:r>
      <w:r>
        <w:pict>
          <v:shape id="_x0000_i713800" o:spt="75" alt="学科网(www.zxxk.com)--教育资源门户，提供试卷、教案、课件、论文、素材以及各类教学资源下载，还有大量而丰富的教学相关资讯！" type="#_x0000_t75" style="height:21.75pt;width:95.25pt;" o:ole="t" filled="f" o:preferrelative="t" stroked="f" coordsize="21600,21600">
            <v:path/>
            <v:fill on="f" focussize="0,0"/>
            <v:stroke on="f" joinstyle="miter"/>
            <v:imagedata r:id="rId3935" o:title="eqIdb580bf69eb8a4c8819c41f3b16f8e15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429000" cy="1485900"/>
            <wp:effectExtent l="0" t="0" r="0" b="0"/>
            <wp:docPr id="345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 name="图片 100037" descr="学科网(www.zxxk.com)--教育资源门户，提供试卷、教案、课件、论文、素材以及各类教学资源下载，还有大量而丰富的教学相关资讯！"/>
                    <pic:cNvPicPr>
                      <a:picLocks noChangeAspect="1"/>
                    </pic:cNvPicPr>
                  </pic:nvPicPr>
                  <pic:blipFill>
                    <a:blip r:embed="rId3936"/>
                    <a:stretch>
                      <a:fillRect/>
                    </a:stretch>
                  </pic:blipFill>
                  <pic:spPr>
                    <a:xfrm>
                      <a:off x="0" y="0"/>
                      <a:ext cx="3429000" cy="1485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求</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在</w:t>
      </w:r>
      <w:r>
        <w:rPr>
          <w:rFonts w:ascii="Times New Roman" w:hAnsi="Times New Roman" w:eastAsia="Times New Roman" w:cs="Times New Roman"/>
          <w:i/>
          <w:color w:val="000000"/>
        </w:rPr>
        <w:t>y</w:t>
      </w:r>
      <w:r>
        <w:rPr>
          <w:rFonts w:ascii="宋体" w:hAnsi="宋体" w:eastAsia="宋体" w:cs="宋体"/>
          <w:color w:val="000000"/>
        </w:rPr>
        <w:t>轴的上存在一点</w:t>
      </w:r>
      <w:r>
        <w:rPr>
          <w:rFonts w:ascii="Times New Roman" w:hAnsi="Times New Roman" w:eastAsia="Times New Roman" w:cs="Times New Roman"/>
          <w:i/>
          <w:color w:val="000000"/>
        </w:rPr>
        <w:t>M</w:t>
      </w:r>
      <w:r>
        <w:rPr>
          <w:rFonts w:ascii="宋体" w:hAnsi="宋体" w:eastAsia="宋体" w:cs="宋体"/>
          <w:color w:val="000000"/>
        </w:rPr>
        <w:t>，使</w:t>
      </w:r>
      <w:r>
        <w:pict>
          <v:shape id="_x0000_i713801" o:spt="75" alt="学科网(www.zxxk.com)--教育资源门户，提供试卷、教案、课件、论文、素材以及各类教学资源下载，还有大量而丰富的教学相关资讯！" type="#_x0000_t75" style="height:30.75pt;width:84pt;" o:ole="t" filled="f" o:preferrelative="t" stroked="f" coordsize="21600,21600">
            <v:path/>
            <v:fill on="f" focussize="0,0"/>
            <v:stroke on="f" joinstyle="miter"/>
            <v:imagedata r:id="rId3937" o:title="eqId82b778d2f43e5531a611c7550821846e"/>
            <o:lock v:ext="edit" aspectratio="t"/>
            <w10:wrap type="none"/>
            <w10:anchorlock/>
          </v:shape>
        </w:pict>
      </w:r>
      <w:r>
        <w:rPr>
          <w:rFonts w:ascii="宋体" w:hAnsi="宋体" w:eastAsia="宋体" w:cs="宋体"/>
          <w:color w:val="000000"/>
        </w:rPr>
        <w:t>，求点</w:t>
      </w:r>
      <w:r>
        <w:rPr>
          <w:rFonts w:ascii="Times New Roman" w:hAnsi="Times New Roman" w:eastAsia="Times New Roman" w:cs="Times New Roman"/>
          <w:i/>
          <w:color w:val="000000"/>
        </w:rPr>
        <w:t>M</w:t>
      </w:r>
      <w:r>
        <w:rPr>
          <w:rFonts w:ascii="宋体" w:hAnsi="宋体" w:eastAsia="宋体" w:cs="宋体"/>
          <w:color w:val="000000"/>
        </w:rPr>
        <w:t>的坐标；</w:t>
      </w:r>
    </w:p>
    <w:p>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，过点</w:t>
      </w:r>
      <w:r>
        <w:rPr>
          <w:rFonts w:ascii="Times New Roman" w:hAnsi="Times New Roman" w:eastAsia="Times New Roman" w:cs="Times New Roman"/>
          <w:i/>
          <w:color w:val="000000"/>
        </w:rPr>
        <w:t>C</w:t>
      </w:r>
      <w:r>
        <w:rPr>
          <w:rFonts w:ascii="宋体" w:hAnsi="宋体" w:eastAsia="宋体" w:cs="宋体"/>
          <w:color w:val="000000"/>
        </w:rPr>
        <w:t>作</w:t>
      </w:r>
      <w:r>
        <w:pict>
          <v:shape id="_x0000_i713802" o:spt="75" alt="学科网(www.zxxk.com)--教育资源门户，提供试卷、教案、课件、论文、素材以及各类教学资源下载，还有大量而丰富的教学相关资讯！" type="#_x0000_t75" style="height:15.6pt;width:40.8pt;" o:ole="t" filled="f" o:preferrelative="t" stroked="f" coordsize="21600,21600">
            <v:path/>
            <v:fill on="f" focussize="0,0"/>
            <v:stroke on="f" joinstyle="miter"/>
            <v:imagedata r:id="rId3938" o:title="eqId2b4facfc5447ae7f665e8ec050b81313"/>
            <o:lock v:ext="edit" aspectratio="t"/>
            <w10:wrap type="none"/>
            <w10:anchorlock/>
          </v:shape>
        </w:pict>
      </w:r>
      <w:r>
        <w:rPr>
          <w:rFonts w:ascii="宋体" w:hAnsi="宋体" w:eastAsia="宋体" w:cs="宋体"/>
          <w:color w:val="000000"/>
        </w:rPr>
        <w:t>轴交</w:t>
      </w:r>
      <w:r>
        <w:rPr>
          <w:rFonts w:ascii="Times New Roman" w:hAnsi="Times New Roman" w:eastAsia="Times New Roman" w:cs="Times New Roman"/>
          <w:i/>
          <w:color w:val="000000"/>
        </w:rPr>
        <w:t>y</w:t>
      </w:r>
      <w:r>
        <w:rPr>
          <w:rFonts w:ascii="宋体" w:hAnsi="宋体" w:eastAsia="宋体" w:cs="宋体"/>
          <w:color w:val="000000"/>
        </w:rPr>
        <w:t>轴于点</w:t>
      </w:r>
      <w:r>
        <w:rPr>
          <w:rFonts w:ascii="Times New Roman" w:hAnsi="Times New Roman" w:eastAsia="Times New Roman" w:cs="Times New Roman"/>
          <w:i/>
          <w:color w:val="000000"/>
        </w:rPr>
        <w:t>D</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为线段</w:t>
      </w:r>
      <w:r>
        <w:pict>
          <v:shape id="_x0000_i71380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939" o:title="eqId9d78abbad68bbbf12af10cd40ef4c353"/>
            <o:lock v:ext="edit" aspectratio="t"/>
            <w10:wrap type="none"/>
            <w10:anchorlock/>
          </v:shape>
        </w:pict>
      </w:r>
      <w:r>
        <w:rPr>
          <w:rFonts w:ascii="宋体" w:hAnsi="宋体" w:eastAsia="宋体" w:cs="宋体"/>
          <w:color w:val="000000"/>
        </w:rPr>
        <w:t>延长线上一动点，连接</w:t>
      </w:r>
      <w:r>
        <w:pict>
          <v:shape id="_x0000_i713804" o:spt="75" alt="学科网(www.zxxk.com)--教育资源门户，提供试卷、教案、课件、论文、素材以及各类教学资源下载，还有大量而丰富的教学相关资讯！" type="#_x0000_t75" style="height:15pt;width:46.9pt;" o:ole="t" filled="f" o:preferrelative="t" stroked="f" coordsize="21600,21600">
            <v:path/>
            <v:fill on="f" focussize="0,0"/>
            <v:stroke on="f" joinstyle="miter"/>
            <v:imagedata r:id="rId3940" o:title="eqId68c2fd4241eff3e8f833f7981161431c"/>
            <o:lock v:ext="edit" aspectratio="t"/>
            <w10:wrap type="none"/>
            <w10:anchorlock/>
          </v:shape>
        </w:pict>
      </w:r>
      <w:r>
        <w:rPr>
          <w:rFonts w:ascii="宋体" w:hAnsi="宋体" w:eastAsia="宋体" w:cs="宋体"/>
          <w:color w:val="000000"/>
        </w:rPr>
        <w:t>平分</w:t>
      </w:r>
      <w:r>
        <w:pict>
          <v:shape id="_x0000_i713805"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3941" o:title="eqId5c3a3bf63440a2fdd769162516fb0e1c"/>
            <o:lock v:ext="edit" aspectratio="t"/>
            <w10:wrap type="none"/>
            <w10:anchorlock/>
          </v:shape>
        </w:pict>
      </w:r>
      <w:r>
        <w:rPr>
          <w:rFonts w:ascii="宋体" w:hAnsi="宋体" w:eastAsia="宋体" w:cs="宋体"/>
          <w:color w:val="000000"/>
        </w:rPr>
        <w:t>，</w:t>
      </w:r>
      <w:r>
        <w:pict>
          <v:shape id="_x0000_i713806" o:spt="75" alt="学科网(www.zxxk.com)--教育资源门户，提供试卷、教案、课件、论文、素材以及各类教学资源下载，还有大量而丰富的教学相关资讯！" type="#_x0000_t75" style="height:14pt;width:50pt;" o:ole="t" filled="f" o:preferrelative="t" stroked="f" coordsize="21600,21600">
            <v:path/>
            <v:fill on="f" focussize="0,0"/>
            <v:stroke on="f" joinstyle="miter"/>
            <v:imagedata r:id="rId3942" o:title="eqIddc2eaf2acb7e954cc0c4aacdc1f29f34"/>
            <o:lock v:ext="edit" aspectratio="t"/>
            <w10:wrap type="none"/>
            <w10:anchorlock/>
          </v:shape>
        </w:pict>
      </w:r>
      <w:r>
        <w:rPr>
          <w:rFonts w:ascii="宋体" w:hAnsi="宋体" w:eastAsia="宋体" w:cs="宋体"/>
          <w:color w:val="000000"/>
        </w:rPr>
        <w:t>．当点</w:t>
      </w:r>
      <w:r>
        <w:rPr>
          <w:rFonts w:ascii="Times New Roman" w:hAnsi="Times New Roman" w:eastAsia="Times New Roman" w:cs="Times New Roman"/>
          <w:i/>
          <w:color w:val="000000"/>
        </w:rPr>
        <w:t>P</w:t>
      </w:r>
      <w:r>
        <w:rPr>
          <w:rFonts w:ascii="宋体" w:hAnsi="宋体" w:eastAsia="宋体" w:cs="宋体"/>
          <w:color w:val="000000"/>
        </w:rPr>
        <w:t>运动时</w:t>
      </w:r>
      <w:r>
        <w:pict>
          <v:shape id="_x0000_i713807" o:spt="75" alt="学科网(www.zxxk.com)--教育资源门户，提供试卷、教案、课件、论文、素材以及各类教学资源下载，还有大量而丰富的教学相关资讯！" type="#_x0000_t75" style="height:31.2pt;width:40.2pt;" o:ole="t" filled="f" o:preferrelative="t" stroked="f" coordsize="21600,21600">
            <v:path/>
            <v:fill on="f" focussize="0,0"/>
            <v:stroke on="f" joinstyle="miter"/>
            <v:imagedata r:id="rId3943" o:title="eqId69f2a7ebf0bb96fbe9fc9dabb63a8c12"/>
            <o:lock v:ext="edit" aspectratio="t"/>
            <w10:wrap type="none"/>
            <w10:anchorlock/>
          </v:shape>
        </w:pict>
      </w:r>
      <w:r>
        <w:rPr>
          <w:rFonts w:ascii="宋体" w:hAnsi="宋体" w:eastAsia="宋体" w:cs="宋体"/>
          <w:color w:val="000000"/>
        </w:rPr>
        <w:t>的值是否会改变？若不变，求其值；若改变，说明理由．</w:t>
      </w:r>
    </w:p>
    <w:p>
      <w:pPr>
        <w:spacing w:line="360" w:lineRule="auto"/>
        <w:textAlignment w:val="center"/>
        <w:rPr>
          <w:color w:val="000000"/>
        </w:rPr>
      </w:pPr>
      <w:r>
        <w:rPr>
          <w:color w:val="2E75B6"/>
        </w:rPr>
        <w:t>【答案】</w:t>
      </w:r>
      <w:r>
        <w:rPr>
          <w:color w:val="000000"/>
        </w:rPr>
        <w:t>（1）</w:t>
      </w:r>
      <w:r>
        <w:pict>
          <v:shape id="_x0000_i713808" o:spt="75" alt="学科网(www.zxxk.com)--教育资源门户，提供试卷、教案、课件、论文、素材以及各类教学资源下载，还有大量而丰富的教学相关资讯！" type="#_x0000_t75" style="height:15pt;width:69pt;" o:ole="t" filled="f" o:preferrelative="t" stroked="f" coordsize="21600,21600">
            <v:path/>
            <v:fill on="f" focussize="0,0"/>
            <v:stroke on="f" joinstyle="miter"/>
            <v:imagedata r:id="rId3944" o:title="eqIdf558926f3e8fc8d05c7693540747832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3809" o:spt="75" alt="学科网(www.zxxk.com)--教育资源门户，提供试卷、教案、课件、论文、素材以及各类教学资源下载，还有大量而丰富的教学相关资讯！" type="#_x0000_t75" style="height:20.05pt;width:26.9pt;" o:ole="t" filled="f" o:preferrelative="t" stroked="f" coordsize="21600,21600">
            <v:path/>
            <v:fill on="f" focussize="0,0"/>
            <v:stroke on="f" joinstyle="miter"/>
            <v:imagedata r:id="rId3945" o:title="eqId00d81b9fb488a3bc7f7424bff7619e83"/>
            <o:lock v:ext="edit" aspectratio="t"/>
            <w10:wrap type="none"/>
            <w10:anchorlock/>
          </v:shape>
        </w:pict>
      </w:r>
      <w:r>
        <w:rPr>
          <w:rFonts w:ascii="宋体" w:hAnsi="宋体" w:eastAsia="宋体" w:cs="宋体"/>
          <w:color w:val="000000"/>
        </w:rPr>
        <w:t>或</w:t>
      </w:r>
      <w:r>
        <w:pict>
          <v:shape id="_x0000_i713810" o:spt="75" alt="学科网(www.zxxk.com)--教育资源门户，提供试卷、教案、课件、论文、素材以及各类教学资源下载，还有大量而丰富的教学相关资讯！" type="#_x0000_t75" style="height:20.05pt;width:36.95pt;" o:ole="t" filled="f" o:preferrelative="t" stroked="f" coordsize="21600,21600">
            <v:path/>
            <v:fill on="f" focussize="0,0"/>
            <v:stroke on="f" joinstyle="miter"/>
            <v:imagedata r:id="rId3946" o:title="eqId2e5f5be850814c30f22e0d5856075193"/>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（3）</w:t>
      </w:r>
      <w:r>
        <w:pict>
          <v:shape id="_x0000_i713811" o:spt="75" alt="学科网(www.zxxk.com)--教育资源门户，提供试卷、教案、课件、论文、素材以及各类教学资源下载，还有大量而丰富的教学相关资讯！" type="#_x0000_t75" style="height:31.2pt;width:40.2pt;" o:ole="t" filled="f" o:preferrelative="t" stroked="f" coordsize="21600,21600">
            <v:path/>
            <v:fill on="f" focussize="0,0"/>
            <v:stroke on="f" joinstyle="miter"/>
            <v:imagedata r:id="rId3947" o:title="eqId69f2a7ebf0bb96fbe9fc9dabb63a8c12"/>
            <o:lock v:ext="edit" aspectratio="t"/>
            <w10:wrap type="none"/>
            <w10:anchorlock/>
          </v:shape>
        </w:pict>
      </w:r>
      <w:r>
        <w:rPr>
          <w:rFonts w:ascii="宋体" w:hAnsi="宋体" w:eastAsia="宋体" w:cs="宋体"/>
          <w:color w:val="000000"/>
        </w:rPr>
        <w:t>的值是定值，</w:t>
      </w:r>
      <w:r>
        <w:pict>
          <v:shape id="_x0000_i713812" o:spt="75" alt="学科网(www.zxxk.com)--教育资源门户，提供试卷、教案、课件、论文、素材以及各类教学资源下载，还有大量而丰富的教学相关资讯！" type="#_x0000_t75" style="height:30.75pt;width:57.75pt;" o:ole="t" filled="f" o:preferrelative="t" stroked="f" coordsize="21600,21600">
            <v:path/>
            <v:fill on="f" focussize="0,0"/>
            <v:stroke on="f" joinstyle="miter"/>
            <v:imagedata r:id="rId3948" o:title="eqId3a9726690459f9e521e1a7fb8480e464"/>
            <o:lock v:ext="edit" aspectratio="t"/>
            <w10:wrap type="none"/>
            <w10:anchorlock/>
          </v:shape>
        </w:pict>
      </w:r>
      <w:r>
        <w:rPr>
          <w:rFonts w:ascii="宋体" w:hAnsi="宋体" w:eastAsia="宋体" w:cs="宋体"/>
          <w:color w:val="000000"/>
        </w:rPr>
        <w:t>，理由见解析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）根据绝对值和平方的非负性，即可进行解答；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）先根据</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的坐标求出求出</w:t>
      </w:r>
      <w:r>
        <w:pict>
          <v:shape id="_x0000_i713813" o:spt="75" alt="学科网(www.zxxk.com)--教育资源门户，提供试卷、教案、课件、论文、素材以及各类教学资源下载，还有大量而丰富的教学相关资讯！" type="#_x0000_t75" style="height:18pt;width:27.6pt;" o:ole="t" filled="f" o:preferrelative="t" stroked="f" coordsize="21600,21600">
            <v:path/>
            <v:fill on="f" focussize="0,0"/>
            <v:stroke on="f" joinstyle="miter"/>
            <v:imagedata r:id="rId3949" o:title="eqIdb5cbff84327e964f912a54032e76ccc9"/>
            <o:lock v:ext="edit" aspectratio="t"/>
            <w10:wrap type="none"/>
            <w10:anchorlock/>
          </v:shape>
        </w:pict>
      </w:r>
      <w:r>
        <w:rPr>
          <w:rFonts w:ascii="宋体" w:hAnsi="宋体" w:eastAsia="宋体" w:cs="宋体"/>
          <w:color w:val="000000"/>
        </w:rPr>
        <w:t>的值，再根据</w:t>
      </w:r>
      <w:r>
        <w:rPr>
          <w:rFonts w:ascii="Times New Roman" w:hAnsi="Times New Roman" w:eastAsia="Times New Roman" w:cs="Times New Roman"/>
          <w:i/>
          <w:color w:val="000000"/>
        </w:rPr>
        <w:t>y</w:t>
      </w:r>
      <w:r>
        <w:rPr>
          <w:rFonts w:ascii="宋体" w:hAnsi="宋体" w:eastAsia="宋体" w:cs="宋体"/>
          <w:color w:val="000000"/>
        </w:rPr>
        <w:t>轴上点的坐标特征，设</w:t>
      </w:r>
      <w:r>
        <w:pict>
          <v:shape id="_x0000_i713814" o:spt="75" alt="学科网(www.zxxk.com)--教育资源门户，提供试卷、教案、课件、论文、素材以及各类教学资源下载，还有大量而丰富的教学相关资讯！" type="#_x0000_t75" style="height:19.8pt;width:46.2pt;" o:ole="t" filled="f" o:preferrelative="t" stroked="f" coordsize="21600,21600">
            <v:path/>
            <v:fill on="f" focussize="0,0"/>
            <v:stroke on="f" joinstyle="miter"/>
            <v:imagedata r:id="rId3950" o:title="eqId56dba6ef0c00b3442464e6d0f39cf5c1"/>
            <o:lock v:ext="edit" aspectratio="t"/>
            <w10:wrap type="none"/>
            <w10:anchorlock/>
          </v:shape>
        </w:pict>
      </w:r>
      <w:r>
        <w:rPr>
          <w:rFonts w:ascii="宋体" w:hAnsi="宋体" w:eastAsia="宋体" w:cs="宋体"/>
          <w:color w:val="000000"/>
        </w:rPr>
        <w:t>，最后根据三角形的面积公式将</w:t>
      </w:r>
      <w:r>
        <w:pict>
          <v:shape id="_x0000_i713815" o:spt="75" alt="学科网(www.zxxk.com)--教育资源门户，提供试卷、教案、课件、论文、素材以及各类教学资源下载，还有大量而丰富的教学相关资讯！" type="#_x0000_t75" style="height:18.1pt;width:31.05pt;" o:ole="t" filled="f" o:preferrelative="t" stroked="f" coordsize="21600,21600">
            <v:path/>
            <v:fill on="f" focussize="0,0"/>
            <v:stroke on="f" joinstyle="miter"/>
            <v:imagedata r:id="rId3951" o:title="eqId01ca62738bd8c7449da173e66108c2de"/>
            <o:lock v:ext="edit" aspectratio="t"/>
            <w10:wrap type="none"/>
            <w10:anchorlock/>
          </v:shape>
        </w:pict>
      </w:r>
      <w:r>
        <w:rPr>
          <w:rFonts w:ascii="宋体" w:hAnsi="宋体" w:eastAsia="宋体" w:cs="宋体"/>
          <w:color w:val="000000"/>
        </w:rPr>
        <w:t>表示出来即可；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w:t>
      </w:r>
      <w:r>
        <w:pict>
          <v:shape id="_x0000_i713816" o:spt="75" alt="学科网(www.zxxk.com)--教育资源门户，提供试卷、教案、课件、论文、素材以及各类教学资源下载，还有大量而丰富的教学相关资讯！" type="#_x0000_t75" style="height:14pt;width:50pt;" o:ole="t" filled="f" o:preferrelative="t" stroked="f" coordsize="21600,21600">
            <v:path/>
            <v:fill on="f" focussize="0,0"/>
            <v:stroke on="f" joinstyle="miter"/>
            <v:imagedata r:id="rId3952" o:title="eqIddc2eaf2acb7e954cc0c4aacdc1f29f34"/>
            <o:lock v:ext="edit" aspectratio="t"/>
            <w10:wrap type="none"/>
            <w10:anchorlock/>
          </v:shape>
        </w:pict>
      </w:r>
      <w:r>
        <w:rPr>
          <w:rFonts w:ascii="宋体" w:hAnsi="宋体" w:eastAsia="宋体" w:cs="宋体"/>
          <w:color w:val="000000"/>
        </w:rPr>
        <w:t>，得出</w:t>
      </w:r>
      <w:r>
        <w:pict>
          <v:shape id="_x0000_i713817" o:spt="75" alt="学科网(www.zxxk.com)--教育资源门户，提供试卷、教案、课件、论文、素材以及各类教学资源下载，还有大量而丰富的教学相关资讯！" type="#_x0000_t75" style="height:14.25pt;width:108pt;" o:ole="t" filled="f" o:preferrelative="t" stroked="f" coordsize="21600,21600">
            <v:path/>
            <v:fill on="f" focussize="0,0"/>
            <v:stroke on="f" joinstyle="miter"/>
            <v:imagedata r:id="rId3953" o:title="eqId9ef1a81ae71669b8b0f2f45c6f730d85"/>
            <o:lock v:ext="edit" aspectratio="t"/>
            <w10:wrap type="none"/>
            <w10:anchorlock/>
          </v:shape>
        </w:pict>
      </w:r>
      <w:r>
        <w:rPr>
          <w:rFonts w:ascii="宋体" w:hAnsi="宋体" w:eastAsia="宋体" w:cs="宋体"/>
          <w:color w:val="000000"/>
        </w:rPr>
        <w:t>，</w:t>
      </w:r>
      <w:r>
        <w:pict>
          <v:shape id="_x0000_i713818" o:spt="75" alt="学科网(www.zxxk.com)--教育资源门户，提供试卷、教案、课件、论文、素材以及各类教学资源下载，还有大量而丰富的教学相关资讯！" type="#_x0000_t75" style="height:13.9pt;width:109.15pt;" o:ole="t" filled="f" o:preferrelative="t" stroked="f" coordsize="21600,21600">
            <v:path/>
            <v:fill on="f" focussize="0,0"/>
            <v:stroke on="f" joinstyle="miter"/>
            <v:imagedata r:id="rId3954" o:title="eqId3672429aba6ead3c2c7b6856aa1b99fb"/>
            <o:lock v:ext="edit" aspectratio="t"/>
            <w10:wrap type="none"/>
            <w10:anchorlock/>
          </v:shape>
        </w:pict>
      </w:r>
      <w:r>
        <w:rPr>
          <w:rFonts w:ascii="宋体" w:hAnsi="宋体" w:eastAsia="宋体" w:cs="宋体"/>
          <w:color w:val="000000"/>
        </w:rPr>
        <w:t>，再根据</w:t>
      </w:r>
      <w:r>
        <w:pict>
          <v:shape id="_x0000_i713819"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3955" o:title="eqIda299d2b999568e80be8005565ba209a4"/>
            <o:lock v:ext="edit" aspectratio="t"/>
            <w10:wrap type="none"/>
            <w10:anchorlock/>
          </v:shape>
        </w:pict>
      </w:r>
      <w:r>
        <w:rPr>
          <w:rFonts w:ascii="宋体" w:hAnsi="宋体" w:eastAsia="宋体" w:cs="宋体"/>
          <w:color w:val="000000"/>
        </w:rPr>
        <w:t>平分</w:t>
      </w:r>
      <w:r>
        <w:pict>
          <v:shape id="_x0000_i713820"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3956" o:title="eqId5c3a3bf63440a2fdd769162516fb0e1c"/>
            <o:lock v:ext="edit" aspectratio="t"/>
            <w10:wrap type="none"/>
            <w10:anchorlock/>
          </v:shape>
        </w:pict>
      </w:r>
      <w:r>
        <w:rPr>
          <w:rFonts w:ascii="宋体" w:hAnsi="宋体" w:eastAsia="宋体" w:cs="宋体"/>
          <w:color w:val="000000"/>
        </w:rPr>
        <w:t>得出</w:t>
      </w:r>
      <w:r>
        <w:pict>
          <v:shape id="_x0000_i713821" o:spt="75" alt="学科网(www.zxxk.com)--教育资源门户，提供试卷、教案、课件、论文、素材以及各类教学资源下载，还有大量而丰富的教学相关资讯！" type="#_x0000_t75" style="height:13.9pt;width:81pt;" o:ole="t" filled="f" o:preferrelative="t" stroked="f" coordsize="21600,21600">
            <v:path/>
            <v:fill on="f" focussize="0,0"/>
            <v:stroke on="f" joinstyle="miter"/>
            <v:imagedata r:id="rId3957" o:title="eqId580ce5e6e322dad5c30b102e3b42d7e3"/>
            <o:lock v:ext="edit" aspectratio="t"/>
            <w10:wrap type="none"/>
            <w10:anchorlock/>
          </v:shape>
        </w:pict>
      </w:r>
      <w:r>
        <w:rPr>
          <w:rFonts w:ascii="宋体" w:hAnsi="宋体" w:eastAsia="宋体" w:cs="宋体"/>
          <w:color w:val="000000"/>
        </w:rPr>
        <w:t>，进而得出</w:t>
      </w:r>
      <w:r>
        <w:pict>
          <v:shape id="_x0000_i713822" o:spt="75" alt="学科网(www.zxxk.com)--教育资源门户，提供试卷、教案、课件、论文、素材以及各类教学资源下载，还有大量而丰富的教学相关资讯！" type="#_x0000_t75" style="height:13.9pt;width:82.9pt;" o:ole="t" filled="f" o:preferrelative="t" stroked="f" coordsize="21600,21600">
            <v:path/>
            <v:fill on="f" focussize="0,0"/>
            <v:stroke on="f" joinstyle="miter"/>
            <v:imagedata r:id="rId3958" o:title="eqId6b4bacb90133094bcbbda4ce2c6ff805"/>
            <o:lock v:ext="edit" aspectratio="t"/>
            <w10:wrap type="none"/>
            <w10:anchorlock/>
          </v:shape>
        </w:pict>
      </w:r>
      <w:r>
        <w:rPr>
          <w:rFonts w:ascii="宋体" w:hAnsi="宋体" w:eastAsia="宋体" w:cs="宋体"/>
          <w:color w:val="000000"/>
        </w:rPr>
        <w:t>，最后根据平行线的性质得出</w:t>
      </w:r>
      <w:r>
        <w:pict>
          <v:shape id="_x0000_i713823" o:spt="75" alt="学科网(www.zxxk.com)--教育资源门户，提供试卷、教案、课件、论文、素材以及各类教学资源下载，还有大量而丰富的教学相关资讯！" type="#_x0000_t75" style="height:13.9pt;width:133.15pt;" o:ole="t" filled="f" o:preferrelative="t" stroked="f" coordsize="21600,21600">
            <v:path/>
            <v:fill on="f" focussize="0,0"/>
            <v:stroke on="f" joinstyle="miter"/>
            <v:imagedata r:id="rId3959" o:title="eqIdbcba3271ccf7a60c1ba9652a21c50e17"/>
            <o:lock v:ext="edit" aspectratio="t"/>
            <w10:wrap type="none"/>
            <w10:anchorlock/>
          </v:shape>
        </w:pict>
      </w:r>
      <w:r>
        <w:rPr>
          <w:rFonts w:ascii="宋体" w:hAnsi="宋体" w:eastAsia="宋体" w:cs="宋体"/>
          <w:color w:val="000000"/>
        </w:rPr>
        <w:t>即可得出结论．</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pict>
          <v:shape id="_x0000_i713824" o:spt="75" alt="学科网(www.zxxk.com)--教育资源门户，提供试卷、教案、课件、论文、素材以及各类教学资源下载，还有大量而丰富的教学相关资讯！" type="#_x0000_t75" style="height:21.75pt;width:95.25pt;" o:ole="t" filled="f" o:preferrelative="t" stroked="f" coordsize="21600,21600">
            <v:path/>
            <v:fill on="f" focussize="0,0"/>
            <v:stroke on="f" joinstyle="miter"/>
            <v:imagedata r:id="rId3960" o:title="eqIdb580bf69eb8a4c8819c41f3b16f8e15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3825" o:spt="75" alt="学科网(www.zxxk.com)--教育资源门户，提供试卷、教案、课件、论文、素材以及各类教学资源下载，还有大量而丰富的教学相关资讯！" type="#_x0000_t75" style="height:22.15pt;width:106.15pt;" o:ole="t" filled="f" o:preferrelative="t" stroked="f" coordsize="21600,21600">
            <v:path/>
            <v:fill on="f" focussize="0,0"/>
            <v:stroke on="f" joinstyle="miter"/>
            <v:imagedata r:id="rId3961" o:title="eqIdb31e3fb8c4872c48fb6673335b0e0916"/>
            <o:lock v:ext="edit" aspectratio="t"/>
            <w10:wrap type="none"/>
            <w10:anchorlock/>
          </v:shape>
        </w:pict>
      </w:r>
      <w:r>
        <w:rPr>
          <w:rFonts w:ascii="宋体" w:hAnsi="宋体" w:eastAsia="宋体" w:cs="宋体"/>
          <w:color w:val="000000"/>
        </w:rPr>
        <w:t>，则</w:t>
      </w:r>
      <w:r>
        <w:pict>
          <v:shape id="_x0000_i713826" o:spt="75" alt="学科网(www.zxxk.com)--教育资源门户，提供试卷、教案、课件、论文、素材以及各类教学资源下载，还有大量而丰富的教学相关资讯！" type="#_x0000_t75" style="height:16.3pt;width:88.3pt;" o:ole="t" filled="f" o:preferrelative="t" stroked="f" coordsize="21600,21600">
            <v:path/>
            <v:fill on="f" focussize="0,0"/>
            <v:stroke on="f" joinstyle="miter"/>
            <v:imagedata r:id="rId3962" o:title="eqIdc659b3bd2a965d6b7ad2de2e54fbfa9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27" o:spt="75" alt="学科网(www.zxxk.com)--教育资源门户，提供试卷、教案、课件、论文、素材以及各类教学资源下载，还有大量而丰富的教学相关资讯！" type="#_x0000_t75" style="height:15pt;width:69pt;" o:ole="t" filled="f" o:preferrelative="t" stroked="f" coordsize="21600,21600">
            <v:path/>
            <v:fill on="f" focussize="0,0"/>
            <v:stroke on="f" joinstyle="miter"/>
            <v:imagedata r:id="rId3963" o:title="eqIdf558926f3e8fc8d05c7693540747832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）可知</w:t>
      </w:r>
      <w:r>
        <w:pict>
          <v:shape id="_x0000_i713828" o:spt="75" alt="学科网(www.zxxk.com)--教育资源门户，提供试卷、教案、课件、论文、素材以及各类教学资源下载，还有大量而丰富的教学相关资讯！" type="#_x0000_t75" style="height:19.8pt;width:88.2pt;" o:ole="t" filled="f" o:preferrelative="t" stroked="f" coordsize="21600,21600">
            <v:path/>
            <v:fill on="f" focussize="0,0"/>
            <v:stroke on="f" joinstyle="miter"/>
            <v:imagedata r:id="rId3964" o:title="eqId84401297162ac25f8a247aadb408307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3829"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3965" o:title="eqId6b8d9e9467fa5c8d45ef8039f2ade43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3830" o:spt="75" alt="学科网(www.zxxk.com)--教育资源门户，提供试卷、教案、课件、论文、素材以及各类教学资源下载，还有大量而丰富的教学相关资讯！" type="#_x0000_t75" style="height:19.8pt;width:43.8pt;" o:ole="t" filled="f" o:preferrelative="t" stroked="f" coordsize="21600,21600">
            <v:path/>
            <v:fill on="f" focussize="0,0"/>
            <v:stroke on="f" joinstyle="miter"/>
            <v:imagedata r:id="rId3966" o:title="eqIdd6fea0d424f3c527babed70ef6cf646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到</w:t>
      </w:r>
      <w:r>
        <w:rPr>
          <w:rFonts w:ascii="Times New Roman" w:hAnsi="Times New Roman" w:eastAsia="Times New Roman" w:cs="Times New Roman"/>
          <w:i/>
          <w:color w:val="000000"/>
        </w:rPr>
        <w:t>x</w:t>
      </w:r>
      <w:r>
        <w:rPr>
          <w:rFonts w:ascii="宋体" w:hAnsi="宋体" w:eastAsia="宋体" w:cs="宋体"/>
          <w:color w:val="000000"/>
        </w:rPr>
        <w:t>轴距离为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3831" o:spt="75" alt="学科网(www.zxxk.com)--教育资源门户，提供试卷、教案、课件、论文、素材以及各类教学资源下载，还有大量而丰富的教学相关资讯！" type="#_x0000_t75" style="height:30.75pt;width:96.75pt;" o:ole="t" filled="f" o:preferrelative="t" stroked="f" coordsize="21600,21600">
            <v:path/>
            <v:fill on="f" focussize="0,0"/>
            <v:stroke on="f" joinstyle="miter"/>
            <v:imagedata r:id="rId3967" o:title="eqIdad9c468855de0d9a63e03858f269722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M</w:t>
      </w:r>
      <w:r>
        <w:rPr>
          <w:rFonts w:ascii="宋体" w:hAnsi="宋体" w:eastAsia="宋体" w:cs="宋体"/>
          <w:color w:val="000000"/>
        </w:rPr>
        <w:t>在</w:t>
      </w:r>
      <w:r>
        <w:rPr>
          <w:rFonts w:ascii="Times New Roman" w:hAnsi="Times New Roman" w:eastAsia="Times New Roman" w:cs="Times New Roman"/>
          <w:i/>
          <w:color w:val="000000"/>
        </w:rPr>
        <w:t>y</w:t>
      </w:r>
      <w:r>
        <w:rPr>
          <w:rFonts w:ascii="宋体" w:hAnsi="宋体" w:eastAsia="宋体" w:cs="宋体"/>
          <w:color w:val="000000"/>
        </w:rPr>
        <w:t>轴上时，</w:t>
      </w:r>
    </w:p>
    <w:p>
      <w:pPr>
        <w:spacing w:line="360" w:lineRule="auto"/>
        <w:jc w:val="both"/>
        <w:textAlignment w:val="center"/>
        <w:rPr>
          <w:color w:val="000000"/>
        </w:rPr>
      </w:pPr>
      <w:r>
        <w:rPr>
          <w:rFonts w:ascii="宋体" w:hAnsi="宋体" w:eastAsia="宋体" w:cs="宋体"/>
          <w:color w:val="000000"/>
        </w:rPr>
        <w:t>∴设</w:t>
      </w:r>
      <w:r>
        <w:pict>
          <v:shape id="_x0000_i713832" o:spt="75" alt="学科网(www.zxxk.com)--教育资源门户，提供试卷、教案、课件、论文、素材以及各类教学资源下载，还有大量而丰富的教学相关资讯！" type="#_x0000_t75" style="height:19.9pt;width:52.15pt;" o:ole="t" filled="f" o:preferrelative="t" stroked="f" coordsize="21600,21600">
            <v:path/>
            <v:fill on="f" focussize="0,0"/>
            <v:stroke on="f" joinstyle="miter"/>
            <v:imagedata r:id="rId3968" o:title="eqId989215f5a3ec1e4707bc07ab0209a23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3833" o:spt="75" alt="学科网(www.zxxk.com)--教育资源门户，提供试卷、教案、课件、论文、素材以及各类教学资源下载，还有大量而丰富的教学相关资讯！" type="#_x0000_t75" style="height:20.25pt;width:48.75pt;" o:ole="t" filled="f" o:preferrelative="t" stroked="f" coordsize="21600,21600">
            <v:path/>
            <v:fill on="f" focussize="0,0"/>
            <v:stroke on="f" joinstyle="miter"/>
            <v:imagedata r:id="rId3969" o:title="eqIdfb86ccc54aa348084ea06b6f8ad8611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3834" o:spt="75" alt="学科网(www.zxxk.com)--教育资源门户，提供试卷、教案、课件、论文、素材以及各类教学资源下载，还有大量而丰富的教学相关资讯！" type="#_x0000_t75" style="height:30.75pt;width:84pt;" o:ole="t" filled="f" o:preferrelative="t" stroked="f" coordsize="21600,21600">
            <v:path/>
            <v:fill on="f" focussize="0,0"/>
            <v:stroke on="f" joinstyle="miter"/>
            <v:imagedata r:id="rId3970" o:title="eqId82b778d2f43e5531a611c7550821846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3835" o:spt="75" alt="学科网(www.zxxk.com)--教育资源门户，提供试卷、教案、课件、论文、素材以及各类教学资源下载，还有大量而丰富的教学相关资讯！" type="#_x0000_t75" style="height:31.15pt;width:75pt;" o:ole="t" filled="f" o:preferrelative="t" stroked="f" coordsize="21600,21600">
            <v:path/>
            <v:fill on="f" focussize="0,0"/>
            <v:stroke on="f" joinstyle="miter"/>
            <v:imagedata r:id="rId3971" o:title="eqId459d652e2b754f7ec488ee927e4b89d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36"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3972" o:title="eqId6d2516e703f3a63f7ac54b4ef5ab6f8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37" o:spt="75" alt="学科网(www.zxxk.com)--教育资源门户，提供试卷、教案、课件、论文、素材以及各类教学资源下载，还有大量而丰富的教学相关资讯！" type="#_x0000_t75" style="height:19.9pt;width:40.9pt;" o:ole="t" filled="f" o:preferrelative="t" stroked="f" coordsize="21600,21600">
            <v:path/>
            <v:fill on="f" focussize="0,0"/>
            <v:stroke on="f" joinstyle="miter"/>
            <v:imagedata r:id="rId3973" o:title="eqId3df3c8515ef33c4836d994342573c25d"/>
            <o:lock v:ext="edit" aspectratio="t"/>
            <w10:wrap type="none"/>
            <w10:anchorlock/>
          </v:shape>
        </w:pict>
      </w:r>
      <w:r>
        <w:rPr>
          <w:rFonts w:ascii="宋体" w:hAnsi="宋体" w:eastAsia="宋体" w:cs="宋体"/>
          <w:color w:val="000000"/>
        </w:rPr>
        <w:t>或</w:t>
      </w:r>
      <w:r>
        <w:pict>
          <v:shape id="_x0000_i713838" o:spt="75" alt="学科网(www.zxxk.com)--教育资源门户，提供试卷、教案、课件、论文、素材以及各类教学资源下载，还有大量而丰富的教学相关资讯！" type="#_x0000_t75" style="height:20.05pt;width:36.95pt;" o:ole="t" filled="f" o:preferrelative="t" stroked="f" coordsize="21600,21600">
            <v:path/>
            <v:fill on="f" focussize="0,0"/>
            <v:stroke on="f" joinstyle="miter"/>
            <v:imagedata r:id="rId3974" o:title="eqId2e5f5be850814c30f22e0d585607519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中，结论：</w:t>
      </w:r>
      <w:r>
        <w:pict>
          <v:shape id="_x0000_i713839" o:spt="75" alt="学科网(www.zxxk.com)--教育资源门户，提供试卷、教案、课件、论文、素材以及各类教学资源下载，还有大量而丰富的教学相关资讯！" type="#_x0000_t75" style="height:31.2pt;width:40.2pt;" o:ole="t" filled="f" o:preferrelative="t" stroked="f" coordsize="21600,21600">
            <v:path/>
            <v:fill on="f" focussize="0,0"/>
            <v:stroke on="f" joinstyle="miter"/>
            <v:imagedata r:id="rId3975" o:title="eqId69f2a7ebf0bb96fbe9fc9dabb63a8c12"/>
            <o:lock v:ext="edit" aspectratio="t"/>
            <w10:wrap type="none"/>
            <w10:anchorlock/>
          </v:shape>
        </w:pict>
      </w:r>
      <w:r>
        <w:rPr>
          <w:rFonts w:ascii="宋体" w:hAnsi="宋体" w:eastAsia="宋体" w:cs="宋体"/>
          <w:color w:val="000000"/>
        </w:rPr>
        <w:t>的值是定值，</w:t>
      </w:r>
      <w:r>
        <w:pict>
          <v:shape id="_x0000_i713840" o:spt="75" alt="学科网(www.zxxk.com)--教育资源门户，提供试卷、教案、课件、论文、素材以及各类教学资源下载，还有大量而丰富的教学相关资讯！" type="#_x0000_t75" style="height:30.75pt;width:57.75pt;" o:ole="t" filled="f" o:preferrelative="t" stroked="f" coordsize="21600,21600">
            <v:path/>
            <v:fill on="f" focussize="0,0"/>
            <v:stroke on="f" joinstyle="miter"/>
            <v:imagedata r:id="rId3976" o:title="eqId3a9726690459f9e521e1a7fb8480e464"/>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理由：</w:t>
      </w:r>
      <w:r>
        <w:rPr>
          <w:rFonts w:ascii="Times New Roman" w:hAnsi="Times New Roman" w:eastAsia="Times New Roman" w:cs="Times New Roman"/>
          <w:color w:val="000000"/>
        </w:rPr>
        <w:t>∵</w:t>
      </w:r>
      <w:r>
        <w:pict>
          <v:shape id="_x0000_i713841"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977" o:title="eqId0acc3b50b12699a4a9a4cc391b8f5bc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42" o:spt="75" alt="学科网(www.zxxk.com)--教育资源门户，提供试卷、教案、课件、论文、素材以及各类教学资源下载，还有大量而丰富的教学相关资讯！" type="#_x0000_t75" style="height:13.8pt;width:66pt;" o:ole="t" filled="f" o:preferrelative="t" stroked="f" coordsize="21600,21600">
            <v:path/>
            <v:fill on="f" focussize="0,0"/>
            <v:stroke on="f" joinstyle="miter"/>
            <v:imagedata r:id="rId3978" o:title="eqId319ff9f648fedec284a11a9761cb618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43" o:spt="75" alt="学科网(www.zxxk.com)--教育资源门户，提供试卷、教案、课件、论文、素材以及各类教学资源下载，还有大量而丰富的教学相关资讯！" type="#_x0000_t75" style="height:13.9pt;width:109.15pt;" o:ole="t" filled="f" o:preferrelative="t" stroked="f" coordsize="21600,21600">
            <v:path/>
            <v:fill on="f" focussize="0,0"/>
            <v:stroke on="f" joinstyle="miter"/>
            <v:imagedata r:id="rId3979" o:title="eqId3672429aba6ead3c2c7b6856aa1b99fb"/>
            <o:lock v:ext="edit" aspectratio="t"/>
            <w10:wrap type="none"/>
            <w10:anchorlock/>
          </v:shape>
        </w:pict>
      </w:r>
      <w:r>
        <w:rPr>
          <w:rFonts w:ascii="宋体" w:hAnsi="宋体" w:eastAsia="宋体" w:cs="宋体"/>
          <w:color w:val="000000"/>
        </w:rPr>
        <w:t>，</w:t>
      </w:r>
      <w:r>
        <w:pict>
          <v:shape id="_x0000_i713844" o:spt="75" alt="学科网(www.zxxk.com)--教育资源门户，提供试卷、教案、课件、论文、素材以及各类教学资源下载，还有大量而丰富的教学相关资讯！" type="#_x0000_t75" style="height:14.25pt;width:108pt;" o:ole="t" filled="f" o:preferrelative="t" stroked="f" coordsize="21600,21600">
            <v:path/>
            <v:fill on="f" focussize="0,0"/>
            <v:stroke on="f" joinstyle="miter"/>
            <v:imagedata r:id="rId3980" o:title="eqId9ef1a81ae71669b8b0f2f45c6f730d8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4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3981" o:title="eqIda299d2b999568e80be8005565ba209a4"/>
            <o:lock v:ext="edit" aspectratio="t"/>
            <w10:wrap type="none"/>
            <w10:anchorlock/>
          </v:shape>
        </w:pict>
      </w:r>
      <w:r>
        <w:rPr>
          <w:rFonts w:ascii="宋体" w:hAnsi="宋体" w:eastAsia="宋体" w:cs="宋体"/>
          <w:color w:val="000000"/>
        </w:rPr>
        <w:t>平分</w:t>
      </w:r>
      <w:r>
        <w:pict>
          <v:shape id="_x0000_i713846"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3982" o:title="eqId5c3a3bf63440a2fdd769162516fb0e1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3847" o:spt="75" alt="学科网(www.zxxk.com)--教育资源门户，提供试卷、教案、课件、论文、素材以及各类教学资源下载，还有大量而丰富的教学相关资讯！" type="#_x0000_t75" style="height:13.9pt;width:81pt;" o:ole="t" filled="f" o:preferrelative="t" stroked="f" coordsize="21600,21600">
            <v:path/>
            <v:fill on="f" focussize="0,0"/>
            <v:stroke on="f" joinstyle="miter"/>
            <v:imagedata r:id="rId3983" o:title="eqId580ce5e6e322dad5c30b102e3b42d7e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48" o:spt="75" alt="学科网(www.zxxk.com)--教育资源门户，提供试卷、教案、课件、论文、素材以及各类教学资源下载，还有大量而丰富的教学相关资讯！" type="#_x0000_t75" style="height:13.9pt;width:82.15pt;" o:ole="t" filled="f" o:preferrelative="t" stroked="f" coordsize="21600,21600">
            <v:path/>
            <v:fill on="f" focussize="0,0"/>
            <v:stroke on="f" joinstyle="miter"/>
            <v:imagedata r:id="rId3984" o:title="eqIdb43c75d89082cfaa6a5d2f199514948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49" o:spt="75" alt="学科网(www.zxxk.com)--教育资源门户，提供试卷、教案、课件、论文、素材以及各类教学资源下载，还有大量而丰富的教学相关资讯！" type="#_x0000_t75" style="height:15pt;width:226.15pt;" o:ole="t" filled="f" o:preferrelative="t" stroked="f" coordsize="21600,21600">
            <v:path/>
            <v:fill on="f" focussize="0,0"/>
            <v:stroke on="f" joinstyle="miter"/>
            <v:imagedata r:id="rId3985" o:title="eqId4cc52d9108d53368d2668c6a874a24e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50" o:spt="75" alt="学科网(www.zxxk.com)--教育资源门户，提供试卷、教案、课件、论文、素材以及各类教学资源下载，还有大量而丰富的教学相关资讯！" type="#_x0000_t75" style="height:13.9pt;width:82.9pt;" o:ole="t" filled="f" o:preferrelative="t" stroked="f" coordsize="21600,21600">
            <v:path/>
            <v:fill on="f" focussize="0,0"/>
            <v:stroke on="f" joinstyle="miter"/>
            <v:imagedata r:id="rId3986" o:title="eqId6b4bacb90133094bcbbda4ce2c6ff80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51" o:spt="75" alt="学科网(www.zxxk.com)--教育资源门户，提供试卷、教案、课件、论文、素材以及各类教学资源下载，还有大量而丰富的教学相关资讯！" type="#_x0000_t75" style="height:13.9pt;width:51pt;" o:ole="t" filled="f" o:preferrelative="t" stroked="f" coordsize="21600,21600">
            <v:path/>
            <v:fill on="f" focussize="0,0"/>
            <v:stroke on="f" joinstyle="miter"/>
            <v:imagedata r:id="rId3987" o:title="eqId25987ce18e173ef97259a6bdf7bdf5b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52" o:spt="75" alt="学科网(www.zxxk.com)--教育资源门户，提供试卷、教案、课件、论文、素材以及各类教学资源下载，还有大量而丰富的教学相关资讯！" type="#_x0000_t75" style="height:13.9pt;width:133.15pt;" o:ole="t" filled="f" o:preferrelative="t" stroked="f" coordsize="21600,21600">
            <v:path/>
            <v:fill on="f" focussize="0,0"/>
            <v:stroke on="f" joinstyle="miter"/>
            <v:imagedata r:id="rId3988" o:title="eqIdbcba3271ccf7a60c1ba9652a21c50e1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53" o:spt="75" alt="学科网(www.zxxk.com)--教育资源门户，提供试卷、教案、课件、论文、素材以及各类教学资源下载，还有大量而丰富的教学相关资讯！" type="#_x0000_t75" style="height:13.9pt;width:88.15pt;" o:ole="t" filled="f" o:preferrelative="t" stroked="f" coordsize="21600,21600">
            <v:path/>
            <v:fill on="f" focussize="0,0"/>
            <v:stroke on="f" joinstyle="miter"/>
            <v:imagedata r:id="rId3989" o:title="eqId0b31e3466667b5468799d9089825d0f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3854" o:spt="75" alt="学科网(www.zxxk.com)--教育资源门户，提供试卷、教案、课件、论文、素材以及各类教学资源下载，还有大量而丰富的教学相关资讯！" type="#_x0000_t75" style="height:30.75pt;width:57.75pt;" o:ole="t" filled="f" o:preferrelative="t" stroked="f" coordsize="21600,21600">
            <v:path/>
            <v:fill on="f" focussize="0,0"/>
            <v:stroke on="f" joinstyle="miter"/>
            <v:imagedata r:id="rId3990" o:title="eqId3a9726690459f9e521e1a7fb8480e46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本题主要考查了非负数的性质，坐标与图形，平行线的性质，角平分线的定义，解题的关键是掌握相关知识点并灵活运用．</w:t>
      </w:r>
    </w:p>
    <w:p>
      <w:pPr>
        <w:spacing w:line="360" w:lineRule="auto"/>
        <w:jc w:val="both"/>
        <w:textAlignment w:val="center"/>
        <w:rPr>
          <w:color w:val="000000"/>
        </w:rPr>
      </w:pPr>
      <w:r>
        <w:rPr>
          <w:color w:val="000000"/>
        </w:rPr>
        <w:t xml:space="preserve">28. </w:t>
      </w:r>
      <w:r>
        <w:rPr>
          <w:rFonts w:ascii="宋体" w:hAnsi="宋体" w:eastAsia="宋体" w:cs="宋体"/>
          <w:color w:val="000000"/>
        </w:rPr>
        <w:t>对于代数式，不同的表达形式能表现出它的不同性质．例如代数式</w:t>
      </w:r>
      <w:r>
        <w:pict>
          <v:shape id="_x0000_i713855" o:spt="75" alt="学科网(www.zxxk.com)--教育资源门户，提供试卷、教案、课件、论文、素材以及各类教学资源下载，还有大量而丰富的教学相关资讯！" type="#_x0000_t75" style="height:15.05pt;width:66.1pt;" o:ole="t" filled="f" o:preferrelative="t" stroked="f" coordsize="21600,21600">
            <v:path/>
            <v:fill on="f" focussize="0,0"/>
            <v:stroke on="f" joinstyle="miter"/>
            <v:imagedata r:id="rId3991" o:title="eqId06650ee89793a3a6ba3fb44d8b5db8b0"/>
            <o:lock v:ext="edit" aspectratio="t"/>
            <w10:wrap type="none"/>
            <w10:anchorlock/>
          </v:shape>
        </w:pict>
      </w:r>
      <w:r>
        <w:rPr>
          <w:rFonts w:ascii="宋体" w:hAnsi="宋体" w:eastAsia="宋体" w:cs="宋体"/>
          <w:color w:val="000000"/>
        </w:rPr>
        <w:t>，若将其写成</w:t>
      </w:r>
      <w:r>
        <w:pict>
          <v:shape id="_x0000_i713856" o:spt="75" alt="学科网(www.zxxk.com)--教育资源门户，提供试卷、教案、课件、论文、素材以及各类教学资源下载，还有大量而丰富的教学相关资讯！" type="#_x0000_t75" style="height:17.9pt;width:74.3pt;" o:ole="t" filled="f" o:preferrelative="t" stroked="f" coordsize="21600,21600">
            <v:path/>
            <v:fill on="f" focussize="0,0"/>
            <v:stroke on="f" joinstyle="miter"/>
            <v:imagedata r:id="rId3992" o:title="eqIda6cc9596349973346d084c1803193cbd"/>
            <o:lock v:ext="edit" aspectratio="t"/>
            <w10:wrap type="none"/>
            <w10:anchorlock/>
          </v:shape>
        </w:pict>
      </w:r>
      <w:r>
        <w:rPr>
          <w:rFonts w:ascii="宋体" w:hAnsi="宋体" w:eastAsia="宋体" w:cs="宋体"/>
          <w:color w:val="000000"/>
        </w:rPr>
        <w:t>的形式，就能看出不论字母</w:t>
      </w:r>
      <w:r>
        <w:pict>
          <v:shape id="_x0000_i71385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993" o:title="eqId81dea63b8ce3e51adf66cf7b9982a248"/>
            <o:lock v:ext="edit" aspectratio="t"/>
            <w10:wrap type="none"/>
            <w10:anchorlock/>
          </v:shape>
        </w:pict>
      </w:r>
      <w:r>
        <w:rPr>
          <w:rFonts w:ascii="宋体" w:hAnsi="宋体" w:eastAsia="宋体" w:cs="宋体"/>
          <w:color w:val="000000"/>
        </w:rPr>
        <w:t>取何值，它都表示正数；若将它写成</w:t>
      </w:r>
      <w:r>
        <w:pict>
          <v:shape id="_x0000_i713858" o:spt="75" alt="学科网(www.zxxk.com)--教育资源门户，提供试卷、教案、课件、论文、素材以及各类教学资源下载，还有大量而丰富的教学相关资讯！" type="#_x0000_t75" style="height:17.9pt;width:120.15pt;" o:ole="t" filled="f" o:preferrelative="t" stroked="f" coordsize="21600,21600">
            <v:path/>
            <v:fill on="f" focussize="0,0"/>
            <v:stroke on="f" joinstyle="miter"/>
            <v:imagedata r:id="rId3994" o:title="eqId98fa77d9c07fffb685b0a88ec62f348d"/>
            <o:lock v:ext="edit" aspectratio="t"/>
            <w10:wrap type="none"/>
            <w10:anchorlock/>
          </v:shape>
        </w:pict>
      </w:r>
      <w:r>
        <w:rPr>
          <w:rFonts w:ascii="宋体" w:hAnsi="宋体" w:eastAsia="宋体" w:cs="宋体"/>
          <w:color w:val="000000"/>
        </w:rPr>
        <w:t>的形式，就能与代数式</w:t>
      </w:r>
      <w:r>
        <w:pict>
          <v:shape id="_x0000_i713859" o:spt="75" alt="学科网(www.zxxk.com)--教育资源门户，提供试卷、教案、课件、论文、素材以及各类教学资源下载，还有大量而丰富的教学相关资讯！" type="#_x0000_t75" style="height:15.05pt;width:66.1pt;" o:ole="t" filled="f" o:preferrelative="t" stroked="f" coordsize="21600,21600">
            <v:path/>
            <v:fill on="f" focussize="0,0"/>
            <v:stroke on="f" joinstyle="miter"/>
            <v:imagedata r:id="rId3995" o:title="eqIdf36e88ded8c4cf4e5d34b9d1a26b4c7c"/>
            <o:lock v:ext="edit" aspectratio="t"/>
            <w10:wrap type="none"/>
            <w10:anchorlock/>
          </v:shape>
        </w:pict>
      </w:r>
      <w:r>
        <w:rPr>
          <w:rFonts w:ascii="宋体" w:hAnsi="宋体" w:eastAsia="宋体" w:cs="宋体"/>
          <w:color w:val="000000"/>
        </w:rPr>
        <w:t>建立联系．下面我们改变</w:t>
      </w:r>
      <w:r>
        <w:pict>
          <v:shape id="_x0000_i71386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993" o:title="eqId81dea63b8ce3e51adf66cf7b9982a248"/>
            <o:lock v:ext="edit" aspectratio="t"/>
            <w10:wrap type="none"/>
            <w10:anchorlock/>
          </v:shape>
        </w:pict>
      </w:r>
      <w:r>
        <w:rPr>
          <w:rFonts w:ascii="宋体" w:hAnsi="宋体" w:eastAsia="宋体" w:cs="宋体"/>
          <w:color w:val="000000"/>
        </w:rPr>
        <w:t>的值，研究一下</w:t>
      </w:r>
      <w:r>
        <w:pict>
          <v:shape id="_x0000_i71386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996" o:title="eqId5963abe8f421bd99a2aaa94831a951e9"/>
            <o:lock v:ext="edit" aspectratio="t"/>
            <w10:wrap type="none"/>
            <w10:anchorlock/>
          </v:shape>
        </w:pict>
      </w:r>
      <w:r>
        <w:rPr>
          <w:rFonts w:ascii="宋体" w:hAnsi="宋体" w:eastAsia="宋体" w:cs="宋体"/>
          <w:color w:val="000000"/>
        </w:rPr>
        <w:t>，</w:t>
      </w:r>
      <w:r>
        <w:pict>
          <v:shape id="_x0000_i71386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997" o:title="eqId7f9e8449aad35c5d840a3395ea86df6d"/>
            <o:lock v:ext="edit" aspectratio="t"/>
            <w10:wrap type="none"/>
            <w10:anchorlock/>
          </v:shape>
        </w:pict>
      </w:r>
      <w:r>
        <w:rPr>
          <w:rFonts w:ascii="宋体" w:hAnsi="宋体" w:eastAsia="宋体" w:cs="宋体"/>
          <w:color w:val="000000"/>
        </w:rPr>
        <w:t>两个代数式取值的规律：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43"/>
        <w:gridCol w:w="555"/>
        <w:gridCol w:w="555"/>
        <w:gridCol w:w="345"/>
        <w:gridCol w:w="345"/>
        <w:gridCol w:w="345"/>
        <w:gridCol w:w="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x</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13863" o:spt="75" alt="学科网(www.zxxk.com)--教育资源门户，提供试卷、教案、课件、论文、素材以及各类教学资源下载，还有大量而丰富的教学相关资讯！" type="#_x0000_t75" style="height:15.05pt;width:66.1pt;" o:ole="t" filled="f" o:preferrelative="t" stroked="f" coordsize="21600,21600">
                  <v:path/>
                  <v:fill on="f" focussize="0,0"/>
                  <v:stroke on="f" joinstyle="miter"/>
                  <v:imagedata r:id="rId3998" o:title="eqIdf36e88ded8c4cf4e5d34b9d1a26b4c7c"/>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13864" o:spt="75" alt="学科网(www.zxxk.com)--教育资源门户，提供试卷、教案、课件、论文、素材以及各类教学资源下载，还有大量而丰富的教学相关资讯！" type="#_x0000_t75" style="height:17.9pt;width:120.15pt;" o:ole="t" filled="f" o:preferrelative="t" stroked="f" coordsize="21600,21600">
                  <v:path/>
                  <v:fill on="f" focussize="0,0"/>
                  <v:stroke on="f" joinstyle="miter"/>
                  <v:imagedata r:id="rId3999" o:title="eqId98fa77d9c07fffb685b0a88ec62f348d"/>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p</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r>
    </w:tbl>
    <w:p>
      <w:pPr>
        <w:spacing w:line="360" w:lineRule="auto"/>
        <w:jc w:val="left"/>
        <w:textAlignment w:val="center"/>
        <w:rPr>
          <w:color w:val="000000"/>
        </w:rPr>
      </w:pPr>
      <w:r>
        <w:rPr>
          <w:color w:val="000000"/>
        </w:rPr>
        <w:t>（1）</w:t>
      </w:r>
      <w:r>
        <w:rPr>
          <w:rFonts w:ascii="宋体" w:hAnsi="宋体" w:eastAsia="宋体" w:cs="宋体"/>
          <w:color w:val="000000"/>
        </w:rPr>
        <w:t>表中</w:t>
      </w:r>
      <w:r>
        <w:rPr>
          <w:rFonts w:ascii="Times New Roman" w:hAnsi="Times New Roman" w:eastAsia="Times New Roman" w:cs="Times New Roman"/>
          <w:i/>
          <w:color w:val="000000"/>
        </w:rPr>
        <w:t>p</w:t>
      </w:r>
      <w:r>
        <w:rPr>
          <w:rFonts w:ascii="宋体" w:hAnsi="宋体" w:eastAsia="宋体" w:cs="宋体"/>
          <w:color w:val="000000"/>
        </w:rPr>
        <w:t>的值是</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观察表格可以发现：</w:t>
      </w:r>
    </w:p>
    <w:p>
      <w:pPr>
        <w:spacing w:line="360" w:lineRule="auto"/>
        <w:jc w:val="both"/>
        <w:textAlignment w:val="center"/>
        <w:rPr>
          <w:color w:val="000000"/>
        </w:rPr>
      </w:pPr>
      <w:r>
        <w:rPr>
          <w:rFonts w:ascii="宋体" w:hAnsi="宋体" w:eastAsia="宋体" w:cs="宋体"/>
          <w:color w:val="000000"/>
        </w:rPr>
        <w:t>若</w:t>
      </w:r>
      <w:r>
        <w:pict>
          <v:shape id="_x0000_i713865" o:spt="75" alt="学科网(www.zxxk.com)--教育资源门户，提供试卷、教案、课件、论文、素材以及各类教学资源下载，还有大量而丰富的教学相关资讯！" type="#_x0000_t75" style="height:9.75pt;width:27.75pt;" o:ole="t" filled="f" o:preferrelative="t" stroked="f" coordsize="21600,21600">
            <v:path/>
            <v:fill on="f" focussize="0,0"/>
            <v:stroke on="f" joinstyle="miter"/>
            <v:imagedata r:id="rId4000" o:title="eqId36d71f015144ffaf1faec94a259b4a06"/>
            <o:lock v:ext="edit" aspectratio="t"/>
            <w10:wrap type="none"/>
            <w10:anchorlock/>
          </v:shape>
        </w:pict>
      </w:r>
      <w:r>
        <w:rPr>
          <w:rFonts w:ascii="宋体" w:hAnsi="宋体" w:eastAsia="宋体" w:cs="宋体"/>
          <w:color w:val="000000"/>
        </w:rPr>
        <w:t>时，</w:t>
      </w:r>
      <w:r>
        <w:pict>
          <v:shape id="_x0000_i713866" o:spt="75" alt="学科网(www.zxxk.com)--教育资源门户，提供试卷、教案、课件、论文、素材以及各类教学资源下载，还有大量而丰富的教学相关资讯！" type="#_x0000_t75" style="height:16.5pt;width:93pt;" o:ole="t" filled="f" o:preferrelative="t" stroked="f" coordsize="21600,21600">
            <v:path/>
            <v:fill on="f" focussize="0,0"/>
            <v:stroke on="f" joinstyle="miter"/>
            <v:imagedata r:id="rId4001" o:title="eqId5d82b3956431c2395ecde7003058199b"/>
            <o:lock v:ext="edit" aspectratio="t"/>
            <w10:wrap type="none"/>
            <w10:anchorlock/>
          </v:shape>
        </w:pict>
      </w:r>
      <w:r>
        <w:rPr>
          <w:rFonts w:ascii="宋体" w:hAnsi="宋体" w:eastAsia="宋体" w:cs="宋体"/>
          <w:color w:val="000000"/>
        </w:rPr>
        <w:t>，则</w:t>
      </w:r>
      <w:r>
        <w:pict>
          <v:shape id="_x0000_i713867" o:spt="75" alt="学科网(www.zxxk.com)--教育资源门户，提供试卷、教案、课件、论文、素材以及各类教学资源下载，还有大量而丰富的教学相关资讯！" type="#_x0000_t75" style="height:13.5pt;width:45pt;" o:ole="t" filled="f" o:preferrelative="t" stroked="f" coordsize="21600,21600">
            <v:path/>
            <v:fill on="f" focussize="0,0"/>
            <v:stroke on="f" joinstyle="miter"/>
            <v:imagedata r:id="rId4002" o:title="eqId1fea1ca1d19a78168a3b9fb0f2fa21f3"/>
            <o:lock v:ext="edit" aspectratio="t"/>
            <w10:wrap type="none"/>
            <w10:anchorlock/>
          </v:shape>
        </w:pict>
      </w:r>
      <w:r>
        <w:rPr>
          <w:rFonts w:ascii="宋体" w:hAnsi="宋体" w:eastAsia="宋体" w:cs="宋体"/>
          <w:color w:val="000000"/>
        </w:rPr>
        <w:t>时，</w:t>
      </w:r>
      <w:r>
        <w:pict>
          <v:shape id="_x0000_i713868" o:spt="75" alt="学科网(www.zxxk.com)--教育资源门户，提供试卷、教案、课件、论文、素材以及各类教学资源下载，还有大量而丰富的教学相关资讯！" type="#_x0000_t75" style="height:15.05pt;width:82.65pt;" o:ole="t" filled="f" o:preferrelative="t" stroked="f" coordsize="21600,21600">
            <v:path/>
            <v:fill on="f" focussize="0,0"/>
            <v:stroke on="f" joinstyle="miter"/>
            <v:imagedata r:id="rId4003" o:title="eqIddc180ce2a19267465a4f68e7cbfac3a5"/>
            <o:lock v:ext="edit" aspectratio="t"/>
            <w10:wrap type="none"/>
            <w10:anchorlock/>
          </v:shape>
        </w:pict>
      </w:r>
      <w:r>
        <w:rPr>
          <w:rFonts w:ascii="宋体" w:hAnsi="宋体" w:eastAsia="宋体" w:cs="宋体"/>
          <w:color w:val="000000"/>
        </w:rPr>
        <w:t>．我们把这种现象称为代数式</w:t>
      </w:r>
      <w:r>
        <w:rPr>
          <w:rFonts w:ascii="Times New Roman" w:hAnsi="Times New Roman" w:eastAsia="Times New Roman" w:cs="Times New Roman"/>
          <w:i/>
          <w:color w:val="000000"/>
        </w:rPr>
        <w:t>A</w:t>
      </w:r>
      <w:r>
        <w:rPr>
          <w:rFonts w:ascii="宋体" w:hAnsi="宋体" w:eastAsia="宋体" w:cs="宋体"/>
          <w:color w:val="000000"/>
        </w:rPr>
        <w:t>参照代数式</w:t>
      </w:r>
      <w:r>
        <w:rPr>
          <w:rFonts w:ascii="Times New Roman" w:hAnsi="Times New Roman" w:eastAsia="Times New Roman" w:cs="Times New Roman"/>
          <w:i/>
          <w:color w:val="000000"/>
        </w:rPr>
        <w:t>B</w:t>
      </w:r>
      <w:r>
        <w:rPr>
          <w:rFonts w:ascii="宋体" w:hAnsi="宋体" w:eastAsia="宋体" w:cs="宋体"/>
          <w:color w:val="000000"/>
        </w:rPr>
        <w:t>取值延后，此时延后值为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①若代数式</w:t>
      </w:r>
      <w:r>
        <w:rPr>
          <w:rFonts w:ascii="Times New Roman" w:hAnsi="Times New Roman" w:eastAsia="Times New Roman" w:cs="Times New Roman"/>
          <w:i/>
          <w:color w:val="000000"/>
        </w:rPr>
        <w:t>D</w:t>
      </w:r>
      <w:r>
        <w:rPr>
          <w:rFonts w:ascii="宋体" w:hAnsi="宋体" w:eastAsia="宋体" w:cs="宋体"/>
          <w:color w:val="000000"/>
        </w:rPr>
        <w:t>参照代数式</w:t>
      </w:r>
      <w:r>
        <w:rPr>
          <w:rFonts w:ascii="Times New Roman" w:hAnsi="Times New Roman" w:eastAsia="Times New Roman" w:cs="Times New Roman"/>
          <w:i/>
          <w:color w:val="000000"/>
        </w:rPr>
        <w:t>B</w:t>
      </w:r>
      <w:r>
        <w:rPr>
          <w:rFonts w:ascii="宋体" w:hAnsi="宋体" w:eastAsia="宋体" w:cs="宋体"/>
          <w:color w:val="000000"/>
        </w:rPr>
        <w:t>取值延后，相应的延后值为</w:t>
      </w:r>
      <w:r>
        <w:rPr>
          <w:rFonts w:ascii="Times New Roman" w:hAnsi="Times New Roman" w:eastAsia="Times New Roman" w:cs="Times New Roman"/>
          <w:color w:val="000000"/>
        </w:rPr>
        <w:t>2</w:t>
      </w:r>
      <w:r>
        <w:rPr>
          <w:rFonts w:ascii="宋体" w:hAnsi="宋体" w:eastAsia="宋体" w:cs="宋体"/>
          <w:color w:val="000000"/>
        </w:rPr>
        <w:t>，求代数式</w:t>
      </w:r>
      <w:r>
        <w:rPr>
          <w:rFonts w:ascii="Times New Roman" w:hAnsi="Times New Roman" w:eastAsia="Times New Roman" w:cs="Times New Roman"/>
          <w:i/>
          <w:color w:val="000000"/>
        </w:rPr>
        <w:t>D</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②已知代数式</w:t>
      </w:r>
      <w:r>
        <w:pict>
          <v:shape id="_x0000_i713869" o:spt="75" alt="学科网(www.zxxk.com)--教育资源门户，提供试卷、教案、课件、论文、素材以及各类教学资源下载，还有大量而丰富的教学相关资讯！" type="#_x0000_t75" style="height:15pt;width:58pt;" o:ole="t" filled="f" o:preferrelative="t" stroked="f" coordsize="21600,21600">
            <v:path/>
            <v:fill on="f" focussize="0,0"/>
            <v:stroke on="f" joinstyle="miter"/>
            <v:imagedata r:id="rId4004" o:title="eqId703a9f6fcde875e0f90405d6ebca817e"/>
            <o:lock v:ext="edit" aspectratio="t"/>
            <w10:wrap type="none"/>
            <w10:anchorlock/>
          </v:shape>
        </w:pict>
      </w:r>
      <w:r>
        <w:rPr>
          <w:rFonts w:ascii="宋体" w:hAnsi="宋体" w:eastAsia="宋体" w:cs="宋体"/>
          <w:color w:val="000000"/>
        </w:rPr>
        <w:t>参照代数式</w:t>
      </w:r>
      <w:r>
        <w:pict>
          <v:shape id="_x0000_i713870" o:spt="75" alt="学科网(www.zxxk.com)--教育资源门户，提供试卷、教案、课件、论文、素材以及各类教学资源下载，还有大量而丰富的教学相关资讯！" type="#_x0000_t75" style="height:15.05pt;width:54.8pt;" o:ole="t" filled="f" o:preferrelative="t" stroked="f" coordsize="21600,21600">
            <v:path/>
            <v:fill on="f" focussize="0,0"/>
            <v:stroke on="f" joinstyle="miter"/>
            <v:imagedata r:id="rId4005" o:title="eqId28a77d15959c0adaea6f12891c973853"/>
            <o:lock v:ext="edit" aspectratio="t"/>
            <w10:wrap type="none"/>
            <w10:anchorlock/>
          </v:shape>
        </w:pict>
      </w:r>
      <w:r>
        <w:rPr>
          <w:rFonts w:ascii="宋体" w:hAnsi="宋体" w:eastAsia="宋体" w:cs="宋体"/>
          <w:color w:val="000000"/>
        </w:rPr>
        <w:t>取值延后，请直接写出</w:t>
      </w:r>
      <w:r>
        <w:pict>
          <v:shape id="_x0000_i713871"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4006" o:title="eqId9db8d3facff8f90f28a936fc5b3ab878"/>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10</w:t>
      </w:r>
      <w:r>
        <w:rPr>
          <w:color w:val="000000"/>
        </w:rPr>
        <w:t xml:space="preserve">    （2）</w:t>
      </w:r>
      <w:r>
        <w:rPr>
          <w:rFonts w:ascii="宋体" w:hAnsi="宋体" w:eastAsia="宋体" w:cs="宋体"/>
          <w:color w:val="000000"/>
        </w:rPr>
        <w:t>①</w:t>
      </w:r>
      <w:r>
        <w:pict>
          <v:shape id="_x0000_i713872" o:spt="75" alt="学科网(www.zxxk.com)--教育资源门户，提供试卷、教案、课件、论文、素材以及各类教学资源下载，还有大量而丰富的教学相关资讯！" type="#_x0000_t75" style="height:15pt;width:72pt;" o:ole="t" filled="f" o:preferrelative="t" stroked="f" coordsize="21600,21600">
            <v:path/>
            <v:fill on="f" focussize="0,0"/>
            <v:stroke on="f" joinstyle="miter"/>
            <v:imagedata r:id="rId4007" o:title="eqIde0285c0757aa4c64b1331f9fe9dab853"/>
            <o:lock v:ext="edit" aspectratio="t"/>
            <w10:wrap type="none"/>
            <w10:anchorlock/>
          </v:shape>
        </w:pict>
      </w:r>
      <w:r>
        <w:rPr>
          <w:rFonts w:ascii="宋体" w:hAnsi="宋体" w:eastAsia="宋体" w:cs="宋体"/>
          <w:color w:val="000000"/>
        </w:rPr>
        <w:t>；②</w:t>
      </w:r>
      <w:r>
        <w:rPr>
          <w:rFonts w:ascii="Times New Roman" w:hAnsi="Times New Roman" w:eastAsia="Times New Roman" w:cs="Times New Roman"/>
          <w:color w:val="000000"/>
        </w:rPr>
        <w:t>7</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w:t>
      </w:r>
      <w:r>
        <w:pict>
          <v:shape id="_x0000_i713873" o:spt="75" alt="学科网(www.zxxk.com)--教育资源门户，提供试卷、教案、课件、论文、素材以及各类教学资源下载，还有大量而丰富的教学相关资讯！" type="#_x0000_t75" style="height:14.4pt;width:32.4pt;" o:ole="t" filled="f" o:preferrelative="t" stroked="f" coordsize="21600,21600">
            <v:path/>
            <v:fill on="f" focussize="0,0"/>
            <v:stroke on="f" joinstyle="miter"/>
            <v:imagedata r:id="rId4008" o:title="eqId99c6875d552e9fff3c7d655f3a59b166"/>
            <o:lock v:ext="edit" aspectratio="t"/>
            <w10:wrap type="none"/>
            <w10:anchorlock/>
          </v:shape>
        </w:pict>
      </w:r>
      <w:r>
        <w:rPr>
          <w:rFonts w:ascii="宋体" w:hAnsi="宋体" w:eastAsia="宋体" w:cs="宋体"/>
          <w:color w:val="000000"/>
        </w:rPr>
        <w:t>代入即可求得；</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w:t>
      </w:r>
      <w:r>
        <w:pict>
          <v:shape id="_x0000_i713874" o:spt="75" alt="学科网(www.zxxk.com)--教育资源门户，提供试卷、教案、课件、论文、素材以及各类教学资源下载，还有大量而丰富的教学相关资讯！" type="#_x0000_t75" style="height:17.55pt;width:170.9pt;" o:ole="t" filled="f" o:preferrelative="t" stroked="f" coordsize="21600,21600">
            <v:path/>
            <v:fill on="f" focussize="0,0"/>
            <v:stroke on="f" joinstyle="miter"/>
            <v:imagedata r:id="rId4009" o:title="eqIdf78809c72d5fe8ac7db970f6207860c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②由①可得</w:t>
      </w:r>
      <w:r>
        <w:pict>
          <v:shape id="_x0000_i713875"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010" o:title="eqIde65397f11ea8af736f38debadf420c4a"/>
            <o:lock v:ext="edit" aspectratio="t"/>
            <w10:wrap type="none"/>
            <w10:anchorlock/>
          </v:shape>
        </w:pict>
      </w:r>
      <w:r>
        <w:rPr>
          <w:rFonts w:ascii="宋体" w:hAnsi="宋体" w:eastAsia="宋体" w:cs="宋体"/>
          <w:color w:val="000000"/>
        </w:rPr>
        <w:t>，设延后值为</w:t>
      </w:r>
      <w:r>
        <w:pict>
          <v:shape id="_x0000_i71387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4011" o:title="eqIdf0a532e15e232cb4b99a8d4d07c89575"/>
            <o:lock v:ext="edit" aspectratio="t"/>
            <w10:wrap type="none"/>
            <w10:anchorlock/>
          </v:shape>
        </w:pict>
      </w:r>
      <w:r>
        <w:rPr>
          <w:rFonts w:ascii="宋体" w:hAnsi="宋体" w:eastAsia="宋体" w:cs="宋体"/>
          <w:color w:val="000000"/>
        </w:rPr>
        <w:t>，</w:t>
      </w:r>
      <w:r>
        <w:pict>
          <v:shape id="_x0000_i713877" o:spt="75" alt="学科网(www.zxxk.com)--教育资源门户，提供试卷、教案、课件、论文、素材以及各类教学资源下载，还有大量而丰富的教学相关资讯！" type="#_x0000_t75" style="height:17.5pt;width:174pt;" o:ole="t" filled="f" o:preferrelative="t" stroked="f" coordsize="21600,21600">
            <v:path/>
            <v:fill on="f" focussize="0,0"/>
            <v:stroke on="f" joinstyle="miter"/>
            <v:imagedata r:id="rId4012" o:title="eqId8110f9619b4042fb5b553a078dd82df0"/>
            <o:lock v:ext="edit" aspectratio="t"/>
            <w10:wrap type="none"/>
            <w10:anchorlock/>
          </v:shape>
        </w:pict>
      </w:r>
      <w:r>
        <w:rPr>
          <w:rFonts w:ascii="宋体" w:hAnsi="宋体" w:eastAsia="宋体" w:cs="宋体"/>
          <w:color w:val="000000"/>
        </w:rPr>
        <w:t>，则可求</w:t>
      </w:r>
      <w:r>
        <w:pict>
          <v:shape id="_x0000_i713878" o:spt="75" alt="学科网(www.zxxk.com)--教育资源门户，提供试卷、教案、课件、论文、素材以及各类教学资源下载，还有大量而丰富的教学相关资讯！" type="#_x0000_t75" style="height:13pt;width:39pt;" o:ole="t" filled="f" o:preferrelative="t" stroked="f" coordsize="21600,21600">
            <v:path/>
            <v:fill on="f" focussize="0,0"/>
            <v:stroke on="f" joinstyle="miter"/>
            <v:imagedata r:id="rId4013" o:title="eqId0cc2ab3feac812fb6c2c11d37b0a793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解：将</w:t>
      </w:r>
      <w:r>
        <w:pict>
          <v:shape id="_x0000_i713879" o:spt="75" alt="学科网(www.zxxk.com)--教育资源门户，提供试卷、教案、课件、论文、素材以及各类教学资源下载，还有大量而丰富的教学相关资讯！" type="#_x0000_t75" style="height:14.4pt;width:32.4pt;" o:ole="t" filled="f" o:preferrelative="t" stroked="f" coordsize="21600,21600">
            <v:path/>
            <v:fill on="f" focussize="0,0"/>
            <v:stroke on="f" joinstyle="miter"/>
            <v:imagedata r:id="rId4014" o:title="eqId99c6875d552e9fff3c7d655f3a59b166"/>
            <o:lock v:ext="edit" aspectratio="t"/>
            <w10:wrap type="none"/>
            <w10:anchorlock/>
          </v:shape>
        </w:pict>
      </w:r>
      <w:r>
        <w:rPr>
          <w:rFonts w:ascii="宋体" w:hAnsi="宋体" w:eastAsia="宋体" w:cs="宋体"/>
          <w:color w:val="000000"/>
        </w:rPr>
        <w:t>代入</w:t>
      </w:r>
      <w:r>
        <w:pict>
          <v:shape id="_x0000_i713880" o:spt="75" alt="学科网(www.zxxk.com)--教育资源门户，提供试卷、教案、课件、论文、素材以及各类教学资源下载，还有大量而丰富的教学相关资讯！" type="#_x0000_t75" style="height:17.9pt;width:120.15pt;" o:ole="t" filled="f" o:preferrelative="t" stroked="f" coordsize="21600,21600">
            <v:path/>
            <v:fill on="f" focussize="0,0"/>
            <v:stroke on="f" joinstyle="miter"/>
            <v:imagedata r:id="rId4015" o:title="eqId98fa77d9c07fffb685b0a88ec62f348d"/>
            <o:lock v:ext="edit" aspectratio="t"/>
            <w10:wrap type="none"/>
            <w10:anchorlock/>
          </v:shape>
        </w:pict>
      </w:r>
      <w:r>
        <w:rPr>
          <w:rFonts w:ascii="宋体" w:hAnsi="宋体" w:eastAsia="宋体" w:cs="宋体"/>
          <w:color w:val="000000"/>
        </w:rPr>
        <w:t>得，</w:t>
      </w:r>
      <w:r>
        <w:pict>
          <v:shape id="_x0000_i713881"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4016" o:title="eqId392ddd267f02775327f3010f5a691fd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pict>
          <v:shape id="_x0000_i71388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017" o:title="eqId16f3d198e76391779fa3badc848c8ac8"/>
            <o:lock v:ext="edit" aspectratio="t"/>
            <w10:wrap type="none"/>
            <w10:anchorlock/>
          </v:shape>
        </w:pict>
      </w:r>
      <w:r>
        <w:rPr>
          <w:rFonts w:ascii="宋体" w:hAnsi="宋体" w:eastAsia="宋体" w:cs="宋体"/>
          <w:color w:val="000000"/>
        </w:rPr>
        <w:t>代数式</w:t>
      </w:r>
      <w:r>
        <w:pict>
          <v:shape id="_x0000_i71388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018" o:title="eqId8455657dde27aabe6adb7b188e031c11"/>
            <o:lock v:ext="edit" aspectratio="t"/>
            <w10:wrap type="none"/>
            <w10:anchorlock/>
          </v:shape>
        </w:pict>
      </w:r>
      <w:r>
        <w:rPr>
          <w:rFonts w:ascii="宋体" w:hAnsi="宋体" w:eastAsia="宋体" w:cs="宋体"/>
          <w:color w:val="000000"/>
        </w:rPr>
        <w:t>参照代数式</w:t>
      </w:r>
      <w:r>
        <w:pict>
          <v:shape id="_x0000_i71388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019" o:title="eqId7f9e8449aad35c5d840a3395ea86df6d"/>
            <o:lock v:ext="edit" aspectratio="t"/>
            <w10:wrap type="none"/>
            <w10:anchorlock/>
          </v:shape>
        </w:pict>
      </w:r>
      <w:r>
        <w:rPr>
          <w:rFonts w:ascii="宋体" w:hAnsi="宋体" w:eastAsia="宋体" w:cs="宋体"/>
          <w:color w:val="000000"/>
        </w:rPr>
        <w:t>取值延后，相应的延后值为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pict>
          <v:shape id="_x0000_i713885" o:spt="75" alt="学科网(www.zxxk.com)--教育资源门户，提供试卷、教案、课件、论文、素材以及各类教学资源下载，还有大量而丰富的教学相关资讯！" type="#_x0000_t75" style="height:13pt;width:65.5pt;" o:ole="t" filled="f" o:preferrelative="t" stroked="f" coordsize="21600,21600">
            <v:path/>
            <v:fill on="f" focussize="0,0"/>
            <v:stroke on="f" joinstyle="miter"/>
            <v:imagedata r:id="rId4020" o:title="eqIddffac76360a2849dd54c41ff782f3581"/>
            <o:lock v:ext="edit" aspectratio="t"/>
            <w10:wrap type="none"/>
            <w10:anchorlock/>
          </v:shape>
        </w:pict>
      </w:r>
      <w:r>
        <w:rPr>
          <w:rFonts w:ascii="宋体" w:hAnsi="宋体" w:eastAsia="宋体" w:cs="宋体"/>
          <w:color w:val="000000"/>
        </w:rPr>
        <w:t>，</w:t>
      </w:r>
      <w:r>
        <w:pict>
          <v:shape id="_x0000_i713886"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4021" o:title="eqIdcf0086b054ef120408acac806a1b1318"/>
            <o:lock v:ext="edit" aspectratio="t"/>
            <w10:wrap type="none"/>
            <w10:anchorlock/>
          </v:shape>
        </w:pict>
      </w:r>
      <w:r>
        <w:rPr>
          <w:rFonts w:ascii="宋体" w:hAnsi="宋体" w:eastAsia="宋体" w:cs="宋体"/>
          <w:color w:val="000000"/>
        </w:rPr>
        <w:t>，</w:t>
      </w:r>
      <w:r>
        <w:pict>
          <v:shape id="_x0000_i713887" o:spt="75" alt="学科网(www.zxxk.com)--教育资源门户，提供试卷、教案、课件、论文、素材以及各类教学资源下载，还有大量而丰富的教学相关资讯！" type="#_x0000_t75" style="height:13.8pt;width:36pt;" o:ole="t" filled="f" o:preferrelative="t" stroked="f" coordsize="21600,21600">
            <v:path/>
            <v:fill on="f" focussize="0,0"/>
            <v:stroke on="f" joinstyle="miter"/>
            <v:imagedata r:id="rId4022" o:title="eqId300773de2517eb63e17c54e4fdcd6511"/>
            <o:lock v:ext="edit" aspectratio="t"/>
            <w10:wrap type="none"/>
            <w10:anchorlock/>
          </v:shape>
        </w:pict>
      </w:r>
      <w:r>
        <w:rPr>
          <w:rFonts w:ascii="Times New Roman" w:hAnsi="Times New Roman" w:eastAsia="Times New Roman" w:cs="Times New Roman"/>
          <w:color w:val="000000"/>
        </w:rPr>
        <w:t>^</w:t>
      </w:r>
      <w:r>
        <w:pict>
          <v:shape id="_x0000_i713888" o:spt="75" alt="学科网(www.zxxk.com)--教育资源门户，提供试卷、教案、课件、论文、素材以及各类教学资源下载，还有大量而丰富的教学相关资讯！" type="#_x0000_t75" style="height:13pt;width:47.5pt;" o:ole="t" filled="f" o:preferrelative="t" stroked="f" coordsize="21600,21600">
            <v:path/>
            <v:fill on="f" focussize="0,0"/>
            <v:stroke on="f" joinstyle="miter"/>
            <v:imagedata r:id="rId4023" o:title="eqIded8aa8b72bb7bf71d8dfc43a80cb41d5"/>
            <o:lock v:ext="edit" aspectratio="t"/>
            <w10:wrap type="none"/>
            <w10:anchorlock/>
          </v:shape>
        </w:pict>
      </w:r>
      <w:r>
        <w:pict>
          <v:shape id="_x0000_i713889" o:spt="75" alt="学科网(www.zxxk.com)--教育资源门户，提供试卷、教案、课件、论文、素材以及各类教学资源下载，还有大量而丰富的教学相关资讯！" type="#_x0000_t75" style="height:13pt;width:39pt;" o:ole="t" filled="f" o:preferrelative="t" stroked="f" coordsize="21600,21600">
            <v:path/>
            <v:fill on="f" focussize="0,0"/>
            <v:stroke on="f" joinstyle="miter"/>
            <v:imagedata r:id="rId4024" o:title="eqId0cc2ab3feac812fb6c2c11d37b0a7930"/>
            <o:lock v:ext="edit" aspectratio="t"/>
            <w10:wrap type="none"/>
            <w10:anchorlock/>
          </v:shape>
        </w:pict>
      </w:r>
    </w:p>
    <w:p>
      <w:pPr>
        <w:spacing w:line="360" w:lineRule="auto"/>
        <w:jc w:val="left"/>
        <w:textAlignment w:val="center"/>
        <w:rPr>
          <w:color w:val="000000"/>
        </w:rPr>
      </w:pPr>
      <w:r>
        <w:pict>
          <v:shape id="_x0000_i713890" o:spt="75" alt="学科网(www.zxxk.com)--教育资源门户，提供试卷、教案、课件、论文、素材以及各类教学资源下载，还有大量而丰富的教学相关资讯！" type="#_x0000_t75" style="height:17.5pt;width:182.5pt;" o:ole="t" filled="f" o:preferrelative="t" stroked="f" coordsize="21600,21600">
            <v:path/>
            <v:fill on="f" focussize="0,0"/>
            <v:stroke on="f" joinstyle="miter"/>
            <v:imagedata r:id="rId4025" o:title="eqId6cafbbf58ea59b18c78df639d27e111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w:t>
      </w:r>
      <w:r>
        <w:pict>
          <v:shape id="_x0000_i713891"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026" o:title="eqId16f3d198e76391779fa3badc848c8ac8"/>
            <o:lock v:ext="edit" aspectratio="t"/>
            <w10:wrap type="none"/>
            <w10:anchorlock/>
          </v:shape>
        </w:pict>
      </w:r>
      <w:r>
        <w:rPr>
          <w:rFonts w:ascii="宋体" w:hAnsi="宋体" w:eastAsia="宋体" w:cs="宋体"/>
          <w:color w:val="000000"/>
        </w:rPr>
        <w:t>代数式</w:t>
      </w:r>
      <w:r>
        <w:pict>
          <v:shape id="_x0000_i713892" o:spt="75" alt="学科网(www.zxxk.com)--教育资源门户，提供试卷、教案、课件、论文、素材以及各类教学资源下载，还有大量而丰富的教学相关资讯！" type="#_x0000_t75" style="height:15.05pt;width:58.5pt;" o:ole="t" filled="f" o:preferrelative="t" stroked="f" coordsize="21600,21600">
            <v:path/>
            <v:fill on="f" focussize="0,0"/>
            <v:stroke on="f" joinstyle="miter"/>
            <v:imagedata r:id="rId4027" o:title="eqIde080f63ef65cc781058514b11312b236"/>
            <o:lock v:ext="edit" aspectratio="t"/>
            <w10:wrap type="none"/>
            <w10:anchorlock/>
          </v:shape>
        </w:pict>
      </w:r>
      <w:r>
        <w:rPr>
          <w:rFonts w:ascii="宋体" w:hAnsi="宋体" w:eastAsia="宋体" w:cs="宋体"/>
          <w:color w:val="000000"/>
        </w:rPr>
        <w:t>参照代数式</w:t>
      </w:r>
      <w:r>
        <w:pict>
          <v:shape id="_x0000_i713893" o:spt="75" alt="学科网(www.zxxk.com)--教育资源门户，提供试卷、教案、课件、论文、素材以及各类教学资源下载，还有大量而丰富的教学相关资讯！" type="#_x0000_t75" style="height:15.05pt;width:54.8pt;" o:ole="t" filled="f" o:preferrelative="t" stroked="f" coordsize="21600,21600">
            <v:path/>
            <v:fill on="f" focussize="0,0"/>
            <v:stroke on="f" joinstyle="miter"/>
            <v:imagedata r:id="rId4028" o:title="eqId28a77d15959c0adaea6f12891c973853"/>
            <o:lock v:ext="edit" aspectratio="t"/>
            <w10:wrap type="none"/>
            <w10:anchorlock/>
          </v:shape>
        </w:pict>
      </w:r>
      <w:r>
        <w:rPr>
          <w:rFonts w:ascii="宋体" w:hAnsi="宋体" w:eastAsia="宋体" w:cs="宋体"/>
          <w:color w:val="000000"/>
        </w:rPr>
        <w:t>取值延后，</w:t>
      </w:r>
    </w:p>
    <w:p>
      <w:pPr>
        <w:spacing w:line="360" w:lineRule="auto"/>
        <w:jc w:val="both"/>
        <w:textAlignment w:val="center"/>
        <w:rPr>
          <w:color w:val="000000"/>
        </w:rPr>
      </w:pPr>
      <w:r>
        <w:rPr>
          <w:rFonts w:ascii="宋体" w:hAnsi="宋体" w:eastAsia="宋体" w:cs="宋体"/>
          <w:color w:val="000000"/>
        </w:rPr>
        <w:t>设延后值为</w:t>
      </w:r>
      <w:r>
        <w:pict>
          <v:shape id="_x0000_i713894"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4029" o:title="eqIdf0a532e15e232cb4b99a8d4d07c8957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895" o:spt="75" alt="学科网(www.zxxk.com)--教育资源门户，提供试卷、教案、课件、论文、素材以及各类教学资源下载，还有大量而丰富的教学相关资讯！" type="#_x0000_t75" style="height:11.25pt;width:39.75pt;" o:ole="t" filled="f" o:preferrelative="t" stroked="f" coordsize="21600,21600">
            <v:path/>
            <v:fill on="f" focussize="0,0"/>
            <v:stroke on="f" joinstyle="miter"/>
            <v:imagedata r:id="rId4030" o:title="eqId23f3ba3e4246eb95c71d3b3a6af2444a"/>
            <o:lock v:ext="edit" aspectratio="t"/>
            <w10:wrap type="none"/>
            <w10:anchorlock/>
          </v:shape>
        </w:pict>
      </w:r>
      <w:r>
        <w:rPr>
          <w:rFonts w:ascii="宋体" w:hAnsi="宋体" w:eastAsia="宋体" w:cs="宋体"/>
          <w:color w:val="000000"/>
        </w:rPr>
        <w:t>时，</w:t>
      </w:r>
      <w:r>
        <w:pict>
          <v:shape id="_x0000_i713896" o:spt="75" alt="学科网(www.zxxk.com)--教育资源门户，提供试卷、教案、课件、论文、素材以及各类教学资源下载，还有大量而丰富的教学相关资讯！" type="#_x0000_t75" style="height:15pt;width:119.5pt;" o:ole="t" filled="f" o:preferrelative="t" stroked="f" coordsize="21600,21600">
            <v:path/>
            <v:fill on="f" focussize="0,0"/>
            <v:stroke on="f" joinstyle="miter"/>
            <v:imagedata r:id="rId4031" o:title="eqIdfb4ac328d91106663d85fced4bc65cd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897" o:spt="75" alt="学科网(www.zxxk.com)--教育资源门户，提供试卷、教案、课件、论文、素材以及各类教学资源下载，还有大量而丰富的教学相关资讯！" type="#_x0000_t75" style="height:13pt;width:43pt;" o:ole="t" filled="f" o:preferrelative="t" stroked="f" coordsize="21600,21600">
            <v:path/>
            <v:fill on="f" focussize="0,0"/>
            <v:stroke on="f" joinstyle="miter"/>
            <v:imagedata r:id="rId4032" o:title="eqId6bf7dc5f0230bd491a6bcd6a588e3637"/>
            <o:lock v:ext="edit" aspectratio="t"/>
            <w10:wrap type="none"/>
            <w10:anchorlock/>
          </v:shape>
        </w:pict>
      </w:r>
      <w:r>
        <w:rPr>
          <w:rFonts w:ascii="宋体" w:hAnsi="宋体" w:eastAsia="宋体" w:cs="宋体"/>
          <w:color w:val="000000"/>
        </w:rPr>
        <w:t>时，</w:t>
      </w:r>
      <w:r>
        <w:pict>
          <v:shape id="_x0000_i713898" o:spt="75" alt="学科网(www.zxxk.com)--教育资源门户，提供试卷、教案、课件、论文、素材以及各类教学资源下载，还有大量而丰富的教学相关资讯！" type="#_x0000_t75" style="height:17.5pt;width:174pt;" o:ole="t" filled="f" o:preferrelative="t" stroked="f" coordsize="21600,21600">
            <v:path/>
            <v:fill on="f" focussize="0,0"/>
            <v:stroke on="f" joinstyle="miter"/>
            <v:imagedata r:id="rId4033" o:title="eqId462305caa88b01acaa7fbf50e4281b1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899" o:spt="75" alt="学科网(www.zxxk.com)--教育资源门户，提供试卷、教案、课件、论文、素材以及各类教学资源下载，还有大量而丰富的教学相关资讯！" type="#_x0000_t75" style="height:17.5pt;width:182.5pt;" o:ole="t" filled="f" o:preferrelative="t" stroked="f" coordsize="21600,21600">
            <v:path/>
            <v:fill on="f" focussize="0,0"/>
            <v:stroke on="f" joinstyle="miter"/>
            <v:imagedata r:id="rId4034" o:title="eqId837f112dca7ab6876e6d41439e5fa4d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900" o:spt="75" alt="学科网(www.zxxk.com)--教育资源门户，提供试卷、教案、课件、论文、素材以及各类教学资源下载，还有大量而丰富的教学相关资讯！" type="#_x0000_t75" style="height:13pt;width:64pt;" o:ole="t" filled="f" o:preferrelative="t" stroked="f" coordsize="21600,21600">
            <v:path/>
            <v:fill on="f" focussize="0,0"/>
            <v:stroke on="f" joinstyle="miter"/>
            <v:imagedata r:id="rId4035" o:title="eqId04812d4b03773e1d1c7c0542a568762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901" o:spt="75" alt="学科网(www.zxxk.com)--教育资源门户，提供试卷、教案、课件、论文、素材以及各类教学资源下载，还有大量而丰富的教学相关资讯！" type="#_x0000_t75" style="height:14pt;width:34.8pt;" o:ole="t" filled="f" o:preferrelative="t" stroked="f" coordsize="21600,21600">
            <v:path/>
            <v:fill on="f" focussize="0,0"/>
            <v:stroke on="f" joinstyle="miter"/>
            <v:imagedata r:id="rId4036" o:title="eqId48df5fbd307a9340a3df0a83cfeb952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902" o:spt="75" alt="学科网(www.zxxk.com)--教育资源门户，提供试卷、教案、课件、论文、素材以及各类教学资源下载，还有大量而丰富的教学相关资讯！" type="#_x0000_t75" style="height:15pt;width:82pt;" o:ole="t" filled="f" o:preferrelative="t" stroked="f" coordsize="21600,21600">
            <v:path/>
            <v:fill on="f" focussize="0,0"/>
            <v:stroke on="f" joinstyle="miter"/>
            <v:imagedata r:id="rId4037" o:title="eqIdcd05674cb9085071e06178cdb0a8031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3903" o:spt="75" alt="学科网(www.zxxk.com)--教育资源门户，提供试卷、教案、课件、论文、素材以及各类教学资源下载，还有大量而丰富的教学相关资讯！" type="#_x0000_t75" style="height:13pt;width:48pt;" o:ole="t" filled="f" o:preferrelative="t" stroked="f" coordsize="21600,21600">
            <v:path/>
            <v:fill on="f" focussize="0,0"/>
            <v:stroke on="f" joinstyle="miter"/>
            <v:imagedata r:id="rId4038" o:title="eqId00e377d5e59ae65ec9778eb4d479420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本题考查代数式求值和数字的变化规律；理解题意，能够准确地列出代数式，并进行求解即可．</w:t>
      </w:r>
    </w:p>
    <w:p>
      <w:pPr>
        <w:pStyle w:val="Heading2"/>
      </w:pPr>
      <w:r>
        <w:t>景山学校远洋分校</w:t>
      </w:r>
    </w:p>
    <w:p>
      <w:pPr>
        <w:spacing w:line="360" w:lineRule="auto"/>
        <w:jc w:val="left"/>
        <w:textAlignment w:val="center"/>
        <w:rPr>
          <w:color w:val="000000"/>
        </w:rPr>
      </w:pPr>
      <w:r>
        <w:rPr>
          <w:color w:val="000000"/>
        </w:rPr>
        <w:t xml:space="preserve">28. </w:t>
      </w:r>
      <w:r>
        <w:rPr>
          <w:rFonts w:ascii="宋体" w:eastAsia="宋体" w:hAnsi="宋体" w:cs="宋体"/>
          <w:color w:val="000000"/>
        </w:rPr>
        <w:t>已知：如图，OC是∠AOB的平分线．</w:t>
      </w:r>
    </w:p>
    <w:p>
      <w:pPr>
        <w:spacing w:line="360" w:lineRule="auto"/>
        <w:jc w:val="left"/>
        <w:textAlignment w:val="center"/>
        <w:rPr>
          <w:color w:val="000000"/>
        </w:rPr>
      </w:pPr>
      <w:r>
        <w:rPr>
          <w:rFonts w:ascii="宋体" w:eastAsia="宋体" w:hAnsi="宋体" w:cs="宋体"/>
          <w:color w:val="000000"/>
        </w:rPr>
        <w:t>(1)当∠AOB＝60°时，求∠AOC的度数；</w:t>
      </w:r>
    </w:p>
    <w:p>
      <w:pPr>
        <w:spacing w:line="360" w:lineRule="auto"/>
        <w:jc w:val="left"/>
        <w:textAlignment w:val="center"/>
        <w:rPr>
          <w:color w:val="000000"/>
        </w:rPr>
      </w:pPr>
      <w:r>
        <w:rPr>
          <w:rFonts w:ascii="宋体" w:eastAsia="宋体" w:hAnsi="宋体" w:cs="宋体"/>
          <w:color w:val="000000"/>
        </w:rPr>
        <w:t>(2)在(1)的条件下，∠EOC＝90°，请在图中补全图形，并求∠AOE的度数；</w:t>
      </w:r>
    </w:p>
    <w:p>
      <w:pPr>
        <w:spacing w:line="360" w:lineRule="auto"/>
        <w:jc w:val="left"/>
        <w:textAlignment w:val="center"/>
        <w:rPr>
          <w:color w:val="000000"/>
        </w:rPr>
      </w:pPr>
      <w:r>
        <w:rPr>
          <w:rFonts w:ascii="宋体" w:eastAsia="宋体" w:hAnsi="宋体" w:cs="宋体"/>
          <w:color w:val="000000"/>
        </w:rPr>
        <w:t>(3)当∠AOB＝α时，∠EOC＝90°，直接写出∠AOE的度数．(用含α的代数式表示)</w:t>
      </w:r>
    </w:p>
    <w:p>
      <w:pPr>
        <w:spacing w:line="360" w:lineRule="auto"/>
        <w:jc w:val="left"/>
        <w:textAlignment w:val="center"/>
        <w:rPr>
          <w:color w:val="000000"/>
        </w:rPr>
      </w:pPr>
      <w:r>
        <w:rPr>
          <w:color w:val="000000"/>
        </w:rPr>
        <w:drawing>
          <wp:inline>
            <wp:extent cx="819150" cy="695325"/>
            <wp:docPr id="34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 name=""/>
                    <pic:cNvPicPr>
                      <a:picLocks noChangeAspect="1"/>
                    </pic:cNvPicPr>
                  </pic:nvPicPr>
                  <pic:blipFill>
                    <a:blip r:embed="rId4039"/>
                    <a:stretch>
                      <a:fillRect/>
                    </a:stretch>
                  </pic:blipFill>
                  <pic:spPr>
                    <a:xfrm>
                      <a:off x="0" y="0"/>
                      <a:ext cx="819150" cy="69532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 xml:space="preserve"> (1) 30°；(2) 120°或60°；(3)90°＋</w:t>
      </w:r>
      <w:r>
        <w:pict>
          <v:shape id="_x0000_i713904" type="#_x0000_t75" alt="学科网(www.zxxk.com)--教育资源门户，提供试卷、教案、课件、论文、素材以及各类教学资源下载，还有大量而丰富的教学相关资讯！" style="width:14pt;height:31pt" o:oleicon="f" o:ole="">
            <v:imagedata r:id="rId4040" o:title="eqId6b0e27121a582de019f7d539dbd95114"/>
          </v:shape>
        </w:pict>
      </w:r>
      <w:r>
        <w:rPr>
          <w:rFonts w:ascii="宋体" w:eastAsia="宋体" w:hAnsi="宋体" w:cs="宋体"/>
          <w:color w:val="000000"/>
        </w:rPr>
        <w:t>或90°－</w:t>
      </w:r>
      <w:r>
        <w:pict>
          <v:shape id="_x0000_i713905" type="#_x0000_t75" alt="学科网(www.zxxk.com)--教育资源门户，提供试卷、教案、课件、论文、素材以及各类教学资源下载，还有大量而丰富的教学相关资讯！" style="width:14pt;height:31pt" o:oleicon="f" o:ole="">
            <v:imagedata r:id="rId4040" o:title="eqId6b0e27121a582de019f7d539dbd95114"/>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rFonts w:ascii="宋体" w:eastAsia="宋体" w:hAnsi="宋体" w:cs="宋体"/>
          <w:color w:val="000000"/>
        </w:rPr>
        <w:t>试题分析：</w:t>
      </w:r>
      <w:r>
        <w:rPr>
          <w:rFonts w:ascii="Times New Roman" w:eastAsia="Times New Roman" w:hAnsi="Times New Roman" w:cs="Times New Roman"/>
          <w:color w:val="000000"/>
        </w:rPr>
        <w:t>（1</w:t>
      </w:r>
      <w:r>
        <w:rPr>
          <w:rFonts w:ascii="宋体" w:eastAsia="宋体" w:hAnsi="宋体" w:cs="宋体"/>
          <w:color w:val="000000"/>
        </w:rPr>
        <w:t>）直接由角平分线的意义得出答案即可；</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）分两种情况：</w:t>
      </w:r>
      <w:r>
        <w:rPr>
          <w:rFonts w:ascii="Times New Roman" w:eastAsia="Times New Roman" w:hAnsi="Times New Roman" w:cs="Times New Roman"/>
          <w:i/>
          <w:color w:val="000000"/>
        </w:rPr>
        <w:t>OE</w:t>
      </w:r>
      <w:r>
        <w:rPr>
          <w:rFonts w:ascii="宋体" w:eastAsia="宋体" w:hAnsi="宋体" w:cs="宋体"/>
          <w:color w:val="000000"/>
        </w:rPr>
        <w:t>在</w:t>
      </w:r>
      <w:r>
        <w:rPr>
          <w:rFonts w:ascii="Times New Roman" w:eastAsia="Times New Roman" w:hAnsi="Times New Roman" w:cs="Times New Roman"/>
          <w:i/>
          <w:color w:val="000000"/>
        </w:rPr>
        <w:t>OC</w:t>
      </w:r>
      <w:r>
        <w:rPr>
          <w:rFonts w:ascii="宋体" w:eastAsia="宋体" w:hAnsi="宋体" w:cs="宋体"/>
          <w:color w:val="000000"/>
        </w:rPr>
        <w:t>的上面，</w:t>
      </w:r>
      <w:r>
        <w:rPr>
          <w:rFonts w:ascii="Times New Roman" w:eastAsia="Times New Roman" w:hAnsi="Times New Roman" w:cs="Times New Roman"/>
          <w:i/>
          <w:color w:val="000000"/>
        </w:rPr>
        <w:t>OE</w:t>
      </w:r>
      <w:r>
        <w:rPr>
          <w:rFonts w:ascii="宋体" w:eastAsia="宋体" w:hAnsi="宋体" w:cs="宋体"/>
          <w:color w:val="000000"/>
        </w:rPr>
        <w:t>在</w:t>
      </w:r>
      <w:r>
        <w:rPr>
          <w:rFonts w:ascii="Times New Roman" w:eastAsia="Times New Roman" w:hAnsi="Times New Roman" w:cs="Times New Roman"/>
          <w:i/>
          <w:color w:val="000000"/>
        </w:rPr>
        <w:t>OC</w:t>
      </w:r>
      <w:r>
        <w:rPr>
          <w:rFonts w:ascii="宋体" w:eastAsia="宋体" w:hAnsi="宋体" w:cs="宋体"/>
          <w:color w:val="000000"/>
        </w:rPr>
        <w:t>的下面，利用角的和与差求得答案即可；</w:t>
      </w:r>
    </w:p>
    <w:p>
      <w:pPr>
        <w:spacing w:line="360" w:lineRule="auto"/>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）类比（</w:t>
      </w:r>
      <w:r>
        <w:rPr>
          <w:rFonts w:ascii="Times New Roman" w:eastAsia="Times New Roman" w:hAnsi="Times New Roman" w:cs="Times New Roman"/>
          <w:color w:val="000000"/>
        </w:rPr>
        <w:t>2</w:t>
      </w:r>
      <w:r>
        <w:rPr>
          <w:rFonts w:ascii="宋体" w:eastAsia="宋体" w:hAnsi="宋体" w:cs="宋体"/>
          <w:color w:val="000000"/>
        </w:rPr>
        <w:t>）中的答案得出结论即可．</w:t>
      </w:r>
    </w:p>
    <w:p>
      <w:pPr>
        <w:spacing w:line="360" w:lineRule="auto"/>
        <w:jc w:val="left"/>
        <w:textAlignment w:val="center"/>
        <w:rPr>
          <w:color w:val="000000"/>
        </w:rPr>
      </w:pPr>
      <w:r>
        <w:rPr>
          <w:rFonts w:ascii="宋体" w:eastAsia="宋体" w:hAnsi="宋体" w:cs="宋体"/>
          <w:color w:val="000000"/>
        </w:rPr>
        <w:t>试题解析：解：（</w:t>
      </w:r>
      <w:r>
        <w:rPr>
          <w:rFonts w:ascii="Times New Roman" w:eastAsia="Times New Roman" w:hAnsi="Times New Roman" w:cs="Times New Roman"/>
          <w:color w:val="000000"/>
        </w:rPr>
        <w:t>1）∵</w:t>
      </w:r>
      <w:r>
        <w:rPr>
          <w:rFonts w:ascii="Times New Roman" w:eastAsia="Times New Roman" w:hAnsi="Times New Roman" w:cs="Times New Roman"/>
          <w:i/>
          <w:color w:val="000000"/>
        </w:rPr>
        <w:t>OC</w:t>
      </w:r>
      <w:r>
        <w:rPr>
          <w:rFonts w:ascii="宋体" w:eastAsia="宋体" w:hAnsi="宋体" w:cs="宋体"/>
          <w:color w:val="000000"/>
        </w:rPr>
        <w:t>是</w:t>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宋体" w:eastAsia="宋体" w:hAnsi="宋体" w:cs="宋体"/>
          <w:color w:val="000000"/>
        </w:rPr>
        <w:t>的平分线（已知），</w:t>
      </w:r>
      <w:r>
        <w:rPr>
          <w:rFonts w:ascii="Times New Roman" w:eastAsia="Times New Roman" w:hAnsi="Times New Roman" w:cs="Times New Roman"/>
          <w:color w:val="000000"/>
        </w:rPr>
        <w:t>∴∠</w:t>
      </w:r>
      <w:r>
        <w:rPr>
          <w:rFonts w:ascii="Times New Roman" w:eastAsia="Times New Roman" w:hAnsi="Times New Roman" w:cs="Times New Roman"/>
          <w:i/>
          <w:color w:val="000000"/>
        </w:rPr>
        <w:t>AOC</w:t>
      </w:r>
      <w:r>
        <w:rPr>
          <w:rFonts w:ascii="Times New Roman" w:eastAsia="Times New Roman" w:hAnsi="Times New Roman" w:cs="Times New Roman"/>
          <w:color w:val="000000"/>
        </w:rPr>
        <w:t>=</w:t>
      </w:r>
      <w:r>
        <w:pict>
          <v:shape id="_x0000_i713906" type="#_x0000_t75" alt="学科网(www.zxxk.com)--教育资源门户，提供试卷、教案、课件、论文、素材以及各类教学资源下载，还有大量而丰富的教学相关资讯！" style="width:10.5pt;height:21pt" o:oleicon="f" o:ole="">
            <v:imagedata r:id="rId4041" o:title="eqIdf89eef3148f2d4d09379767b4af69132"/>
          </v:shape>
        </w:pict>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=60°，∴∠</w:t>
      </w:r>
      <w:r>
        <w:rPr>
          <w:rFonts w:ascii="Times New Roman" w:eastAsia="Times New Roman" w:hAnsi="Times New Roman" w:cs="Times New Roman"/>
          <w:i/>
          <w:color w:val="000000"/>
        </w:rPr>
        <w:t>AOC</w:t>
      </w:r>
      <w:r>
        <w:rPr>
          <w:rFonts w:ascii="Times New Roman" w:eastAsia="Times New Roman" w:hAnsi="Times New Roman" w:cs="Times New Roman"/>
          <w:color w:val="000000"/>
        </w:rPr>
        <w:t>=30°．</w:t>
      </w:r>
    </w:p>
    <w:p>
      <w:pPr>
        <w:spacing w:line="360" w:lineRule="auto"/>
        <w:jc w:val="left"/>
        <w:textAlignment w:val="center"/>
        <w:rPr>
          <w:color w:val="000000"/>
        </w:rPr>
      </w:pPr>
      <w:r>
        <w:rPr>
          <w:rFonts w:ascii="Times New Roman" w:eastAsia="Times New Roman" w:hAnsi="Times New Roman" w:cs="Times New Roman"/>
          <w:color w:val="000000"/>
        </w:rPr>
        <w:t>（2）∵</w:t>
      </w:r>
      <w:r>
        <w:rPr>
          <w:rFonts w:ascii="Times New Roman" w:eastAsia="Times New Roman" w:hAnsi="Times New Roman" w:cs="Times New Roman"/>
          <w:i/>
          <w:color w:val="000000"/>
        </w:rPr>
        <w:t>OE</w:t>
      </w:r>
      <w:r>
        <w:rPr>
          <w:rFonts w:ascii="Times New Roman" w:eastAsia="Times New Roman" w:hAnsi="Times New Roman" w:cs="Times New Roman"/>
          <w:color w:val="000000"/>
        </w:rPr>
        <w:t>⊥</w:t>
      </w:r>
      <w:r>
        <w:rPr>
          <w:rFonts w:ascii="Times New Roman" w:eastAsia="Times New Roman" w:hAnsi="Times New Roman" w:cs="Times New Roman"/>
          <w:i/>
          <w:color w:val="000000"/>
        </w:rPr>
        <w:t>OC</w:t>
      </w:r>
      <w:r>
        <w:rPr>
          <w:rFonts w:ascii="Times New Roman" w:eastAsia="Times New Roman" w:hAnsi="Times New Roman" w:cs="Times New Roman"/>
          <w:color w:val="000000"/>
        </w:rPr>
        <w:t>，∴∠</w:t>
      </w:r>
      <w:r>
        <w:rPr>
          <w:rFonts w:ascii="Times New Roman" w:eastAsia="Times New Roman" w:hAnsi="Times New Roman" w:cs="Times New Roman"/>
          <w:i/>
          <w:color w:val="000000"/>
        </w:rPr>
        <w:t>EOC</w:t>
      </w:r>
      <w:r>
        <w:rPr>
          <w:rFonts w:ascii="Times New Roman" w:eastAsia="Times New Roman" w:hAnsi="Times New Roman" w:cs="Times New Roman"/>
          <w:color w:val="000000"/>
        </w:rPr>
        <w:t>=90°</w:t>
      </w:r>
      <w:r>
        <w:rPr>
          <w:rFonts w:ascii="宋体" w:eastAsia="宋体" w:hAnsi="宋体" w:cs="宋体"/>
          <w:color w:val="000000"/>
        </w:rPr>
        <w:t>，如图</w:t>
      </w:r>
      <w:r>
        <w:rPr>
          <w:rFonts w:ascii="Times New Roman" w:eastAsia="Times New Roman" w:hAnsi="Times New Roman" w:cs="Times New Roman"/>
          <w:color w:val="000000"/>
        </w:rPr>
        <w:t>1，∠</w:t>
      </w:r>
      <w:r>
        <w:rPr>
          <w:rFonts w:ascii="Times New Roman" w:eastAsia="Times New Roman" w:hAnsi="Times New Roman" w:cs="Times New Roman"/>
          <w:i/>
          <w:color w:val="000000"/>
        </w:rPr>
        <w:t>AOE</w:t>
      </w:r>
      <w:r>
        <w:rPr>
          <w:rFonts w:ascii="Times New Roman" w:eastAsia="Times New Roman" w:hAnsi="Times New Roman" w:cs="Times New Roman"/>
          <w:color w:val="000000"/>
        </w:rPr>
        <w:t>=∠</w:t>
      </w:r>
      <w:r>
        <w:rPr>
          <w:rFonts w:ascii="Times New Roman" w:eastAsia="Times New Roman" w:hAnsi="Times New Roman" w:cs="Times New Roman"/>
          <w:i/>
          <w:color w:val="000000"/>
        </w:rPr>
        <w:t>COE</w:t>
      </w:r>
      <w:r>
        <w:rPr>
          <w:rFonts w:ascii="Times New Roman" w:eastAsia="Times New Roman" w:hAnsi="Times New Roman" w:cs="Times New Roman"/>
          <w:color w:val="000000"/>
        </w:rPr>
        <w:t>+∠</w:t>
      </w:r>
      <w:r>
        <w:rPr>
          <w:rFonts w:ascii="Times New Roman" w:eastAsia="Times New Roman" w:hAnsi="Times New Roman" w:cs="Times New Roman"/>
          <w:i/>
          <w:color w:val="000000"/>
        </w:rPr>
        <w:t>COA</w:t>
      </w:r>
      <w:r>
        <w:rPr>
          <w:rFonts w:ascii="Times New Roman" w:eastAsia="Times New Roman" w:hAnsi="Times New Roman" w:cs="Times New Roman"/>
          <w:color w:val="000000"/>
        </w:rPr>
        <w:t>=90°+30°=120°．</w: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2，∠</w:t>
      </w:r>
      <w:r>
        <w:rPr>
          <w:rFonts w:ascii="Times New Roman" w:eastAsia="Times New Roman" w:hAnsi="Times New Roman" w:cs="Times New Roman"/>
          <w:i/>
          <w:color w:val="000000"/>
        </w:rPr>
        <w:t>AOE</w:t>
      </w:r>
      <w:r>
        <w:rPr>
          <w:rFonts w:ascii="Times New Roman" w:eastAsia="Times New Roman" w:hAnsi="Times New Roman" w:cs="Times New Roman"/>
          <w:color w:val="000000"/>
        </w:rPr>
        <w:t>=∠</w:t>
      </w:r>
      <w:r>
        <w:rPr>
          <w:rFonts w:ascii="Times New Roman" w:eastAsia="Times New Roman" w:hAnsi="Times New Roman" w:cs="Times New Roman"/>
          <w:i/>
          <w:color w:val="000000"/>
        </w:rPr>
        <w:t>COE</w:t>
      </w:r>
      <w:r>
        <w:rPr>
          <w:rFonts w:ascii="Times New Roman" w:eastAsia="Times New Roman" w:hAnsi="Times New Roman" w:cs="Times New Roman"/>
          <w:color w:val="000000"/>
        </w:rPr>
        <w:t>﹣∠</w:t>
      </w:r>
      <w:r>
        <w:rPr>
          <w:rFonts w:ascii="Times New Roman" w:eastAsia="Times New Roman" w:hAnsi="Times New Roman" w:cs="Times New Roman"/>
          <w:i/>
          <w:color w:val="000000"/>
        </w:rPr>
        <w:t>COA</w:t>
      </w:r>
      <w:r>
        <w:rPr>
          <w:rFonts w:ascii="Times New Roman" w:eastAsia="Times New Roman" w:hAnsi="Times New Roman" w:cs="Times New Roman"/>
          <w:color w:val="000000"/>
        </w:rPr>
        <w:t>=90°﹣30°=60°．</w:t>
      </w:r>
    </w:p>
    <w:p>
      <w:pPr>
        <w:spacing w:line="360" w:lineRule="auto"/>
        <w:jc w:val="left"/>
        <w:textAlignment w:val="center"/>
        <w:rPr>
          <w:color w:val="000000"/>
        </w:rPr>
      </w:pPr>
      <w:r>
        <w:rPr>
          <w:color w:val="000000"/>
        </w:rPr>
        <w:drawing>
          <wp:inline>
            <wp:extent cx="3267075" cy="2295525"/>
            <wp:docPr id="34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 name=""/>
                    <pic:cNvPicPr>
                      <a:picLocks noChangeAspect="1"/>
                    </pic:cNvPicPr>
                  </pic:nvPicPr>
                  <pic:blipFill>
                    <a:blip r:embed="rId4042"/>
                    <a:stretch>
                      <a:fillRect/>
                    </a:stretch>
                  </pic:blipFill>
                  <pic:spPr>
                    <a:xfrm>
                      <a:off x="0" y="0"/>
                      <a:ext cx="3267075" cy="229552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（3）∠</w:t>
      </w:r>
      <w:r>
        <w:rPr>
          <w:rFonts w:ascii="Times New Roman" w:eastAsia="Times New Roman" w:hAnsi="Times New Roman" w:cs="Times New Roman"/>
          <w:i/>
          <w:color w:val="000000"/>
        </w:rPr>
        <w:t>AOE</w:t>
      </w:r>
      <w:r>
        <w:rPr>
          <w:rFonts w:ascii="Times New Roman" w:eastAsia="Times New Roman" w:hAnsi="Times New Roman" w:cs="Times New Roman"/>
          <w:color w:val="000000"/>
        </w:rPr>
        <w:t>=90°+</w:t>
      </w:r>
      <w:r>
        <w:pict>
          <v:shape id="_x0000_i713907" type="#_x0000_t75" alt="学科网(www.zxxk.com)--教育资源门户，提供试卷、教案、课件、论文、素材以及各类教学资源下载，还有大量而丰富的教学相关资讯！" style="width:10.5pt;height:21pt" o:oleicon="f" o:ole="">
            <v:imagedata r:id="rId4043" o:title="eqIdf89eef3148f2d4d09379767b4af69132"/>
          </v:shape>
        </w:pict>
      </w:r>
      <w:r>
        <w:rPr>
          <w:rFonts w:ascii="Times New Roman" w:eastAsia="Times New Roman" w:hAnsi="Times New Roman" w:cs="Times New Roman"/>
          <w:color w:val="000000"/>
        </w:rPr>
        <w:t>α</w:t>
      </w:r>
      <w:r>
        <w:rPr>
          <w:rFonts w:ascii="宋体" w:eastAsia="宋体" w:hAnsi="宋体" w:cs="宋体"/>
          <w:color w:val="000000"/>
        </w:rPr>
        <w:t>或</w:t>
      </w:r>
      <w:r>
        <w:rPr>
          <w:rFonts w:ascii="Times New Roman" w:eastAsia="Times New Roman" w:hAnsi="Times New Roman" w:cs="Times New Roman"/>
          <w:color w:val="000000"/>
        </w:rPr>
        <w:t>∠</w:t>
      </w:r>
      <w:r>
        <w:rPr>
          <w:rFonts w:ascii="Times New Roman" w:eastAsia="Times New Roman" w:hAnsi="Times New Roman" w:cs="Times New Roman"/>
          <w:i/>
          <w:color w:val="000000"/>
        </w:rPr>
        <w:t>AOE</w:t>
      </w:r>
      <w:r>
        <w:rPr>
          <w:rFonts w:ascii="Times New Roman" w:eastAsia="Times New Roman" w:hAnsi="Times New Roman" w:cs="Times New Roman"/>
          <w:color w:val="000000"/>
        </w:rPr>
        <w:t>=90°﹣</w:t>
      </w:r>
      <w:r>
        <w:pict>
          <v:shape id="_x0000_i713908" type="#_x0000_t75" alt="学科网(www.zxxk.com)--教育资源门户，提供试卷、教案、课件、论文、素材以及各类教学资源下载，还有大量而丰富的教学相关资讯！" style="width:10.5pt;height:21pt" o:oleicon="f" o:ole="">
            <v:imagedata r:id="rId4043" o:title="eqIdf89eef3148f2d4d09379767b4af69132"/>
          </v:shape>
        </w:pict>
      </w:r>
      <w:r>
        <w:rPr>
          <w:rFonts w:ascii="Times New Roman" w:eastAsia="Times New Roman" w:hAnsi="Times New Roman" w:cs="Times New Roman"/>
          <w:color w:val="000000"/>
        </w:rPr>
        <w:t>α．</w:t>
      </w:r>
    </w:p>
    <w:p>
      <w:pPr>
        <w:spacing w:line="360" w:lineRule="auto"/>
        <w:jc w:val="left"/>
        <w:textAlignment w:val="center"/>
        <w:rPr>
          <w:color w:val="000000"/>
        </w:rPr>
      </w:pPr>
      <w:r>
        <w:rPr>
          <w:rFonts w:ascii="宋体" w:eastAsia="宋体" w:hAnsi="宋体" w:cs="宋体"/>
          <w:color w:val="000000"/>
        </w:rPr>
        <w:t>点睛：此题考查了角的计算，以及角平分线定义，分类考虑，类比推理是解决问题的关键．</w:t>
      </w:r>
    </w:p>
    <w:p>
      <w:pPr>
        <w:spacing w:line="360" w:lineRule="auto"/>
        <w:jc w:val="left"/>
        <w:textAlignment w:val="center"/>
        <w:rPr>
          <w:color w:val="000000"/>
        </w:rPr>
      </w:pPr>
      <w:r>
        <w:rPr>
          <w:color w:val="000000"/>
        </w:rPr>
        <w:t xml:space="preserve">29. </w:t>
      </w:r>
      <w:r>
        <w:rPr>
          <w:rFonts w:ascii="宋体" w:eastAsia="宋体" w:hAnsi="宋体" w:cs="宋体"/>
          <w:color w:val="000000"/>
        </w:rPr>
        <w:t>如图，数轴上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两点对应的有理数分别为</w:t>
      </w:r>
      <w:r>
        <w:rPr>
          <w:rFonts w:ascii="Times New Roman" w:eastAsia="Times New Roman" w:hAnsi="Times New Roman" w:cs="Times New Roman"/>
          <w:color w:val="000000"/>
        </w:rPr>
        <w:t>10</w:t>
      </w:r>
      <w:r>
        <w:rPr>
          <w:rFonts w:ascii="宋体" w:eastAsia="宋体" w:hAnsi="宋体" w:cs="宋体"/>
          <w:color w:val="000000"/>
        </w:rPr>
        <w:t>和</w:t>
      </w:r>
      <w:r>
        <w:rPr>
          <w:rFonts w:ascii="Times New Roman" w:eastAsia="Times New Roman" w:hAnsi="Times New Roman" w:cs="Times New Roman"/>
          <w:color w:val="000000"/>
        </w:rPr>
        <w:t>15</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出发，以每秒</w:t>
      </w:r>
      <w:r>
        <w:rPr>
          <w:rFonts w:ascii="Times New Roman" w:eastAsia="Times New Roman" w:hAnsi="Times New Roman" w:cs="Times New Roman"/>
          <w:color w:val="000000"/>
        </w:rPr>
        <w:t>1</w:t>
      </w:r>
      <w:r>
        <w:rPr>
          <w:rFonts w:ascii="宋体" w:eastAsia="宋体" w:hAnsi="宋体" w:cs="宋体"/>
          <w:color w:val="000000"/>
        </w:rPr>
        <w:t>个单位长度的速度沿数轴正方向运动，点</w:t>
      </w:r>
      <w:r>
        <w:rPr>
          <w:rFonts w:ascii="Times New Roman" w:eastAsia="Times New Roman" w:hAnsi="Times New Roman" w:cs="Times New Roman"/>
          <w:i/>
          <w:color w:val="000000"/>
        </w:rPr>
        <w:t>Q</w:t>
      </w:r>
      <w:r>
        <w:rPr>
          <w:rFonts w:ascii="宋体" w:eastAsia="宋体" w:hAnsi="宋体" w:cs="宋体"/>
          <w:color w:val="000000"/>
        </w:rPr>
        <w:t>同时从原点</w:t>
      </w:r>
      <w:r>
        <w:rPr>
          <w:rFonts w:ascii="Times New Roman" w:eastAsia="Times New Roman" w:hAnsi="Times New Roman" w:cs="Times New Roman"/>
          <w:i/>
          <w:color w:val="000000"/>
        </w:rPr>
        <w:t>O</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个单位长度的速度沿数轴正方向运动，设运动时间为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color w:val="000000"/>
        </w:rPr>
        <w:drawing>
          <wp:inline>
            <wp:extent cx="1447800" cy="209550"/>
            <wp:docPr id="34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 name=""/>
                    <pic:cNvPicPr>
                      <a:picLocks noChangeAspect="1"/>
                    </pic:cNvPicPr>
                  </pic:nvPicPr>
                  <pic:blipFill>
                    <a:blip r:embed="rId4044"/>
                    <a:stretch>
                      <a:fillRect/>
                    </a:stretch>
                  </pic:blipFill>
                  <pic:spPr>
                    <a:xfrm>
                      <a:off x="0" y="0"/>
                      <a:ext cx="1447800" cy="209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时，用含</w:t>
      </w:r>
      <w:r>
        <w:rPr>
          <w:rFonts w:ascii="Times New Roman" w:eastAsia="Times New Roman" w:hAnsi="Times New Roman" w:cs="Times New Roman"/>
          <w:i/>
          <w:color w:val="000000"/>
        </w:rPr>
        <w:t>t</w:t>
      </w:r>
      <w:r>
        <w:rPr>
          <w:rFonts w:ascii="宋体" w:eastAsia="宋体" w:hAnsi="宋体" w:cs="宋体"/>
          <w:color w:val="000000"/>
        </w:rPr>
        <w:t>的式子填空：</w:t>
      </w:r>
    </w:p>
    <w:p>
      <w:pPr>
        <w:spacing w:line="360" w:lineRule="auto"/>
        <w:jc w:val="left"/>
        <w:textAlignment w:val="center"/>
        <w:rPr>
          <w:color w:val="000000"/>
        </w:rPr>
      </w:pPr>
      <w:r>
        <w:rPr>
          <w:rFonts w:ascii="Times New Roman" w:eastAsia="Times New Roman" w:hAnsi="Times New Roman" w:cs="Times New Roman"/>
          <w:i/>
          <w:color w:val="000000"/>
        </w:rPr>
        <w:t>BP</w:t>
      </w:r>
      <w:r>
        <w:rPr>
          <w:rFonts w:ascii="宋体" w:eastAsia="宋体" w:hAnsi="宋体" w:cs="宋体"/>
          <w:color w:val="000000"/>
        </w:rPr>
        <w:t>＝</w:t>
      </w:r>
      <w:r>
        <w:rPr>
          <w:rFonts w:ascii="Times New Roman" w:eastAsia="Times New Roman" w:hAnsi="Times New Roman" w:cs="Times New Roman"/>
          <w:color w:val="000000"/>
        </w:rPr>
        <w:t>_______</w:t>
      </w:r>
      <w:r>
        <w:rPr>
          <w:rFonts w:ascii="宋体" w:eastAsia="宋体" w:hAnsi="宋体" w:cs="宋体"/>
          <w:color w:val="000000"/>
        </w:rPr>
        <w:t>，</w:t>
      </w:r>
      <w:r>
        <w:rPr>
          <w:rFonts w:ascii="Times New Roman" w:eastAsia="Times New Roman" w:hAnsi="Times New Roman" w:cs="Times New Roman"/>
          <w:i/>
          <w:color w:val="000000"/>
        </w:rPr>
        <w:t>AQ</w:t>
      </w:r>
      <w:r>
        <w:rPr>
          <w:rFonts w:ascii="宋体" w:eastAsia="宋体" w:hAnsi="宋体" w:cs="宋体"/>
          <w:color w:val="000000"/>
        </w:rPr>
        <w:t>＝</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时，求</w:t>
      </w:r>
      <w:r>
        <w:rPr>
          <w:rFonts w:ascii="Times New Roman" w:eastAsia="Times New Roman" w:hAnsi="Times New Roman" w:cs="Times New Roman"/>
          <w:i/>
          <w:color w:val="000000"/>
        </w:rPr>
        <w:t>PQ</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i/>
          <w:color w:val="000000"/>
        </w:rPr>
        <w:t>PQ</w:t>
      </w:r>
      <w:r>
        <w:rPr>
          <w:rFonts w:ascii="宋体" w:eastAsia="宋体" w:hAnsi="宋体" w:cs="宋体"/>
          <w:color w:val="000000"/>
        </w:rPr>
        <w:t>＝</w:t>
      </w:r>
      <w:r>
        <w:pict>
          <v:shape id="_x0000_i713909" type="#_x0000_t75" alt="学科网(www.zxxk.com)--教育资源门户，提供试卷、教案、课件、论文、素材以及各类教学资源下载，还有大量而丰富的教学相关资讯！" style="width:10.5pt;height:21pt" o:oleicon="f" o:ole="">
            <v:imagedata r:id="rId4045" o:title="eqIdf89eef3148f2d4d09379767b4af69132"/>
          </v:shape>
        </w:pict>
      </w:r>
      <w:r>
        <w:rPr>
          <w:rFonts w:ascii="Times New Roman" w:eastAsia="Times New Roman" w:hAnsi="Times New Roman" w:cs="Times New Roman"/>
          <w:i/>
          <w:color w:val="000000"/>
        </w:rPr>
        <w:t>AB</w:t>
      </w:r>
      <w:r>
        <w:rPr>
          <w:rFonts w:ascii="宋体" w:eastAsia="宋体" w:hAnsi="宋体" w:cs="宋体"/>
          <w:color w:val="000000"/>
        </w:rPr>
        <w:t>时，求</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 5</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 </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(3) </w:t>
      </w:r>
      <w:r>
        <w:rPr>
          <w:rFonts w:ascii="Times New Roman" w:eastAsia="Times New Roman" w:hAnsi="Times New Roman" w:cs="Times New Roman"/>
          <w:i/>
          <w:color w:val="000000"/>
        </w:rPr>
        <w:t>t</w:t>
      </w:r>
      <w:r>
        <w:rPr>
          <w:rFonts w:ascii="Times New Roman" w:eastAsia="Times New Roman" w:hAnsi="Times New Roman" w:cs="Times New Roman"/>
          <w:color w:val="000000"/>
        </w:rPr>
        <w:t>=12.5</w:t>
      </w:r>
      <w:r>
        <w:rPr>
          <w:rFonts w:ascii="宋体" w:eastAsia="宋体" w:hAnsi="宋体" w:cs="宋体"/>
          <w:color w:val="000000"/>
        </w:rPr>
        <w:t>或</w:t>
      </w:r>
      <w:r>
        <w:rPr>
          <w:rFonts w:ascii="Times New Roman" w:eastAsia="Times New Roman" w:hAnsi="Times New Roman" w:cs="Times New Roman"/>
          <w:color w:val="000000"/>
        </w:rPr>
        <w:t>7.5</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）先求出当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，再根据两点间的距离公式即可求出</w:t>
      </w:r>
      <w:r>
        <w:rPr>
          <w:rFonts w:ascii="Times New Roman" w:eastAsia="Times New Roman" w:hAnsi="Times New Roman" w:cs="Times New Roman"/>
          <w:i/>
          <w:color w:val="000000"/>
        </w:rPr>
        <w:t>BP</w:t>
      </w:r>
      <w:r>
        <w:rPr>
          <w:rFonts w:ascii="宋体" w:eastAsia="宋体" w:hAnsi="宋体" w:cs="宋体"/>
          <w:color w:val="000000"/>
        </w:rPr>
        <w:t>，</w:t>
      </w:r>
      <w:r>
        <w:rPr>
          <w:rFonts w:ascii="Times New Roman" w:eastAsia="Times New Roman" w:hAnsi="Times New Roman" w:cs="Times New Roman"/>
          <w:i/>
          <w:color w:val="000000"/>
        </w:rPr>
        <w:t>AQ</w: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）先求出当</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10+2=12</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2×2=4</w:t>
      </w:r>
      <w:r>
        <w:rPr>
          <w:rFonts w:ascii="宋体" w:eastAsia="宋体" w:hAnsi="宋体" w:cs="宋体"/>
          <w:color w:val="000000"/>
        </w:rPr>
        <w:t>，再根据两点间的距离公式即可求出</w:t>
      </w:r>
      <w:r>
        <w:rPr>
          <w:rFonts w:ascii="Times New Roman" w:eastAsia="Times New Roman" w:hAnsi="Times New Roman" w:cs="Times New Roman"/>
          <w:i/>
          <w:color w:val="000000"/>
        </w:rPr>
        <w:t>PQ</w: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）由于</w:t>
      </w:r>
      <w:r>
        <w:rPr>
          <w:rFonts w:ascii="Times New Roman" w:eastAsia="Times New Roman" w:hAnsi="Times New Roman" w:cs="Times New Roman"/>
          <w:i/>
          <w:color w:val="000000"/>
        </w:rPr>
        <w:t>t</w: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，根据两点间的距离公式得出</w:t>
      </w:r>
      <w:r>
        <w:rPr>
          <w:rFonts w:ascii="Times New Roman" w:eastAsia="Times New Roman" w:hAnsi="Times New Roman" w:cs="Times New Roman"/>
          <w:i/>
          <w:color w:val="000000"/>
        </w:rPr>
        <w:t>PQ</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，根据</w:t>
      </w:r>
      <w:r>
        <w:rPr>
          <w:rFonts w:ascii="Times New Roman" w:eastAsia="Times New Roman" w:hAnsi="Times New Roman" w:cs="Times New Roman"/>
          <w:i/>
          <w:color w:val="000000"/>
        </w:rPr>
        <w:t>PQ</w:t>
      </w:r>
      <w:r>
        <w:rPr>
          <w:rFonts w:ascii="Times New Roman" w:eastAsia="Times New Roman" w:hAnsi="Times New Roman" w:cs="Times New Roman"/>
          <w:color w:val="000000"/>
        </w:rPr>
        <w:t>=</w:t>
      </w:r>
      <w:r>
        <w:pict>
          <v:shape id="_x0000_i713910" type="#_x0000_t75" alt="学科网(www.zxxk.com)--教育资源门户，提供试卷、教案、课件、论文、素材以及各类教学资源下载，还有大量而丰富的教学相关资讯！" style="width:10.5pt;height:21pt" o:oleicon="f" o:ole="">
            <v:imagedata r:id="rId4046" o:title="eqIdf89eef3148f2d4d09379767b4af69132"/>
          </v:shape>
        </w:pict>
      </w:r>
      <w:r>
        <w:rPr>
          <w:rFonts w:ascii="Times New Roman" w:eastAsia="Times New Roman" w:hAnsi="Times New Roman" w:cs="Times New Roman"/>
          <w:i/>
          <w:color w:val="000000"/>
        </w:rPr>
        <w:t>AB</w:t>
      </w:r>
      <w:r>
        <w:rPr>
          <w:rFonts w:ascii="宋体" w:eastAsia="宋体" w:hAnsi="宋体" w:cs="宋体"/>
          <w:color w:val="000000"/>
        </w:rPr>
        <w:t>列出方程，解方程即可．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BP</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AQ</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10+2=12</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2×2=4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PQ</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4=8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PQ</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PQ</w:t>
      </w:r>
      <w:r>
        <w:rPr>
          <w:rFonts w:ascii="Times New Roman" w:eastAsia="Times New Roman" w:hAnsi="Times New Roman" w:cs="Times New Roman"/>
          <w:color w:val="000000"/>
        </w:rPr>
        <w:t>=</w:t>
      </w:r>
      <w:r>
        <w:pict>
          <v:shape id="_x0000_i713911" type="#_x0000_t75" alt="学科网(www.zxxk.com)--教育资源门户，提供试卷、教案、课件、论文、素材以及各类教学资源下载，还有大量而丰富的教学相关资讯！" style="width:10.5pt;height:21pt" o:oleicon="f" o:ole="">
            <v:imagedata r:id="rId4047" o:title="eqIdf89eef3148f2d4d09379767b4af69132"/>
          </v:shape>
        </w:pict>
      </w:r>
      <w:r>
        <w:rPr>
          <w:rFonts w:ascii="Times New Roman" w:eastAsia="Times New Roman" w:hAnsi="Times New Roman" w:cs="Times New Roman"/>
          <w:i/>
          <w:color w:val="000000"/>
        </w:rPr>
        <w:t>AB</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10|=2.5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=12.5</w:t>
      </w:r>
      <w:r>
        <w:rPr>
          <w:rFonts w:ascii="宋体" w:eastAsia="宋体" w:hAnsi="宋体" w:cs="宋体"/>
          <w:color w:val="000000"/>
        </w:rPr>
        <w:t>或</w:t>
      </w:r>
      <w:r>
        <w:rPr>
          <w:rFonts w:ascii="Times New Roman" w:eastAsia="Times New Roman" w:hAnsi="Times New Roman" w:cs="Times New Roman"/>
          <w:color w:val="000000"/>
        </w:rPr>
        <w:t>7.5</w: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本题考查了一元一次方程的应用和数轴，解题的关键是掌握点的移动与点所表示的数之间的关系，（</w:t>
      </w:r>
      <w:r>
        <w:rPr>
          <w:rFonts w:ascii="Times New Roman" w:eastAsia="Times New Roman" w:hAnsi="Times New Roman" w:cs="Times New Roman"/>
          <w:color w:val="000000"/>
        </w:rPr>
        <w:t>3</w:t>
      </w:r>
      <w:r>
        <w:rPr>
          <w:rFonts w:ascii="宋体" w:eastAsia="宋体" w:hAnsi="宋体" w:cs="宋体"/>
          <w:color w:val="000000"/>
        </w:rPr>
        <w:t>）中解方程时要注意分两种情况进行讨论．</w:t>
      </w:r>
    </w:p>
    <w:p>
      <w:pPr>
        <w:pStyle w:val="Heading2"/>
      </w:pPr>
      <w:r>
        <w:t>朝阳区</w:t>
      </w:r>
    </w:p>
    <w:p>
      <w:pPr>
        <w:spacing w:line="360" w:lineRule="auto"/>
        <w:jc w:val="left"/>
        <w:textAlignment w:val="center"/>
        <w:rPr>
          <w:color w:val="000000"/>
        </w:rPr>
      </w:pPr>
      <w:r>
        <w:rPr>
          <w:color w:val="000000"/>
        </w:rPr>
        <w:t xml:space="preserve">24. </w:t>
      </w:r>
      <w:r>
        <w:rPr>
          <w:rFonts w:ascii="宋体" w:eastAsia="宋体" w:hAnsi="宋体" w:cs="宋体"/>
          <w:color w:val="000000"/>
        </w:rPr>
        <w:t>数学老师对同学们说：请你默想一个一位数，把这个数乘以</w:t>
      </w:r>
      <w:r>
        <w:rPr>
          <w:rFonts w:ascii="Times New Roman" w:eastAsia="Times New Roman" w:hAnsi="Times New Roman" w:cs="Times New Roman"/>
          <w:color w:val="000000"/>
        </w:rPr>
        <w:t>2</w:t>
      </w:r>
      <w:r>
        <w:rPr>
          <w:rFonts w:ascii="宋体" w:eastAsia="宋体" w:hAnsi="宋体" w:cs="宋体"/>
          <w:color w:val="000000"/>
        </w:rPr>
        <w:t>，加上</w:t>
      </w:r>
      <w:r>
        <w:rPr>
          <w:rFonts w:ascii="Times New Roman" w:eastAsia="Times New Roman" w:hAnsi="Times New Roman" w:cs="Times New Roman"/>
          <w:color w:val="000000"/>
        </w:rPr>
        <w:t>5</w:t>
      </w:r>
      <w:r>
        <w:rPr>
          <w:rFonts w:ascii="宋体" w:eastAsia="宋体" w:hAnsi="宋体" w:cs="宋体"/>
          <w:color w:val="000000"/>
        </w:rPr>
        <w:t>，再乘以</w:t>
      </w:r>
      <w:r>
        <w:rPr>
          <w:rFonts w:ascii="Times New Roman" w:eastAsia="Times New Roman" w:hAnsi="Times New Roman" w:cs="Times New Roman"/>
          <w:color w:val="000000"/>
        </w:rPr>
        <w:t>50</w:t>
      </w:r>
      <w:r>
        <w:rPr>
          <w:rFonts w:ascii="宋体" w:eastAsia="宋体" w:hAnsi="宋体" w:cs="宋体"/>
          <w:color w:val="000000"/>
        </w:rPr>
        <w:t>，加上</w:t>
      </w:r>
      <w:r>
        <w:rPr>
          <w:rFonts w:ascii="Times New Roman" w:eastAsia="Times New Roman" w:hAnsi="Times New Roman" w:cs="Times New Roman"/>
          <w:color w:val="000000"/>
        </w:rPr>
        <w:t>1772</w:t>
      </w:r>
      <w:r>
        <w:rPr>
          <w:rFonts w:ascii="宋体" w:eastAsia="宋体" w:hAnsi="宋体" w:cs="宋体"/>
          <w:color w:val="000000"/>
        </w:rPr>
        <w:t>，最后再减去你出生的年份．把运算的结果告诉我，我就能猜中你默想的那个一位数和你今年（</w:t>
      </w:r>
      <w:r>
        <w:rPr>
          <w:rFonts w:ascii="Times New Roman" w:eastAsia="Times New Roman" w:hAnsi="Times New Roman" w:cs="Times New Roman"/>
          <w:color w:val="000000"/>
        </w:rPr>
        <w:t>2022</w:t>
      </w:r>
      <w:r>
        <w:rPr>
          <w:rFonts w:ascii="宋体" w:eastAsia="宋体" w:hAnsi="宋体" w:cs="宋体"/>
          <w:color w:val="000000"/>
        </w:rPr>
        <w:t>年）的年龄．</w:t>
      </w:r>
    </w:p>
    <w:p>
      <w:pPr>
        <w:spacing w:line="360" w:lineRule="auto"/>
        <w:jc w:val="left"/>
        <w:textAlignment w:val="center"/>
        <w:rPr>
          <w:color w:val="000000"/>
        </w:rPr>
      </w:pPr>
      <w:r>
        <w:rPr>
          <w:rFonts w:ascii="宋体" w:eastAsia="宋体" w:hAnsi="宋体" w:cs="宋体"/>
          <w:color w:val="000000"/>
        </w:rPr>
        <w:t>注：年龄只考虑出生年份，不考虑月份，如</w:t>
      </w:r>
      <w:r>
        <w:rPr>
          <w:rFonts w:ascii="Times New Roman" w:eastAsia="Times New Roman" w:hAnsi="Times New Roman" w:cs="Times New Roman"/>
          <w:color w:val="000000"/>
        </w:rPr>
        <w:t>2000</w:t>
      </w:r>
      <w:r>
        <w:rPr>
          <w:rFonts w:ascii="宋体" w:eastAsia="宋体" w:hAnsi="宋体" w:cs="宋体"/>
          <w:color w:val="000000"/>
        </w:rPr>
        <w:t>年</w:t>
      </w:r>
      <w:r>
        <w:rPr>
          <w:rFonts w:ascii="Times New Roman" w:eastAsia="Times New Roman" w:hAnsi="Times New Roman" w:cs="Times New Roman"/>
          <w:color w:val="000000"/>
        </w:rPr>
        <w:t>1~12</w:t>
      </w:r>
      <w:r>
        <w:rPr>
          <w:rFonts w:ascii="宋体" w:eastAsia="宋体" w:hAnsi="宋体" w:cs="宋体"/>
          <w:color w:val="000000"/>
        </w:rPr>
        <w:t>月出生，今年（</w:t>
      </w:r>
      <w:r>
        <w:rPr>
          <w:rFonts w:ascii="Times New Roman" w:eastAsia="Times New Roman" w:hAnsi="Times New Roman" w:cs="Times New Roman"/>
          <w:color w:val="000000"/>
        </w:rPr>
        <w:t>2022</w:t>
      </w:r>
      <w:r>
        <w:rPr>
          <w:rFonts w:ascii="宋体" w:eastAsia="宋体" w:hAnsi="宋体" w:cs="宋体"/>
          <w:color w:val="000000"/>
        </w:rPr>
        <w:t>年）都是</w:t>
      </w:r>
      <w:r>
        <w:rPr>
          <w:rFonts w:ascii="Times New Roman" w:eastAsia="Times New Roman" w:hAnsi="Times New Roman" w:cs="Times New Roman"/>
          <w:color w:val="000000"/>
        </w:rPr>
        <w:t>22</w:t>
      </w:r>
      <w:r>
        <w:rPr>
          <w:rFonts w:ascii="宋体" w:eastAsia="宋体" w:hAnsi="宋体" w:cs="宋体"/>
          <w:color w:val="000000"/>
        </w:rPr>
        <w:t>岁，你知道数学老师是怎么做到的吗？</w:t>
      </w:r>
    </w:p>
    <w:p>
      <w:pPr>
        <w:spacing w:line="360" w:lineRule="auto"/>
        <w:jc w:val="left"/>
        <w:textAlignment w:val="center"/>
        <w:rPr>
          <w:color w:val="000000"/>
        </w:rPr>
      </w:pPr>
      <w:r>
        <w:rPr>
          <w:color w:val="000000"/>
        </w:rPr>
        <w:t>（1）</w:t>
      </w:r>
      <w:r>
        <w:rPr>
          <w:rFonts w:ascii="宋体" w:eastAsia="宋体" w:hAnsi="宋体" w:cs="宋体"/>
          <w:color w:val="000000"/>
        </w:rPr>
        <w:t>举例说明数学老师是如何猜中同学默想的一位数和今年（</w:t>
      </w:r>
      <w:r>
        <w:rPr>
          <w:rFonts w:ascii="Times New Roman" w:eastAsia="Times New Roman" w:hAnsi="Times New Roman" w:cs="Times New Roman"/>
          <w:color w:val="000000"/>
        </w:rPr>
        <w:t>2022</w:t>
      </w:r>
      <w:r>
        <w:rPr>
          <w:rFonts w:ascii="宋体" w:eastAsia="宋体" w:hAnsi="宋体" w:cs="宋体"/>
          <w:color w:val="000000"/>
        </w:rPr>
        <w:t>年）的年龄的；</w:t>
      </w:r>
    </w:p>
    <w:p>
      <w:pPr>
        <w:spacing w:line="360" w:lineRule="auto"/>
        <w:jc w:val="left"/>
        <w:textAlignment w:val="center"/>
        <w:rPr>
          <w:color w:val="000000"/>
        </w:rPr>
      </w:pPr>
      <w:r>
        <w:rPr>
          <w:color w:val="000000"/>
        </w:rPr>
        <w:t>（2）</w:t>
      </w:r>
      <w:r>
        <w:rPr>
          <w:rFonts w:ascii="宋体" w:eastAsia="宋体" w:hAnsi="宋体" w:cs="宋体"/>
          <w:color w:val="000000"/>
        </w:rPr>
        <w:t>解释其中的原理．</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见详解</w:t>
      </w:r>
      <w:r>
        <w:rPr>
          <w:color w:val="000000"/>
        </w:rPr>
        <w:t xml:space="preserve">    </w:t>
      </w:r>
      <w:r>
        <w:rPr>
          <w:color w:val="000000"/>
        </w:rPr>
        <w:t>（2）</w:t>
      </w:r>
      <w:r>
        <w:rPr>
          <w:rFonts w:ascii="宋体" w:eastAsia="宋体" w:hAnsi="宋体" w:cs="宋体"/>
          <w:color w:val="000000"/>
        </w:rPr>
        <w:t>见详解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）根据题意举例即可；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）设默想的一位数为</w:t>
      </w:r>
      <w:r>
        <w:pict>
          <v:shape id="_x0000_i713912" type="#_x0000_t75" alt="学科网(www.zxxk.com)--教育资源门户，提供试卷、教案、课件、论文、素材以及各类教学资源下载，还有大量而丰富的教学相关资讯！" style="width:9pt;height:9.75pt" o:oleicon="f" o:ole="">
            <v:imagedata r:id="rId4048" o:title="eqId0a6936d370d6a238a608ca56f87198de"/>
          </v:shape>
        </w:pict>
      </w:r>
      <w:r>
        <w:rPr>
          <w:rFonts w:ascii="宋体" w:eastAsia="宋体" w:hAnsi="宋体" w:cs="宋体"/>
          <w:color w:val="000000"/>
        </w:rPr>
        <w:t>，出生的年份为</w:t>
      </w:r>
      <w:r>
        <w:pict>
          <v:shape id="_x0000_i713913" type="#_x0000_t75" alt="学科网(www.zxxk.com)--教育资源门户，提供试卷、教案、课件、论文、素材以及各类教学资源下载，还有大量而丰富的教学相关资讯！" style="width:9.9pt;height:14.35pt" o:oleicon="f" o:ole="">
            <v:imagedata r:id="rId4049" o:title="eqId2c94bb12cee76221e13f9ef955b0aab1"/>
          </v:shape>
        </w:pict>
      </w:r>
      <w:r>
        <w:rPr>
          <w:rFonts w:ascii="宋体" w:eastAsia="宋体" w:hAnsi="宋体" w:cs="宋体"/>
          <w:color w:val="000000"/>
        </w:rPr>
        <w:t>，根据题意列出代数式，化简即可．</w:t>
      </w:r>
    </w:p>
    <w:p>
      <w:pPr>
        <w:spacing w:line="360" w:lineRule="auto"/>
        <w:jc w:val="left"/>
        <w:textAlignment w:val="center"/>
        <w:rPr>
          <w:color w:val="000000"/>
        </w:rPr>
      </w:pPr>
      <w:r>
        <w:rPr>
          <w:color w:val="000000"/>
          <w:position w:val="0"/>
        </w:rPr>
        <w:drawing>
          <wp:inline>
            <wp:extent cx="95250" cy="171450"/>
            <wp:docPr id="34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 name=""/>
                    <pic:cNvPicPr>
                      <a:picLocks noChangeAspect="1"/>
                    </pic:cNvPicPr>
                  </pic:nvPicPr>
                  <pic:blipFill>
                    <a:blip r:embed="rId4050"/>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eastAsia="宋体" w:hAnsi="宋体" w:cs="宋体"/>
          <w:color w:val="000000"/>
        </w:rPr>
        <w:t>解：例如，小明同学</w:t>
      </w:r>
      <w:r>
        <w:rPr>
          <w:rFonts w:ascii="Times New Roman" w:eastAsia="Times New Roman" w:hAnsi="Times New Roman" w:cs="Times New Roman"/>
          <w:color w:val="000000"/>
        </w:rPr>
        <w:t>2009</w:t>
      </w:r>
      <w:r>
        <w:rPr>
          <w:rFonts w:ascii="宋体" w:eastAsia="宋体" w:hAnsi="宋体" w:cs="宋体"/>
          <w:color w:val="000000"/>
        </w:rPr>
        <w:t>年出生，他默想一个数为</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pict>
          <v:shape id="_x0000_i713914" type="#_x0000_t75" alt="学科网(www.zxxk.com)--教育资源门户，提供试卷、教案、课件、论文、素材以及各类教学资源下载，还有大量而丰富的教学相关资讯！" style="width:167.25pt;height:15.75pt" o:oleicon="f" o:ole="">
            <v:imagedata r:id="rId4051" o:title="eqId5e09f3113af9ea236ec5d9c779be44e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结果的百位上的数字就是他默想的一位数，后面的两位数就是他的年龄，</w:t>
      </w:r>
    </w:p>
    <w:p>
      <w:pPr>
        <w:spacing w:line="360" w:lineRule="auto"/>
        <w:jc w:val="left"/>
        <w:textAlignment w:val="center"/>
        <w:rPr>
          <w:color w:val="000000"/>
        </w:rPr>
      </w:pPr>
      <w:r>
        <w:rPr>
          <w:rFonts w:ascii="宋体" w:eastAsia="宋体" w:hAnsi="宋体" w:cs="宋体"/>
          <w:color w:val="000000"/>
        </w:rPr>
        <w:t>所以，数学老师可猜中小明同学默想的一位数是</w:t>
      </w:r>
      <w:r>
        <w:rPr>
          <w:rFonts w:ascii="Times New Roman" w:eastAsia="Times New Roman" w:hAnsi="Times New Roman" w:cs="Times New Roman"/>
          <w:color w:val="000000"/>
        </w:rPr>
        <w:t>8</w:t>
      </w:r>
      <w:r>
        <w:rPr>
          <w:rFonts w:ascii="宋体" w:eastAsia="宋体" w:hAnsi="宋体" w:cs="宋体"/>
          <w:color w:val="000000"/>
        </w:rPr>
        <w:t>和今年（</w:t>
      </w:r>
      <w:r>
        <w:rPr>
          <w:rFonts w:ascii="Times New Roman" w:eastAsia="Times New Roman" w:hAnsi="Times New Roman" w:cs="Times New Roman"/>
          <w:color w:val="000000"/>
        </w:rPr>
        <w:t>2022</w:t>
      </w:r>
      <w:r>
        <w:rPr>
          <w:rFonts w:ascii="宋体" w:eastAsia="宋体" w:hAnsi="宋体" w:cs="宋体"/>
          <w:color w:val="000000"/>
        </w:rPr>
        <w:t>年）的年龄是</w:t>
      </w:r>
      <w:r>
        <w:rPr>
          <w:rFonts w:ascii="Times New Roman" w:eastAsia="Times New Roman" w:hAnsi="Times New Roman" w:cs="Times New Roman"/>
          <w:color w:val="000000"/>
        </w:rPr>
        <w:t>13</w:t>
      </w:r>
      <w:r>
        <w:rPr>
          <w:rFonts w:ascii="宋体" w:eastAsia="宋体" w:hAnsi="宋体" w:cs="宋体"/>
          <w:color w:val="000000"/>
        </w:rPr>
        <w:t>岁；</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解释其中的原理如下：</w:t>
      </w:r>
    </w:p>
    <w:p>
      <w:pPr>
        <w:spacing w:line="360" w:lineRule="auto"/>
        <w:jc w:val="left"/>
        <w:textAlignment w:val="center"/>
        <w:rPr>
          <w:color w:val="000000"/>
        </w:rPr>
      </w:pPr>
      <w:r>
        <w:rPr>
          <w:rFonts w:ascii="宋体" w:eastAsia="宋体" w:hAnsi="宋体" w:cs="宋体"/>
          <w:color w:val="000000"/>
        </w:rPr>
        <w:t>设默想的一位数为</w:t>
      </w:r>
      <w:r>
        <w:pict>
          <v:shape id="_x0000_i713915" type="#_x0000_t75" alt="学科网(www.zxxk.com)--教育资源门户，提供试卷、教案、课件、论文、素材以及各类教学资源下载，还有大量而丰富的教学相关资讯！" style="width:9pt;height:9.75pt" o:oleicon="f" o:ole="">
            <v:imagedata r:id="rId4052" o:title="eqId0a6936d370d6a238a608ca56f87198de"/>
          </v:shape>
        </w:pict>
      </w:r>
      <w:r>
        <w:rPr>
          <w:rFonts w:ascii="宋体" w:eastAsia="宋体" w:hAnsi="宋体" w:cs="宋体"/>
          <w:color w:val="000000"/>
        </w:rPr>
        <w:t>，出生的年份为</w:t>
      </w:r>
      <w:r>
        <w:pict>
          <v:shape id="_x0000_i713916" type="#_x0000_t75" alt="学科网(www.zxxk.com)--教育资源门户，提供试卷、教案、课件、论文、素材以及各类教学资源下载，还有大量而丰富的教学相关资讯！" style="width:9.9pt;height:14.35pt" o:oleicon="f" o:ole="">
            <v:imagedata r:id="rId4053" o:title="eqId2c94bb12cee76221e13f9ef955b0aab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pict>
          <v:shape id="_x0000_i713917" type="#_x0000_t75" alt="学科网(www.zxxk.com)--教育资源门户，提供试卷、教案、课件、论文、素材以及各类教学资源下载，还有大量而丰富的教学相关资讯！" style="width:111pt;height:15.75pt" o:oleicon="f" o:ole="">
            <v:imagedata r:id="rId4054" o:title="eqIdbfb5f585f52e91da877b6bded8aab060"/>
          </v:shape>
        </w:pict>
      </w:r>
    </w:p>
    <w:p>
      <w:pPr>
        <w:spacing w:line="360" w:lineRule="auto"/>
        <w:jc w:val="left"/>
        <w:textAlignment w:val="center"/>
        <w:rPr>
          <w:color w:val="000000"/>
        </w:rPr>
      </w:pPr>
      <w:r>
        <w:pict>
          <v:shape id="_x0000_i713918" type="#_x0000_t75" alt="学科网(www.zxxk.com)--教育资源门户，提供试卷、教案、课件、论文、素材以及各类教学资源下载，还有大量而丰富的教学相关资讯！" style="width:114.75pt;height:14.25pt" o:oleicon="f" o:ole="">
            <v:imagedata r:id="rId4055" o:title="eqIded1517f1efba8c6e27bfb672e895b2d8"/>
          </v:shape>
        </w:pict>
      </w:r>
    </w:p>
    <w:p>
      <w:pPr>
        <w:spacing w:line="360" w:lineRule="auto"/>
        <w:jc w:val="left"/>
        <w:textAlignment w:val="center"/>
        <w:rPr>
          <w:color w:val="000000"/>
        </w:rPr>
      </w:pPr>
      <w:r>
        <w:pict>
          <v:shape id="_x0000_i713919" type="#_x0000_t75" alt="学科网(www.zxxk.com)--教育资源门户，提供试卷、教案、课件、论文、素材以及各类教学资源下载，还有大量而丰富的教学相关资讯！" style="width:87pt;height:14.25pt" o:oleicon="f" o:ole="">
            <v:imagedata r:id="rId4056" o:title="eqId3935c8ff198b91a506faea29a4704317"/>
          </v:shape>
        </w:pict>
      </w:r>
    </w:p>
    <w:p>
      <w:pPr>
        <w:spacing w:line="360" w:lineRule="auto"/>
        <w:jc w:val="left"/>
        <w:textAlignment w:val="center"/>
        <w:rPr>
          <w:color w:val="000000"/>
        </w:rPr>
      </w:pPr>
      <w:r>
        <w:pict>
          <v:shape id="_x0000_i713920" type="#_x0000_t75" alt="学科网(www.zxxk.com)--教育资源门户，提供试卷、教案、课件、论文、素材以及各类教学资源下载，还有大量而丰富的教学相关资讯！" style="width:96pt;height:15.75pt" o:oleicon="f" o:ole="">
            <v:imagedata r:id="rId4057" o:title="eqId2ba1e3decdc067a339bed8d3001fcbb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所以，结果的百位数字就是</w:t>
      </w:r>
      <w:r>
        <w:pict>
          <v:shape id="_x0000_i713921" type="#_x0000_t75" alt="学科网(www.zxxk.com)--教育资源门户，提供试卷、教案、课件、论文、素材以及各类教学资源下载，还有大量而丰富的教学相关资讯！" style="width:9pt;height:9.75pt" o:oleicon="f" o:ole="">
            <v:imagedata r:id="rId4058" o:title="eqId0a6936d370d6a238a608ca56f87198de"/>
          </v:shape>
        </w:pict>
      </w:r>
      <w:r>
        <w:rPr>
          <w:rFonts w:ascii="宋体" w:eastAsia="宋体" w:hAnsi="宋体" w:cs="宋体"/>
          <w:color w:val="000000"/>
        </w:rPr>
        <w:t>，后面两位数字是</w:t>
      </w:r>
      <w:r>
        <w:pict>
          <v:shape id="_x0000_i713922" type="#_x0000_t75" alt="学科网(www.zxxk.com)--教育资源门户，提供试卷、教案、课件、论文、素材以及各类教学资源下载，还有大量而丰富的教学相关资讯！" style="width:51.75pt;height:15.75pt" o:oleicon="f" o:ole="">
            <v:imagedata r:id="rId4059" o:title="eqIdeb74c09945c4104d496fa6ddc0d4a609"/>
          </v:shape>
        </w:pict>
      </w:r>
      <w:r>
        <w:rPr>
          <w:rFonts w:ascii="宋体" w:eastAsia="宋体" w:hAnsi="宋体" w:cs="宋体"/>
          <w:color w:val="000000"/>
        </w:rPr>
        <w:t>，即为今年的年龄．</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本题主要考查了列代数式等知识，理解题意，正确列出代数式是解题关键．</w:t>
      </w:r>
    </w:p>
    <w:p>
      <w:pPr>
        <w:spacing w:line="360" w:lineRule="auto"/>
        <w:jc w:val="both"/>
        <w:textAlignment w:val="center"/>
        <w:rPr>
          <w:color w:val="000000"/>
        </w:rPr>
      </w:pPr>
      <w:r>
        <w:rPr>
          <w:color w:val="000000"/>
        </w:rPr>
        <w:t xml:space="preserve">25. </w:t>
      </w:r>
      <w:r>
        <w:rPr>
          <w:rFonts w:ascii="宋体" w:eastAsia="宋体" w:hAnsi="宋体" w:cs="宋体"/>
          <w:color w:val="000000"/>
        </w:rPr>
        <w:t>某网上商城在“双</w:t>
      </w:r>
      <w:r>
        <w:rPr>
          <w:rFonts w:ascii="Times New Roman" w:eastAsia="Times New Roman" w:hAnsi="Times New Roman" w:cs="Times New Roman"/>
          <w:color w:val="000000"/>
        </w:rPr>
        <w:t>11</w:t>
      </w:r>
      <w:r>
        <w:rPr>
          <w:rFonts w:ascii="宋体" w:eastAsia="宋体" w:hAnsi="宋体" w:cs="宋体"/>
          <w:color w:val="000000"/>
        </w:rPr>
        <w:t>”期间举行促销活动，有以下两种优惠方案：</w:t>
      </w:r>
    </w:p>
    <w:p>
      <w:pPr>
        <w:spacing w:line="360" w:lineRule="auto"/>
        <w:jc w:val="both"/>
        <w:textAlignment w:val="center"/>
        <w:rPr>
          <w:color w:val="000000"/>
        </w:rPr>
      </w:pPr>
      <w:r>
        <w:rPr>
          <w:rFonts w:ascii="宋体" w:eastAsia="宋体" w:hAnsi="宋体" w:cs="宋体"/>
          <w:color w:val="000000"/>
        </w:rPr>
        <w:t>①购物金额每满</w:t>
      </w:r>
      <w:r>
        <w:rPr>
          <w:rFonts w:ascii="Times New Roman" w:eastAsia="Times New Roman" w:hAnsi="Times New Roman" w:cs="Times New Roman"/>
          <w:color w:val="000000"/>
        </w:rPr>
        <w:t>200</w:t>
      </w:r>
      <w:r>
        <w:rPr>
          <w:rFonts w:ascii="宋体" w:eastAsia="宋体" w:hAnsi="宋体" w:cs="宋体"/>
          <w:color w:val="000000"/>
        </w:rPr>
        <w:t>元减</w:t>
      </w:r>
      <w:r>
        <w:rPr>
          <w:rFonts w:ascii="Times New Roman" w:eastAsia="Times New Roman" w:hAnsi="Times New Roman" w:cs="Times New Roman"/>
          <w:color w:val="000000"/>
        </w:rPr>
        <w:t>20</w: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②购物金额打</w:t>
      </w:r>
      <w:r>
        <w:rPr>
          <w:rFonts w:ascii="Times New Roman" w:eastAsia="Times New Roman" w:hAnsi="Times New Roman" w:cs="Times New Roman"/>
          <w:color w:val="000000"/>
        </w:rPr>
        <w:t>95</w:t>
      </w:r>
      <w:r>
        <w:rPr>
          <w:rFonts w:ascii="宋体" w:eastAsia="宋体" w:hAnsi="宋体" w:cs="宋体"/>
          <w:color w:val="000000"/>
        </w:rPr>
        <w:t>折．</w:t>
      </w:r>
    </w:p>
    <w:p>
      <w:pPr>
        <w:spacing w:line="360" w:lineRule="auto"/>
        <w:jc w:val="both"/>
        <w:textAlignment w:val="center"/>
        <w:rPr>
          <w:color w:val="000000"/>
        </w:rPr>
      </w:pPr>
      <w:r>
        <w:rPr>
          <w:rFonts w:ascii="宋体" w:eastAsia="宋体" w:hAnsi="宋体" w:cs="宋体"/>
          <w:color w:val="000000"/>
        </w:rPr>
        <w:t>某人购物金额超过</w:t>
      </w:r>
      <w:r>
        <w:rPr>
          <w:rFonts w:ascii="Times New Roman" w:eastAsia="Times New Roman" w:hAnsi="Times New Roman" w:cs="Times New Roman"/>
          <w:color w:val="000000"/>
        </w:rPr>
        <w:t>400</w:t>
      </w:r>
      <w:r>
        <w:rPr>
          <w:rFonts w:ascii="宋体" w:eastAsia="宋体" w:hAnsi="宋体" w:cs="宋体"/>
          <w:color w:val="000000"/>
        </w:rPr>
        <w:t>元不足</w:t>
      </w:r>
      <w:r>
        <w:rPr>
          <w:rFonts w:ascii="Times New Roman" w:eastAsia="Times New Roman" w:hAnsi="Times New Roman" w:cs="Times New Roman"/>
          <w:color w:val="000000"/>
        </w:rPr>
        <w:t>600</w:t>
      </w:r>
      <w:r>
        <w:rPr>
          <w:rFonts w:ascii="宋体" w:eastAsia="宋体" w:hAnsi="宋体" w:cs="宋体"/>
          <w:color w:val="000000"/>
        </w:rPr>
        <w:t>元．通过计算发现，选择方案①比方案②便宜</w:t>
      </w:r>
      <w:r>
        <w:rPr>
          <w:rFonts w:ascii="Times New Roman" w:eastAsia="Times New Roman" w:hAnsi="Times New Roman" w:cs="Times New Roman"/>
          <w:color w:val="000000"/>
        </w:rPr>
        <w:t>18</w:t>
      </w:r>
      <w:r>
        <w:rPr>
          <w:rFonts w:ascii="宋体" w:eastAsia="宋体" w:hAnsi="宋体" w:cs="宋体"/>
          <w:color w:val="000000"/>
        </w:rPr>
        <w:t>元，这个人购物的金额是多少元？</w:t>
      </w:r>
    </w:p>
    <w:p>
      <w:pPr>
        <w:spacing w:line="360" w:lineRule="auto"/>
        <w:textAlignment w:val="center"/>
        <w:rPr>
          <w:color w:val="000000"/>
        </w:rPr>
      </w:pPr>
      <w:r>
        <w:rPr>
          <w:color w:val="2E75B6"/>
        </w:rPr>
        <w:t>【答案】</w:t>
      </w:r>
      <w:r>
        <w:rPr>
          <w:rFonts w:ascii="宋体" w:eastAsia="宋体" w:hAnsi="宋体" w:cs="宋体"/>
          <w:color w:val="000000"/>
        </w:rPr>
        <w:t>这个人购物的金额是</w:t>
      </w:r>
      <w:r>
        <w:rPr>
          <w:rFonts w:ascii="Times New Roman" w:eastAsia="Times New Roman" w:hAnsi="Times New Roman" w:cs="Times New Roman"/>
          <w:color w:val="000000"/>
        </w:rPr>
        <w:t>440</w:t>
      </w:r>
      <w:r>
        <w:rPr>
          <w:rFonts w:ascii="宋体" w:eastAsia="宋体" w:hAnsi="宋体" w:cs="宋体"/>
          <w:color w:val="000000"/>
        </w:rPr>
        <w:t>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根据题意，选择方案①需实际花费</w:t>
      </w:r>
      <w:r>
        <w:pict>
          <v:shape id="_x0000_i713923" type="#_x0000_t75" alt="学科网(www.zxxk.com)--教育资源门户，提供试卷、教案、课件、论文、素材以及各类教学资源下载，还有大量而丰富的教学相关资讯！" style="width:69.75pt;height:30.75pt" o:oleicon="f" o:ole="">
            <v:imagedata r:id="rId4060" o:title="eqId70e0493c1c24a0536cc4b399f961eb2a"/>
          </v:shape>
        </w:pict>
      </w:r>
      <w:r>
        <w:rPr>
          <w:rFonts w:ascii="宋体" w:eastAsia="宋体" w:hAnsi="宋体" w:cs="宋体"/>
          <w:color w:val="000000"/>
        </w:rPr>
        <w:t>元，选择方案②需实际花费</w:t>
      </w:r>
      <w:r>
        <w:pict>
          <v:shape id="_x0000_i713924" type="#_x0000_t75" alt="学科网(www.zxxk.com)--教育资源门户，提供试卷、教案、课件、论文、素材以及各类教学资源下载，还有大量而丰富的教学相关资讯！" style="width:30.75pt;height:14.25pt" o:oleicon="f" o:ole="">
            <v:imagedata r:id="rId4061" o:title="eqId646c59c0676fd3f02d9e88684eadb28f"/>
          </v:shape>
        </w:pict>
      </w:r>
      <w:r>
        <w:rPr>
          <w:rFonts w:ascii="宋体" w:eastAsia="宋体" w:hAnsi="宋体" w:cs="宋体"/>
          <w:color w:val="000000"/>
        </w:rPr>
        <w:t>元，根据题意列方程求解即可．</w:t>
      </w:r>
    </w:p>
    <w:p>
      <w:pPr>
        <w:spacing w:line="360" w:lineRule="auto"/>
        <w:jc w:val="left"/>
        <w:textAlignment w:val="center"/>
        <w:rPr>
          <w:color w:val="000000"/>
        </w:rPr>
      </w:pPr>
      <w:r>
        <w:rPr>
          <w:color w:val="000000"/>
        </w:rPr>
        <w:t>【详解】</w:t>
      </w:r>
      <w:r>
        <w:rPr>
          <w:rFonts w:ascii="宋体" w:eastAsia="宋体" w:hAnsi="宋体" w:cs="宋体"/>
          <w:color w:val="000000"/>
        </w:rPr>
        <w:t>解：设这个人购物的金额是</w:t>
      </w:r>
      <w:r>
        <w:pict>
          <v:shape id="_x0000_i713925" type="#_x0000_t75" alt="学科网(www.zxxk.com)--教育资源门户，提供试卷、教案、课件、论文、素材以及各类教学资源下载，还有大量而丰富的教学相关资讯！" style="width:9pt;height:9.75pt" o:oleicon="f" o:ole="">
            <v:imagedata r:id="rId4062" o:title="eqId81dea63b8ce3e51adf66cf7b9982a248"/>
          </v:shape>
        </w:pict>
      </w:r>
      <w:r>
        <w:rPr>
          <w:rFonts w:ascii="宋体" w:eastAsia="宋体" w:hAnsi="宋体" w:cs="宋体"/>
          <w:color w:val="000000"/>
        </w:rPr>
        <w:t>元，根据题意，</w:t>
      </w:r>
    </w:p>
    <w:p>
      <w:pPr>
        <w:spacing w:line="360" w:lineRule="auto"/>
        <w:jc w:val="left"/>
        <w:textAlignment w:val="center"/>
        <w:rPr>
          <w:color w:val="000000"/>
        </w:rPr>
      </w:pPr>
      <w:r>
        <w:rPr>
          <w:rFonts w:ascii="宋体" w:eastAsia="宋体" w:hAnsi="宋体" w:cs="宋体"/>
          <w:color w:val="000000"/>
        </w:rPr>
        <w:t>可得</w:t>
      </w:r>
      <w:r>
        <w:pict>
          <v:shape id="_x0000_i713926" type="#_x0000_t75" alt="学科网(www.zxxk.com)--教育资源门户，提供试卷、教案、课件、论文、素材以及各类教学资源下载，还有大量而丰富的教学相关资讯！" style="width:126.75pt;height:30.75pt" o:oleicon="f" o:ole="">
            <v:imagedata r:id="rId4063" o:title="eqIdc480d80819ff236fbf0aa7c6752dcc5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pict>
          <v:shape id="_x0000_i713927" type="#_x0000_t75" alt="学科网(www.zxxk.com)--教育资源门户，提供试卷、教案、课件、论文、素材以及各类教学资源下载，还有大量而丰富的教学相关资讯！" style="width:39.6pt;height:14.4pt" o:oleicon="f" o:ole="">
            <v:imagedata r:id="rId4064" o:title="eqIdd7b5b70f8c566b4e3831b0b3e35f1ab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答：这个人购物的金额是</w:t>
      </w:r>
      <w:r>
        <w:rPr>
          <w:rFonts w:ascii="Times New Roman" w:eastAsia="Times New Roman" w:hAnsi="Times New Roman" w:cs="Times New Roman"/>
          <w:color w:val="000000"/>
        </w:rPr>
        <w:t>440</w:t>
      </w:r>
      <w:r>
        <w:rPr>
          <w:rFonts w:ascii="宋体" w:eastAsia="宋体" w:hAnsi="宋体" w:cs="宋体"/>
          <w:color w:val="000000"/>
        </w:rPr>
        <w:t>元．</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本题主要考查了实际问题与一元一次方程，解题关键是理解题意，找准数量关系并正确列出方程．</w:t>
      </w:r>
    </w:p>
    <w:p>
      <w:pPr>
        <w:spacing w:line="360" w:lineRule="auto"/>
        <w:jc w:val="left"/>
        <w:textAlignment w:val="center"/>
        <w:rPr>
          <w:color w:val="000000"/>
        </w:rPr>
      </w:pPr>
      <w:r>
        <w:rPr>
          <w:color w:val="000000"/>
        </w:rPr>
        <w:t xml:space="preserve">26. </w:t>
      </w:r>
      <w:r>
        <w:rPr>
          <w:rFonts w:ascii="宋体" w:eastAsia="宋体" w:hAnsi="宋体" w:cs="宋体"/>
          <w:color w:val="000000"/>
        </w:rPr>
        <w:t>阅读材料，并回答问题</w:t>
      </w:r>
    </w:p>
    <w:p>
      <w:pPr>
        <w:spacing w:line="360" w:lineRule="auto"/>
        <w:jc w:val="left"/>
        <w:textAlignment w:val="center"/>
        <w:rPr>
          <w:color w:val="000000"/>
        </w:rPr>
      </w:pPr>
      <w:r>
        <w:rPr>
          <w:rFonts w:ascii="宋体" w:eastAsia="宋体" w:hAnsi="宋体" w:cs="宋体"/>
          <w:color w:val="000000"/>
        </w:rPr>
        <w:t>对于某种满足交换率的运算，如果存在一个确定的有理数</w:t>
      </w:r>
      <w:r>
        <w:rPr>
          <w:rFonts w:ascii="Times New Roman" w:eastAsia="Times New Roman" w:hAnsi="Times New Roman" w:cs="Times New Roman"/>
          <w:i/>
          <w:color w:val="000000"/>
        </w:rPr>
        <w:t>n</w:t>
      </w:r>
      <w:r>
        <w:rPr>
          <w:rFonts w:ascii="宋体" w:eastAsia="宋体" w:hAnsi="宋体" w:cs="宋体"/>
          <w:color w:val="000000"/>
        </w:rPr>
        <w:t>，使得任意有理数</w:t>
      </w:r>
      <w:r>
        <w:rPr>
          <w:rFonts w:ascii="Times New Roman" w:eastAsia="Times New Roman" w:hAnsi="Times New Roman" w:cs="Times New Roman"/>
          <w:i/>
          <w:color w:val="000000"/>
        </w:rPr>
        <w:t>a</w:t>
      </w:r>
      <w:r>
        <w:rPr>
          <w:rFonts w:ascii="宋体" w:eastAsia="宋体" w:hAnsi="宋体" w:cs="宋体"/>
          <w:color w:val="000000"/>
        </w:rPr>
        <w:t>和它进行这种运算后的结果都等于</w:t>
      </w:r>
      <w:r>
        <w:rPr>
          <w:rFonts w:ascii="Times New Roman" w:eastAsia="Times New Roman" w:hAnsi="Times New Roman" w:cs="Times New Roman"/>
          <w:i/>
          <w:color w:val="000000"/>
        </w:rPr>
        <w:t>a</w:t>
      </w:r>
      <w:r>
        <w:rPr>
          <w:rFonts w:ascii="宋体" w:eastAsia="宋体" w:hAnsi="宋体" w:cs="宋体"/>
          <w:color w:val="000000"/>
        </w:rPr>
        <w:t>本身，那么</w:t>
      </w:r>
      <w:r>
        <w:rPr>
          <w:rFonts w:ascii="Times New Roman" w:eastAsia="Times New Roman" w:hAnsi="Times New Roman" w:cs="Times New Roman"/>
          <w:i/>
          <w:color w:val="000000"/>
        </w:rPr>
        <w:t>n</w:t>
      </w:r>
      <w:r>
        <w:rPr>
          <w:rFonts w:ascii="宋体" w:eastAsia="宋体" w:hAnsi="宋体" w:cs="宋体"/>
          <w:color w:val="000000"/>
        </w:rPr>
        <w:t>叫做这种运算下的单位元．如果两个有理数进行这种运算后的结果等于单位元，那么这两个有理数互为逆元．</w:t>
      </w:r>
    </w:p>
    <w:p>
      <w:pPr>
        <w:spacing w:line="360" w:lineRule="auto"/>
        <w:jc w:val="left"/>
        <w:textAlignment w:val="center"/>
        <w:rPr>
          <w:color w:val="000000"/>
        </w:rPr>
      </w:pPr>
      <w:r>
        <w:rPr>
          <w:rFonts w:ascii="宋体" w:eastAsia="宋体" w:hAnsi="宋体" w:cs="宋体"/>
          <w:color w:val="000000"/>
        </w:rPr>
        <w:t>由上述材料可知：</w:t>
      </w:r>
    </w:p>
    <w:p>
      <w:pPr>
        <w:spacing w:line="360" w:lineRule="auto"/>
        <w:jc w:val="left"/>
        <w:textAlignment w:val="center"/>
        <w:rPr>
          <w:color w:val="000000"/>
        </w:rPr>
      </w:pPr>
      <w:r>
        <w:rPr>
          <w:color w:val="000000"/>
        </w:rPr>
        <w:t>（1）</w:t>
      </w:r>
      <w:r>
        <w:rPr>
          <w:rFonts w:ascii="宋体" w:eastAsia="宋体" w:hAnsi="宋体" w:cs="宋体"/>
          <w:color w:val="000000"/>
        </w:rPr>
        <w:t>有理数在加法运算下的单位元是</w:t>
      </w:r>
      <w:r>
        <w:rPr>
          <w:rFonts w:ascii="Times New Roman" w:eastAsia="Times New Roman" w:hAnsi="Times New Roman" w:cs="Times New Roman"/>
          <w:color w:val="000000"/>
        </w:rPr>
        <w:t>______</w:t>
      </w:r>
      <w:r>
        <w:rPr>
          <w:rFonts w:ascii="宋体" w:eastAsia="宋体" w:hAnsi="宋体" w:cs="宋体"/>
          <w:color w:val="000000"/>
        </w:rPr>
        <w:t>，在乘法运算下的单位元是</w:t>
      </w:r>
      <w:r>
        <w:rPr>
          <w:rFonts w:ascii="Times New Roman" w:eastAsia="Times New Roman" w:hAnsi="Times New Roman" w:cs="Times New Roman"/>
          <w:color w:val="000000"/>
        </w:rPr>
        <w:t>______</w:t>
      </w:r>
      <w:r>
        <w:rPr>
          <w:rFonts w:ascii="宋体" w:eastAsia="宋体" w:hAnsi="宋体" w:cs="宋体"/>
          <w:color w:val="000000"/>
        </w:rPr>
        <w:t>；在加法运算下，</w:t>
      </w:r>
      <w:r>
        <w:rPr>
          <w:rFonts w:ascii="Times New Roman" w:eastAsia="Times New Roman" w:hAnsi="Times New Roman" w:cs="Times New Roman"/>
          <w:color w:val="000000"/>
        </w:rPr>
        <w:t>3</w:t>
      </w:r>
      <w:r>
        <w:rPr>
          <w:rFonts w:ascii="宋体" w:eastAsia="宋体" w:hAnsi="宋体" w:cs="宋体"/>
          <w:color w:val="000000"/>
        </w:rPr>
        <w:t>的逆元是</w:t>
      </w:r>
      <w:r>
        <w:rPr>
          <w:rFonts w:ascii="Times New Roman" w:eastAsia="Times New Roman" w:hAnsi="Times New Roman" w:cs="Times New Roman"/>
          <w:color w:val="000000"/>
        </w:rPr>
        <w:t>______</w:t>
      </w:r>
      <w:r>
        <w:rPr>
          <w:rFonts w:ascii="宋体" w:eastAsia="宋体" w:hAnsi="宋体" w:cs="宋体"/>
          <w:color w:val="000000"/>
        </w:rPr>
        <w:t>，在乘法运算下，某个数没有逆元，这个数是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在有理数范围内，我们定义一种新的运算：</w:t>
      </w:r>
      <w:r>
        <w:pict>
          <v:shape id="_x0000_i713928" type="#_x0000_t75" alt="学科网(www.zxxk.com)--教育资源门户，提供试卷、教案、课件、论文、素材以及各类教学资源下载，还有大量而丰富的教学相关资讯！" style="width:84pt;height:13.95pt" o:oleicon="f" o:ole="">
            <v:imagedata r:id="rId4065" o:title="eqId625c3e1a076a8501880b91f00d29f20e"/>
          </v:shape>
        </w:pict>
      </w:r>
      <w:r>
        <w:rPr>
          <w:rFonts w:ascii="宋体" w:eastAsia="宋体" w:hAnsi="宋体" w:cs="宋体"/>
          <w:color w:val="000000"/>
        </w:rPr>
        <w:t>，例如</w:t>
      </w:r>
      <w:r>
        <w:pict>
          <v:shape id="_x0000_i713929" type="#_x0000_t75" alt="学科网(www.zxxk.com)--教育资源门户，提供试卷、教案、课件、论文、素材以及各类教学资源下载，还有大量而丰富的教学相关资讯！" style="width:111.85pt;height:14.15pt" o:oleicon="f" o:ole="">
            <v:imagedata r:id="rId4066" o:title="eqId2c976b9f247f07824a7abdadb1bc8b1d"/>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求在这种新的运算下的单位元；</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在这种新</w:t>
      </w:r>
      <w:r>
        <w:rPr>
          <w:rFonts w:ascii="宋体" w:eastAsia="宋体" w:hAnsi="宋体" w:cs="宋体"/>
          <w:color w:val="000000"/>
          <w:position w:val="0"/>
        </w:rPr>
        <w:drawing>
          <wp:inline>
            <wp:extent cx="133350" cy="177800"/>
            <wp:docPr id="34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 name=""/>
                    <pic:cNvPicPr>
                      <a:picLocks noChangeAspect="1"/>
                    </pic:cNvPicPr>
                  </pic:nvPicPr>
                  <pic:blipFill>
                    <a:blip r:embed="rId406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运算下，求任意有理数</w:t>
      </w:r>
      <w:r>
        <w:rPr>
          <w:rFonts w:ascii="Times New Roman" w:eastAsia="Times New Roman" w:hAnsi="Times New Roman" w:cs="Times New Roman"/>
          <w:i/>
          <w:color w:val="000000"/>
        </w:rPr>
        <w:t>m</w:t>
      </w:r>
      <w:r>
        <w:rPr>
          <w:rFonts w:ascii="宋体" w:eastAsia="宋体" w:hAnsi="宋体" w:cs="宋体"/>
          <w:color w:val="000000"/>
        </w:rPr>
        <w:t>的逆元（用含</w:t>
      </w:r>
      <w:r>
        <w:rPr>
          <w:rFonts w:ascii="Times New Roman" w:eastAsia="Times New Roman" w:hAnsi="Times New Roman" w:cs="Times New Roman"/>
          <w:i/>
          <w:color w:val="000000"/>
        </w:rPr>
        <w:t>m</w:t>
      </w:r>
      <w:r>
        <w:rPr>
          <w:rFonts w:ascii="宋体" w:eastAsia="宋体" w:hAnsi="宋体" w:cs="宋体"/>
          <w:color w:val="000000"/>
        </w:rPr>
        <w:t>的代数式表示）．</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3930" type="#_x0000_t75" alt="学科网(www.zxxk.com)--教育资源门户，提供试卷、教案、课件、论文、素材以及各类教学资源下载，还有大量而丰富的教学相关资讯！" style="width:16.05pt;height:13.9pt" o:oleicon="f" o:ole="">
            <v:imagedata r:id="rId4068"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0</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w:t>
      </w:r>
      <w:r>
        <w:rPr>
          <w:rFonts w:ascii="Times New Roman" w:eastAsia="Times New Roman" w:hAnsi="Times New Roman" w:cs="Times New Roman"/>
          <w:color w:val="000000"/>
        </w:rPr>
        <w:t>0</w:t>
      </w:r>
      <w:r>
        <w:rPr>
          <w:rFonts w:ascii="宋体" w:eastAsia="宋体" w:hAnsi="宋体" w:cs="宋体"/>
          <w:color w:val="000000"/>
        </w:rPr>
        <w:t>；②</w:t>
      </w:r>
      <w:r>
        <w:pict>
          <v:shape id="_x0000_i713931" type="#_x0000_t75" alt="学科网(www.zxxk.com)--教育资源门户，提供试卷、教案、课件、论文、素材以及各类教学资源下载，还有大量而丰富的教学相关资讯！" style="width:29.25pt;height:30.75pt" o:oleicon="f" o:ole="">
            <v:imagedata r:id="rId4069" o:title="eqIdf78080f104dea7aa8a16857cba47942e"/>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）直接根据题意作答即可作答即可；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）①先将</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分别代入</w:t>
      </w:r>
      <w:r>
        <w:pict>
          <v:shape id="_x0000_i713932" type="#_x0000_t75" alt="学科网(www.zxxk.com)--教育资源门户，提供试卷、教案、课件、论文、素材以及各类教学资源下载，还有大量而丰富的教学相关资讯！" style="width:84pt;height:13.95pt" o:oleicon="f" o:ole="">
            <v:imagedata r:id="rId4070" o:title="eqId625c3e1a076a8501880b91f00d29f20e"/>
          </v:shape>
        </w:pict>
      </w:r>
      <w:r>
        <w:rPr>
          <w:rFonts w:ascii="宋体" w:eastAsia="宋体" w:hAnsi="宋体" w:cs="宋体"/>
          <w:color w:val="000000"/>
        </w:rPr>
        <w:t>求出</w:t>
      </w:r>
      <w:r>
        <w:pict>
          <v:shape id="_x0000_i713933" type="#_x0000_t75" alt="学科网(www.zxxk.com)--教育资源门户，提供试卷、教案、课件、论文、素材以及各类教学资源下载，还有大量而丰富的教学相关资讯！" style="width:59.25pt;height:20.25pt" o:oleicon="f" o:ole="">
            <v:imagedata r:id="rId4071" o:title="eqId7d119c570ee7709ce2b7978588b24ef6"/>
          </v:shape>
        </w:pict>
      </w:r>
      <w:r>
        <w:rPr>
          <w:rFonts w:ascii="宋体" w:eastAsia="宋体" w:hAnsi="宋体" w:cs="宋体"/>
          <w:color w:val="000000"/>
        </w:rPr>
        <w:t>，再根据“任意有理数</w:t>
      </w:r>
      <w:r>
        <w:rPr>
          <w:rFonts w:ascii="Times New Roman" w:eastAsia="Times New Roman" w:hAnsi="Times New Roman" w:cs="Times New Roman"/>
          <w:i/>
          <w:color w:val="000000"/>
        </w:rPr>
        <w:t>a</w:t>
      </w:r>
      <w:r>
        <w:rPr>
          <w:rFonts w:ascii="宋体" w:eastAsia="宋体" w:hAnsi="宋体" w:cs="宋体"/>
          <w:color w:val="000000"/>
        </w:rPr>
        <w:t>和它进行这种运算”作答即可；</w:t>
      </w:r>
    </w:p>
    <w:p>
      <w:pPr>
        <w:spacing w:line="360" w:lineRule="auto"/>
        <w:jc w:val="left"/>
        <w:textAlignment w:val="center"/>
        <w:rPr>
          <w:color w:val="000000"/>
        </w:rPr>
      </w:pPr>
      <w:r>
        <w:rPr>
          <w:rFonts w:ascii="宋体" w:eastAsia="宋体" w:hAnsi="宋体" w:cs="宋体"/>
          <w:color w:val="000000"/>
        </w:rPr>
        <w:t>②设</w:t>
      </w:r>
      <w:r>
        <w:rPr>
          <w:rFonts w:ascii="Times New Roman" w:eastAsia="Times New Roman" w:hAnsi="Times New Roman" w:cs="Times New Roman"/>
          <w:i/>
          <w:color w:val="000000"/>
        </w:rPr>
        <w:t>m</w:t>
      </w:r>
      <w:r>
        <w:rPr>
          <w:rFonts w:ascii="宋体" w:eastAsia="宋体" w:hAnsi="宋体" w:cs="宋体"/>
          <w:color w:val="000000"/>
        </w:rPr>
        <w:t>的逆元为</w:t>
      </w:r>
      <w:r>
        <w:rPr>
          <w:rFonts w:ascii="Times New Roman" w:eastAsia="Times New Roman" w:hAnsi="Times New Roman" w:cs="Times New Roman"/>
          <w:i/>
          <w:color w:val="000000"/>
        </w:rPr>
        <w:t>b</w:t>
      </w:r>
      <w:r>
        <w:rPr>
          <w:rFonts w:ascii="宋体" w:eastAsia="宋体" w:hAnsi="宋体" w:cs="宋体"/>
          <w:color w:val="000000"/>
        </w:rPr>
        <w:t>，先根据题意列出</w:t>
      </w:r>
      <w:r>
        <w:pict>
          <v:shape id="_x0000_i713934" type="#_x0000_t75" alt="学科网(www.zxxk.com)--教育资源门户，提供试卷、教案、课件、论文、素材以及各类教学资源下载，还有大量而丰富的教学相关资讯！" style="width:1in;height:14.25pt" o:oleicon="f" o:ole="">
            <v:imagedata r:id="rId4072" o:title="eqIdef5b1fe42332fbf701cd74a2970c13d9"/>
          </v:shape>
        </w:pict>
      </w:r>
      <w:r>
        <w:rPr>
          <w:rFonts w:ascii="宋体" w:eastAsia="宋体" w:hAnsi="宋体" w:cs="宋体"/>
          <w:color w:val="000000"/>
        </w:rPr>
        <w:t>，再求解即可．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有理数在加法运算下的单位元是</w:t>
      </w:r>
      <w:r>
        <w:rPr>
          <w:rFonts w:ascii="Times New Roman" w:eastAsia="Times New Roman" w:hAnsi="Times New Roman" w:cs="Times New Roman"/>
          <w:color w:val="000000"/>
        </w:rPr>
        <w:t>0</w:t>
      </w:r>
      <w:r>
        <w:rPr>
          <w:rFonts w:ascii="宋体" w:eastAsia="宋体" w:hAnsi="宋体" w:cs="宋体"/>
          <w:color w:val="000000"/>
        </w:rPr>
        <w:t>，在乘法运算下的单位元是</w:t>
      </w:r>
      <w:r>
        <w:rPr>
          <w:rFonts w:ascii="Times New Roman" w:eastAsia="Times New Roman" w:hAnsi="Times New Roman" w:cs="Times New Roman"/>
          <w:color w:val="000000"/>
        </w:rPr>
        <w:t>1</w:t>
      </w:r>
      <w:r>
        <w:rPr>
          <w:rFonts w:ascii="宋体" w:eastAsia="宋体" w:hAnsi="宋体" w:cs="宋体"/>
          <w:color w:val="000000"/>
        </w:rPr>
        <w:t>；在加法运算下，</w:t>
      </w:r>
      <w:r>
        <w:rPr>
          <w:rFonts w:ascii="Times New Roman" w:eastAsia="Times New Roman" w:hAnsi="Times New Roman" w:cs="Times New Roman"/>
          <w:color w:val="000000"/>
        </w:rPr>
        <w:t>3</w:t>
      </w:r>
      <w:r>
        <w:rPr>
          <w:rFonts w:ascii="宋体" w:eastAsia="宋体" w:hAnsi="宋体" w:cs="宋体"/>
          <w:color w:val="000000"/>
        </w:rPr>
        <w:t>的逆元是</w:t>
      </w:r>
      <w:r>
        <w:pict>
          <v:shape id="_x0000_i713935" type="#_x0000_t75" alt="学科网(www.zxxk.com)--教育资源门户，提供试卷、教案、课件、论文、素材以及各类教学资源下载，还有大量而丰富的教学相关资讯！" style="width:16.05pt;height:13.9pt" o:oleicon="f" o:ole="">
            <v:imagedata r:id="rId4073" o:title="eqId81fb134b2b48acc99213fff6ccfee65f"/>
          </v:shape>
        </w:pict>
      </w:r>
      <w:r>
        <w:rPr>
          <w:rFonts w:ascii="宋体" w:eastAsia="宋体" w:hAnsi="宋体" w:cs="宋体"/>
          <w:color w:val="000000"/>
        </w:rPr>
        <w:t>，在乘法运算下，某个数没有逆元，这个数是</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13936" type="#_x0000_t75" alt="学科网(www.zxxk.com)--教育资源门户，提供试卷、教案、课件、论文、素材以及各类教学资源下载，还有大量而丰富的教学相关资讯！" style="width:16.05pt;height:13.9pt" o:oleicon="f" o:ole="">
            <v:imagedata r:id="rId4074"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①∵存在一个确定的有理数</w:t>
      </w:r>
      <w:r>
        <w:rPr>
          <w:rFonts w:ascii="Times New Roman" w:eastAsia="Times New Roman" w:hAnsi="Times New Roman" w:cs="Times New Roman"/>
          <w:i/>
          <w:color w:val="000000"/>
        </w:rPr>
        <w:t>n</w:t>
      </w:r>
      <w:r>
        <w:rPr>
          <w:rFonts w:ascii="宋体" w:eastAsia="宋体" w:hAnsi="宋体" w:cs="宋体"/>
          <w:color w:val="000000"/>
        </w:rPr>
        <w:t>，使得任意有理数</w:t>
      </w:r>
      <w:r>
        <w:rPr>
          <w:rFonts w:ascii="Times New Roman" w:eastAsia="Times New Roman" w:hAnsi="Times New Roman" w:cs="Times New Roman"/>
          <w:i/>
          <w:color w:val="000000"/>
        </w:rPr>
        <w:t>a</w:t>
      </w:r>
      <w:r>
        <w:rPr>
          <w:rFonts w:ascii="宋体" w:eastAsia="宋体" w:hAnsi="宋体" w:cs="宋体"/>
          <w:color w:val="000000"/>
        </w:rPr>
        <w:t>和它进行这种运算后的结果都等于</w:t>
      </w:r>
      <w:r>
        <w:rPr>
          <w:rFonts w:ascii="Times New Roman" w:eastAsia="Times New Roman" w:hAnsi="Times New Roman" w:cs="Times New Roman"/>
          <w:i/>
          <w:color w:val="000000"/>
        </w:rPr>
        <w:t>a</w:t>
      </w:r>
      <w:r>
        <w:rPr>
          <w:rFonts w:ascii="宋体" w:eastAsia="宋体" w:hAnsi="宋体" w:cs="宋体"/>
          <w:color w:val="000000"/>
        </w:rPr>
        <w:t>本身，</w:t>
      </w:r>
    </w:p>
    <w:p>
      <w:pPr>
        <w:spacing w:line="360" w:lineRule="auto"/>
        <w:jc w:val="left"/>
        <w:textAlignment w:val="center"/>
        <w:rPr>
          <w:color w:val="000000"/>
        </w:rPr>
      </w:pPr>
      <w:r>
        <w:rPr>
          <w:rFonts w:ascii="宋体" w:eastAsia="宋体" w:hAnsi="宋体" w:cs="宋体"/>
          <w:color w:val="000000"/>
        </w:rPr>
        <w:t>∴</w:t>
      </w:r>
      <w:r>
        <w:pict>
          <v:shape id="_x0000_i713937" type="#_x0000_t75" alt="学科网(www.zxxk.com)--教育资源门户，提供试卷、教案、课件、论文、素材以及各类教学资源下载，还有大量而丰富的教学相关资讯！" style="width:101.25pt;height:12pt" o:oleicon="f" o:ole="">
            <v:imagedata r:id="rId4075" o:title="eqId53b412d5f2b549cb446583dad4c4435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13938" type="#_x0000_t75" alt="学科网(www.zxxk.com)--教育资源门户，提供试卷、教案、课件、论文、素材以及各类教学资源下载，还有大量而丰富的教学相关资讯！" style="width:59.25pt;height:20.25pt" o:oleicon="f" o:ole="">
            <v:imagedata r:id="rId4076" o:title="eqId7d119c570ee7709ce2b7978588b24ef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为任意有理数</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∴无论</w:t>
      </w:r>
      <w:r>
        <w:pict>
          <v:shape id="_x0000_i713939" type="#_x0000_t75" alt="学科网(www.zxxk.com)--教育资源门户，提供试卷、教案、课件、论文、素材以及各类教学资源下载，还有大量而丰富的教学相关资讯！" style="width:24pt;height:13.95pt" o:oleicon="f" o:ole="">
            <v:imagedata r:id="rId4077" o:title="eqId610c2926e1cd54d17d3ab0874d212d1a"/>
          </v:shape>
        </w:pict>
      </w:r>
      <w:r>
        <w:rPr>
          <w:rFonts w:ascii="宋体" w:eastAsia="宋体" w:hAnsi="宋体" w:cs="宋体"/>
          <w:color w:val="000000"/>
        </w:rPr>
        <w:t>取何值，</w:t>
      </w:r>
      <w:r>
        <w:pict>
          <v:shape id="_x0000_i713940" type="#_x0000_t75" alt="学科网(www.zxxk.com)--教育资源门户，提供试卷、教案、课件、论文、素材以及各类教学资源下载，还有大量而丰富的教学相关资讯！" style="width:59.25pt;height:20.25pt" o:oleicon="f" o:ole="">
            <v:imagedata r:id="rId4078" o:title="eqId7d119c570ee7709ce2b7978588b24ef6"/>
          </v:shape>
        </w:pict>
      </w:r>
      <w:r>
        <w:rPr>
          <w:rFonts w:ascii="宋体" w:eastAsia="宋体" w:hAnsi="宋体" w:cs="宋体"/>
          <w:color w:val="000000"/>
        </w:rPr>
        <w:t>均成立，</w:t>
      </w:r>
    </w:p>
    <w:p>
      <w:pPr>
        <w:spacing w:line="360" w:lineRule="auto"/>
        <w:jc w:val="left"/>
        <w:textAlignment w:val="center"/>
        <w:rPr>
          <w:color w:val="000000"/>
        </w:rPr>
      </w:pPr>
      <w:r>
        <w:rPr>
          <w:rFonts w:ascii="宋体" w:eastAsia="宋体" w:hAnsi="宋体" w:cs="宋体"/>
          <w:color w:val="000000"/>
        </w:rPr>
        <w:t>∴</w:t>
      </w:r>
      <w:r>
        <w:pict>
          <v:shape id="_x0000_i713941" type="#_x0000_t75" alt="学科网(www.zxxk.com)--教育资源门户，提供试卷、教案、课件、论文、素材以及各类教学资源下载，还有大量而丰富的教学相关资讯！" style="width:28.5pt;height:14.25pt" o:oleicon="f" o:ole="">
            <v:imagedata r:id="rId4079" o:title="eqIddfd09fb9482124fd35f19b86894648f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w:t>
      </w:r>
      <w:r>
        <w:rPr>
          <w:rFonts w:ascii="Times New Roman" w:eastAsia="Times New Roman" w:hAnsi="Times New Roman" w:cs="Times New Roman"/>
          <w:i/>
          <w:color w:val="000000"/>
        </w:rPr>
        <w:t>m</w:t>
      </w:r>
      <w:r>
        <w:rPr>
          <w:rFonts w:ascii="宋体" w:eastAsia="宋体" w:hAnsi="宋体" w:cs="宋体"/>
          <w:color w:val="000000"/>
        </w:rPr>
        <w:t>的逆元为</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∵两个有理数进行这种运算后的结果等于单位元，那么这两个有理数互为逆元，</w:t>
      </w:r>
    </w:p>
    <w:p>
      <w:pPr>
        <w:spacing w:line="360" w:lineRule="auto"/>
        <w:jc w:val="left"/>
        <w:textAlignment w:val="center"/>
        <w:rPr>
          <w:color w:val="000000"/>
        </w:rPr>
      </w:pPr>
      <w:r>
        <w:rPr>
          <w:rFonts w:ascii="宋体" w:eastAsia="宋体" w:hAnsi="宋体" w:cs="宋体"/>
          <w:color w:val="000000"/>
        </w:rPr>
        <w:t>∴</w:t>
      </w:r>
      <w:r>
        <w:pict>
          <v:shape id="_x0000_i713942" type="#_x0000_t75" alt="学科网(www.zxxk.com)--教育资源门户，提供试卷、教案、课件、论文、素材以及各类教学资源下载，还有大量而丰富的教学相关资讯！" style="width:45pt;height:14.25pt" o:oleicon="f" o:ole="">
            <v:imagedata r:id="rId4080" o:title="eqId08cdcee5aca7583324e0abb949d926c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13943" type="#_x0000_t75" alt="学科网(www.zxxk.com)--教育资源门户，提供试卷、教案、课件、论文、素材以及各类教学资源下载，还有大量而丰富的教学相关资讯！" style="width:1in;height:14.25pt" o:oleicon="f" o:ole="">
            <v:imagedata r:id="rId4081" o:title="eqIdef5b1fe42332fbf701cd74a2970c13d9"/>
          </v:shape>
        </w:pict>
      </w:r>
      <w:r>
        <w:rPr>
          <w:rFonts w:ascii="宋体" w:eastAsia="宋体" w:hAnsi="宋体" w:cs="宋体"/>
          <w:color w:val="000000"/>
        </w:rPr>
        <w:t>，</w:t>
      </w:r>
    </w:p>
    <w:p>
      <w:pPr>
        <w:spacing w:line="360" w:lineRule="auto"/>
        <w:jc w:val="left"/>
        <w:textAlignment w:val="center"/>
        <w:rPr>
          <w:color w:val="000000"/>
        </w:rPr>
      </w:pPr>
      <w:r>
        <w:pict>
          <v:shape id="_x0000_i713944" type="#_x0000_t75" alt="学科网(www.zxxk.com)--教育资源门户，提供试卷、教案、课件、论文、素材以及各类教学资源下载，还有大量而丰富的教学相关资讯！" style="width:63pt;height:14.25pt" o:oleicon="f" o:ole="">
            <v:imagedata r:id="rId4082" o:title="eqId9123d31b8a065a99be91500d519010a3"/>
          </v:shape>
        </w:pict>
      </w:r>
      <w:r>
        <w:rPr>
          <w:rFonts w:ascii="宋体" w:eastAsia="宋体" w:hAnsi="宋体" w:cs="宋体"/>
          <w:color w:val="000000"/>
        </w:rPr>
        <w:t>，</w:t>
      </w:r>
    </w:p>
    <w:p>
      <w:pPr>
        <w:spacing w:line="360" w:lineRule="auto"/>
        <w:jc w:val="left"/>
        <w:textAlignment w:val="center"/>
        <w:rPr>
          <w:color w:val="000000"/>
        </w:rPr>
      </w:pPr>
      <w:r>
        <w:pict>
          <v:shape id="_x0000_i713945" type="#_x0000_t75" alt="学科网(www.zxxk.com)--教育资源门户，提供试卷、教案、课件、论文、素材以及各类教学资源下载，还有大量而丰富的教学相关资讯！" style="width:71.25pt;height:20.25pt" o:oleicon="f" o:ole="">
            <v:imagedata r:id="rId4083" o:title="eqId302f683034b12689e765a6db42b5aaad"/>
          </v:shape>
        </w:pict>
      </w:r>
      <w:r>
        <w:rPr>
          <w:rFonts w:ascii="宋体" w:eastAsia="宋体" w:hAnsi="宋体" w:cs="宋体"/>
          <w:color w:val="000000"/>
        </w:rPr>
        <w:t>，</w:t>
      </w:r>
    </w:p>
    <w:p>
      <w:pPr>
        <w:spacing w:line="360" w:lineRule="auto"/>
        <w:jc w:val="left"/>
        <w:textAlignment w:val="center"/>
        <w:rPr>
          <w:color w:val="000000"/>
        </w:rPr>
      </w:pPr>
      <w:r>
        <w:pict>
          <v:shape id="_x0000_i713946" type="#_x0000_t75" alt="学科网(www.zxxk.com)--教育资源门户，提供试卷、教案、课件、论文、素材以及各类教学资源下载，还有大量而丰富的教学相关资讯！" style="width:47.25pt;height:30.75pt" o:oleicon="f" o:ole="">
            <v:imagedata r:id="rId4084" o:title="eqId0334c0d4f09833ff0141de6d3f9906b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∴任意有理数</w:t>
      </w:r>
      <w:r>
        <w:rPr>
          <w:rFonts w:ascii="Times New Roman" w:eastAsia="Times New Roman" w:hAnsi="Times New Roman" w:cs="Times New Roman"/>
          <w:i/>
          <w:color w:val="000000"/>
        </w:rPr>
        <w:t>m</w:t>
      </w:r>
      <w:r>
        <w:rPr>
          <w:rFonts w:ascii="宋体" w:eastAsia="宋体" w:hAnsi="宋体" w:cs="宋体"/>
          <w:color w:val="000000"/>
        </w:rPr>
        <w:t>的逆元为</w:t>
      </w:r>
      <w:r>
        <w:pict>
          <v:shape id="_x0000_i713947" type="#_x0000_t75" alt="学科网(www.zxxk.com)--教育资源门户，提供试卷、教案、课件、论文、素材以及各类教学资源下载，还有大量而丰富的教学相关资讯！" style="width:29.25pt;height:30.75pt" o:oleicon="f" o:ole="">
            <v:imagedata r:id="rId4085" o:title="eqIdf78080f104dea7aa8a16857cba47942e"/>
          </v:shape>
        </w:pic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本题考查了新定义下的有理数运算，正确理解“单位元”和“逆元”是解题的关键．</w:t>
      </w:r>
    </w:p>
    <w:p>
      <w:pPr>
        <w:pStyle w:val="Heading2"/>
      </w:pPr>
      <w:r>
        <w:t>海淀区</w:t>
      </w:r>
    </w:p>
    <w:p>
      <w:pPr>
        <w:spacing w:line="360" w:lineRule="auto"/>
        <w:jc w:val="both"/>
        <w:textAlignment w:val="center"/>
        <w:rPr>
          <w:color w:val="000000"/>
        </w:rPr>
      </w:pPr>
      <w:r>
        <w:rPr>
          <w:color w:val="000000"/>
        </w:rPr>
        <w:t xml:space="preserve">25. </w:t>
      </w:r>
      <w:r>
        <w:rPr>
          <w:rFonts w:ascii="宋体" w:eastAsia="宋体" w:hAnsi="宋体" w:cs="宋体"/>
          <w:color w:val="000000"/>
        </w:rPr>
        <w:t>已知</w:t>
      </w:r>
      <w:r>
        <w:pict>
          <v:shape id="_x0000_i713948" type="#_x0000_t75" alt="学科网(www.zxxk.com)--教育资源门户，提供试卷、教案、课件、论文、素材以及各类教学资源下载，还有大量而丰富的教学相关资讯！" style="width:57pt;height:12.75pt" o:oleicon="f" o:ole="">
            <v:imagedata r:id="rId4086" o:title="eqId6131160eaee962470abc7771df265c6d"/>
          </v:shape>
        </w:pict>
      </w:r>
      <w:r>
        <w:rPr>
          <w:rFonts w:ascii="宋体" w:eastAsia="宋体" w:hAnsi="宋体" w:cs="宋体"/>
          <w:color w:val="000000"/>
        </w:rPr>
        <w:t>，</w:t>
      </w:r>
      <w:r>
        <w:pict>
          <v:shape id="_x0000_i713949" type="#_x0000_t75" alt="学科网(www.zxxk.com)--教育资源门户，提供试卷、教案、课件、论文、素材以及各类教学资源下载，还有大量而丰富的教学相关资讯！" style="width:89.75pt;height:14.5pt" o:oleicon="f" o:ole="">
            <v:imagedata r:id="rId4087" o:title="eqIdd485d0de4711d4b71798736083312b0c"/>
          </v:shape>
        </w:pict>
      </w:r>
      <w:r>
        <w:rPr>
          <w:rFonts w:ascii="宋体" w:eastAsia="宋体" w:hAnsi="宋体" w:cs="宋体"/>
          <w:color w:val="000000"/>
        </w:rPr>
        <w:t>（</w:t>
      </w:r>
      <w:r>
        <w:pict>
          <v:shape id="_x0000_i713950" type="#_x0000_t75" alt="学科网(www.zxxk.com)--教育资源门户，提供试卷、教案、课件、论文、素材以及各类教学资源下载，还有大量而丰富的教学相关资讯！" style="width:30pt;height:14.25pt" o:oleicon="f" o:ole="">
            <v:imagedata r:id="rId4088" o:title="eqId58b140e221ddf537b8964fff8557cca0"/>
          </v:shape>
        </w:pict>
      </w:r>
      <w:r>
        <w:rPr>
          <w:rFonts w:ascii="宋体" w:eastAsia="宋体" w:hAnsi="宋体" w:cs="宋体"/>
          <w:color w:val="000000"/>
        </w:rPr>
        <w:t>，且</w:t>
      </w:r>
      <w:r>
        <w:pict>
          <v:shape id="_x0000_i713951" type="#_x0000_t75" alt="学科网(www.zxxk.com)--教育资源门户，提供试卷、教案、课件、论文、素材以及各类教学资源下载，还有大量而丰富的教学相关资讯！" style="width:20.4pt;height:14.5pt" o:oleicon="f" o:ole="">
            <v:imagedata r:id="rId4089" o:title="eqIdabd13974aebe38eb2a1d744a01ea5aa5"/>
          </v:shape>
        </w:pict>
      </w:r>
      <w:r>
        <w:rPr>
          <w:rFonts w:ascii="宋体" w:eastAsia="宋体" w:hAnsi="宋体" w:cs="宋体"/>
          <w:color w:val="000000"/>
        </w:rPr>
        <w:t>不与</w:t>
      </w:r>
      <w:r>
        <w:pict>
          <v:shape id="_x0000_i713952" type="#_x0000_t75" alt="学科网(www.zxxk.com)--教育资源门户，提供试卷、教案、课件、论文、素材以及各类教学资源下载，还有大量而丰富的教学相关资讯！" style="width:18.85pt;height:14pt" o:oleicon="f" o:ole="">
            <v:imagedata r:id="rId4090" o:title="eqIdef4113c492885ba7c47fe42ac792578f"/>
          </v:shape>
        </w:pict>
      </w:r>
      <w:r>
        <w:rPr>
          <w:rFonts w:ascii="宋体" w:eastAsia="宋体" w:hAnsi="宋体" w:cs="宋体"/>
          <w:color w:val="000000"/>
        </w:rPr>
        <w:t>重合）．</w:t>
      </w:r>
    </w:p>
    <w:p>
      <w:pPr>
        <w:spacing w:line="360" w:lineRule="auto"/>
        <w:jc w:val="both"/>
        <w:textAlignment w:val="center"/>
        <w:rPr>
          <w:color w:val="000000"/>
        </w:rPr>
      </w:pPr>
      <w:r>
        <w:rPr>
          <w:color w:val="000000"/>
        </w:rPr>
        <w:drawing>
          <wp:inline>
            <wp:extent cx="3152775" cy="1362075"/>
            <wp:docPr id="34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 name=""/>
                    <pic:cNvPicPr>
                      <a:picLocks noChangeAspect="1"/>
                    </pic:cNvPicPr>
                  </pic:nvPicPr>
                  <pic:blipFill>
                    <a:blip r:embed="rId4091"/>
                    <a:stretch>
                      <a:fillRect/>
                    </a:stretch>
                  </pic:blipFill>
                  <pic:spPr>
                    <a:xfrm>
                      <a:off x="0" y="0"/>
                      <a:ext cx="3152775" cy="13620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w:t>
      </w:r>
      <w:r>
        <w:pict>
          <v:shape id="_x0000_i713953" type="#_x0000_t75" alt="学科网(www.zxxk.com)--教育资源门户，提供试卷、教案、课件、论文、素材以及各类教学资源下载，还有大量而丰富的教学相关资讯！" style="width:28.2pt;height:13.8pt" o:oleicon="f" o:ole="">
            <v:imagedata r:id="rId4092" o:title="eqIdcf0086b054ef120408acac806a1b1318"/>
          </v:shape>
        </w:pict>
      </w:r>
      <w:r>
        <w:rPr>
          <w:rFonts w:ascii="宋体" w:eastAsia="宋体" w:hAnsi="宋体" w:cs="宋体"/>
          <w:color w:val="000000"/>
        </w:rPr>
        <w:t>时，若射线</w:t>
      </w:r>
      <w:r>
        <w:pict>
          <v:shape id="_x0000_i713954" type="#_x0000_t75" alt="学科网(www.zxxk.com)--教育资源门户，提供试卷、教案、课件、论文、素材以及各类教学资源下载，还有大量而丰富的教学相关资讯！" style="width:20.4pt;height:14.5pt" o:oleicon="f" o:ole="">
            <v:imagedata r:id="rId4093" o:title="eqIdabd13974aebe38eb2a1d744a01ea5aa5"/>
          </v:shape>
        </w:pict>
      </w:r>
      <w:r>
        <w:rPr>
          <w:rFonts w:ascii="宋体" w:eastAsia="宋体" w:hAnsi="宋体" w:cs="宋体"/>
          <w:color w:val="000000"/>
        </w:rPr>
        <w:t>在</w:t>
      </w:r>
      <w:r>
        <w:pict>
          <v:shape id="_x0000_i713955" type="#_x0000_t75" alt="学科网(www.zxxk.com)--教育资源门户，提供试卷、教案、课件、论文、素材以及各类教学资源下载，还有大量而丰富的教学相关资讯！" style="width:39.75pt;height:14.25pt" o:oleicon="f" o:ole="">
            <v:imagedata r:id="rId4094" o:title="eqId6d7b2fe01a33c4825f9974ed9663a99c"/>
          </v:shape>
        </w:pict>
      </w:r>
      <w:r>
        <w:rPr>
          <w:rFonts w:ascii="宋体" w:eastAsia="宋体" w:hAnsi="宋体" w:cs="宋体"/>
          <w:color w:val="000000"/>
        </w:rPr>
        <w:t>内，请用量角器在图</w:t>
      </w:r>
      <w:r>
        <w:rPr>
          <w:rFonts w:ascii="Times New Roman" w:eastAsia="Times New Roman" w:hAnsi="Times New Roman" w:cs="Times New Roman"/>
          <w:color w:val="000000"/>
        </w:rPr>
        <w:t>1</w:t>
      </w:r>
      <w:r>
        <w:rPr>
          <w:rFonts w:ascii="宋体" w:eastAsia="宋体" w:hAnsi="宋体" w:cs="宋体"/>
          <w:color w:val="000000"/>
        </w:rPr>
        <w:t>中画出射线</w:t>
      </w:r>
      <w:r>
        <w:pict>
          <v:shape id="_x0000_i713956" type="#_x0000_t75" alt="学科网(www.zxxk.com)--教育资源门户，提供试卷、教案、课件、论文、素材以及各类教学资源下载，还有大量而丰富的教学相关资讯！" style="width:20.4pt;height:14.5pt" o:oleicon="f" o:ole="">
            <v:imagedata r:id="rId4093" o:title="eqIdabd13974aebe38eb2a1d744a01ea5aa5"/>
          </v:shape>
        </w:pict>
      </w:r>
      <w:r>
        <w:rPr>
          <w:rFonts w:ascii="宋体" w:eastAsia="宋体" w:hAnsi="宋体" w:cs="宋体"/>
          <w:color w:val="000000"/>
        </w:rPr>
        <w:t>，则</w:t>
      </w:r>
      <w:r>
        <w:pict>
          <v:shape id="_x0000_i713957" type="#_x0000_t75" alt="学科网(www.zxxk.com)--教育资源门户，提供试卷、教案、课件、论文、素材以及各类教学资源下载，还有大量而丰富的教学相关资讯！" style="width:36pt;height:13.95pt" o:oleicon="f" o:ole="">
            <v:imagedata r:id="rId4095" o:title="eqId5c3a3bf63440a2fdd769162516fb0e1c"/>
          </v:shape>
        </w:pict>
      </w:r>
      <w:r>
        <w:rPr>
          <w:rFonts w:ascii="宋体" w:eastAsia="宋体" w:hAnsi="宋体" w:cs="宋体"/>
          <w:color w:val="000000"/>
        </w:rPr>
        <w:t>的度数为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w:t>
      </w:r>
      <w:r>
        <w:pict>
          <v:shape id="_x0000_i713958" type="#_x0000_t75" alt="学科网(www.zxxk.com)--教育资源门户，提供试卷、教案、课件、论文、素材以及各类教学资源下载，还有大量而丰富的教学相关资讯！" style="width:31.3pt;height:13.75pt" o:oleicon="f" o:ole="">
            <v:imagedata r:id="rId4097" o:title="eqIde94f16d5ed858699bfea5039a7bf8ae6"/>
          </v:shape>
        </w:pict>
      </w:r>
      <w:r>
        <w:rPr>
          <w:rFonts w:ascii="宋体" w:eastAsia="宋体" w:hAnsi="宋体" w:cs="宋体"/>
          <w:color w:val="000000"/>
        </w:rPr>
        <w:t>时，</w:t>
      </w:r>
      <w:r>
        <w:pict>
          <v:shape id="_x0000_i713959" type="#_x0000_t75" alt="学科网(www.zxxk.com)--教育资源门户，提供试卷、教案、课件、论文、素材以及各类教学资源下载，还有大量而丰富的教学相关资讯！" style="width:18.75pt;height:15pt" o:oleicon="f" o:ole="">
            <v:imagedata r:id="rId4098" o:title="eqId9f0009063fe00277645aff1be6e32471"/>
          </v:shape>
        </w:pict>
      </w:r>
      <w:r>
        <w:rPr>
          <w:rFonts w:ascii="宋体" w:eastAsia="宋体" w:hAnsi="宋体" w:cs="宋体"/>
          <w:color w:val="000000"/>
        </w:rPr>
        <w:t>平分</w:t>
      </w:r>
      <w:r>
        <w:pict>
          <v:shape id="_x0000_i713960" type="#_x0000_t75" alt="学科网(www.zxxk.com)--教育资源门户，提供试卷、教案、课件、论文、素材以及各类教学资源下载，还有大量而丰富的教学相关资讯！" style="width:36pt;height:13.95pt" o:oleicon="f" o:ole="">
            <v:imagedata r:id="rId4099" o:title="eqId5c3a3bf63440a2fdd769162516fb0e1c"/>
          </v:shape>
        </w:pict>
      </w:r>
      <w:r>
        <w:rPr>
          <w:rFonts w:ascii="宋体" w:eastAsia="宋体" w:hAnsi="宋体" w:cs="宋体"/>
          <w:color w:val="000000"/>
        </w:rPr>
        <w:t>，求</w:t>
      </w:r>
      <w:r>
        <w:pict>
          <v:shape id="_x0000_i713961" type="#_x0000_t75" alt="学科网(www.zxxk.com)--教育资源门户，提供试卷、教案、课件、论文、素材以及各类教学资源下载，还有大量而丰富的教学相关资讯！" style="width:38.4pt;height:15.6pt" o:oleicon="f" o:ole="">
            <v:imagedata r:id="rId4100" o:title="eqIda67367746e407d6ebb7b3b7bc2fba01f"/>
          </v:shape>
        </w:pict>
      </w:r>
      <w:r>
        <w:rPr>
          <w:rFonts w:ascii="宋体" w:eastAsia="宋体" w:hAnsi="宋体" w:cs="宋体"/>
          <w:color w:val="000000"/>
          <w:position w:val="0"/>
        </w:rPr>
        <w:drawing>
          <wp:inline>
            <wp:extent cx="133350" cy="177800"/>
            <wp:docPr id="347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 name=""/>
                    <pic:cNvPicPr>
                      <a:picLocks noChangeAspect="1"/>
                    </pic:cNvPicPr>
                  </pic:nvPicPr>
                  <pic:blipFill>
                    <a:blip r:embed="rId409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度数．</w:t>
      </w:r>
    </w:p>
    <w:p>
      <w:pPr>
        <w:spacing w:line="360" w:lineRule="auto"/>
        <w:textAlignment w:val="center"/>
        <w:rPr>
          <w:color w:val="000000"/>
        </w:rPr>
      </w:pPr>
      <w:r>
        <w:rPr>
          <w:color w:val="2E75B6"/>
        </w:rPr>
        <w:t>【答案】</w:t>
      </w:r>
      <w:r>
        <w:rPr>
          <w:color w:val="000000"/>
        </w:rPr>
        <w:t>（1）</w:t>
      </w:r>
      <w:r>
        <w:pict>
          <v:shape id="_x0000_i713962" type="#_x0000_t75" alt="学科网(www.zxxk.com)--教育资源门户，提供试卷、教案、课件、论文、素材以及各类教学资源下载，还有大量而丰富的教学相关资讯！" style="width:17pt;height:13pt" o:oleicon="f" o:ole="">
            <v:imagedata r:id="rId4101" o:title="eqId76c12e76fbd84eeec721386bd3b04cc4"/>
          </v:shape>
        </w:pict>
      </w:r>
      <w:r>
        <w:rPr>
          <w:color w:val="000000"/>
        </w:rPr>
        <w:t xml:space="preserve">    </w:t>
      </w:r>
    </w:p>
    <w:p>
      <w:pPr>
        <w:spacing w:line="360" w:lineRule="auto"/>
        <w:textAlignment w:val="center"/>
        <w:rPr>
          <w:color w:val="000000"/>
        </w:rPr>
      </w:pPr>
      <w:r>
        <w:rPr>
          <w:color w:val="000000"/>
        </w:rPr>
        <w:t>（2）</w:t>
      </w:r>
      <w:r>
        <w:pict>
          <v:shape id="_x0000_i713963" type="#_x0000_t75" alt="学科网(www.zxxk.com)--教育资源门户，提供试卷、教案、课件、论文、素材以及各类教学资源下载，还有大量而丰富的教学相关资讯！" style="width:38.4pt;height:15.6pt" o:oleicon="f" o:ole="">
            <v:imagedata r:id="rId4102" o:title="eqIda67367746e407d6ebb7b3b7bc2fba01f"/>
          </v:shape>
        </w:pict>
      </w:r>
      <w:r>
        <w:rPr>
          <w:rFonts w:ascii="宋体" w:eastAsia="宋体" w:hAnsi="宋体" w:cs="宋体"/>
          <w:color w:val="000000"/>
        </w:rPr>
        <w:t>为</w:t>
      </w:r>
      <w:r>
        <w:pict>
          <v:shape id="_x0000_i713964" type="#_x0000_t75" alt="学科网(www.zxxk.com)--教育资源门户，提供试卷、教案、课件、论文、素材以及各类教学资源下载，还有大量而丰富的教学相关资讯！" style="width:20pt;height:14pt" o:oleicon="f" o:ole="">
            <v:imagedata r:id="rId4103" o:title="eqIdb31a14bd2a972f43d7a26a99589ad083"/>
          </v:shape>
        </w:pict>
      </w:r>
      <w:r>
        <w:rPr>
          <w:rFonts w:ascii="宋体" w:eastAsia="宋体" w:hAnsi="宋体" w:cs="宋体"/>
          <w:color w:val="000000"/>
        </w:rPr>
        <w:t>或</w:t>
      </w:r>
      <w:r>
        <w:pict>
          <v:shape id="_x0000_i713965" type="#_x0000_t75" alt="学科网(www.zxxk.com)--教育资源门户，提供试卷、教案、课件、论文、素材以及各类教学资源下载，还有大量而丰富的教学相关资讯！" style="width:20.5pt;height:14.5pt" o:oleicon="f" o:ole="">
            <v:imagedata r:id="rId4104" o:title="eqId79a97bb4dcfab4ec7539bc783d563c49"/>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）直接根据题意用量角器画图即可；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pict>
          <v:shape id="_x0000_i713966" type="#_x0000_t75" alt="学科网(www.zxxk.com)--教育资源门户，提供试卷、教案、课件、论文、素材以及各类教学资源下载，还有大量而丰富的教学相关资讯！" style="width:31.3pt;height:13.75pt" o:oleicon="f" o:ole="">
            <v:imagedata r:id="rId4105" o:title="eqIde94f16d5ed858699bfea5039a7bf8ae6"/>
          </v:shape>
        </w:pict>
      </w:r>
      <w:r>
        <w:rPr>
          <w:rFonts w:ascii="宋体" w:eastAsia="宋体" w:hAnsi="宋体" w:cs="宋体"/>
          <w:color w:val="000000"/>
        </w:rPr>
        <w:t>时，</w:t>
      </w:r>
      <w:r>
        <w:pict>
          <v:shape id="_x0000_i713967" type="#_x0000_t75" alt="学科网(www.zxxk.com)--教育资源门户，提供试卷、教案、课件、论文、素材以及各类教学资源下载，还有大量而丰富的教学相关资讯！" style="width:87pt;height:14.15pt" o:oleicon="f" o:ole="">
            <v:imagedata r:id="rId4106" o:title="eqIdba546c64f077f2dcb9c6513d6695293d"/>
          </v:shape>
        </w:pict>
      </w:r>
      <w:r>
        <w:rPr>
          <w:rFonts w:ascii="宋体" w:eastAsia="宋体" w:hAnsi="宋体" w:cs="宋体"/>
          <w:color w:val="000000"/>
        </w:rPr>
        <w:t>，分射线</w:t>
      </w:r>
      <w:r>
        <w:pict>
          <v:shape id="_x0000_i713968" type="#_x0000_t75" alt="学科网(www.zxxk.com)--教育资源门户，提供试卷、教案、课件、论文、素材以及各类教学资源下载，还有大量而丰富的教学相关资讯！" style="width:20.4pt;height:14.5pt" o:oleicon="f" o:ole="">
            <v:imagedata r:id="rId4107" o:title="eqIdabd13974aebe38eb2a1d744a01ea5aa5"/>
          </v:shape>
        </w:pict>
      </w:r>
      <w:r>
        <w:rPr>
          <w:rFonts w:ascii="宋体" w:eastAsia="宋体" w:hAnsi="宋体" w:cs="宋体"/>
          <w:color w:val="000000"/>
        </w:rPr>
        <w:t>在</w:t>
      </w:r>
      <w:r>
        <w:pict>
          <v:shape id="_x0000_i713969" type="#_x0000_t75" alt="学科网(www.zxxk.com)--教育资源门户，提供试卷、教案、课件、论文、素材以及各类教学资源下载，还有大量而丰富的教学相关资讯！" style="width:39.75pt;height:14.25pt" o:oleicon="f" o:ole="">
            <v:imagedata r:id="rId4108" o:title="eqId6d7b2fe01a33c4825f9974ed9663a99c"/>
          </v:shape>
        </w:pict>
      </w:r>
      <w:r>
        <w:rPr>
          <w:rFonts w:ascii="宋体" w:eastAsia="宋体" w:hAnsi="宋体" w:cs="宋体"/>
          <w:color w:val="000000"/>
        </w:rPr>
        <w:t>内部和射线</w:t>
      </w:r>
      <w:r>
        <w:pict>
          <v:shape id="_x0000_i713970" type="#_x0000_t75" alt="学科网(www.zxxk.com)--教育资源门户，提供试卷、教案、课件、论文、素材以及各类教学资源下载，还有大量而丰富的教学相关资讯！" style="width:20.4pt;height:14.5pt" o:oleicon="f" o:ole="">
            <v:imagedata r:id="rId4107" o:title="eqIdabd13974aebe38eb2a1d744a01ea5aa5"/>
          </v:shape>
        </w:pict>
      </w:r>
      <w:r>
        <w:rPr>
          <w:rFonts w:ascii="宋体" w:eastAsia="宋体" w:hAnsi="宋体" w:cs="宋体"/>
          <w:color w:val="000000"/>
        </w:rPr>
        <w:t>在</w:t>
      </w:r>
      <w:r>
        <w:pict>
          <v:shape id="_x0000_i713971" type="#_x0000_t75" alt="学科网(www.zxxk.com)--教育资源门户，提供试卷、教案、课件、论文、素材以及各类教学资源下载，还有大量而丰富的教学相关资讯！" style="width:39.75pt;height:14.25pt" o:oleicon="f" o:ole="">
            <v:imagedata r:id="rId4108" o:title="eqId6d7b2fe01a33c4825f9974ed9663a99c"/>
          </v:shape>
        </w:pict>
      </w:r>
      <w:r>
        <w:rPr>
          <w:rFonts w:ascii="宋体" w:eastAsia="宋体" w:hAnsi="宋体" w:cs="宋体"/>
          <w:color w:val="000000"/>
        </w:rPr>
        <w:t>外部两种情况分别求解即可；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如图所示</w:t>
      </w:r>
    </w:p>
    <w:p>
      <w:pPr>
        <w:spacing w:line="360" w:lineRule="auto"/>
        <w:jc w:val="both"/>
        <w:textAlignment w:val="center"/>
        <w:rPr>
          <w:color w:val="000000"/>
        </w:rPr>
      </w:pPr>
      <w:r>
        <w:rPr>
          <w:color w:val="000000"/>
        </w:rPr>
        <w:drawing>
          <wp:inline>
            <wp:extent cx="1600200" cy="1047750"/>
            <wp:docPr id="34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 name=""/>
                    <pic:cNvPicPr>
                      <a:picLocks noChangeAspect="1"/>
                    </pic:cNvPicPr>
                  </pic:nvPicPr>
                  <pic:blipFill>
                    <a:blip r:embed="rId4109"/>
                    <a:stretch>
                      <a:fillRect/>
                    </a:stretch>
                  </pic:blipFill>
                  <pic:spPr>
                    <a:xfrm>
                      <a:off x="0" y="0"/>
                      <a:ext cx="1600200" cy="1047750"/>
                    </a:xfrm>
                    <a:prstGeom prst="rect">
                      <a:avLst/>
                    </a:prstGeom>
                  </pic:spPr>
                </pic:pic>
              </a:graphicData>
            </a:graphic>
          </wp:inline>
        </w:drawing>
      </w:r>
    </w:p>
    <w:p>
      <w:pPr>
        <w:spacing w:line="360" w:lineRule="auto"/>
        <w:jc w:val="both"/>
        <w:textAlignment w:val="center"/>
        <w:rPr>
          <w:color w:val="000000"/>
        </w:rPr>
      </w:pPr>
      <w:r>
        <w:pict>
          <v:shape id="_x0000_i713972" type="#_x0000_t75" alt="学科网(www.zxxk.com)--教育资源门户，提供试卷、教案、课件、论文、素材以及各类教学资源下载，还有大量而丰富的教学相关资讯！" style="width:36pt;height:13.95pt" o:oleicon="f" o:ole="">
            <v:imagedata r:id="rId4110" o:title="eqId5c3a3bf63440a2fdd769162516fb0e1c"/>
          </v:shape>
        </w:pict>
      </w:r>
      <w:r>
        <w:rPr>
          <w:rFonts w:ascii="宋体" w:eastAsia="宋体" w:hAnsi="宋体" w:cs="宋体"/>
          <w:color w:val="000000"/>
        </w:rPr>
        <w:t>的度数为</w:t>
      </w:r>
      <w:r>
        <w:pict>
          <v:shape id="_x0000_i713973" type="#_x0000_t75" alt="学科网(www.zxxk.com)--教育资源门户，提供试卷、教案、课件、论文、素材以及各类教学资源下载，还有大量而丰富的教学相关资讯！" style="width:17pt;height:13pt" o:oleicon="f" o:ole="">
            <v:imagedata r:id="rId4111" o:title="eqId76c12e76fbd84eeec721386bd3b04cc4"/>
          </v:shape>
        </w:pi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解：当</w:t>
      </w:r>
      <w:r>
        <w:pict>
          <v:shape id="_x0000_i713974" type="#_x0000_t75" alt="学科网(www.zxxk.com)--教育资源门户，提供试卷、教案、课件、论文、素材以及各类教学资源下载，还有大量而丰富的教学相关资讯！" style="width:31.3pt;height:13.75pt" o:oleicon="f" o:ole="">
            <v:imagedata r:id="rId4112" o:title="eqIde94f16d5ed858699bfea5039a7bf8ae6"/>
          </v:shape>
        </w:pict>
      </w:r>
      <w:r>
        <w:rPr>
          <w:rFonts w:ascii="宋体" w:eastAsia="宋体" w:hAnsi="宋体" w:cs="宋体"/>
          <w:color w:val="000000"/>
        </w:rPr>
        <w:t>时，</w:t>
      </w:r>
      <w:r>
        <w:pict>
          <v:shape id="_x0000_i713975" type="#_x0000_t75" alt="学科网(www.zxxk.com)--教育资源门户，提供试卷、教案、课件、论文、素材以及各类教学资源下载，还有大量而丰富的教学相关资讯！" style="width:87pt;height:14.15pt" o:oleicon="f" o:ole="">
            <v:imagedata r:id="rId4113" o:title="eqIdba546c64f077f2dcb9c6513d6695293d"/>
          </v:shape>
        </w:pict>
      </w:r>
      <w:r>
        <w:rPr>
          <w:rFonts w:ascii="宋体" w:eastAsia="宋体" w:hAnsi="宋体" w:cs="宋体"/>
          <w:color w:val="000000"/>
        </w:rPr>
        <w:t>，分两种情况：</w:t>
      </w:r>
    </w:p>
    <w:p>
      <w:pPr>
        <w:spacing w:line="360" w:lineRule="auto"/>
        <w:jc w:val="both"/>
        <w:textAlignment w:val="center"/>
        <w:rPr>
          <w:color w:val="000000"/>
        </w:rPr>
      </w:pPr>
      <w:r>
        <w:rPr>
          <w:rFonts w:ascii="宋体" w:eastAsia="宋体" w:hAnsi="宋体" w:cs="宋体"/>
          <w:color w:val="000000"/>
        </w:rPr>
        <w:t>情况</w:t>
      </w:r>
      <w:r>
        <w:rPr>
          <w:rFonts w:ascii="Times New Roman" w:eastAsia="Times New Roman" w:hAnsi="Times New Roman" w:cs="Times New Roman"/>
          <w:color w:val="000000"/>
        </w:rPr>
        <w:t>1</w:t>
      </w:r>
      <w:r>
        <w:rPr>
          <w:rFonts w:ascii="宋体" w:eastAsia="宋体" w:hAnsi="宋体" w:cs="宋体"/>
          <w:color w:val="000000"/>
        </w:rPr>
        <w:t>：射线</w:t>
      </w:r>
      <w:r>
        <w:pict>
          <v:shape id="_x0000_i713976" type="#_x0000_t75" alt="学科网(www.zxxk.com)--教育资源门户，提供试卷、教案、课件、论文、素材以及各类教学资源下载，还有大量而丰富的教学相关资讯！" style="width:20.4pt;height:14.5pt" o:oleicon="f" o:ole="">
            <v:imagedata r:id="rId4114" o:title="eqIdabd13974aebe38eb2a1d744a01ea5aa5"/>
          </v:shape>
        </w:pict>
      </w:r>
      <w:r>
        <w:rPr>
          <w:rFonts w:ascii="宋体" w:eastAsia="宋体" w:hAnsi="宋体" w:cs="宋体"/>
          <w:color w:val="000000"/>
        </w:rPr>
        <w:t>在</w:t>
      </w:r>
      <w:r>
        <w:pict>
          <v:shape id="_x0000_i713977" type="#_x0000_t75" alt="学科网(www.zxxk.com)--教育资源门户，提供试卷、教案、课件、论文、素材以及各类教学资源下载，还有大量而丰富的教学相关资讯！" style="width:39.75pt;height:14.25pt" o:oleicon="f" o:ole="">
            <v:imagedata r:id="rId4115" o:title="eqId6d7b2fe01a33c4825f9974ed9663a99c"/>
          </v:shape>
        </w:pict>
      </w:r>
      <w:r>
        <w:rPr>
          <w:rFonts w:ascii="宋体" w:eastAsia="宋体" w:hAnsi="宋体" w:cs="宋体"/>
          <w:color w:val="000000"/>
        </w:rPr>
        <w:t>内部，如图①：</w:t>
      </w:r>
    </w:p>
    <w:p>
      <w:pPr>
        <w:spacing w:line="360" w:lineRule="auto"/>
        <w:jc w:val="both"/>
        <w:textAlignment w:val="center"/>
        <w:rPr>
          <w:color w:val="000000"/>
        </w:rPr>
      </w:pPr>
      <w:r>
        <w:rPr>
          <w:color w:val="000000"/>
        </w:rPr>
        <w:drawing>
          <wp:inline>
            <wp:extent cx="1590675" cy="1038225"/>
            <wp:docPr id="34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 name=""/>
                    <pic:cNvPicPr>
                      <a:picLocks noChangeAspect="1"/>
                    </pic:cNvPicPr>
                  </pic:nvPicPr>
                  <pic:blipFill>
                    <a:blip r:embed="rId4116"/>
                    <a:stretch>
                      <a:fillRect/>
                    </a:stretch>
                  </pic:blipFill>
                  <pic:spPr>
                    <a:xfrm>
                      <a:off x="0" y="0"/>
                      <a:ext cx="1590675" cy="1038225"/>
                    </a:xfrm>
                    <a:prstGeom prst="rect">
                      <a:avLst/>
                    </a:prstGeom>
                  </pic:spPr>
                </pic:pic>
              </a:graphicData>
            </a:graphic>
          </wp:inline>
        </w:drawing>
      </w:r>
    </w:p>
    <w:p>
      <w:pPr>
        <w:spacing w:line="360" w:lineRule="auto"/>
        <w:jc w:val="both"/>
        <w:textAlignment w:val="center"/>
        <w:rPr>
          <w:color w:val="000000"/>
        </w:rPr>
      </w:pPr>
      <w:r>
        <w:pict>
          <v:shape id="_x0000_i713978" type="#_x0000_t75" alt="学科网(www.zxxk.com)--教育资源门户，提供试卷、教案、课件、论文、素材以及各类教学资源下载，还有大量而丰富的教学相关资讯！" style="width:161.75pt;height:14.5pt" o:oleicon="f" o:ole="">
            <v:imagedata r:id="rId4117" o:title="eqIdc2813136b8ed9b7743b73ee73d90ab30"/>
          </v:shape>
        </w:pict>
      </w:r>
      <w:r>
        <w:rPr>
          <w:rFonts w:ascii="宋体" w:eastAsia="宋体" w:hAnsi="宋体" w:cs="宋体"/>
          <w:color w:val="000000"/>
        </w:rPr>
        <w:t>，</w:t>
      </w:r>
      <w:r>
        <w:pict>
          <v:shape id="_x0000_i713979" type="#_x0000_t75" alt="学科网(www.zxxk.com)--教育资源门户，提供试卷、教案、课件、论文、素材以及各类教学资源下载，还有大量而丰富的教学相关资讯！" style="width:87pt;height:14.15pt" o:oleicon="f" o:ole="">
            <v:imagedata r:id="rId4118" o:title="eqIdba546c64f077f2dcb9c6513d6695293d"/>
          </v:shape>
        </w:pict>
      </w:r>
      <w:r>
        <w:rPr>
          <w:rFonts w:ascii="Calibri" w:eastAsia="Calibri" w:hAnsi="Calibri" w:cs="Calibri"/>
          <w:color w:val="000000"/>
        </w:rPr>
        <w:t xml:space="preserve"> </w:t>
      </w:r>
    </w:p>
    <w:p>
      <w:pPr>
        <w:spacing w:line="360" w:lineRule="auto"/>
        <w:jc w:val="both"/>
        <w:textAlignment w:val="center"/>
        <w:rPr>
          <w:color w:val="000000"/>
        </w:rPr>
      </w:pPr>
      <w:r>
        <w:pict>
          <v:shape id="_x0000_i713980" type="#_x0000_t75" alt="学科网(www.zxxk.com)--教育资源门户，提供试卷、教案、课件、论文、素材以及各类教学资源下载，还有大量而丰富的教学相关资讯！" style="width:123.6pt;height:14.5pt" o:oleicon="f" o:ole="">
            <v:imagedata r:id="rId4119" o:title="eqIdf3617bd8eee699f9f35834fc32a7873c"/>
          </v:shape>
        </w:pict>
      </w:r>
      <w:r>
        <w:rPr>
          <w:rFonts w:ascii="宋体" w:eastAsia="宋体" w:hAnsi="宋体" w:cs="宋体"/>
          <w:color w:val="000000"/>
        </w:rPr>
        <w:t>．</w:t>
      </w:r>
    </w:p>
    <w:p>
      <w:pPr>
        <w:spacing w:line="360" w:lineRule="auto"/>
        <w:jc w:val="both"/>
        <w:textAlignment w:val="center"/>
        <w:rPr>
          <w:color w:val="000000"/>
        </w:rPr>
      </w:pPr>
      <w:r>
        <w:pict>
          <v:shape id="_x0000_i713981" type="#_x0000_t75" alt="学科网(www.zxxk.com)--教育资源门户，提供试卷、教案、课件、论文、素材以及各类教学资源下载，还有大量而丰富的教学相关资讯！" style="width:72.55pt;height:14.5pt" o:oleicon="f" o:ole="">
            <v:imagedata r:id="rId4120" o:title="eqId9537f4832868eb659034cff765bfe81c"/>
          </v:shape>
        </w:pict>
      </w:r>
      <w:r>
        <w:rPr>
          <w:rFonts w:ascii="宋体" w:eastAsia="宋体" w:hAnsi="宋体" w:cs="宋体"/>
          <w:color w:val="000000"/>
        </w:rPr>
        <w:t>，</w:t>
      </w:r>
    </w:p>
    <w:p>
      <w:pPr>
        <w:spacing w:line="360" w:lineRule="auto"/>
        <w:jc w:val="both"/>
        <w:textAlignment w:val="center"/>
        <w:rPr>
          <w:color w:val="000000"/>
        </w:rPr>
      </w:pPr>
      <w:r>
        <w:pict>
          <v:shape id="_x0000_i713982" type="#_x0000_t75" alt="学科网(www.zxxk.com)--教育资源门户，提供试卷、教案、课件、论文、素材以及各类教学资源下载，还有大量而丰富的教学相关资讯！" style="width:27pt;height:15pt" o:oleicon="f" o:ole="">
            <v:imagedata r:id="rId4121" o:title="eqId30cc4fd50798c914b381def3fa3bebc9"/>
          </v:shape>
        </w:pict>
      </w:r>
      <w:r>
        <w:rPr>
          <w:rFonts w:ascii="宋体" w:eastAsia="宋体" w:hAnsi="宋体" w:cs="宋体"/>
          <w:color w:val="000000"/>
        </w:rPr>
        <w:t>平分</w:t>
      </w:r>
      <w:r>
        <w:pict>
          <v:shape id="_x0000_i713983" type="#_x0000_t75" alt="学科网(www.zxxk.com)--教育资源门户，提供试卷、教案、课件、论文、素材以及各类教学资源下载，还有大量而丰富的教学相关资讯！" style="width:36pt;height:13.95pt" o:oleicon="f" o:ole="">
            <v:imagedata r:id="rId4122" o:title="eqId5c3a3bf63440a2fdd769162516fb0e1c"/>
          </v:shape>
        </w:pict>
      </w:r>
      <w:r>
        <w:rPr>
          <w:rFonts w:ascii="宋体" w:eastAsia="宋体" w:hAnsi="宋体" w:cs="宋体"/>
          <w:color w:val="000000"/>
        </w:rPr>
        <w:t>，</w:t>
      </w:r>
    </w:p>
    <w:p>
      <w:pPr>
        <w:spacing w:line="360" w:lineRule="auto"/>
        <w:jc w:val="both"/>
        <w:textAlignment w:val="center"/>
        <w:rPr>
          <w:color w:val="000000"/>
        </w:rPr>
      </w:pPr>
      <w:r>
        <w:pict>
          <v:shape id="_x0000_i713984" type="#_x0000_t75" alt="学科网(www.zxxk.com)--教育资源门户，提供试卷、教案、课件、论文、素材以及各类教学资源下载，还有大量而丰富的教学相关资讯！" style="width:123.6pt;height:30.65pt" o:oleicon="f" o:ole="">
            <v:imagedata r:id="rId4123" o:title="eqId9348e277a5dd34b7b8e9ca0e08ba18c1"/>
          </v:shape>
        </w:pict>
      </w:r>
      <w:r>
        <w:rPr>
          <w:rFonts w:ascii="宋体" w:eastAsia="宋体" w:hAnsi="宋体" w:cs="宋体"/>
          <w:color w:val="000000"/>
        </w:rPr>
        <w:t>．</w:t>
      </w:r>
    </w:p>
    <w:p>
      <w:pPr>
        <w:spacing w:line="360" w:lineRule="auto"/>
        <w:jc w:val="both"/>
        <w:textAlignment w:val="center"/>
        <w:rPr>
          <w:color w:val="000000"/>
        </w:rPr>
      </w:pPr>
      <w:r>
        <w:pict>
          <v:shape id="_x0000_i713985" type="#_x0000_t75" alt="学科网(www.zxxk.com)--教育资源门户，提供试卷、教案、课件、论文、素材以及各类教学资源下载，还有大量而丰富的教学相关资讯！" style="width:164.95pt;height:15.6pt" o:oleicon="f" o:ole="">
            <v:imagedata r:id="rId4124" o:title="eqId3ff367ca9c0b4c7281456f6ed290e18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情况</w:t>
      </w:r>
      <w:r>
        <w:rPr>
          <w:rFonts w:ascii="Times New Roman" w:eastAsia="Times New Roman" w:hAnsi="Times New Roman" w:cs="Times New Roman"/>
          <w:color w:val="000000"/>
        </w:rPr>
        <w:t>2</w:t>
      </w:r>
      <w:r>
        <w:rPr>
          <w:rFonts w:ascii="宋体" w:eastAsia="宋体" w:hAnsi="宋体" w:cs="宋体"/>
          <w:color w:val="000000"/>
        </w:rPr>
        <w:t>：射线</w:t>
      </w:r>
      <w:r>
        <w:pict>
          <v:shape id="_x0000_i713986" type="#_x0000_t75" alt="学科网(www.zxxk.com)--教育资源门户，提供试卷、教案、课件、论文、素材以及各类教学资源下载，还有大量而丰富的教学相关资讯！" style="width:20.4pt;height:14.5pt" o:oleicon="f" o:ole="">
            <v:imagedata r:id="rId4125" o:title="eqIdabd13974aebe38eb2a1d744a01ea5aa5"/>
          </v:shape>
        </w:pict>
      </w:r>
      <w:r>
        <w:rPr>
          <w:rFonts w:ascii="宋体" w:eastAsia="宋体" w:hAnsi="宋体" w:cs="宋体"/>
          <w:color w:val="000000"/>
        </w:rPr>
        <w:t>在</w:t>
      </w:r>
      <w:r>
        <w:pict>
          <v:shape id="_x0000_i713987" type="#_x0000_t75" alt="学科网(www.zxxk.com)--教育资源门户，提供试卷、教案、课件、论文、素材以及各类教学资源下载，还有大量而丰富的教学相关资讯！" style="width:39.75pt;height:14.25pt" o:oleicon="f" o:ole="">
            <v:imagedata r:id="rId4126" o:title="eqId6d7b2fe01a33c4825f9974ed9663a99c"/>
          </v:shape>
        </w:pict>
      </w:r>
      <w:r>
        <w:rPr>
          <w:rFonts w:ascii="宋体" w:eastAsia="宋体" w:hAnsi="宋体" w:cs="宋体"/>
          <w:color w:val="000000"/>
        </w:rPr>
        <w:t>外部，如图②：</w:t>
      </w:r>
    </w:p>
    <w:p>
      <w:pPr>
        <w:spacing w:line="360" w:lineRule="auto"/>
        <w:jc w:val="both"/>
        <w:textAlignment w:val="center"/>
        <w:rPr>
          <w:color w:val="000000"/>
        </w:rPr>
      </w:pPr>
      <w:r>
        <w:rPr>
          <w:color w:val="000000"/>
        </w:rPr>
        <w:drawing>
          <wp:inline>
            <wp:extent cx="1562100" cy="1428750"/>
            <wp:docPr id="34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 name=""/>
                    <pic:cNvPicPr>
                      <a:picLocks noChangeAspect="1"/>
                    </pic:cNvPicPr>
                  </pic:nvPicPr>
                  <pic:blipFill>
                    <a:blip r:embed="rId4127"/>
                    <a:stretch>
                      <a:fillRect/>
                    </a:stretch>
                  </pic:blipFill>
                  <pic:spPr>
                    <a:xfrm>
                      <a:off x="0" y="0"/>
                      <a:ext cx="1562100" cy="1428750"/>
                    </a:xfrm>
                    <a:prstGeom prst="rect">
                      <a:avLst/>
                    </a:prstGeom>
                  </pic:spPr>
                </pic:pic>
              </a:graphicData>
            </a:graphic>
          </wp:inline>
        </w:drawing>
      </w:r>
    </w:p>
    <w:p>
      <w:pPr>
        <w:spacing w:line="360" w:lineRule="auto"/>
        <w:jc w:val="both"/>
        <w:textAlignment w:val="center"/>
        <w:rPr>
          <w:color w:val="000000"/>
        </w:rPr>
      </w:pPr>
      <w:r>
        <w:pict>
          <v:shape id="_x0000_i713988" type="#_x0000_t75" alt="学科网(www.zxxk.com)--教育资源门户，提供试卷、教案、课件、论文、素材以及各类教学资源下载，还有大量而丰富的教学相关资讯！" style="width:161.75pt;height:14.5pt" o:oleicon="f" o:ole="">
            <v:imagedata r:id="rId4128" o:title="eqIdda0c2d03b1a99437bf4ec2edbffbde86"/>
          </v:shape>
        </w:pict>
      </w:r>
      <w:r>
        <w:rPr>
          <w:rFonts w:ascii="宋体" w:eastAsia="宋体" w:hAnsi="宋体" w:cs="宋体"/>
          <w:color w:val="000000"/>
        </w:rPr>
        <w:t>，</w:t>
      </w:r>
      <w:r>
        <w:pict>
          <v:shape id="_x0000_i713989" type="#_x0000_t75" alt="学科网(www.zxxk.com)--教育资源门户，提供试卷、教案、课件、论文、素材以及各类教学资源下载，还有大量而丰富的教学相关资讯！" style="width:87pt;height:14.15pt" o:oleicon="f" o:ole="">
            <v:imagedata r:id="rId4129" o:title="eqIdba546c64f077f2dcb9c6513d6695293d"/>
          </v:shape>
        </w:pict>
      </w:r>
    </w:p>
    <w:p>
      <w:pPr>
        <w:spacing w:line="360" w:lineRule="auto"/>
        <w:jc w:val="both"/>
        <w:textAlignment w:val="center"/>
        <w:rPr>
          <w:color w:val="000000"/>
        </w:rPr>
      </w:pPr>
      <w:r>
        <w:pict>
          <v:shape id="_x0000_i713990" type="#_x0000_t75" alt="学科网(www.zxxk.com)--教育资源门户，提供试卷、教案、课件、论文、素材以及各类教学资源下载，还有大量而丰富的教学相关资讯！" style="width:123.6pt;height:14.5pt" o:oleicon="f" o:ole="">
            <v:imagedata r:id="rId4130" o:title="eqIdad1996d7dadd424c54cbdf924a48bbf0"/>
          </v:shape>
        </w:pict>
      </w:r>
      <w:r>
        <w:rPr>
          <w:rFonts w:ascii="宋体" w:eastAsia="宋体" w:hAnsi="宋体" w:cs="宋体"/>
          <w:color w:val="000000"/>
        </w:rPr>
        <w:t>．</w:t>
      </w:r>
    </w:p>
    <w:p>
      <w:pPr>
        <w:spacing w:line="360" w:lineRule="auto"/>
        <w:jc w:val="both"/>
        <w:textAlignment w:val="center"/>
        <w:rPr>
          <w:color w:val="000000"/>
        </w:rPr>
      </w:pPr>
      <w:r>
        <w:pict>
          <v:shape id="_x0000_i713991" type="#_x0000_t75" alt="学科网(www.zxxk.com)--教育资源门户，提供试卷、教案、课件、论文、素材以及各类教学资源下载，还有大量而丰富的教学相关资讯！" style="width:74.15pt;height:14.5pt" o:oleicon="f" o:ole="">
            <v:imagedata r:id="rId4131" o:title="eqId26a45c5f5a8855c2b770ead172da98f9"/>
          </v:shape>
        </w:pict>
      </w:r>
      <w:r>
        <w:rPr>
          <w:rFonts w:ascii="宋体" w:eastAsia="宋体" w:hAnsi="宋体" w:cs="宋体"/>
          <w:color w:val="000000"/>
        </w:rPr>
        <w:t>，</w:t>
      </w:r>
    </w:p>
    <w:p>
      <w:pPr>
        <w:spacing w:line="360" w:lineRule="auto"/>
        <w:jc w:val="both"/>
        <w:textAlignment w:val="center"/>
        <w:rPr>
          <w:color w:val="000000"/>
        </w:rPr>
      </w:pPr>
      <w:r>
        <w:pict>
          <v:shape id="_x0000_i713992" type="#_x0000_t75" alt="学科网(www.zxxk.com)--教育资源门户，提供试卷、教案、课件、论文、素材以及各类教学资源下载，还有大量而丰富的教学相关资讯！" style="width:27pt;height:15pt" o:oleicon="f" o:ole="">
            <v:imagedata r:id="rId4132" o:title="eqId30cc4fd50798c914b381def3fa3bebc9"/>
          </v:shape>
        </w:pict>
      </w:r>
      <w:r>
        <w:rPr>
          <w:rFonts w:ascii="宋体" w:eastAsia="宋体" w:hAnsi="宋体" w:cs="宋体"/>
          <w:color w:val="000000"/>
        </w:rPr>
        <w:t>平分</w:t>
      </w:r>
      <w:r>
        <w:pict>
          <v:shape id="_x0000_i713993" type="#_x0000_t75" alt="学科网(www.zxxk.com)--教育资源门户，提供试卷、教案、课件、论文、素材以及各类教学资源下载，还有大量而丰富的教学相关资讯！" style="width:36pt;height:13.95pt" o:oleicon="f" o:ole="">
            <v:imagedata r:id="rId4133" o:title="eqId5c3a3bf63440a2fdd769162516fb0e1c"/>
          </v:shape>
        </w:pict>
      </w:r>
      <w:r>
        <w:rPr>
          <w:rFonts w:ascii="宋体" w:eastAsia="宋体" w:hAnsi="宋体" w:cs="宋体"/>
          <w:color w:val="000000"/>
        </w:rPr>
        <w:t>，</w:t>
      </w:r>
    </w:p>
    <w:p>
      <w:pPr>
        <w:spacing w:line="360" w:lineRule="auto"/>
        <w:jc w:val="both"/>
        <w:textAlignment w:val="center"/>
        <w:rPr>
          <w:color w:val="000000"/>
        </w:rPr>
      </w:pPr>
      <w:r>
        <w:pict>
          <v:shape id="_x0000_i713994" type="#_x0000_t75" alt="学科网(www.zxxk.com)--教育资源门户，提供试卷、教案、课件、论文、素材以及各类教学资源下载，还有大量而丰富的教学相关资讯！" style="width:128.95pt;height:30.65pt" o:oleicon="f" o:ole="">
            <v:imagedata r:id="rId4134" o:title="eqId8afbcd981d968960c3981d1e5e0bf09d"/>
          </v:shape>
        </w:pict>
      </w:r>
      <w:r>
        <w:rPr>
          <w:rFonts w:ascii="宋体" w:eastAsia="宋体" w:hAnsi="宋体" w:cs="宋体"/>
          <w:color w:val="000000"/>
        </w:rPr>
        <w:t>．</w:t>
      </w:r>
    </w:p>
    <w:p>
      <w:pPr>
        <w:spacing w:line="360" w:lineRule="auto"/>
        <w:jc w:val="both"/>
        <w:textAlignment w:val="center"/>
        <w:rPr>
          <w:color w:val="000000"/>
        </w:rPr>
      </w:pPr>
      <w:r>
        <w:pict>
          <v:shape id="_x0000_i713995" type="#_x0000_t75" alt="学科网(www.zxxk.com)--教育资源门户，提供试卷、教案、课件、论文、素材以及各类教学资源下载，还有大量而丰富的教学相关资讯！" style="width:164.95pt;height:15.6pt" o:oleicon="f" o:ole="">
            <v:imagedata r:id="rId4135" o:title="eqIdea345351137be58496125c67253d9af3"/>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w:t>
      </w:r>
      <w:r>
        <w:pict>
          <v:shape id="_x0000_i713996" type="#_x0000_t75" alt="学科网(www.zxxk.com)--教育资源门户，提供试卷、教案、课件、论文、素材以及各类教学资源下载，还有大量而丰富的教学相关资讯！" style="width:38.4pt;height:15.6pt" o:oleicon="f" o:ole="">
            <v:imagedata r:id="rId4136" o:title="eqIda67367746e407d6ebb7b3b7bc2fba01f"/>
          </v:shape>
        </w:pict>
      </w:r>
      <w:r>
        <w:rPr>
          <w:rFonts w:ascii="宋体" w:eastAsia="宋体" w:hAnsi="宋体" w:cs="宋体"/>
          <w:color w:val="000000"/>
        </w:rPr>
        <w:t>为</w:t>
      </w:r>
      <w:r>
        <w:pict>
          <v:shape id="_x0000_i713997" type="#_x0000_t75" alt="学科网(www.zxxk.com)--教育资源门户，提供试卷、教案、课件、论文、素材以及各类教学资源下载，还有大量而丰富的教学相关资讯！" style="width:20pt;height:14pt" o:oleicon="f" o:ole="">
            <v:imagedata r:id="rId4137" o:title="eqIdb31a14bd2a972f43d7a26a99589ad083"/>
          </v:shape>
        </w:pict>
      </w:r>
      <w:r>
        <w:rPr>
          <w:rFonts w:ascii="宋体" w:eastAsia="宋体" w:hAnsi="宋体" w:cs="宋体"/>
          <w:color w:val="000000"/>
        </w:rPr>
        <w:t>或</w:t>
      </w:r>
      <w:r>
        <w:pict>
          <v:shape id="_x0000_i713998" type="#_x0000_t75" alt="学科网(www.zxxk.com)--教育资源门户，提供试卷、教案、课件、论文、素材以及各类教学资源下载，还有大量而丰富的教学相关资讯！" style="width:20.5pt;height:14.5pt" o:oleicon="f" o:ole="">
            <v:imagedata r:id="rId4138" o:title="eqId79a97bb4dcfab4ec7539bc783d563c49"/>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本题主要考查角平分线的定义及角的有关计算，正确的理解题意，数形结合，分类讨论是解题的关键．</w:t>
      </w:r>
    </w:p>
    <w:p>
      <w:pPr>
        <w:spacing w:line="360" w:lineRule="auto"/>
        <w:jc w:val="both"/>
        <w:textAlignment w:val="center"/>
        <w:rPr>
          <w:color w:val="000000"/>
        </w:rPr>
      </w:pPr>
      <w:r>
        <w:rPr>
          <w:color w:val="000000"/>
        </w:rPr>
        <w:t xml:space="preserve">26. </w:t>
      </w:r>
      <w:r>
        <w:rPr>
          <w:rFonts w:ascii="宋体" w:eastAsia="宋体" w:hAnsi="宋体" w:cs="宋体"/>
          <w:color w:val="000000"/>
        </w:rPr>
        <w:t>对于由若干不相等的整数组成的数组</w:t>
      </w:r>
      <w:r>
        <w:pict>
          <v:shape id="_x0000_i713999" type="#_x0000_t75" alt="学科网(www.zxxk.com)--教育资源门户，提供试卷、教案、课件、论文、素材以及各类教学资源下载，还有大量而丰富的教学相关资讯！" style="width:11.25pt;height:12pt" o:oleicon="f" o:ole="">
            <v:imagedata r:id="rId4139" o:title="eqIddad2a36927223bd70f426ba06aea4b45"/>
          </v:shape>
        </w:pict>
      </w:r>
      <w:r>
        <w:rPr>
          <w:rFonts w:ascii="宋体" w:eastAsia="宋体" w:hAnsi="宋体" w:cs="宋体"/>
          <w:color w:val="000000"/>
        </w:rPr>
        <w:t>和有理数</w:t>
      </w:r>
      <w:r>
        <w:pict>
          <v:shape id="_x0000_i714000" type="#_x0000_t75" alt="学科网(www.zxxk.com)--教育资源门户，提供试卷、教案、课件、论文、素材以及各类教学资源下载，还有大量而丰富的教学相关资讯！" style="width:10pt;height:14.4pt" o:oleicon="f" o:ole="">
            <v:imagedata r:id="rId4140" o:title="eqIdf0a532e15e232cb4b99a8d4d07c89575"/>
          </v:shape>
        </w:pict>
      </w:r>
      <w:r>
        <w:rPr>
          <w:rFonts w:ascii="宋体" w:eastAsia="宋体" w:hAnsi="宋体" w:cs="宋体"/>
          <w:color w:val="000000"/>
        </w:rPr>
        <w:t>，给出如下定义：如果在数轴上存在一条长为</w:t>
      </w:r>
      <w:r>
        <w:rPr>
          <w:rFonts w:ascii="Times New Roman" w:eastAsia="Times New Roman" w:hAnsi="Times New Roman" w:cs="Times New Roman"/>
          <w:color w:val="000000"/>
        </w:rPr>
        <w:t>1</w:t>
      </w:r>
      <w:r>
        <w:rPr>
          <w:rFonts w:ascii="宋体" w:eastAsia="宋体" w:hAnsi="宋体" w:cs="宋体"/>
          <w:color w:val="000000"/>
        </w:rPr>
        <w:t>个单位长度的线段</w:t>
      </w:r>
      <w:r>
        <w:pict>
          <v:shape id="_x0000_i714001" type="#_x0000_t75" alt="学科网(www.zxxk.com)--教育资源门户，提供试卷、教案、课件、论文、素材以及各类教学资源下载，还有大量而丰富的教学相关资讯！" style="width:20.05pt;height:12.6pt" o:oleicon="f" o:ole="">
            <v:imagedata r:id="rId4141" o:title="eqIdf52a58fbaf4fea03567e88a9f0f6e37e"/>
          </v:shape>
        </w:pict>
      </w:r>
      <w:r>
        <w:rPr>
          <w:rFonts w:ascii="宋体" w:eastAsia="宋体" w:hAnsi="宋体" w:cs="宋体"/>
          <w:color w:val="000000"/>
        </w:rPr>
        <w:t>，使得将数组</w:t>
      </w:r>
      <w:r>
        <w:pict>
          <v:shape id="_x0000_i714002" type="#_x0000_t75" alt="学科网(www.zxxk.com)--教育资源门户，提供试卷、教案、课件、论文、素材以及各类教学资源下载，还有大量而丰富的教学相关资讯！" style="width:11.25pt;height:12pt" o:oleicon="f" o:ole="">
            <v:imagedata r:id="rId4139" o:title="eqIddad2a36927223bd70f426ba06aea4b45"/>
          </v:shape>
        </w:pict>
      </w:r>
      <w:r>
        <w:rPr>
          <w:rFonts w:ascii="宋体" w:eastAsia="宋体" w:hAnsi="宋体" w:cs="宋体"/>
          <w:color w:val="000000"/>
        </w:rPr>
        <w:t>中的每一个数乘以</w:t>
      </w:r>
      <w:r>
        <w:pict>
          <v:shape id="_x0000_i714003" type="#_x0000_t75" alt="学科网(www.zxxk.com)--教育资源门户，提供试卷、教案、课件、论文、素材以及各类教学资源下载，还有大量而丰富的教学相关资讯！" style="width:10pt;height:14.4pt" o:oleicon="f" o:ole="">
            <v:imagedata r:id="rId4140" o:title="eqIdf0a532e15e232cb4b99a8d4d07c89575"/>
          </v:shape>
        </w:pict>
      </w:r>
      <w:r>
        <w:rPr>
          <w:rFonts w:ascii="宋体" w:eastAsia="宋体" w:hAnsi="宋体" w:cs="宋体"/>
          <w:color w:val="000000"/>
        </w:rPr>
        <w:t>之后，计算的结果都能够用线段</w:t>
      </w:r>
      <w:r>
        <w:pict>
          <v:shape id="_x0000_i714004" type="#_x0000_t75" alt="学科网(www.zxxk.com)--教育资源门户，提供试卷、教案、课件、论文、素材以及各类教学资源下载，还有大量而丰富的教学相关资讯！" style="width:20.05pt;height:12.6pt" o:oleicon="f" o:ole="">
            <v:imagedata r:id="rId4141" o:title="eqIdf52a58fbaf4fea03567e88a9f0f6e37e"/>
          </v:shape>
        </w:pict>
      </w:r>
      <w:r>
        <w:rPr>
          <w:rFonts w:ascii="宋体" w:eastAsia="宋体" w:hAnsi="宋体" w:cs="宋体"/>
          <w:color w:val="000000"/>
        </w:rPr>
        <w:t>上的某个点来表示，就称</w:t>
      </w:r>
      <w:r>
        <w:pict>
          <v:shape id="_x0000_i714005" type="#_x0000_t75" alt="学科网(www.zxxk.com)--教育资源门户，提供试卷、教案、课件、论文、素材以及各类教学资源下载，还有大量而丰富的教学相关资讯！" style="width:10pt;height:14.4pt" o:oleicon="f" o:ole="">
            <v:imagedata r:id="rId4140" o:title="eqIdf0a532e15e232cb4b99a8d4d07c89575"/>
          </v:shape>
        </w:pict>
      </w:r>
      <w:r>
        <w:rPr>
          <w:rFonts w:ascii="宋体" w:eastAsia="宋体" w:hAnsi="宋体" w:cs="宋体"/>
          <w:color w:val="000000"/>
        </w:rPr>
        <w:t>为数组</w:t>
      </w:r>
      <w:r>
        <w:pict>
          <v:shape id="_x0000_i714006" type="#_x0000_t75" alt="学科网(www.zxxk.com)--教育资源门户，提供试卷、教案、课件、论文、素材以及各类教学资源下载，还有大量而丰富的教学相关资讯！" style="width:11.25pt;height:12pt" o:oleicon="f" o:ole="">
            <v:imagedata r:id="rId4139" o:title="eqIddad2a36927223bd70f426ba06aea4b45"/>
          </v:shape>
        </w:pict>
      </w:r>
      <w:r>
        <w:rPr>
          <w:rFonts w:ascii="宋体" w:eastAsia="宋体" w:hAnsi="宋体" w:cs="宋体"/>
          <w:color w:val="000000"/>
        </w:rPr>
        <w:t>的收纳系数．</w:t>
      </w:r>
    </w:p>
    <w:p>
      <w:pPr>
        <w:spacing w:line="360" w:lineRule="auto"/>
        <w:jc w:val="both"/>
        <w:textAlignment w:val="center"/>
        <w:rPr>
          <w:color w:val="000000"/>
        </w:rPr>
      </w:pPr>
      <w:r>
        <w:rPr>
          <w:rFonts w:ascii="宋体" w:eastAsia="宋体" w:hAnsi="宋体" w:cs="宋体"/>
          <w:color w:val="000000"/>
        </w:rPr>
        <w:t>例如，对于数组</w:t>
      </w:r>
      <w:r>
        <w:pict>
          <v:shape id="_x0000_i714007" type="#_x0000_t75" alt="学科网(www.zxxk.com)--教育资源门户，提供试卷、教案、课件、论文、素材以及各类教学资源下载，还有大量而丰富的教学相关资讯！" style="width:11.25pt;height:12pt" o:oleicon="f" o:ole="">
            <v:imagedata r:id="rId4142" o:title="eqIddad2a36927223bd70f426ba06aea4b45"/>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，因为</w:t>
      </w:r>
      <w:r>
        <w:pict>
          <v:shape id="_x0000_i714008" type="#_x0000_t75" alt="学科网(www.zxxk.com)--教育资源门户，提供试卷、教案、课件、论文、素材以及各类教学资源下载，还有大量而丰富的教学相关资讯！" style="width:43.8pt;height:30.6pt" o:oleicon="f" o:ole="">
            <v:imagedata r:id="rId4143" o:title="eqId152f91a798794737fdbe076e86f48cc5"/>
          </v:shape>
        </w:pict>
      </w:r>
      <w:r>
        <w:rPr>
          <w:rFonts w:ascii="宋体" w:eastAsia="宋体" w:hAnsi="宋体" w:cs="宋体"/>
          <w:color w:val="000000"/>
        </w:rPr>
        <w:t>，</w:t>
      </w:r>
      <w:r>
        <w:pict>
          <v:shape id="_x0000_i714009" type="#_x0000_t75" alt="学科网(www.zxxk.com)--教育资源门户，提供试卷、教案、课件、论文、素材以及各类教学资源下载，还有大量而丰富的教学相关资讯！" style="width:45.75pt;height:30.75pt" o:oleicon="f" o:ole="">
            <v:imagedata r:id="rId4144" o:title="eqId75d13204e7c9c35496f9016ec0a5f920"/>
          </v:shape>
        </w:pict>
      </w:r>
      <w:r>
        <w:rPr>
          <w:rFonts w:ascii="宋体" w:eastAsia="宋体" w:hAnsi="宋体" w:cs="宋体"/>
          <w:color w:val="000000"/>
        </w:rPr>
        <w:t>，</w:t>
      </w:r>
      <w:r>
        <w:pict>
          <v:shape id="_x0000_i714010" type="#_x0000_t75" alt="学科网(www.zxxk.com)--教育资源门户，提供试卷、教案、课件、论文、素材以及各类教学资源下载，还有大量而丰富的教学相关资讯！" style="width:40.9pt;height:31.1pt" o:oleicon="f" o:ole="">
            <v:imagedata r:id="rId4145" o:title="eqIda1ebf3bd59bb7c4970d6c11f284e3b8c"/>
          </v:shape>
        </w:pict>
      </w:r>
      <w:r>
        <w:rPr>
          <w:rFonts w:ascii="宋体" w:eastAsia="宋体" w:hAnsi="宋体" w:cs="宋体"/>
          <w:color w:val="000000"/>
        </w:rPr>
        <w:t>，取</w:t>
      </w:r>
      <w:r>
        <w:pict>
          <v:shape id="_x0000_i714011" type="#_x0000_t75" alt="学科网(www.zxxk.com)--教育资源门户，提供试卷、教案、课件、论文、素材以及各类教学资源下载，还有大量而丰富的教学相关资讯！" style="width:12pt;height:12pt" o:oleicon="f" o:ole="">
            <v:imagedata r:id="rId4146" o:title="eqId5963abe8f421bd99a2aaa94831a951e9"/>
          </v:shape>
        </w:pict>
      </w:r>
      <w:r>
        <w:rPr>
          <w:rFonts w:ascii="宋体" w:eastAsia="宋体" w:hAnsi="宋体" w:cs="宋体"/>
          <w:color w:val="000000"/>
        </w:rPr>
        <w:t>为原点，</w:t>
      </w:r>
      <w:r>
        <w:pict>
          <v:shape id="_x0000_i714012" type="#_x0000_t75" alt="学科网(www.zxxk.com)--教育资源门户，提供试卷、教案、课件、论文、素材以及各类教学资源下载，还有大量而丰富的教学相关资讯！" style="width:9.75pt;height:10.5pt" o:oleicon="f" o:ole="">
            <v:imagedata r:id="rId4147" o:title="eqId7f9e8449aad35c5d840a3395ea86df6d"/>
          </v:shape>
        </w:pict>
      </w:r>
      <w:r>
        <w:rPr>
          <w:rFonts w:ascii="宋体" w:eastAsia="宋体" w:hAnsi="宋体" w:cs="宋体"/>
          <w:color w:val="000000"/>
        </w:rPr>
        <w:t>为表示数</w:t>
      </w:r>
      <w:r>
        <w:rPr>
          <w:rFonts w:ascii="Times New Roman" w:eastAsia="Times New Roman" w:hAnsi="Times New Roman" w:cs="Times New Roman"/>
          <w:color w:val="000000"/>
        </w:rPr>
        <w:t>1</w:t>
      </w:r>
      <w:r>
        <w:rPr>
          <w:rFonts w:ascii="宋体" w:eastAsia="宋体" w:hAnsi="宋体" w:cs="宋体"/>
          <w:color w:val="000000"/>
        </w:rPr>
        <w:t>的点，那么这三个数都可以用线段</w:t>
      </w:r>
      <w:r>
        <w:pict>
          <v:shape id="_x0000_i714013" type="#_x0000_t75" alt="学科网(www.zxxk.com)--教育资源门户，提供试卷、教案、课件、论文、素材以及各类教学资源下载，还有大量而丰富的教学相关资讯！" style="width:20.05pt;height:12.6pt" o:oleicon="f" o:ole="">
            <v:imagedata r:id="rId4148" o:title="eqIdf52a58fbaf4fea03567e88a9f0f6e37e"/>
          </v:shape>
        </w:pict>
      </w:r>
      <w:r>
        <w:rPr>
          <w:rFonts w:ascii="宋体" w:eastAsia="宋体" w:hAnsi="宋体" w:cs="宋体"/>
          <w:color w:val="000000"/>
        </w:rPr>
        <w:t>上的某个点来表示，可以判断</w:t>
      </w:r>
      <w:r>
        <w:pict>
          <v:shape id="_x0000_i714014" type="#_x0000_t75" alt="学科网(www.zxxk.com)--教育资源门户，提供试卷、教案、课件、论文、素材以及各类教学资源下载，还有大量而丰富的教学相关资讯！" style="width:29pt;height:31pt" o:oleicon="f" o:ole="">
            <v:imagedata r:id="rId4149" o:title="eqIdbf9a5fbf690581d8517d264c254a1f72"/>
          </v:shape>
        </w:pict>
      </w:r>
      <w:r>
        <w:rPr>
          <w:rFonts w:ascii="宋体" w:eastAsia="宋体" w:hAnsi="宋体" w:cs="宋体"/>
          <w:color w:val="000000"/>
        </w:rPr>
        <w:t>是</w:t>
      </w:r>
      <w:r>
        <w:pict>
          <v:shape id="_x0000_i714015" type="#_x0000_t75" alt="学科网(www.zxxk.com)--教育资源门户，提供试卷、教案、课件、论文、素材以及各类教学资源下载，还有大量而丰富的教学相关资讯！" style="width:11.25pt;height:12pt" o:oleicon="f" o:ole="">
            <v:imagedata r:id="rId4142" o:title="eqIddad2a36927223bd70f426ba06aea4b45"/>
          </v:shape>
        </w:pict>
      </w:r>
      <w:r>
        <w:rPr>
          <w:rFonts w:ascii="宋体" w:eastAsia="宋体" w:hAnsi="宋体" w:cs="宋体"/>
          <w:color w:val="000000"/>
        </w:rPr>
        <w:t>的收纳系数．</w:t>
      </w:r>
    </w:p>
    <w:p>
      <w:pPr>
        <w:spacing w:line="360" w:lineRule="auto"/>
        <w:jc w:val="both"/>
        <w:textAlignment w:val="center"/>
        <w:rPr>
          <w:color w:val="000000"/>
        </w:rPr>
      </w:pPr>
      <w:r>
        <w:rPr>
          <w:color w:val="000000"/>
        </w:rPr>
        <w:drawing>
          <wp:inline>
            <wp:extent cx="2419350" cy="476250"/>
            <wp:docPr id="34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 name=""/>
                    <pic:cNvPicPr>
                      <a:picLocks noChangeAspect="1"/>
                    </pic:cNvPicPr>
                  </pic:nvPicPr>
                  <pic:blipFill>
                    <a:blip r:embed="rId4150"/>
                    <a:stretch>
                      <a:fillRect/>
                    </a:stretch>
                  </pic:blipFill>
                  <pic:spPr>
                    <a:xfrm>
                      <a:off x="0" y="0"/>
                      <a:ext cx="2419350" cy="4762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已知</w:t>
      </w:r>
      <w:r>
        <w:pict>
          <v:shape id="_x0000_i714016" type="#_x0000_t75" alt="学科网(www.zxxk.com)--教育资源门户，提供试卷、教案、课件、论文、素材以及各类教学资源下载，还有大量而丰富的教学相关资讯！" style="width:10pt;height:14.4pt" o:oleicon="f" o:ole="">
            <v:imagedata r:id="rId4151" o:title="eqIdf0a532e15e232cb4b99a8d4d07c89575"/>
          </v:shape>
        </w:pict>
      </w:r>
      <w:r>
        <w:rPr>
          <w:rFonts w:ascii="宋体" w:eastAsia="宋体" w:hAnsi="宋体" w:cs="宋体"/>
          <w:color w:val="000000"/>
        </w:rPr>
        <w:t>是数组</w:t>
      </w:r>
      <w:r>
        <w:pict>
          <v:shape id="_x0000_i714017" type="#_x0000_t75" alt="学科网(www.zxxk.com)--教育资源门户，提供试卷、教案、课件、论文、素材以及各类教学资源下载，还有大量而丰富的教学相关资讯！" style="width:11.25pt;height:12pt" o:oleicon="f" o:ole="">
            <v:imagedata r:id="rId4152" o:title="eqIddad2a36927223bd70f426ba06aea4b45"/>
          </v:shape>
        </w:pict>
      </w:r>
      <w:r>
        <w:rPr>
          <w:rFonts w:ascii="宋体" w:eastAsia="宋体" w:hAnsi="宋体" w:cs="宋体"/>
          <w:color w:val="000000"/>
        </w:rPr>
        <w:t>的收纳系数，此时线段</w:t>
      </w:r>
      <w:r>
        <w:pict>
          <v:shape id="_x0000_i714018" type="#_x0000_t75" alt="学科网(www.zxxk.com)--教育资源门户，提供试卷、教案、课件、论文、素材以及各类教学资源下载，还有大量而丰富的教学相关资讯！" style="width:20.05pt;height:12.6pt" o:oleicon="f" o:ole="">
            <v:imagedata r:id="rId4153" o:title="eqIdf52a58fbaf4fea03567e88a9f0f6e37e"/>
          </v:shape>
        </w:pict>
      </w:r>
      <w:r>
        <w:rPr>
          <w:rFonts w:ascii="宋体" w:eastAsia="宋体" w:hAnsi="宋体" w:cs="宋体"/>
          <w:color w:val="000000"/>
        </w:rPr>
        <w:t>的端点</w:t>
      </w:r>
      <w:r>
        <w:pict>
          <v:shape id="_x0000_i714019" type="#_x0000_t75" alt="学科网(www.zxxk.com)--教育资源门户，提供试卷、教案、课件、论文、素材以及各类教学资源下载，还有大量而丰富的教学相关资讯！" style="width:12pt;height:12pt" o:oleicon="f" o:ole="">
            <v:imagedata r:id="rId4154" o:title="eqId5963abe8f421bd99a2aaa94831a951e9"/>
          </v:shape>
        </w:pict>
      </w:r>
      <w:r>
        <w:rPr>
          <w:rFonts w:ascii="宋体" w:eastAsia="宋体" w:hAnsi="宋体" w:cs="宋体"/>
          <w:color w:val="000000"/>
        </w:rPr>
        <w:t>，</w:t>
      </w:r>
      <w:r>
        <w:pict>
          <v:shape id="_x0000_i714020" type="#_x0000_t75" alt="学科网(www.zxxk.com)--教育资源门户，提供试卷、教案、课件、论文、素材以及各类教学资源下载，还有大量而丰富的教学相关资讯！" style="width:9.75pt;height:10.5pt" o:oleicon="f" o:ole="">
            <v:imagedata r:id="rId4155" o:title="eqId7f9e8449aad35c5d840a3395ea86df6d"/>
          </v:shape>
        </w:pict>
      </w:r>
      <w:r>
        <w:rPr>
          <w:rFonts w:ascii="宋体" w:eastAsia="宋体" w:hAnsi="宋体" w:cs="宋体"/>
          <w:color w:val="000000"/>
        </w:rPr>
        <w:t>表示的数分别为</w:t>
      </w:r>
      <w:r>
        <w:pict>
          <v:shape id="_x0000_i714021" type="#_x0000_t75" alt="学科网(www.zxxk.com)--教育资源门户，提供试卷、教案、课件、论文、素材以及各类教学资源下载，还有大量而丰富的教学相关资讯！" style="width:9pt;height:9.75pt" o:oleicon="f" o:ole="">
            <v:imagedata r:id="rId4156" o:title="eqId0a6936d370d6a238a608ca56f87198de"/>
          </v:shape>
        </w:pict>
      </w:r>
      <w:r>
        <w:rPr>
          <w:rFonts w:ascii="宋体" w:eastAsia="宋体" w:hAnsi="宋体" w:cs="宋体"/>
          <w:color w:val="000000"/>
        </w:rPr>
        <w:t>，</w:t>
      </w:r>
      <w:r>
        <w:pict>
          <v:shape id="_x0000_i714022" type="#_x0000_t75" alt="学科网(www.zxxk.com)--教育资源门户，提供试卷、教案、课件、论文、素材以及各类教学资源下载，还有大量而丰富的教学相关资讯！" style="width:36pt;height:15pt;mso-position-horizontal-relative:page;mso-position-vertical-relative:page" o:oleicon="f" o:ole="">
            <v:imagedata r:id="rId4157" o:title="eqIdaac9cc24a262fe11fb90a4661394e747"/>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对数组</w:t>
      </w:r>
      <w:r>
        <w:pict>
          <v:shape id="_x0000_i714023" type="#_x0000_t75" alt="学科网(www.zxxk.com)--教育资源门户，提供试卷、教案、课件、论文、素材以及各类教学资源下载，还有大量而丰富的教学相关资讯！" style="width:11.25pt;height:12pt" o:oleicon="f" o:ole="">
            <v:imagedata r:id="rId4158" o:title="eqIddad2a36927223bd70f426ba06aea4b45"/>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14024" type="#_x0000_t75" alt="学科网(www.zxxk.com)--教育资源门户，提供试卷、教案、课件、论文、素材以及各类教学资源下载，还有大量而丰富的教学相关资讯！" style="width:16.05pt;height:13.9pt" o:oleicon="f" o:ole="">
            <v:imagedata r:id="rId4159" o:title="eqId81fb134b2b48acc99213fff6ccfee65f"/>
          </v:shape>
        </w:pict>
      </w:r>
      <w:r>
        <w:rPr>
          <w:rFonts w:ascii="宋体" w:eastAsia="宋体" w:hAnsi="宋体" w:cs="宋体"/>
          <w:color w:val="000000"/>
        </w:rPr>
        <w:t>，在</w:t>
      </w:r>
      <w:r>
        <w:rPr>
          <w:rFonts w:ascii="Times New Roman" w:eastAsia="Times New Roman" w:hAnsi="Times New Roman" w:cs="Times New Roman"/>
          <w:color w:val="000000"/>
        </w:rPr>
        <w:t>1</w:t>
      </w:r>
      <w:r>
        <w:rPr>
          <w:rFonts w:ascii="宋体" w:eastAsia="宋体" w:hAnsi="宋体" w:cs="宋体"/>
          <w:color w:val="000000"/>
        </w:rPr>
        <w:t>，</w:t>
      </w:r>
      <w:r>
        <w:pict>
          <v:shape id="_x0000_i714025" type="#_x0000_t75" alt="学科网(www.zxxk.com)--教育资源门户，提供试卷、教案、课件、论文、素材以及各类教学资源下载，还有大量而丰富的教学相关资讯！" style="width:11.9pt;height:31.2pt" o:oleicon="f" o:ole="">
            <v:imagedata r:id="rId4160" o:title="eqId56d266a04f3dc7483eddbc26c5e487db"/>
          </v:shape>
        </w:pict>
      </w:r>
      <w:r>
        <w:rPr>
          <w:rFonts w:ascii="宋体" w:eastAsia="宋体" w:hAnsi="宋体" w:cs="宋体"/>
          <w:color w:val="000000"/>
        </w:rPr>
        <w:t>，</w:t>
      </w:r>
      <w:r>
        <w:pict>
          <v:shape id="_x0000_i714026" type="#_x0000_t75" alt="学科网(www.zxxk.com)--教育资源门户，提供试卷、教案、课件、论文、素材以及各类教学资源下载，还有大量而丰富的教学相关资讯！" style="width:18.75pt;height:30.75pt" o:oleicon="f" o:ole="">
            <v:imagedata r:id="rId4161" o:title="eqIdfeab93da829a3c07a98ed41b4707967e"/>
          </v:shape>
        </w:pict>
      </w:r>
      <w:r>
        <w:rPr>
          <w:rFonts w:ascii="宋体" w:eastAsia="宋体" w:hAnsi="宋体" w:cs="宋体"/>
          <w:color w:val="000000"/>
        </w:rPr>
        <w:t>这三个数中，</w:t>
      </w:r>
      <w:r>
        <w:pict>
          <v:shape id="_x0000_i714027" type="#_x0000_t75" alt="学科网(www.zxxk.com)--教育资源门户，提供试卷、教案、课件、论文、素材以及各类教学资源下载，还有大量而丰富的教学相关资讯！" style="width:10pt;height:14.4pt" o:oleicon="f" o:ole="">
            <v:imagedata r:id="rId4162" o:title="eqIdf0a532e15e232cb4b99a8d4d07c89575"/>
          </v:shape>
        </w:pict>
      </w:r>
      <w:r>
        <w:rPr>
          <w:rFonts w:ascii="宋体" w:eastAsia="宋体" w:hAnsi="宋体" w:cs="宋体"/>
          <w:color w:val="000000"/>
        </w:rPr>
        <w:t>可能是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对数组</w:t>
      </w:r>
      <w:r>
        <w:pict>
          <v:shape id="_x0000_i714028" type="#_x0000_t75" alt="学科网(www.zxxk.com)--教育资源门户，提供试卷、教案、课件、论文、素材以及各类教学资源下载，还有大量而丰富的教学相关资讯！" style="width:11.25pt;height:12pt" o:oleicon="f" o:ole="">
            <v:imagedata r:id="rId4163" o:title="eqIddad2a36927223bd70f426ba06aea4b45"/>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14029" type="#_x0000_t75" alt="学科网(www.zxxk.com)--教育资源门户，提供试卷、教案、课件、论文、素材以及各类教学资源下载，还有大量而丰富的教学相关资讯！" style="width:9pt;height:9.75pt" o:oleicon="f" o:ole="">
            <v:imagedata r:id="rId4164" o:title="eqId81dea63b8ce3e51adf66cf7b9982a248"/>
          </v:shape>
        </w:pict>
      </w:r>
      <w:r>
        <w:rPr>
          <w:rFonts w:ascii="宋体" w:eastAsia="宋体" w:hAnsi="宋体" w:cs="宋体"/>
          <w:color w:val="000000"/>
        </w:rPr>
        <w:t>，若</w:t>
      </w:r>
      <w:r>
        <w:pict>
          <v:shape id="_x0000_i714030" type="#_x0000_t75" alt="学科网(www.zxxk.com)--教育资源门户，提供试卷、教案、课件、论文、素材以及各类教学资源下载，还有大量而丰富的教学相关资讯！" style="width:10pt;height:14.4pt" o:oleicon="f" o:ole="">
            <v:imagedata r:id="rId4165" o:title="eqIdf0a532e15e232cb4b99a8d4d07c89575"/>
          </v:shape>
        </w:pict>
      </w:r>
      <w:r>
        <w:rPr>
          <w:rFonts w:ascii="宋体" w:eastAsia="宋体" w:hAnsi="宋体" w:cs="宋体"/>
          <w:color w:val="000000"/>
        </w:rPr>
        <w:t>的最大值为</w:t>
      </w:r>
      <w:r>
        <w:pict>
          <v:shape id="_x0000_i714031" type="#_x0000_t75" alt="学科网(www.zxxk.com)--教育资源门户，提供试卷、教案、课件、论文、素材以及各类教学资源下载，还有大量而丰富的教学相关资讯！" style="width:11.25pt;height:30.75pt" o:oleicon="f" o:ole="">
            <v:imagedata r:id="rId4166" o:title="eqId4dac452fbb5ef6dd653e7fbbef639484"/>
          </v:shape>
        </w:pict>
      </w:r>
      <w:r>
        <w:rPr>
          <w:rFonts w:ascii="宋体" w:eastAsia="宋体" w:hAnsi="宋体" w:cs="宋体"/>
          <w:color w:val="000000"/>
        </w:rPr>
        <w:t>，求</w:t>
      </w:r>
      <w:r>
        <w:pict>
          <v:shape id="_x0000_i714032" type="#_x0000_t75" alt="学科网(www.zxxk.com)--教育资源门户，提供试卷、教案、课件、论文、素材以及各类教学资源下载，还有大量而丰富的教学相关资讯！" style="width:9pt;height:9.75pt" o:oleicon="f" o:ole="">
            <v:imagedata r:id="rId4164" o:title="eqId81dea63b8ce3e51adf66cf7b9982a248"/>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已知</w:t>
      </w:r>
      <w:r>
        <w:rPr>
          <w:rFonts w:ascii="Times New Roman" w:eastAsia="Times New Roman" w:hAnsi="Times New Roman" w:cs="Times New Roman"/>
          <w:color w:val="000000"/>
        </w:rPr>
        <w:t>100</w:t>
      </w:r>
      <w:r>
        <w:rPr>
          <w:rFonts w:ascii="宋体" w:eastAsia="宋体" w:hAnsi="宋体" w:cs="宋体"/>
          <w:color w:val="000000"/>
        </w:rPr>
        <w:t>个连续整数中第一个整数为</w:t>
      </w:r>
      <w:r>
        <w:pict>
          <v:shape id="_x0000_i714033" type="#_x0000_t75" alt="学科网(www.zxxk.com)--教育资源门户，提供试卷、教案、课件、论文、素材以及各类教学资源下载，还有大量而丰富的教学相关资讯！" style="width:9pt;height:9.75pt" o:oleicon="f" o:ole="">
            <v:imagedata r:id="rId4167" o:title="eqId81dea63b8ce3e51adf66cf7b9982a248"/>
          </v:shape>
        </w:pict>
      </w:r>
      <w:r>
        <w:rPr>
          <w:rFonts w:ascii="宋体" w:eastAsia="宋体" w:hAnsi="宋体" w:cs="宋体"/>
          <w:color w:val="000000"/>
        </w:rPr>
        <w:t>，从中选择</w:t>
      </w:r>
      <w:r>
        <w:pict>
          <v:shape id="_x0000_i714034" type="#_x0000_t75" alt="学科网(www.zxxk.com)--教育资源门户，提供试卷、教案、课件、论文、素材以及各类教学资源下载，还有大量而丰富的教学相关资讯！" style="width:9.75pt;height:11.25pt" o:oleicon="f" o:ole="">
            <v:imagedata r:id="rId4168" o:title="eqIdb6a24198bd04c29321ae5dc5a28fe421"/>
          </v:shape>
        </w:pict>
      </w:r>
      <w:r>
        <w:rPr>
          <w:rFonts w:ascii="宋体" w:eastAsia="宋体" w:hAnsi="宋体" w:cs="宋体"/>
          <w:color w:val="000000"/>
        </w:rPr>
        <w:t>个数，组成数组</w:t>
      </w:r>
      <w:r>
        <w:pict>
          <v:shape id="_x0000_i714035" type="#_x0000_t75" alt="学科网(www.zxxk.com)--教育资源门户，提供试卷、教案、课件、论文、素材以及各类教学资源下载，还有大量而丰富的教学相关资讯！" style="width:11.25pt;height:12pt" o:oleicon="f" o:ole="">
            <v:imagedata r:id="rId4169" o:title="eqIddad2a36927223bd70f426ba06aea4b4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①当</w:t>
      </w:r>
      <w:r>
        <w:pict>
          <v:shape id="_x0000_i714036" type="#_x0000_t75" alt="学科网(www.zxxk.com)--教育资源门户，提供试卷、教案、课件、论文、素材以及各类教学资源下载，还有大量而丰富的教学相关资讯！" style="width:43.5pt;height:14.25pt" o:oleicon="f" o:ole="">
            <v:imagedata r:id="rId4170" o:title="eqId8b12f9e5bd4062c553baf623d0a89cbe"/>
          </v:shape>
        </w:pict>
      </w:r>
      <w:r>
        <w:rPr>
          <w:rFonts w:ascii="宋体" w:eastAsia="宋体" w:hAnsi="宋体" w:cs="宋体"/>
          <w:color w:val="000000"/>
        </w:rPr>
        <w:t>，且</w:t>
      </w:r>
      <w:r>
        <w:pict>
          <v:shape id="_x0000_i714037" type="#_x0000_t75" alt="学科网(www.zxxk.com)--教育资源门户，提供试卷、教案、课件、论文、素材以及各类教学资源下载，还有大量而丰富的教学相关资讯！" style="width:24.75pt;height:12.75pt" o:oleicon="f" o:ole="">
            <v:imagedata r:id="rId4171" o:title="eqIde65397f11ea8af736f38debadf420c4a"/>
          </v:shape>
        </w:pict>
      </w:r>
      <w:r>
        <w:rPr>
          <w:rFonts w:ascii="宋体" w:eastAsia="宋体" w:hAnsi="宋体" w:cs="宋体"/>
          <w:color w:val="000000"/>
        </w:rPr>
        <w:t>时，直接写出</w:t>
      </w:r>
      <w:r>
        <w:pict>
          <v:shape id="_x0000_i714038" type="#_x0000_t75" alt="学科网(www.zxxk.com)--教育资源门户，提供试卷、教案、课件、论文、素材以及各类教学资源下载，还有大量而丰富的教学相关资讯！" style="width:9.75pt;height:11.25pt" o:oleicon="f" o:ole="">
            <v:imagedata r:id="rId4172" o:title="eqIdb6a24198bd04c29321ae5dc5a28fe421"/>
          </v:shape>
        </w:pict>
      </w:r>
      <w:r>
        <w:rPr>
          <w:rFonts w:ascii="宋体" w:eastAsia="宋体" w:hAnsi="宋体" w:cs="宋体"/>
          <w:color w:val="000000"/>
        </w:rPr>
        <w:t>的最大值；</w:t>
      </w:r>
    </w:p>
    <w:p>
      <w:pPr>
        <w:spacing w:line="360" w:lineRule="auto"/>
        <w:jc w:val="both"/>
        <w:textAlignment w:val="center"/>
        <w:rPr>
          <w:color w:val="000000"/>
        </w:rPr>
      </w:pPr>
      <w:r>
        <w:rPr>
          <w:rFonts w:ascii="宋体" w:eastAsia="宋体" w:hAnsi="宋体" w:cs="宋体"/>
          <w:color w:val="000000"/>
        </w:rPr>
        <w:t>②当</w:t>
      </w:r>
      <w:r>
        <w:pict>
          <v:shape id="_x0000_i714039" type="#_x0000_t75" alt="学科网(www.zxxk.com)--教育资源门户，提供试卷、教案、课件、论文、素材以及各类教学资源下载，还有大量而丰富的教学相关资讯！" style="width:39pt;height:14.25pt" o:oleicon="f" o:ole="">
            <v:imagedata r:id="rId4173" o:title="eqId2f176b1357961977f6305e96b1d0ca0f"/>
          </v:shape>
        </w:pict>
      </w:r>
      <w:r>
        <w:rPr>
          <w:rFonts w:ascii="宋体" w:eastAsia="宋体" w:hAnsi="宋体" w:cs="宋体"/>
          <w:color w:val="000000"/>
        </w:rPr>
        <w:t>时，直接写出</w:t>
      </w:r>
      <w:r>
        <w:pict>
          <v:shape id="_x0000_i714040" type="#_x0000_t75" alt="学科网(www.zxxk.com)--教育资源门户，提供试卷、教案、课件、论文、素材以及各类教学资源下载，还有大量而丰富的教学相关资讯！" style="width:10pt;height:14.4pt" o:oleicon="f" o:ole="">
            <v:imagedata r:id="rId4174" o:title="eqIdf0a532e15e232cb4b99a8d4d07c89575"/>
          </v:shape>
        </w:pict>
      </w:r>
      <w:r>
        <w:rPr>
          <w:rFonts w:ascii="宋体" w:eastAsia="宋体" w:hAnsi="宋体" w:cs="宋体"/>
          <w:color w:val="000000"/>
        </w:rPr>
        <w:t>的最大值和相应的</w:t>
      </w:r>
      <w:r>
        <w:pict>
          <v:shape id="_x0000_i714041" type="#_x0000_t75" alt="学科网(www.zxxk.com)--教育资源门户，提供试卷、教案、课件、论文、素材以及各类教学资源下载，还有大量而丰富的教学相关资讯！" style="width:33.75pt;height:15.75pt" o:oleicon="f" o:ole="">
            <v:imagedata r:id="rId4175" o:title="eqIde3f620930a22e602c8a0e45deb1e1782"/>
          </v:shape>
        </w:pict>
      </w:r>
      <w:r>
        <w:rPr>
          <w:rFonts w:ascii="宋体" w:eastAsia="宋体" w:hAnsi="宋体" w:cs="宋体"/>
          <w:color w:val="000000"/>
        </w:rPr>
        <w:t>的最小值．</w:t>
      </w:r>
    </w:p>
    <w:p>
      <w:pPr>
        <w:spacing w:line="360" w:lineRule="auto"/>
        <w:textAlignment w:val="center"/>
        <w:rPr>
          <w:color w:val="000000"/>
        </w:rPr>
      </w:pPr>
      <w:r>
        <w:rPr>
          <w:color w:val="2E75B6"/>
        </w:rPr>
        <w:t>【答案】</w:t>
      </w:r>
      <w:r>
        <w:rPr>
          <w:color w:val="000000"/>
        </w:rPr>
        <w:t>（1）</w:t>
      </w:r>
      <w:r>
        <w:pict>
          <v:shape id="_x0000_i714042" type="#_x0000_t75" alt="学科网(www.zxxk.com)--教育资源门户，提供试卷、教案、课件、论文、素材以及各类教学资源下载，还有大量而丰富的教学相关资讯！" style="width:18.75pt;height:30.75pt" o:oleicon="f" o:ole="">
            <v:imagedata r:id="rId4176" o:title="eqIdfeab93da829a3c07a98ed41b4707967e"/>
          </v:shape>
        </w:pict>
      </w:r>
      <w:r>
        <w:rPr>
          <w:color w:val="000000"/>
        </w:rPr>
        <w:t xml:space="preserve">    </w:t>
      </w:r>
    </w:p>
    <w:p>
      <w:pPr>
        <w:spacing w:line="360" w:lineRule="auto"/>
        <w:textAlignment w:val="center"/>
        <w:rPr>
          <w:color w:val="000000"/>
        </w:rPr>
      </w:pPr>
      <w:r>
        <w:rPr>
          <w:color w:val="000000"/>
        </w:rPr>
        <w:t>（2）</w:t>
      </w:r>
      <w:r>
        <w:pict>
          <v:shape id="_x0000_i714043" type="#_x0000_t75" alt="学科网(www.zxxk.com)--教育资源门户，提供试卷、教案、课件、论文、素材以及各类教学资源下载，还有大量而丰富的教学相关资讯！" style="width:9pt;height:9.75pt" o:oleicon="f" o:ole="">
            <v:imagedata r:id="rId4177" o:title="eqId81dea63b8ce3e51adf66cf7b9982a248"/>
          </v:shape>
        </w:pict>
      </w:r>
      <w:r>
        <w:rPr>
          <w:rFonts w:ascii="宋体" w:eastAsia="宋体" w:hAnsi="宋体" w:cs="宋体"/>
          <w:color w:val="000000"/>
        </w:rPr>
        <w:t>的值为</w:t>
      </w:r>
      <w:r>
        <w:pict>
          <v:shape id="_x0000_i714044" type="#_x0000_t75" alt="学科网(www.zxxk.com)--教育资源门户，提供试卷、教案、课件、论文、素材以及各类教学资源下载，还有大量而丰富的教学相关资讯！" style="width:12pt;height:10.5pt" o:oleicon="f" o:ole="">
            <v:imagedata r:id="rId4178" o:title="eqIdacbc6a613224461ade69362d46550474"/>
          </v:shape>
        </w:pict>
      </w:r>
      <w:r>
        <w:rPr>
          <w:rFonts w:ascii="宋体" w:eastAsia="宋体" w:hAnsi="宋体" w:cs="宋体"/>
          <w:color w:val="000000"/>
        </w:rPr>
        <w:t>或</w:t>
      </w:r>
      <w:r>
        <w:rPr>
          <w:rFonts w:ascii="Times New Roman" w:eastAsia="Times New Roman" w:hAnsi="Times New Roman" w:cs="Times New Roman"/>
          <w:color w:val="000000"/>
        </w:rPr>
        <w:t>4</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①</w:t>
      </w:r>
      <w:r>
        <w:pict>
          <v:shape id="_x0000_i714045" type="#_x0000_t75" alt="学科网(www.zxxk.com)--教育资源门户，提供试卷、教案、课件、论文、素材以及各类教学资源下载，还有大量而丰富的教学相关资讯！" style="width:9.75pt;height:11.25pt" o:oleicon="f" o:ole="">
            <v:imagedata r:id="rId4179" o:title="eqIdb6a24198bd04c29321ae5dc5a28fe421"/>
          </v:shape>
        </w:pict>
      </w:r>
      <w:r>
        <w:rPr>
          <w:rFonts w:ascii="宋体" w:eastAsia="宋体" w:hAnsi="宋体" w:cs="宋体"/>
          <w:color w:val="000000"/>
        </w:rPr>
        <w:t>的最大值为</w:t>
      </w:r>
      <w:r>
        <w:rPr>
          <w:rFonts w:ascii="Times New Roman" w:eastAsia="Times New Roman" w:hAnsi="Times New Roman" w:cs="Times New Roman"/>
          <w:color w:val="000000"/>
        </w:rPr>
        <w:t>21</w:t>
      </w:r>
      <w:r>
        <w:rPr>
          <w:rFonts w:ascii="宋体" w:eastAsia="宋体" w:hAnsi="宋体" w:cs="宋体"/>
          <w:color w:val="000000"/>
        </w:rPr>
        <w:t>；②</w:t>
      </w:r>
      <w:r>
        <w:pict>
          <v:shape id="_x0000_i714046" type="#_x0000_t75" alt="学科网(www.zxxk.com)--教育资源门户，提供试卷、教案、课件、论文、素材以及各类教学资源下载，还有大量而丰富的教学相关资讯！" style="width:10pt;height:14.4pt" o:oleicon="f" o:ole="">
            <v:imagedata r:id="rId4180" o:title="eqIdf0a532e15e232cb4b99a8d4d07c89575"/>
          </v:shape>
        </w:pict>
      </w:r>
      <w:r>
        <w:rPr>
          <w:rFonts w:ascii="宋体" w:eastAsia="宋体" w:hAnsi="宋体" w:cs="宋体"/>
          <w:color w:val="000000"/>
        </w:rPr>
        <w:t>的最大值为</w:t>
      </w:r>
      <w:r>
        <w:pict>
          <v:shape id="_x0000_i714047" type="#_x0000_t75" alt="学科网(www.zxxk.com)--教育资源门户，提供试卷、教案、课件、论文、素材以及各类教学资源下载，还有大量而丰富的教学相关资讯！" style="width:16.95pt;height:31.05pt" o:oleicon="f" o:ole="">
            <v:imagedata r:id="rId4181" o:title="eqIdcc4b4c648f682711076868368d377fc6"/>
          </v:shape>
        </w:pict>
      </w:r>
      <w:r>
        <w:rPr>
          <w:rFonts w:ascii="宋体" w:eastAsia="宋体" w:hAnsi="宋体" w:cs="宋体"/>
          <w:color w:val="000000"/>
        </w:rPr>
        <w:t>；相应</w:t>
      </w:r>
      <w:r>
        <w:pict>
          <v:shape id="_x0000_i714048" type="#_x0000_t75" alt="学科网(www.zxxk.com)--教育资源门户，提供试卷、教案、课件、论文、素材以及各类教学资源下载，还有大量而丰富的教学相关资讯！" style="width:33.75pt;height:15.75pt" o:oleicon="f" o:ole="">
            <v:imagedata r:id="rId4182" o:title="eqIde3f620930a22e602c8a0e45deb1e1782"/>
          </v:shape>
        </w:pict>
      </w:r>
      <w:r>
        <w:rPr>
          <w:rFonts w:ascii="宋体" w:eastAsia="宋体" w:hAnsi="宋体" w:cs="宋体"/>
          <w:color w:val="000000"/>
        </w:rPr>
        <w:t>的最小值为</w:t>
      </w:r>
      <w:r>
        <w:pict>
          <v:shape id="_x0000_i714049" type="#_x0000_t75" alt="学科网(www.zxxk.com)--教育资源门户，提供试卷、教案、课件、论文、素材以及各类教学资源下载，还有大量而丰富的教学相关资讯！" style="width:16.95pt;height:31.05pt" o:oleicon="f" o:ole="">
            <v:imagedata r:id="rId4181" o:title="eqIdcc4b4c648f682711076868368d377fc6"/>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）根据收纳系数的定义即可解答；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）根据已知收纳系数为</w:t>
      </w:r>
      <w:r>
        <w:pict>
          <v:shape id="_x0000_i714050" type="#_x0000_t75" alt="学科网(www.zxxk.com)--教育资源门户，提供试卷、教案、课件、论文、素材以及各类教学资源下载，还有大量而丰富的教学相关资讯！" style="width:11.25pt;height:30.75pt" o:oleicon="f" o:ole="">
            <v:imagedata r:id="rId4183" o:title="eqId4dac452fbb5ef6dd653e7fbbef639484"/>
          </v:shape>
        </w:pict>
      </w:r>
      <w:r>
        <w:rPr>
          <w:rFonts w:ascii="宋体" w:eastAsia="宋体" w:hAnsi="宋体" w:cs="宋体"/>
          <w:color w:val="000000"/>
        </w:rPr>
        <w:t>，得出最大数和最小数，分三种情况进行讨论，即可得出答案；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）根据数组的收纳系数即可得出答案．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解：对数组</w:t>
      </w:r>
      <w:r>
        <w:pict>
          <v:shape id="_x0000_i714051" type="#_x0000_t75" alt="学科网(www.zxxk.com)--教育资源门户，提供试卷、教案、课件、论文、素材以及各类教学资源下载，还有大量而丰富的教学相关资讯！" style="width:46.2pt;height:13.8pt" o:oleicon="f" o:ole="">
            <v:imagedata r:id="rId4184" o:title="eqIde6859b7323e16592a760f72788e3e80f"/>
          </v:shape>
        </w:pict>
      </w:r>
    </w:p>
    <w:p>
      <w:pPr>
        <w:spacing w:line="360" w:lineRule="auto"/>
        <w:jc w:val="left"/>
        <w:textAlignment w:val="center"/>
        <w:rPr>
          <w:color w:val="000000"/>
        </w:rPr>
      </w:pPr>
      <w:r>
        <w:pict>
          <v:shape id="_x0000_i714052" type="#_x0000_t75" alt="学科网(www.zxxk.com)--教育资源门户，提供试卷、教案、课件、论文、素材以及各类教学资源下载，还有大量而丰富的教学相关资讯！" style="width:162pt;height:31.2pt" o:oleicon="f" o:ole="">
            <v:imagedata r:id="rId4185" o:title="eqId54c308f570ca8997e0a4bd98f3aecb31"/>
          </v:shape>
        </w:pict>
      </w:r>
      <w:r>
        <w:rPr>
          <w:rFonts w:ascii="宋体" w:eastAsia="宋体" w:hAnsi="宋体" w:cs="宋体"/>
          <w:color w:val="000000"/>
        </w:rPr>
        <w:t>，</w:t>
      </w:r>
      <w:r>
        <w:pict>
          <v:shape id="_x0000_i714053" type="#_x0000_t75" alt="学科网(www.zxxk.com)--教育资源门户，提供试卷、教案、课件、论文、素材以及各类教学资源下载，还有大量而丰富的教学相关资讯！" style="width:226.2pt;height:34.2pt" o:oleicon="f" o:ole="">
            <v:imagedata r:id="rId4186" o:title="eqId392eeb7a971eca89067d8a73941b288b"/>
          </v:shape>
        </w:pict>
      </w:r>
    </w:p>
    <w:p>
      <w:pPr>
        <w:spacing w:line="360" w:lineRule="auto"/>
        <w:jc w:val="left"/>
        <w:textAlignment w:val="center"/>
        <w:rPr>
          <w:color w:val="000000"/>
        </w:rPr>
      </w:pPr>
      <w:r>
        <w:pict>
          <v:shape id="_x0000_i714054" type="#_x0000_t75" alt="学科网(www.zxxk.com)--教育资源门户，提供试卷、教案、课件、论文、素材以及各类教学资源下载，还有大量而丰富的教学相关资讯！" style="width:9.75pt;height:9pt" o:oleicon="f" o:ole="">
            <v:imagedata r:id="rId4187" o:title="eqId2de0d10ef8b748d4531250c37c5d3f9e"/>
          </v:shape>
        </w:pict>
      </w:r>
      <w:r>
        <w:rPr>
          <w:rFonts w:ascii="宋体" w:eastAsia="宋体" w:hAnsi="宋体" w:cs="宋体"/>
          <w:color w:val="000000"/>
        </w:rPr>
        <w:t>取</w:t>
      </w:r>
      <w:r>
        <w:pict>
          <v:shape id="_x0000_i714055" type="#_x0000_t75" alt="学科网(www.zxxk.com)--教育资源门户，提供试卷、教案、课件、论文、素材以及各类教学资源下载，还有大量而丰富的教学相关资讯！" style="width:12pt;height:12pt" o:oleicon="f" o:ole="">
            <v:imagedata r:id="rId4188" o:title="eqId5963abe8f421bd99a2aaa94831a951e9"/>
          </v:shape>
        </w:pict>
      </w:r>
      <w:r>
        <w:rPr>
          <w:rFonts w:ascii="宋体" w:eastAsia="宋体" w:hAnsi="宋体" w:cs="宋体"/>
          <w:color w:val="000000"/>
        </w:rPr>
        <w:t>为原点，</w:t>
      </w:r>
      <w:r>
        <w:pict>
          <v:shape id="_x0000_i714056" type="#_x0000_t75" alt="学科网(www.zxxk.com)--教育资源门户，提供试卷、教案、课件、论文、素材以及各类教学资源下载，还有大量而丰富的教学相关资讯！" style="width:9.75pt;height:10.5pt" o:oleicon="f" o:ole="">
            <v:imagedata r:id="rId4189" o:title="eqId7f9e8449aad35c5d840a3395ea86df6d"/>
          </v:shape>
        </w:pict>
      </w:r>
      <w:r>
        <w:rPr>
          <w:rFonts w:ascii="宋体" w:eastAsia="宋体" w:hAnsi="宋体" w:cs="宋体"/>
          <w:color w:val="000000"/>
        </w:rPr>
        <w:t>为表示数</w:t>
      </w:r>
      <w:r>
        <w:pict>
          <v:shape id="_x0000_i714057" type="#_x0000_t75" alt="学科网(www.zxxk.com)--教育资源门户，提供试卷、教案、课件、论文、素材以及各类教学资源下载，还有大量而丰富的教学相关资讯！" style="width:6.95pt;height:13pt" o:oleicon="f" o:ole="">
            <v:imagedata r:id="rId4190" o:title="eqIdbdaa19de263700a15fcf213d64a8cd57"/>
          </v:shape>
        </w:pict>
      </w:r>
      <w:r>
        <w:rPr>
          <w:rFonts w:ascii="宋体" w:eastAsia="宋体" w:hAnsi="宋体" w:cs="宋体"/>
          <w:color w:val="000000"/>
        </w:rPr>
        <w:t>的点，那么这六个数</w:t>
      </w:r>
      <w:r>
        <w:pict>
          <v:shape id="_x0000_i714058" type="#_x0000_t75" alt="学科网(www.zxxk.com)--教育资源门户，提供试卷、教案、课件、论文、素材以及各类教学资源下载，还有大量而丰富的教学相关资讯！" style="width:105pt;height:31.2pt" o:oleicon="f" o:ole="">
            <v:imagedata r:id="rId4191" o:title="eqId0ecb702d42de052095aca81db1b707e7"/>
          </v:shape>
        </w:pict>
      </w:r>
      <w:r>
        <w:rPr>
          <w:rFonts w:ascii="宋体" w:eastAsia="宋体" w:hAnsi="宋体" w:cs="宋体"/>
          <w:color w:val="000000"/>
        </w:rPr>
        <w:t>都可以用线段</w:t>
      </w:r>
      <w:r>
        <w:pict>
          <v:shape id="_x0000_i714059" type="#_x0000_t75" alt="学科网(www.zxxk.com)--教育资源门户，提供试卷、教案、课件、论文、素材以及各类教学资源下载，还有大量而丰富的教学相关资讯！" style="width:20.05pt;height:12.6pt" o:oleicon="f" o:ole="">
            <v:imagedata r:id="rId4192" o:title="eqIdf52a58fbaf4fea03567e88a9f0f6e37e"/>
          </v:shape>
        </w:pict>
      </w:r>
      <w:r>
        <w:rPr>
          <w:rFonts w:ascii="宋体" w:eastAsia="宋体" w:hAnsi="宋体" w:cs="宋体"/>
          <w:color w:val="000000"/>
        </w:rPr>
        <w:t>上的某个点来表示</w:t>
      </w:r>
    </w:p>
    <w:p>
      <w:pPr>
        <w:spacing w:line="360" w:lineRule="auto"/>
        <w:jc w:val="left"/>
        <w:textAlignment w:val="center"/>
        <w:rPr>
          <w:color w:val="000000"/>
        </w:rPr>
      </w:pPr>
      <w:r>
        <w:pict>
          <v:shape id="_x0000_i714060" type="#_x0000_t75" alt="学科网(www.zxxk.com)--教育资源门户，提供试卷、教案、课件、论文、素材以及各类教学资源下载，还有大量而丰富的教学相关资讯！" style="width:43.2pt;height:31.2pt" o:oleicon="f" o:ole="">
            <v:imagedata r:id="rId4193" o:title="eqIdd63eddc9791e7bf80090ed3068870971"/>
          </v:shape>
        </w:pict>
      </w:r>
      <w:r>
        <w:rPr>
          <w:rFonts w:ascii="宋体" w:eastAsia="宋体" w:hAnsi="宋体" w:cs="宋体"/>
          <w:color w:val="000000"/>
        </w:rPr>
        <w:t>是数对</w:t>
      </w:r>
      <w:r>
        <w:pict>
          <v:shape id="_x0000_i714061" type="#_x0000_t75" alt="学科网(www.zxxk.com)--教育资源门户，提供试卷、教案、课件、论文、素材以及各类教学资源下载，还有大量而丰富的教学相关资讯！" style="width:11.25pt;height:12pt" o:oleicon="f" o:ole="">
            <v:imagedata r:id="rId4194" o:title="eqIddad2a36927223bd70f426ba06aea4b45"/>
          </v:shape>
        </w:pict>
      </w:r>
      <w:r>
        <w:rPr>
          <w:rFonts w:ascii="宋体" w:eastAsia="宋体" w:hAnsi="宋体" w:cs="宋体"/>
          <w:color w:val="000000"/>
        </w:rPr>
        <w:t>的收纳系数</w:t>
      </w:r>
    </w:p>
    <w:p>
      <w:pPr>
        <w:spacing w:line="360" w:lineRule="auto"/>
        <w:jc w:val="left"/>
        <w:textAlignment w:val="center"/>
        <w:rPr>
          <w:color w:val="000000"/>
        </w:rPr>
      </w:pPr>
      <w:r>
        <w:rPr>
          <w:rFonts w:ascii="宋体" w:eastAsia="宋体" w:hAnsi="宋体" w:cs="宋体"/>
          <w:color w:val="000000"/>
        </w:rPr>
        <w:t>故答案为</w:t>
      </w:r>
      <w:r>
        <w:pict>
          <v:shape id="_x0000_i714062" type="#_x0000_t75" alt="学科网(www.zxxk.com)--教育资源门户，提供试卷、教案、课件、论文、素材以及各类教学资源下载，还有大量而丰富的教学相关资讯！" style="width:11.9pt;height:31.2pt" o:oleicon="f" o:ole="">
            <v:imagedata r:id="rId4195" o:title="eqId56d266a04f3dc7483eddbc26c5e487db"/>
          </v:shape>
        </w:pict>
      </w:r>
      <w:r>
        <w:rPr>
          <w:rFonts w:ascii="宋体" w:eastAsia="宋体" w:hAnsi="宋体" w:cs="宋体"/>
          <w:color w:val="000000"/>
        </w:rPr>
        <w:t>、</w:t>
      </w:r>
      <w:r>
        <w:pict>
          <v:shape id="_x0000_i714063" type="#_x0000_t75" alt="学科网(www.zxxk.com)--教育资源门户，提供试卷、教案、课件、论文、素材以及各类教学资源下载，还有大量而丰富的教学相关资讯！" style="width:18.75pt;height:30.75pt" o:oleicon="f" o:ole="">
            <v:imagedata r:id="rId4196" o:title="eqIdfeab93da829a3c07a98ed41b4707967e"/>
          </v:shape>
        </w:pic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解：取收纳系数</w:t>
      </w:r>
      <w:r>
        <w:pict>
          <v:shape id="_x0000_i714064" type="#_x0000_t75" alt="学科网(www.zxxk.com)--教育资源门户，提供试卷、教案、课件、论文、素材以及各类教学资源下载，还有大量而丰富的教学相关资讯！" style="width:29pt;height:31pt" o:oleicon="f" o:ole="">
            <v:imagedata r:id="rId4197" o:title="eqIdbf9a5fbf690581d8517d264c254a1f72"/>
          </v:shape>
        </w:pict>
      </w:r>
      <w:r>
        <w:rPr>
          <w:rFonts w:ascii="宋体" w:eastAsia="宋体" w:hAnsi="宋体" w:cs="宋体"/>
          <w:color w:val="000000"/>
        </w:rPr>
        <w:t>，将它乘以数组</w:t>
      </w:r>
      <w:r>
        <w:pict>
          <v:shape id="_x0000_i714065" type="#_x0000_t75" alt="学科网(www.zxxk.com)--教育资源门户，提供试卷、教案、课件、论文、素材以及各类教学资源下载，还有大量而丰富的教学相关资讯！" style="width:11.25pt;height:12pt" o:oleicon="f" o:ole="">
            <v:imagedata r:id="rId4198" o:title="eqIddad2a36927223bd70f426ba06aea4b45"/>
          </v:shape>
        </w:pict>
      </w:r>
      <w:r>
        <w:rPr>
          <w:rFonts w:ascii="宋体" w:eastAsia="宋体" w:hAnsi="宋体" w:cs="宋体"/>
          <w:color w:val="000000"/>
        </w:rPr>
        <w:t>中的每个数，得：</w:t>
      </w:r>
    </w:p>
    <w:p>
      <w:pPr>
        <w:spacing w:line="360" w:lineRule="auto"/>
        <w:jc w:val="both"/>
        <w:textAlignment w:val="center"/>
        <w:rPr>
          <w:color w:val="000000"/>
        </w:rPr>
      </w:pPr>
      <w:r>
        <w:pict>
          <v:shape id="_x0000_i714066" type="#_x0000_t75" alt="学科网(www.zxxk.com)--教育资源门户，提供试卷、教案、课件、论文、素材以及各类教学资源下载，还有大量而丰富的教学相关资讯！" style="width:43.8pt;height:30.6pt" o:oleicon="f" o:ole="">
            <v:imagedata r:id="rId4199" o:title="eqId152f91a798794737fdbe076e86f48cc5"/>
          </v:shape>
        </w:pict>
      </w:r>
      <w:r>
        <w:rPr>
          <w:rFonts w:ascii="宋体" w:eastAsia="宋体" w:hAnsi="宋体" w:cs="宋体"/>
          <w:color w:val="000000"/>
        </w:rPr>
        <w:t>，</w:t>
      </w:r>
      <w:r>
        <w:pict>
          <v:shape id="_x0000_i714067" type="#_x0000_t75" alt="学科网(www.zxxk.com)--教育资源门户，提供试卷、教案、课件、论文、素材以及各类教学资源下载，还有大量而丰富的教学相关资讯！" style="width:45.75pt;height:30.75pt" o:oleicon="f" o:ole="">
            <v:imagedata r:id="rId4200" o:title="eqId75d13204e7c9c35496f9016ec0a5f920"/>
          </v:shape>
        </w:pict>
      </w:r>
      <w:r>
        <w:rPr>
          <w:rFonts w:ascii="宋体" w:eastAsia="宋体" w:hAnsi="宋体" w:cs="宋体"/>
          <w:color w:val="000000"/>
        </w:rPr>
        <w:t>，</w:t>
      </w:r>
      <w:r>
        <w:pict>
          <v:shape id="_x0000_i714068" type="#_x0000_t75" alt="学科网(www.zxxk.com)--教育资源门户，提供试卷、教案、课件、论文、素材以及各类教学资源下载，还有大量而丰富的教学相关资讯！" style="width:19.1pt;height:31.05pt" o:oleicon="f" o:ole="">
            <v:imagedata r:id="rId4201" o:title="eqId7b26361144bf9d629a87be90c3535454"/>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依题意，</w:t>
      </w:r>
      <w:r>
        <w:pict>
          <v:shape id="_x0000_i714069" type="#_x0000_t75" alt="学科网(www.zxxk.com)--教育资源门户，提供试卷、教案、课件、论文、素材以及各类教学资源下载，还有大量而丰富的教学相关资讯！" style="width:10pt;height:14.4pt" o:oleicon="f" o:ole="">
            <v:imagedata r:id="rId4202" o:title="eqIdf0a532e15e232cb4b99a8d4d07c89575"/>
          </v:shape>
        </w:pict>
      </w:r>
      <w:r>
        <w:rPr>
          <w:rFonts w:ascii="宋体" w:eastAsia="宋体" w:hAnsi="宋体" w:cs="宋体"/>
          <w:color w:val="000000"/>
        </w:rPr>
        <w:t>的最大值即为</w:t>
      </w:r>
      <w:r>
        <w:pict>
          <v:shape id="_x0000_i714070" type="#_x0000_t75" alt="学科网(www.zxxk.com)--教育资源门户，提供试卷、教案、课件、论文、素材以及各类教学资源下载，还有大量而丰富的教学相关资讯！" style="width:11.25pt;height:30.75pt" o:oleicon="f" o:ole="">
            <v:imagedata r:id="rId4203" o:title="eqId4dac452fbb5ef6dd653e7fbbef639484"/>
          </v:shape>
        </w:pict>
      </w:r>
      <w:r>
        <w:rPr>
          <w:rFonts w:ascii="宋体" w:eastAsia="宋体" w:hAnsi="宋体" w:cs="宋体"/>
          <w:color w:val="000000"/>
        </w:rPr>
        <w:t>，</w:t>
      </w:r>
    </w:p>
    <w:p>
      <w:pPr>
        <w:spacing w:line="360" w:lineRule="auto"/>
        <w:jc w:val="both"/>
        <w:textAlignment w:val="center"/>
        <w:rPr>
          <w:color w:val="000000"/>
        </w:rPr>
      </w:pPr>
      <w:r>
        <w:pict>
          <v:shape id="_x0000_i714071" type="#_x0000_t75" alt="学科网(www.zxxk.com)--教育资源门户，提供试卷、教案、课件、论文、素材以及各类教学资源下载，还有大量而丰富的教学相关资讯！" style="width:20.4pt;height:30.65pt" o:oleicon="f" o:ole="">
            <v:imagedata r:id="rId4204" o:title="eqId56c5245b77cb723c57ffc71cc275395c"/>
          </v:shape>
        </w:pict>
      </w:r>
      <w:r>
        <w:rPr>
          <w:rFonts w:ascii="宋体" w:eastAsia="宋体" w:hAnsi="宋体" w:cs="宋体"/>
          <w:color w:val="000000"/>
        </w:rPr>
        <w:t>，</w:t>
      </w:r>
      <w:r>
        <w:pict>
          <v:shape id="_x0000_i714072" type="#_x0000_t75" alt="学科网(www.zxxk.com)--教育资源门户，提供试卷、教案、课件、论文、素材以及各类教学资源下载，还有大量而丰富的教学相关资讯！" style="width:11.25pt;height:27.75pt" o:oleicon="f" o:ole="">
            <v:imagedata r:id="rId4205" o:title="eqIdbf31876698721a199c7c53c6b320aa86"/>
          </v:shape>
        </w:pict>
      </w:r>
      <w:r>
        <w:rPr>
          <w:rFonts w:ascii="宋体" w:eastAsia="宋体" w:hAnsi="宋体" w:cs="宋体"/>
          <w:color w:val="000000"/>
        </w:rPr>
        <w:t>，</w:t>
      </w:r>
      <w:r>
        <w:pict>
          <v:shape id="_x0000_i714073" type="#_x0000_t75" alt="学科网(www.zxxk.com)--教育资源门户，提供试卷、教案、课件、论文、素材以及各类教学资源下载，还有大量而丰富的教学相关资讯！" style="width:19.1pt;height:31.05pt" o:oleicon="f" o:ole="">
            <v:imagedata r:id="rId4206" o:title="eqId7b26361144bf9d629a87be90c3535454"/>
          </v:shape>
        </w:pict>
      </w:r>
      <w:r>
        <w:rPr>
          <w:rFonts w:ascii="宋体" w:eastAsia="宋体" w:hAnsi="宋体" w:cs="宋体"/>
          <w:color w:val="000000"/>
        </w:rPr>
        <w:t>中最大的数与最小的数的差恰好为</w:t>
      </w:r>
      <w:r>
        <w:pict>
          <v:shape id="_x0000_i714074" type="#_x0000_t75" alt="学科网(www.zxxk.com)--教育资源门户，提供试卷、教案、课件、论文、素材以及各类教学资源下载，还有大量而丰富的教学相关资讯！" style="width:6.95pt;height:13pt" o:oleicon="f" o:ole="">
            <v:imagedata r:id="rId4207" o:title="eqIdbdaa19de263700a15fcf213d64a8cd5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情况</w:t>
      </w:r>
      <w:r>
        <w:rPr>
          <w:rFonts w:ascii="Times New Roman" w:eastAsia="Times New Roman" w:hAnsi="Times New Roman" w:cs="Times New Roman"/>
          <w:color w:val="000000"/>
        </w:rPr>
        <w:t>1</w:t>
      </w:r>
      <w:r>
        <w:rPr>
          <w:rFonts w:ascii="宋体" w:eastAsia="宋体" w:hAnsi="宋体" w:cs="宋体"/>
          <w:color w:val="000000"/>
        </w:rPr>
        <w:t>：当</w:t>
      </w:r>
      <w:r>
        <w:pict>
          <v:shape id="_x0000_i714075" type="#_x0000_t75" alt="学科网(www.zxxk.com)--教育资源门户，提供试卷、教案、课件、论文、素材以及各类教学资源下载，还有大量而丰富的教学相关资讯！" style="width:24.75pt;height:14.25pt" o:oleicon="f" o:ole="">
            <v:imagedata r:id="rId4208" o:title="eqId7ccaa6e503b61e9ae78d8439cba2e328"/>
          </v:shape>
        </w:pict>
      </w:r>
      <w:r>
        <w:rPr>
          <w:rFonts w:ascii="宋体" w:eastAsia="宋体" w:hAnsi="宋体" w:cs="宋体"/>
          <w:color w:val="000000"/>
        </w:rPr>
        <w:t>时，最大的数为</w:t>
      </w:r>
      <w:r>
        <w:pict>
          <v:shape id="_x0000_i714076" type="#_x0000_t75" alt="学科网(www.zxxk.com)--教育资源门户，提供试卷、教案、课件、论文、素材以及各类教学资源下载，还有大量而丰富的教学相关资讯！" style="width:11.25pt;height:27.75pt" o:oleicon="f" o:ole="">
            <v:imagedata r:id="rId4209" o:title="eqIdbf31876698721a199c7c53c6b320aa86"/>
          </v:shape>
        </w:pict>
      </w:r>
      <w:r>
        <w:rPr>
          <w:rFonts w:ascii="宋体" w:eastAsia="宋体" w:hAnsi="宋体" w:cs="宋体"/>
          <w:color w:val="000000"/>
        </w:rPr>
        <w:t>，最小的数为</w:t>
      </w:r>
      <w:r>
        <w:pict>
          <v:shape id="_x0000_i714077" type="#_x0000_t75" alt="学科网(www.zxxk.com)--教育资源门户，提供试卷、教案、课件、论文、素材以及各类教学资源下载，还有大量而丰富的教学相关资讯！" style="width:19.1pt;height:31.05pt" o:oleicon="f" o:ole="">
            <v:imagedata r:id="rId4210" o:title="eqId7b26361144bf9d629a87be90c3535454"/>
          </v:shape>
        </w:pict>
      </w:r>
      <w:r>
        <w:rPr>
          <w:rFonts w:ascii="宋体" w:eastAsia="宋体" w:hAnsi="宋体" w:cs="宋体"/>
          <w:color w:val="000000"/>
        </w:rPr>
        <w:t>，</w:t>
      </w:r>
      <w:r>
        <w:pict>
          <v:shape id="_x0000_i714078" type="#_x0000_t75" alt="学科网(www.zxxk.com)--教育资源门户，提供试卷、教案、课件、论文、素材以及各类教学资源下载，还有大量而丰富的教学相关资讯！" style="width:53.2pt;height:30.65pt" o:oleicon="f" o:ole="">
            <v:imagedata r:id="rId4211" o:title="eqId131e1aa1f836741ecd7136e2d7606e62"/>
          </v:shape>
        </w:pict>
      </w:r>
      <w:r>
        <w:rPr>
          <w:rFonts w:ascii="宋体" w:eastAsia="宋体" w:hAnsi="宋体" w:cs="宋体"/>
          <w:color w:val="000000"/>
        </w:rPr>
        <w:t>，得</w:t>
      </w:r>
      <w:r>
        <w:pict>
          <v:shape id="_x0000_i714079" type="#_x0000_t75" alt="学科网(www.zxxk.com)--教育资源门户，提供试卷、教案、课件、论文、素材以及各类教学资源下载，还有大量而丰富的教学相关资讯！" style="width:32.25pt;height:14.25pt" o:oleicon="f" o:ole="">
            <v:imagedata r:id="rId4212" o:title="eqIdef00713e73b8357cc7900144f5505bc6"/>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情况</w:t>
      </w:r>
      <w:r>
        <w:rPr>
          <w:rFonts w:ascii="Times New Roman" w:eastAsia="Times New Roman" w:hAnsi="Times New Roman" w:cs="Times New Roman"/>
          <w:color w:val="000000"/>
        </w:rPr>
        <w:t>2</w:t>
      </w:r>
      <w:r>
        <w:rPr>
          <w:rFonts w:ascii="宋体" w:eastAsia="宋体" w:hAnsi="宋体" w:cs="宋体"/>
          <w:color w:val="000000"/>
        </w:rPr>
        <w:t>：当</w:t>
      </w:r>
      <w:r>
        <w:pict>
          <v:shape id="_x0000_i714080" type="#_x0000_t75" alt="学科网(www.zxxk.com)--教育资源门户，提供试卷、教案、课件、论文、素材以及各类教学资源下载，还有大量而丰富的教学相关资讯！" style="width:42.75pt;height:14.25pt" o:oleicon="f" o:ole="">
            <v:imagedata r:id="rId4213" o:title="eqId8a551a88ac426439803f564a3bbee04a"/>
          </v:shape>
        </w:pict>
      </w:r>
      <w:r>
        <w:rPr>
          <w:rFonts w:ascii="宋体" w:eastAsia="宋体" w:hAnsi="宋体" w:cs="宋体"/>
          <w:color w:val="000000"/>
        </w:rPr>
        <w:t>时，最大的数为</w:t>
      </w:r>
      <w:r>
        <w:pict>
          <v:shape id="_x0000_i714081" type="#_x0000_t75" alt="学科网(www.zxxk.com)--教育资源门户，提供试卷、教案、课件、论文、素材以及各类教学资源下载，还有大量而丰富的教学相关资讯！" style="width:11.25pt;height:27.75pt" o:oleicon="f" o:ole="">
            <v:imagedata r:id="rId4214" o:title="eqIdbf31876698721a199c7c53c6b320aa86"/>
          </v:shape>
        </w:pict>
      </w:r>
      <w:r>
        <w:rPr>
          <w:rFonts w:ascii="宋体" w:eastAsia="宋体" w:hAnsi="宋体" w:cs="宋体"/>
          <w:color w:val="000000"/>
        </w:rPr>
        <w:t>，最小的数为</w:t>
      </w:r>
      <w:r>
        <w:pict>
          <v:shape id="_x0000_i714082" type="#_x0000_t75" alt="学科网(www.zxxk.com)--教育资源门户，提供试卷、教案、课件、论文、素材以及各类教学资源下载，还有大量而丰富的教学相关资讯！" style="width:11.25pt;height:30.75pt" o:oleicon="f" o:ole="">
            <v:imagedata r:id="rId4215" o:title="eqId4dac452fbb5ef6dd653e7fbbef639484"/>
          </v:shape>
        </w:pict>
      </w:r>
      <w:r>
        <w:rPr>
          <w:rFonts w:ascii="宋体" w:eastAsia="宋体" w:hAnsi="宋体" w:cs="宋体"/>
          <w:color w:val="000000"/>
        </w:rPr>
        <w:t>，不合题意；</w:t>
      </w:r>
    </w:p>
    <w:p>
      <w:pPr>
        <w:spacing w:line="360" w:lineRule="auto"/>
        <w:jc w:val="both"/>
        <w:textAlignment w:val="center"/>
        <w:rPr>
          <w:color w:val="000000"/>
        </w:rPr>
      </w:pPr>
      <w:r>
        <w:rPr>
          <w:rFonts w:ascii="宋体" w:eastAsia="宋体" w:hAnsi="宋体" w:cs="宋体"/>
          <w:color w:val="000000"/>
        </w:rPr>
        <w:t>情况</w:t>
      </w:r>
      <w:r>
        <w:rPr>
          <w:rFonts w:ascii="Times New Roman" w:eastAsia="Times New Roman" w:hAnsi="Times New Roman" w:cs="Times New Roman"/>
          <w:color w:val="000000"/>
        </w:rPr>
        <w:t>3</w:t>
      </w:r>
      <w:r>
        <w:rPr>
          <w:rFonts w:ascii="宋体" w:eastAsia="宋体" w:hAnsi="宋体" w:cs="宋体"/>
          <w:color w:val="000000"/>
        </w:rPr>
        <w:t>：当</w:t>
      </w:r>
      <w:r>
        <w:pict>
          <v:shape id="_x0000_i714083" type="#_x0000_t75" alt="学科网(www.zxxk.com)--教育资源门户，提供试卷、教案、课件、论文、素材以及各类教学资源下载，还有大量而丰富的教学相关资讯！" style="width:27.75pt;height:14.25pt" o:oleicon="f" o:ole="">
            <v:imagedata r:id="rId4216" o:title="eqId0c0aa2ef928b6e3341d0a0dc6d8055b9"/>
          </v:shape>
        </w:pict>
      </w:r>
      <w:r>
        <w:rPr>
          <w:rFonts w:ascii="宋体" w:eastAsia="宋体" w:hAnsi="宋体" w:cs="宋体"/>
          <w:color w:val="000000"/>
        </w:rPr>
        <w:t>时，最大的数为</w:t>
      </w:r>
      <w:r>
        <w:pict>
          <v:shape id="_x0000_i714084" type="#_x0000_t75" alt="学科网(www.zxxk.com)--教育资源门户，提供试卷、教案、课件、论文、素材以及各类教学资源下载，还有大量而丰富的教学相关资讯！" style="width:19.1pt;height:31.05pt" o:oleicon="f" o:ole="">
            <v:imagedata r:id="rId4217" o:title="eqId7b26361144bf9d629a87be90c3535454"/>
          </v:shape>
        </w:pict>
      </w:r>
      <w:r>
        <w:rPr>
          <w:rFonts w:ascii="宋体" w:eastAsia="宋体" w:hAnsi="宋体" w:cs="宋体"/>
          <w:color w:val="000000"/>
        </w:rPr>
        <w:t>，最小的数为</w:t>
      </w:r>
      <w:r>
        <w:pict>
          <v:shape id="_x0000_i714085" type="#_x0000_t75" alt="学科网(www.zxxk.com)--教育资源门户，提供试卷、教案、课件、论文、素材以及各类教学资源下载，还有大量而丰富的教学相关资讯！" style="width:11.25pt;height:30.75pt" o:oleicon="f" o:ole="">
            <v:imagedata r:id="rId4218" o:title="eqId4dac452fbb5ef6dd653e7fbbef639484"/>
          </v:shape>
        </w:pict>
      </w:r>
      <w:r>
        <w:rPr>
          <w:rFonts w:ascii="宋体" w:eastAsia="宋体" w:hAnsi="宋体" w:cs="宋体"/>
          <w:color w:val="000000"/>
        </w:rPr>
        <w:t>，</w:t>
      </w:r>
      <w:r>
        <w:pict>
          <v:shape id="_x0000_i714086" type="#_x0000_t75" alt="学科网(www.zxxk.com)--教育资源门户，提供试卷、教案、课件、论文、素材以及各类教学资源下载，还有大量而丰富的教学相关资讯！" style="width:52.8pt;height:31.2pt" o:oleicon="f" o:ole="">
            <v:imagedata r:id="rId4219" o:title="eqIdf35ff965978db1d4eddd942bc5dee6d1"/>
          </v:shape>
        </w:pict>
      </w:r>
      <w:r>
        <w:rPr>
          <w:rFonts w:ascii="宋体" w:eastAsia="宋体" w:hAnsi="宋体" w:cs="宋体"/>
          <w:color w:val="000000"/>
        </w:rPr>
        <w:t>，得</w:t>
      </w:r>
      <w:r>
        <w:pict>
          <v:shape id="_x0000_i714087" type="#_x0000_t75" alt="学科网(www.zxxk.com)--教育资源门户，提供试卷、教案、课件、论文、素材以及各类教学资源下载，还有大量而丰富的教学相关资讯！" style="width:24.75pt;height:12.75pt" o:oleicon="f" o:ole="">
            <v:imagedata r:id="rId4220" o:title="eqIdf23d29646155e27b172ecdf263e2d702"/>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w:t>
      </w:r>
      <w:r>
        <w:pict>
          <v:shape id="_x0000_i714088" type="#_x0000_t75" alt="学科网(www.zxxk.com)--教育资源门户，提供试卷、教案、课件、论文、素材以及各类教学资源下载，还有大量而丰富的教学相关资讯！" style="width:9pt;height:9.75pt" o:oleicon="f" o:ole="">
            <v:imagedata r:id="rId4221" o:title="eqId81dea63b8ce3e51adf66cf7b9982a248"/>
          </v:shape>
        </w:pict>
      </w:r>
      <w:r>
        <w:rPr>
          <w:rFonts w:ascii="宋体" w:eastAsia="宋体" w:hAnsi="宋体" w:cs="宋体"/>
          <w:color w:val="000000"/>
        </w:rPr>
        <w:t>的值为</w:t>
      </w:r>
      <w:r>
        <w:pict>
          <v:shape id="_x0000_i714089" type="#_x0000_t75" alt="学科网(www.zxxk.com)--教育资源门户，提供试卷、教案、课件、论文、素材以及各类教学资源下载，还有大量而丰富的教学相关资讯！" style="width:12pt;height:10.5pt" o:oleicon="f" o:ole="">
            <v:imagedata r:id="rId4222" o:title="eqIdacbc6a613224461ade69362d46550474"/>
          </v:shape>
        </w:pic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解：</w:t>
      </w:r>
      <w:r>
        <w:pict>
          <v:shape id="_x0000_i714090" type="#_x0000_t75" alt="学科网(www.zxxk.com)--教育资源门户，提供试卷、教案、课件、论文、素材以及各类教学资源下载，还有大量而丰富的教学相关资讯！" style="width:22.2pt;height:16.2pt" o:oleicon="f" o:ole="">
            <v:imagedata r:id="rId4223" o:title="eqIdfeffdc2f095977695da98748ccca10f1"/>
          </v:shape>
        </w:pict>
      </w:r>
      <w:r>
        <w:rPr>
          <w:rFonts w:ascii="宋体" w:eastAsia="宋体" w:hAnsi="宋体" w:cs="宋体"/>
          <w:color w:val="000000"/>
        </w:rPr>
        <w:t>的最大值为</w:t>
      </w:r>
      <w:r>
        <w:rPr>
          <w:rFonts w:ascii="Times New Roman" w:eastAsia="Times New Roman" w:hAnsi="Times New Roman" w:cs="Times New Roman"/>
          <w:color w:val="000000"/>
        </w:rPr>
        <w:t>21</w:t>
      </w:r>
      <w:r>
        <w:rPr>
          <w:rFonts w:ascii="宋体" w:eastAsia="宋体" w:hAnsi="宋体" w:cs="宋体"/>
          <w:color w:val="000000"/>
        </w:rPr>
        <w:t>；</w:t>
      </w:r>
    </w:p>
    <w:p>
      <w:pPr>
        <w:spacing w:line="360" w:lineRule="auto"/>
        <w:jc w:val="both"/>
        <w:textAlignment w:val="center"/>
        <w:rPr>
          <w:color w:val="000000"/>
        </w:rPr>
      </w:pPr>
      <w:r>
        <w:pict>
          <v:shape id="_x0000_i714091" type="#_x0000_t75" alt="学科网(www.zxxk.com)--教育资源门户，提供试卷、教案、课件、论文、素材以及各类教学资源下载，还有大量而丰富的教学相关资讯！" style="width:22.2pt;height:16.2pt" o:oleicon="f" o:ole="">
            <v:imagedata r:id="rId4224" o:title="eqIdb9496184240a4d7c408e5e00e0c30bc2"/>
          </v:shape>
        </w:pict>
      </w:r>
      <w:r>
        <w:rPr>
          <w:rFonts w:ascii="宋体" w:eastAsia="宋体" w:hAnsi="宋体" w:cs="宋体"/>
          <w:color w:val="000000"/>
        </w:rPr>
        <w:t>的最大值为</w:t>
      </w:r>
      <w:r>
        <w:pict>
          <v:shape id="_x0000_i714092" type="#_x0000_t75" alt="学科网(www.zxxk.com)--教育资源门户，提供试卷、教案、课件、论文、素材以及各类教学资源下载，还有大量而丰富的教学相关资讯！" style="width:16.95pt;height:31.05pt" o:oleicon="f" o:ole="">
            <v:imagedata r:id="rId4225" o:title="eqIdcc4b4c648f682711076868368d377fc6"/>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相应</w:t>
      </w:r>
      <w:r>
        <w:pict>
          <v:shape id="_x0000_i714093" type="#_x0000_t75" alt="学科网(www.zxxk.com)--教育资源门户，提供试卷、教案、课件、论文、素材以及各类教学资源下载，还有大量而丰富的教学相关资讯！" style="width:33.75pt;height:15.75pt" o:oleicon="f" o:ole="">
            <v:imagedata r:id="rId4226" o:title="eqIde3f620930a22e602c8a0e45deb1e1782"/>
          </v:shape>
        </w:pict>
      </w:r>
      <w:r>
        <w:rPr>
          <w:rFonts w:ascii="宋体" w:eastAsia="宋体" w:hAnsi="宋体" w:cs="宋体"/>
          <w:color w:val="000000"/>
        </w:rPr>
        <w:t>的最小值为</w:t>
      </w:r>
      <w:r>
        <w:pict>
          <v:shape id="_x0000_i714094" type="#_x0000_t75" alt="学科网(www.zxxk.com)--教育资源门户，提供试卷、教案、课件、论文、素材以及各类教学资源下载，还有大量而丰富的教学相关资讯！" style="width:16.95pt;height:31.05pt" o:oleicon="f" o:ole="">
            <v:imagedata r:id="rId4227" o:title="eqIdcc4b4c648f682711076868368d377fc6"/>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本题属于新定义题目，本题考查了数组的收纳系数，解题关键是读懂题目中的例子，仿照例子解题．</w:t>
      </w:r>
    </w:p>
    <w:p>
      <w:pPr>
        <w:pStyle w:val="Heading2"/>
      </w:pPr>
      <w:r>
        <w:t>清华大学附属中学</w:t>
      </w:r>
    </w:p>
    <w:p>
      <w:pPr>
        <w:spacing w:line="360" w:lineRule="auto"/>
        <w:jc w:val="both"/>
        <w:textAlignment w:val="center"/>
        <w:rPr>
          <w:color w:val="000000"/>
        </w:rPr>
      </w:pPr>
      <w:r>
        <w:rPr>
          <w:color w:val="000000"/>
        </w:rPr>
        <w:t xml:space="preserve">27. </w:t>
      </w:r>
      <w:r>
        <w:rPr>
          <w:rFonts w:ascii="宋体" w:eastAsia="宋体" w:hAnsi="宋体" w:cs="宋体"/>
          <w:color w:val="000000"/>
        </w:rPr>
        <w:t>为适应发展的需要，某企业计划加大对芯片研发部的投入，据了解，该企业研发部原有</w:t>
      </w:r>
      <w:r>
        <w:rPr>
          <w:rFonts w:ascii="Times New Roman" w:eastAsia="Times New Roman" w:hAnsi="Times New Roman" w:cs="Times New Roman"/>
          <w:color w:val="000000"/>
        </w:rPr>
        <w:t>100</w:t>
      </w:r>
      <w:r>
        <w:rPr>
          <w:rFonts w:ascii="宋体" w:eastAsia="宋体" w:hAnsi="宋体" w:cs="宋体"/>
          <w:color w:val="000000"/>
        </w:rPr>
        <w:t>名技术人员，年人均投入</w:t>
      </w:r>
      <w:r>
        <w:pict>
          <v:shape id="_x0000_i714095" type="#_x0000_t75" alt="学科网(www.zxxk.com)--教育资源门户，提供试卷、教案、课件、论文、素材以及各类教学资源下载，还有大量而丰富的教学相关资讯！" style="width:9pt;height:9.75pt" o:oleicon="f" o:ole="">
            <v:imagedata r:id="rId4228" o:title="eqId0a6936d370d6a238a608ca56f87198de"/>
          </v:shape>
        </w:pict>
      </w:r>
      <w:r>
        <w:rPr>
          <w:rFonts w:ascii="宋体" w:eastAsia="宋体" w:hAnsi="宋体" w:cs="宋体"/>
          <w:color w:val="000000"/>
        </w:rPr>
        <w:t>万元，现把原有技术人员分成两部分：技术人员和研发人员，其中技术人员</w:t>
      </w:r>
      <w:r>
        <w:pict>
          <v:shape id="_x0000_i714096" type="#_x0000_t75" alt="学科网(www.zxxk.com)--教育资源门户，提供试卷、教案、课件、论文、素材以及各类教学资源下载，还有大量而丰富的教学相关资讯！" style="width:9pt;height:9.75pt" o:oleicon="f" o:ole="">
            <v:imagedata r:id="rId4229" o:title="eqId81dea63b8ce3e51adf66cf7b9982a248"/>
          </v:shape>
        </w:pict>
      </w:r>
      <w:r>
        <w:rPr>
          <w:rFonts w:ascii="宋体" w:eastAsia="宋体" w:hAnsi="宋体" w:cs="宋体"/>
          <w:color w:val="000000"/>
        </w:rPr>
        <w:t>名（</w:t>
      </w:r>
      <w:r>
        <w:pict>
          <v:shape id="_x0000_i714097" type="#_x0000_t75" alt="学科网(www.zxxk.com)--教育资源门户，提供试卷、教案、课件、论文、素材以及各类教学资源下载，还有大量而丰富的教学相关资讯！" style="width:9pt;height:9.75pt" o:oleicon="f" o:ole="">
            <v:imagedata r:id="rId4229" o:title="eqId81dea63b8ce3e51adf66cf7b9982a248"/>
          </v:shape>
        </w:pict>
      </w:r>
      <w:r>
        <w:rPr>
          <w:rFonts w:ascii="宋体" w:eastAsia="宋体" w:hAnsi="宋体" w:cs="宋体"/>
          <w:color w:val="000000"/>
        </w:rPr>
        <w:t>为正整数且</w:t>
      </w:r>
      <w:r>
        <w:pict>
          <v:shape id="_x0000_i714098" type="#_x0000_t75" alt="学科网(www.zxxk.com)--教育资源门户，提供试卷、教案、课件、论文、素材以及各类教学资源下载，还有大量而丰富的教学相关资讯！" style="width:56.95pt;height:13.95pt" o:oleicon="f" o:ole="">
            <v:imagedata r:id="rId4230" o:title="eqIdf62b1309b889424475e3ea2c0de36ff2"/>
          </v:shape>
        </w:pict>
      </w:r>
      <w:r>
        <w:rPr>
          <w:rFonts w:ascii="宋体" w:eastAsia="宋体" w:hAnsi="宋体" w:cs="宋体"/>
          <w:color w:val="000000"/>
        </w:rPr>
        <w:t>），调整后研发人员的年人均投入增加</w:t>
      </w:r>
      <w:r>
        <w:pict>
          <v:shape id="_x0000_i714099" type="#_x0000_t75" alt="学科网(www.zxxk.com)--教育资源门户，提供试卷、教案、课件、论文、素材以及各类教学资源下载，还有大量而丰富的教学相关资讯！" style="width:25.8pt;height:13.95pt" o:oleicon="f" o:ole="">
            <v:imagedata r:id="rId4231" o:title="eqId1480909fa69977cc136f54573368be43"/>
          </v:shape>
        </w:pict>
      </w:r>
      <w:r>
        <w:rPr>
          <w:rFonts w:ascii="宋体" w:eastAsia="宋体" w:hAnsi="宋体" w:cs="宋体"/>
          <w:color w:val="000000"/>
        </w:rPr>
        <w:t>，技术人员的年人均投入调整为</w:t>
      </w:r>
      <w:r>
        <w:pict>
          <v:shape id="_x0000_i714100" type="#_x0000_t75" alt="学科网(www.zxxk.com)--教育资源门户，提供试卷、教案、课件、论文、素材以及各类教学资源下载，还有大量而丰富的教学相关资讯！" style="width:73.25pt;height:38.2pt" o:oleicon="f" o:ole="">
            <v:imagedata r:id="rId4232" o:title="eqIdeb720f751cbe15a63835aefc859f3a84"/>
          </v:shape>
        </w:pict>
      </w:r>
      <w:r>
        <w:rPr>
          <w:rFonts w:ascii="宋体" w:eastAsia="宋体" w:hAnsi="宋体" w:cs="宋体"/>
          <w:color w:val="000000"/>
        </w:rPr>
        <w:t>万元．</w:t>
      </w:r>
    </w:p>
    <w:p>
      <w:pPr>
        <w:spacing w:line="360" w:lineRule="auto"/>
        <w:jc w:val="left"/>
        <w:textAlignment w:val="center"/>
        <w:rPr>
          <w:color w:val="000000"/>
        </w:rPr>
      </w:pPr>
      <w:r>
        <w:rPr>
          <w:color w:val="000000"/>
        </w:rPr>
        <w:t>（1）</w:t>
      </w:r>
      <w:r>
        <w:rPr>
          <w:rFonts w:ascii="宋体" w:eastAsia="宋体" w:hAnsi="宋体" w:cs="宋体"/>
          <w:color w:val="000000"/>
        </w:rPr>
        <w:t>若这</w:t>
      </w:r>
      <w:r>
        <w:pict>
          <v:shape id="_x0000_i714101" type="#_x0000_t75" alt="学科网(www.zxxk.com)--教育资源门户，提供试卷、教案、课件、论文、素材以及各类教学资源下载，还有大量而丰富的教学相关资讯！" style="width:46.2pt;height:20.4pt" o:oleicon="f" o:ole="">
            <v:imagedata r:id="rId4233" o:title="eqIdd0054181c7b1ec6dabeb177bb0ea639f"/>
          </v:shape>
        </w:pict>
      </w:r>
      <w:r>
        <w:rPr>
          <w:rFonts w:ascii="宋体" w:eastAsia="宋体" w:hAnsi="宋体" w:cs="宋体"/>
          <w:color w:val="000000"/>
        </w:rPr>
        <w:t>名研发人员的年总投入不低于调整前</w:t>
      </w:r>
      <w:r>
        <w:rPr>
          <w:rFonts w:ascii="Times New Roman" w:eastAsia="Times New Roman" w:hAnsi="Times New Roman" w:cs="Times New Roman"/>
          <w:color w:val="000000"/>
        </w:rPr>
        <w:t>100</w:t>
      </w:r>
      <w:r>
        <w:rPr>
          <w:rFonts w:ascii="宋体" w:eastAsia="宋体" w:hAnsi="宋体" w:cs="宋体"/>
          <w:color w:val="000000"/>
        </w:rPr>
        <w:t>名技术人员的年总投入，则调整后的技术人员最多有</w:t>
      </w:r>
      <w:r>
        <w:rPr>
          <w:rFonts w:ascii="Times New Roman" w:eastAsia="Times New Roman" w:hAnsi="Times New Roman" w:cs="Times New Roman"/>
          <w:color w:val="000000"/>
        </w:rPr>
        <w:t>______</w:t>
      </w:r>
      <w:r>
        <w:rPr>
          <w:rFonts w:ascii="宋体" w:eastAsia="宋体" w:hAnsi="宋体" w:cs="宋体"/>
          <w:color w:val="000000"/>
        </w:rPr>
        <w:t>人；</w:t>
      </w:r>
    </w:p>
    <w:p>
      <w:pPr>
        <w:spacing w:line="360" w:lineRule="auto"/>
        <w:jc w:val="left"/>
        <w:textAlignment w:val="center"/>
        <w:rPr>
          <w:color w:val="000000"/>
        </w:rPr>
      </w:pPr>
      <w:r>
        <w:rPr>
          <w:color w:val="000000"/>
        </w:rPr>
        <w:t>（2）</w:t>
      </w:r>
      <w:r>
        <w:rPr>
          <w:rFonts w:ascii="宋体" w:eastAsia="宋体" w:hAnsi="宋体" w:cs="宋体"/>
          <w:color w:val="000000"/>
        </w:rPr>
        <w:t>是否存在这样的实数</w:t>
      </w:r>
      <w:r>
        <w:pict>
          <v:shape id="_x0000_i714102" type="#_x0000_t75" alt="学科网(www.zxxk.com)--教育资源门户，提供试卷、教案、课件、论文、素材以及各类教学资源下载，还有大量而丰富的教学相关资讯！" style="width:12.75pt;height:11.25pt" o:oleicon="f" o:ole="">
            <v:imagedata r:id="rId4234" o:title="eqId294f5ba74cdf695fc9a8a8e52f421328"/>
          </v:shape>
        </w:pict>
      </w:r>
      <w:r>
        <w:rPr>
          <w:rFonts w:ascii="宋体" w:eastAsia="宋体" w:hAnsi="宋体" w:cs="宋体"/>
          <w:color w:val="000000"/>
        </w:rPr>
        <w:t>，使得技术人员在已知范围内任意调整后，都能同时满足以下两个条件：</w:t>
      </w:r>
    </w:p>
    <w:p>
      <w:pPr>
        <w:spacing w:line="360" w:lineRule="auto"/>
        <w:jc w:val="both"/>
        <w:textAlignment w:val="center"/>
        <w:rPr>
          <w:color w:val="000000"/>
        </w:rPr>
      </w:pPr>
      <w:r>
        <w:rPr>
          <w:rFonts w:ascii="宋体" w:eastAsia="宋体" w:hAnsi="宋体" w:cs="宋体"/>
          <w:color w:val="000000"/>
        </w:rPr>
        <w:t>①研发人员</w:t>
      </w:r>
      <w:r>
        <w:rPr>
          <w:rFonts w:ascii="宋体" w:eastAsia="宋体" w:hAnsi="宋体" w:cs="宋体"/>
          <w:color w:val="000000"/>
          <w:position w:val="0"/>
        </w:rPr>
        <w:drawing>
          <wp:inline>
            <wp:extent cx="133350" cy="177800"/>
            <wp:docPr id="34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 name=""/>
                    <pic:cNvPicPr>
                      <a:picLocks noChangeAspect="1"/>
                    </pic:cNvPicPr>
                  </pic:nvPicPr>
                  <pic:blipFill>
                    <a:blip r:embed="rId423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年人均投入不超过</w:t>
      </w:r>
      <w:r>
        <w:pict>
          <v:shape id="_x0000_i714103" type="#_x0000_t75" alt="学科网(www.zxxk.com)--教育资源门户，提供试卷、教案、课件、论文、素材以及各类教学资源下载，还有大量而丰富的教学相关资讯！" style="width:45.7pt;height:20.05pt" o:oleicon="f" o:ole="">
            <v:imagedata r:id="rId4236" o:title="eqIde98053f625445da93b55a301f9c7776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②研发人员的年总投入始终不低于技术人员的年总投入．请说明理由．</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即调整后的技术人员最多有</w:t>
      </w:r>
      <w:r>
        <w:pict>
          <v:shape id="_x0000_i714104" type="#_x0000_t75" alt="学科网(www.zxxk.com)--教育资源门户，提供试卷、教案、课件、论文、素材以及各类教学资源下载，还有大量而丰富的教学相关资讯！" style="width:15pt;height:13.95pt" o:oleicon="f" o:ole="">
            <v:imagedata r:id="rId4237" o:title="eqId86608326541db75771f5de9db6187e6d"/>
          </v:shape>
        </w:pict>
      </w:r>
      <w:r>
        <w:rPr>
          <w:rFonts w:ascii="宋体" w:eastAsia="宋体" w:hAnsi="宋体" w:cs="宋体"/>
          <w:color w:val="000000"/>
        </w:rPr>
        <w:t>人；</w:t>
      </w:r>
      <w:r>
        <w:rPr>
          <w:color w:val="000000"/>
        </w:rPr>
        <w:t xml:space="preserve">    </w:t>
      </w:r>
    </w:p>
    <w:p>
      <w:pPr>
        <w:spacing w:line="360" w:lineRule="auto"/>
        <w:textAlignment w:val="center"/>
        <w:rPr>
          <w:color w:val="000000"/>
        </w:rPr>
      </w:pPr>
      <w:r>
        <w:rPr>
          <w:color w:val="000000"/>
        </w:rPr>
        <w:t>（2）</w:t>
      </w:r>
      <w:r>
        <w:pict>
          <v:shape id="_x0000_i714105" type="#_x0000_t75" alt="学科网(www.zxxk.com)--教育资源门户，提供试卷、教案、课件、论文、素材以及各类教学资源下载，还有大量而丰富的教学相关资讯！" style="width:27pt;height:12.75pt" o:oleicon="f" o:ole="">
            <v:imagedata r:id="rId4238" o:title="eqIde3967d620e2fef3ecc724c66e29f68a8"/>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）根据题意，求得这</w:t>
      </w:r>
      <w:r>
        <w:pict>
          <v:shape id="_x0000_i714106" type="#_x0000_t75" alt="学科网(www.zxxk.com)--教育资源门户，提供试卷、教案、课件、论文、素材以及各类教学资源下载，还有大量而丰富的教学相关资讯！" style="width:46.2pt;height:20.4pt" o:oleicon="f" o:ole="">
            <v:imagedata r:id="rId4239" o:title="eqIdd0054181c7b1ec6dabeb177bb0ea639f"/>
          </v:shape>
        </w:pict>
      </w:r>
      <w:r>
        <w:rPr>
          <w:rFonts w:ascii="宋体" w:eastAsia="宋体" w:hAnsi="宋体" w:cs="宋体"/>
          <w:color w:val="000000"/>
        </w:rPr>
        <w:t>名研发人员的年总投入和调整前</w:t>
      </w:r>
      <w:r>
        <w:rPr>
          <w:rFonts w:ascii="Times New Roman" w:eastAsia="Times New Roman" w:hAnsi="Times New Roman" w:cs="Times New Roman"/>
          <w:color w:val="000000"/>
        </w:rPr>
        <w:t>100</w:t>
      </w:r>
      <w:r>
        <w:rPr>
          <w:rFonts w:ascii="宋体" w:eastAsia="宋体" w:hAnsi="宋体" w:cs="宋体"/>
          <w:color w:val="000000"/>
        </w:rPr>
        <w:t>名技术人员的年总投入，列不等式求解即可；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）由①可得</w:t>
      </w:r>
      <w:r>
        <w:pict>
          <v:shape id="_x0000_i714107" type="#_x0000_t75" alt="学科网(www.zxxk.com)--教育资源门户，提供试卷、教案、课件、论文、素材以及各类教学资源下载，还有大量而丰富的教学相关资讯！" style="width:112.1pt;height:19.7pt" o:oleicon="f" o:ole="">
            <v:imagedata r:id="rId4240" o:title="eqId021661d31f8e97b61be755e4409611a5"/>
          </v:shape>
        </w:pict>
      </w:r>
      <w:r>
        <w:rPr>
          <w:rFonts w:ascii="宋体" w:eastAsia="宋体" w:hAnsi="宋体" w:cs="宋体"/>
          <w:color w:val="000000"/>
        </w:rPr>
        <w:t>，由②</w:t>
      </w:r>
      <w:r>
        <w:pict>
          <v:shape id="_x0000_i714108" type="#_x0000_t75" alt="学科网(www.zxxk.com)--教育资源门户，提供试卷、教案、课件、论文、素材以及各类教学资源下载，还有大量而丰富的教学相关资讯！" style="width:190.85pt;height:38.05pt" o:oleicon="f" o:ole="">
            <v:imagedata r:id="rId4241" o:title="eqId2cb9afb5116e39cc85146e8717475af3"/>
          </v:shape>
        </w:pict>
      </w:r>
      <w:r>
        <w:rPr>
          <w:rFonts w:ascii="宋体" w:eastAsia="宋体" w:hAnsi="宋体" w:cs="宋体"/>
          <w:color w:val="000000"/>
        </w:rPr>
        <w:t>，根据题意，求解不等式组即可．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解：由题意可得：</w:t>
      </w:r>
      <w:r>
        <w:pict>
          <v:shape id="_x0000_i714109" type="#_x0000_t75" alt="学科网(www.zxxk.com)--教育资源门户，提供试卷、教案、课件、论文、素材以及各类教学资源下载，还有大量而丰富的教学相关资讯！" style="width:137.2pt;height:19.7pt" o:oleicon="f" o:ole="">
            <v:imagedata r:id="rId4242" o:title="eqId040e106b4dad17a8e259eed2a57ef70e"/>
          </v:shape>
        </w:pict>
      </w:r>
      <w:r>
        <w:rPr>
          <w:rFonts w:ascii="宋体" w:eastAsia="宋体" w:hAnsi="宋体" w:cs="宋体"/>
          <w:color w:val="000000"/>
        </w:rPr>
        <w:t>，（</w:t>
      </w:r>
      <w:r>
        <w:pict>
          <v:shape id="_x0000_i714110" type="#_x0000_t75" alt="学科网(www.zxxk.com)--教育资源门户，提供试卷、教案、课件、论文、素材以及各类教学资源下载，还有大量而丰富的教学相关资讯！" style="width:27.75pt;height:14.25pt" o:oleicon="f" o:ole="">
            <v:imagedata r:id="rId4243" o:title="eqId94440d3e4c073f94f2b266ff99d50e7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111" type="#_x0000_t75" alt="学科网(www.zxxk.com)--教育资源门户，提供试卷、教案、课件、论文、素材以及各类教学资源下载，还有大量而丰富的教学相关资讯！" style="width:51pt;height:14.25pt" o:oleicon="f" o:ole="">
            <v:imagedata r:id="rId4244" o:title="eqIdccb8d889bf68790571c8f56924ed5cf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pict>
          <v:shape id="_x0000_i714112" type="#_x0000_t75" alt="学科网(www.zxxk.com)--教育资源门户，提供试卷、教案、课件、论文、素材以及各类教学资源下载，还有大量而丰富的教学相关资讯！" style="width:56.95pt;height:13.95pt" o:oleicon="f" o:ole="">
            <v:imagedata r:id="rId4245" o:title="eqIdf62b1309b889424475e3ea2c0de36ff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113" type="#_x0000_t75" alt="学科网(www.zxxk.com)--教育资源门户，提供试卷、教案、课件、论文、素材以及各类教学资源下载，还有大量而丰富的教学相关资讯！" style="width:56.95pt;height:13.95pt" o:oleicon="f" o:ole="">
            <v:imagedata r:id="rId4246" o:title="eqIdf62b1309b889424475e3ea2c0de36ff2"/>
          </v:shape>
        </w:pict>
      </w:r>
    </w:p>
    <w:p>
      <w:pPr>
        <w:spacing w:line="360" w:lineRule="auto"/>
        <w:jc w:val="left"/>
        <w:textAlignment w:val="center"/>
        <w:rPr>
          <w:color w:val="000000"/>
        </w:rPr>
      </w:pPr>
      <w:r>
        <w:rPr>
          <w:rFonts w:ascii="宋体" w:eastAsia="宋体" w:hAnsi="宋体" w:cs="宋体"/>
          <w:color w:val="000000"/>
        </w:rPr>
        <w:t>即调整后的技术人员最多有</w:t>
      </w:r>
      <w:r>
        <w:pict>
          <v:shape id="_x0000_i714114" type="#_x0000_t75" alt="学科网(www.zxxk.com)--教育资源门户，提供试卷、教案、课件、论文、素材以及各类教学资源下载，还有大量而丰富的教学相关资讯！" style="width:15pt;height:13.95pt" o:oleicon="f" o:ole="">
            <v:imagedata r:id="rId4247" o:title="eqId86608326541db75771f5de9db6187e6d"/>
          </v:shape>
        </w:pict>
      </w:r>
      <w:r>
        <w:rPr>
          <w:rFonts w:ascii="宋体" w:eastAsia="宋体" w:hAnsi="宋体" w:cs="宋体"/>
          <w:color w:val="000000"/>
        </w:rPr>
        <w:t>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解：由①可得</w:t>
      </w:r>
      <w:r>
        <w:pict>
          <v:shape id="_x0000_i714115" type="#_x0000_t75" alt="学科网(www.zxxk.com)--教育资源门户，提供试卷、教案、课件、论文、素材以及各类教学资源下载，还有大量而丰富的教学相关资讯！" style="width:112.1pt;height:19.7pt" o:oleicon="f" o:ole="">
            <v:imagedata r:id="rId4248" o:title="eqId021661d31f8e97b61be755e4409611a5"/>
          </v:shape>
        </w:pict>
      </w:r>
      <w:r>
        <w:rPr>
          <w:rFonts w:ascii="宋体" w:eastAsia="宋体" w:hAnsi="宋体" w:cs="宋体"/>
          <w:color w:val="000000"/>
        </w:rPr>
        <w:t>，由②</w:t>
      </w:r>
      <w:r>
        <w:pict>
          <v:shape id="_x0000_i714116" type="#_x0000_t75" alt="学科网(www.zxxk.com)--教育资源门户，提供试卷、教案、课件、论文、素材以及各类教学资源下载，还有大量而丰富的教学相关资讯！" style="width:190.85pt;height:38.05pt" o:oleicon="f" o:ole="">
            <v:imagedata r:id="rId4249" o:title="eqId2cb9afb5116e39cc85146e8717475af3"/>
          </v:shape>
        </w:pict>
      </w:r>
    </w:p>
    <w:p>
      <w:pPr>
        <w:spacing w:line="360" w:lineRule="auto"/>
        <w:jc w:val="left"/>
        <w:textAlignment w:val="center"/>
        <w:rPr>
          <w:color w:val="000000"/>
        </w:rPr>
      </w:pPr>
      <w:r>
        <w:rPr>
          <w:rFonts w:ascii="宋体" w:eastAsia="宋体" w:hAnsi="宋体" w:cs="宋体"/>
          <w:color w:val="000000"/>
        </w:rPr>
        <w:t>即</w:t>
      </w:r>
      <w:r>
        <w:pict>
          <v:shape id="_x0000_i714117" type="#_x0000_t75" alt="学科网(www.zxxk.com)--教育资源门户，提供试卷、教案、课件、论文、素材以及各类教学资源下载，还有大量而丰富的教学相关资讯！" style="width:197.25pt;height:60pt" o:oleicon="f" o:ole="">
            <v:imagedata r:id="rId4250" o:title="eqIdb6fd1ca3df11888215a0eaa527c16f3f"/>
          </v:shape>
        </w:pict>
      </w:r>
      <w:r>
        <w:rPr>
          <w:rFonts w:ascii="宋体" w:eastAsia="宋体" w:hAnsi="宋体" w:cs="宋体"/>
          <w:color w:val="000000"/>
        </w:rPr>
        <w:t>，解得</w:t>
      </w:r>
      <w:r>
        <w:pict>
          <v:shape id="_x0000_i714118" type="#_x0000_t75" alt="学科网(www.zxxk.com)--教育资源门户，提供试卷、教案、课件、论文、素材以及各类教学资源下载，还有大量而丰富的教学相关资讯！" style="width:72.75pt;height:66pt" o:oleicon="f" o:ole="">
            <v:imagedata r:id="rId4251" o:title="eqId5035f210b4b1ecebb56c337ee47bec07"/>
          </v:shape>
        </w:pict>
      </w:r>
    </w:p>
    <w:p>
      <w:pPr>
        <w:spacing w:line="360" w:lineRule="auto"/>
        <w:jc w:val="left"/>
        <w:textAlignment w:val="center"/>
        <w:rPr>
          <w:color w:val="000000"/>
        </w:rPr>
      </w:pPr>
      <w:r>
        <w:rPr>
          <w:rFonts w:ascii="宋体" w:eastAsia="宋体" w:hAnsi="宋体" w:cs="宋体"/>
          <w:color w:val="000000"/>
        </w:rPr>
        <w:t>又∵</w:t>
      </w:r>
      <w:r>
        <w:pict>
          <v:shape id="_x0000_i714119" type="#_x0000_t75" alt="学科网(www.zxxk.com)--教育资源门户，提供试卷、教案、课件、论文、素材以及各类教学资源下载，还有大量而丰富的教学相关资讯！" style="width:9pt;height:9.75pt" o:oleicon="f" o:ole="">
            <v:imagedata r:id="rId4252" o:title="eqId81dea63b8ce3e51adf66cf7b9982a248"/>
          </v:shape>
        </w:pict>
      </w:r>
      <w:r>
        <w:rPr>
          <w:rFonts w:ascii="宋体" w:eastAsia="宋体" w:hAnsi="宋体" w:cs="宋体"/>
          <w:color w:val="000000"/>
        </w:rPr>
        <w:t>为正整数且</w:t>
      </w:r>
      <w:r>
        <w:pict>
          <v:shape id="_x0000_i714120" type="#_x0000_t75" alt="学科网(www.zxxk.com)--教育资源门户，提供试卷、教案、课件、论文、素材以及各类教学资源下载，还有大量而丰富的教学相关资讯！" style="width:56.95pt;height:13.95pt" o:oleicon="f" o:ole="">
            <v:imagedata r:id="rId4253" o:title="eqIdf62b1309b889424475e3ea2c0de36ff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4121" type="#_x0000_t75" alt="学科网(www.zxxk.com)--教育资源门户，提供试卷、教案、课件、论文、素材以及各类教学资源下载，还有大量而丰富的教学相关资讯！" style="width:33.75pt;height:12.75pt" o:oleicon="f" o:ole="">
            <v:imagedata r:id="rId4254" o:title="eqId849c308dc2e7620d3adba075863b5a86"/>
          </v:shape>
        </w:pict>
      </w:r>
      <w:r>
        <w:rPr>
          <w:rFonts w:ascii="宋体" w:eastAsia="宋体" w:hAnsi="宋体" w:cs="宋体"/>
          <w:color w:val="000000"/>
        </w:rPr>
        <w:t>时，</w:t>
      </w:r>
      <w:r>
        <w:pict>
          <v:shape id="_x0000_i714122" type="#_x0000_t75" alt="学科网(www.zxxk.com)--教育资源门户，提供试卷、教案、课件、论文、素材以及各类教学资源下载，还有大量而丰富的教学相关资讯！" style="width:33.3pt;height:31.25pt" o:oleicon="f" o:ole="">
            <v:imagedata r:id="rId4255" o:title="eqIdc70892946bc74739311b5829c7dc1489"/>
          </v:shape>
        </w:pict>
      </w:r>
      <w:r>
        <w:rPr>
          <w:rFonts w:ascii="宋体" w:eastAsia="宋体" w:hAnsi="宋体" w:cs="宋体"/>
          <w:color w:val="000000"/>
        </w:rPr>
        <w:t>最大，为</w:t>
      </w:r>
      <w:r>
        <w:pict>
          <v:shape id="_x0000_i714123" type="#_x0000_t75" alt="学科网(www.zxxk.com)--教育资源门户，提供试卷、教案、课件、论文、素材以及各类教学资源下载，还有大量而丰富的教学相关资讯！" style="width:50.95pt;height:31.25pt" o:oleicon="f" o:ole="">
            <v:imagedata r:id="rId4256" o:title="eqIda99b18cc3cb14d3d1adce7fc4dd5e8d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4124" type="#_x0000_t75" alt="学科网(www.zxxk.com)--教育资源门户，提供试卷、教案、课件、论文、素材以及各类教学资源下载，还有大量而丰富的教学相关资讯！" style="width:33.75pt;height:12.75pt" o:oleicon="f" o:ole="">
            <v:imagedata r:id="rId4257" o:title="eqId849c308dc2e7620d3adba075863b5a86"/>
          </v:shape>
        </w:pict>
      </w:r>
      <w:r>
        <w:rPr>
          <w:rFonts w:ascii="宋体" w:eastAsia="宋体" w:hAnsi="宋体" w:cs="宋体"/>
          <w:color w:val="000000"/>
        </w:rPr>
        <w:t>时，</w:t>
      </w:r>
      <w:r>
        <w:pict>
          <v:shape id="_x0000_i714125" type="#_x0000_t75" alt="学科网(www.zxxk.com)--教育资源门户，提供试卷、教案、课件、论文、素材以及各类教学资源下载，还有大量而丰富的教学相关资讯！" style="width:46.2pt;height:31.25pt" o:oleicon="f" o:ole="">
            <v:imagedata r:id="rId4258" o:title="eqId21eae6fcea960bd410e63838532e4577"/>
          </v:shape>
        </w:pict>
      </w:r>
      <w:r>
        <w:rPr>
          <w:rFonts w:ascii="宋体" w:eastAsia="宋体" w:hAnsi="宋体" w:cs="宋体"/>
          <w:color w:val="000000"/>
        </w:rPr>
        <w:t>最小，为</w:t>
      </w:r>
      <w:r>
        <w:pict>
          <v:shape id="_x0000_i714126" type="#_x0000_t75" alt="学科网(www.zxxk.com)--教育资源门户，提供试卷、教案、课件、论文、素材以及各类教学资源下载，还有大量而丰富的教学相关资讯！" style="width:78.8pt;height:31.25pt" o:oleicon="f" o:ole="">
            <v:imagedata r:id="rId4259" o:title="eqIdc0b69c88f4a2ee5d2ef4b5f7fc66d2f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综上，存在</w:t>
      </w:r>
      <w:r>
        <w:pict>
          <v:shape id="_x0000_i714127" type="#_x0000_t75" alt="学科网(www.zxxk.com)--教育资源门户，提供试卷、教案、课件、论文、素材以及各类教学资源下载，还有大量而丰富的教学相关资讯！" style="width:27pt;height:12.75pt" o:oleicon="f" o:ole="">
            <v:imagedata r:id="rId4260" o:title="eqIde3967d620e2fef3ecc724c66e29f68a8"/>
          </v:shape>
        </w:pict>
      </w:r>
      <w:r>
        <w:rPr>
          <w:rFonts w:ascii="宋体" w:eastAsia="宋体" w:hAnsi="宋体" w:cs="宋体"/>
          <w:color w:val="000000"/>
        </w:rPr>
        <w:t>，满足题意．</w:t>
      </w:r>
    </w:p>
    <w:p>
      <w:pPr>
        <w:spacing w:line="360" w:lineRule="auto"/>
        <w:jc w:val="left"/>
        <w:textAlignment w:val="center"/>
        <w:rPr>
          <w:color w:val="000000"/>
        </w:rPr>
      </w:pPr>
      <w:r>
        <w:rPr>
          <w:color w:val="000000"/>
        </w:rPr>
        <w:t>【点睛】</w:t>
      </w:r>
      <w:r>
        <w:rPr>
          <w:rFonts w:ascii="宋体" w:eastAsia="宋体" w:hAnsi="宋体" w:cs="宋体"/>
          <w:color w:val="000000"/>
        </w:rPr>
        <w:t>此题考查了不等式（组）的求解，解题的关键是理解题意，找到不等式关系，正确列出不等式．</w:t>
      </w:r>
    </w:p>
    <w:p>
      <w:pPr>
        <w:spacing w:line="360" w:lineRule="auto"/>
        <w:jc w:val="both"/>
        <w:textAlignment w:val="center"/>
        <w:rPr>
          <w:color w:val="000000"/>
        </w:rPr>
      </w:pPr>
      <w:r>
        <w:rPr>
          <w:color w:val="000000"/>
        </w:rPr>
        <w:t xml:space="preserve">28. </w:t>
      </w:r>
      <w:r>
        <w:rPr>
          <w:rFonts w:ascii="宋体" w:eastAsia="宋体" w:hAnsi="宋体" w:cs="宋体"/>
          <w:color w:val="000000"/>
        </w:rPr>
        <w:t>有若干个正数的和为</w:t>
      </w:r>
      <w:r>
        <w:rPr>
          <w:rFonts w:ascii="Times New Roman" w:eastAsia="Times New Roman" w:hAnsi="Times New Roman" w:cs="Times New Roman"/>
          <w:color w:val="000000"/>
        </w:rPr>
        <w:t>1275</w:t>
      </w:r>
      <w:r>
        <w:rPr>
          <w:rFonts w:ascii="宋体" w:eastAsia="宋体" w:hAnsi="宋体" w:cs="宋体"/>
          <w:color w:val="000000"/>
        </w:rPr>
        <w:t>，其中每个正数都不大于</w:t>
      </w:r>
      <w:r>
        <w:rPr>
          <w:rFonts w:ascii="Times New Roman" w:eastAsia="Times New Roman" w:hAnsi="Times New Roman" w:cs="Times New Roman"/>
          <w:color w:val="000000"/>
        </w:rPr>
        <w:t>50</w:t>
      </w:r>
      <w:r>
        <w:rPr>
          <w:rFonts w:ascii="宋体" w:eastAsia="宋体" w:hAnsi="宋体" w:cs="宋体"/>
          <w:color w:val="000000"/>
        </w:rPr>
        <w:t>．小明将这些正数按下列要求进行分组：</w:t>
      </w:r>
    </w:p>
    <w:p>
      <w:pPr>
        <w:spacing w:line="360" w:lineRule="auto"/>
        <w:jc w:val="both"/>
        <w:textAlignment w:val="center"/>
        <w:rPr>
          <w:color w:val="000000"/>
        </w:rPr>
      </w:pPr>
      <w:r>
        <w:rPr>
          <w:rFonts w:ascii="宋体" w:eastAsia="宋体" w:hAnsi="宋体" w:cs="宋体"/>
          <w:color w:val="000000"/>
        </w:rPr>
        <w:t>①每组中所有数的和不大于</w:t>
      </w:r>
      <w:r>
        <w:rPr>
          <w:rFonts w:ascii="Times New Roman" w:eastAsia="Times New Roman" w:hAnsi="Times New Roman" w:cs="Times New Roman"/>
          <w:color w:val="000000"/>
        </w:rPr>
        <w:t>150</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②从这些数中选择一些数构成第</w:t>
      </w:r>
      <w:r>
        <w:rPr>
          <w:rFonts w:ascii="Times New Roman" w:eastAsia="Times New Roman" w:hAnsi="Times New Roman" w:cs="Times New Roman"/>
          <w:color w:val="000000"/>
        </w:rPr>
        <w:t>1</w:t>
      </w:r>
      <w:r>
        <w:rPr>
          <w:rFonts w:ascii="宋体" w:eastAsia="宋体" w:hAnsi="宋体" w:cs="宋体"/>
          <w:color w:val="000000"/>
        </w:rPr>
        <w:t>组，使得</w:t>
      </w:r>
      <w:r>
        <w:rPr>
          <w:rFonts w:ascii="Times New Roman" w:eastAsia="Times New Roman" w:hAnsi="Times New Roman" w:cs="Times New Roman"/>
          <w:color w:val="000000"/>
        </w:rPr>
        <w:t>150</w:t>
      </w:r>
      <w:r>
        <w:rPr>
          <w:rFonts w:ascii="宋体" w:eastAsia="宋体" w:hAnsi="宋体" w:cs="宋体"/>
          <w:color w:val="000000"/>
        </w:rPr>
        <w:t>与这组数之和的差</w:t>
      </w:r>
      <w:r>
        <w:pict>
          <v:shape id="_x0000_i714128" type="#_x0000_t75" alt="学科网(www.zxxk.com)--教育资源门户，提供试卷、教案、课件、论文、素材以及各类教学资源下载，还有大量而丰富的教学相关资讯！" style="width:9.75pt;height:18pt" o:oleicon="f" o:ole="">
            <v:imagedata r:id="rId4261" o:title="eqId2858005b9ae89ae080d83dcc13cf8e81"/>
          </v:shape>
        </w:pict>
      </w:r>
      <w:r>
        <w:rPr>
          <w:rFonts w:ascii="宋体" w:eastAsia="宋体" w:hAnsi="宋体" w:cs="宋体"/>
          <w:color w:val="000000"/>
        </w:rPr>
        <w:t>与所有可能的其它选择相比是最小的，将</w:t>
      </w:r>
      <w:r>
        <w:pict>
          <v:shape id="_x0000_i714129" type="#_x0000_t75" alt="学科网(www.zxxk.com)--教育资源门户，提供试卷、教案、课件、论文、素材以及各类教学资源下载，还有大量而丰富的教学相关资讯！" style="width:9.75pt;height:18pt" o:oleicon="f" o:ole="">
            <v:imagedata r:id="rId4261" o:title="eqId2858005b9ae89ae080d83dcc13cf8e81"/>
          </v:shape>
        </w:pict>
      </w:r>
      <w:r>
        <w:rPr>
          <w:rFonts w:ascii="宋体" w:eastAsia="宋体" w:hAnsi="宋体" w:cs="宋体"/>
          <w:color w:val="000000"/>
        </w:rPr>
        <w:t>称为第</w:t>
      </w:r>
      <w:r>
        <w:rPr>
          <w:rFonts w:ascii="Times New Roman" w:eastAsia="Times New Roman" w:hAnsi="Times New Roman" w:cs="Times New Roman"/>
          <w:color w:val="000000"/>
        </w:rPr>
        <w:t>1</w:t>
      </w:r>
      <w:r>
        <w:rPr>
          <w:rFonts w:ascii="宋体" w:eastAsia="宋体" w:hAnsi="宋体" w:cs="宋体"/>
          <w:color w:val="000000"/>
        </w:rPr>
        <w:t>组的余差；</w:t>
      </w:r>
    </w:p>
    <w:p>
      <w:pPr>
        <w:spacing w:line="360" w:lineRule="auto"/>
        <w:jc w:val="both"/>
        <w:textAlignment w:val="center"/>
        <w:rPr>
          <w:color w:val="000000"/>
        </w:rPr>
      </w:pPr>
      <w:r>
        <w:rPr>
          <w:rFonts w:ascii="宋体" w:eastAsia="宋体" w:hAnsi="宋体" w:cs="宋体"/>
          <w:color w:val="000000"/>
        </w:rPr>
        <w:t>③在去掉已选入第</w:t>
      </w:r>
      <w:r>
        <w:rPr>
          <w:rFonts w:ascii="Times New Roman" w:eastAsia="Times New Roman" w:hAnsi="Times New Roman" w:cs="Times New Roman"/>
          <w:color w:val="000000"/>
        </w:rPr>
        <w:t>1</w:t>
      </w:r>
      <w:r>
        <w:rPr>
          <w:rFonts w:ascii="宋体" w:eastAsia="宋体" w:hAnsi="宋体" w:cs="宋体"/>
          <w:color w:val="000000"/>
        </w:rPr>
        <w:t>组的数后，对余下的数按第</w:t>
      </w:r>
      <w:r>
        <w:rPr>
          <w:rFonts w:ascii="Times New Roman" w:eastAsia="Times New Roman" w:hAnsi="Times New Roman" w:cs="Times New Roman"/>
          <w:color w:val="000000"/>
        </w:rPr>
        <w:t>1</w:t>
      </w:r>
      <w:r>
        <w:rPr>
          <w:rFonts w:ascii="宋体" w:eastAsia="宋体" w:hAnsi="宋体" w:cs="宋体"/>
          <w:color w:val="000000"/>
        </w:rPr>
        <w:t>组的选择方式构成第</w:t>
      </w:r>
      <w:r>
        <w:rPr>
          <w:rFonts w:ascii="Times New Roman" w:eastAsia="Times New Roman" w:hAnsi="Times New Roman" w:cs="Times New Roman"/>
          <w:color w:val="000000"/>
        </w:rPr>
        <w:t>2</w:t>
      </w:r>
      <w:r>
        <w:rPr>
          <w:rFonts w:ascii="宋体" w:eastAsia="宋体" w:hAnsi="宋体" w:cs="宋体"/>
          <w:color w:val="000000"/>
        </w:rPr>
        <w:t>组，这时的余差为</w:t>
      </w:r>
      <w:r>
        <w:pict>
          <v:shape id="_x0000_i714130" type="#_x0000_t75" alt="学科网(www.zxxk.com)--教育资源门户，提供试卷、教案、课件、论文、素材以及各类教学资源下载，还有大量而丰富的教学相关资讯！" style="width:11.25pt;height:18pt" o:oleicon="f" o:ole="">
            <v:imagedata r:id="rId4262" o:title="eqId2b3e95410f3b4fcb0cba425b521d1f67"/>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④如此继续构成第</w:t>
      </w:r>
      <w:r>
        <w:rPr>
          <w:rFonts w:ascii="Times New Roman" w:eastAsia="Times New Roman" w:hAnsi="Times New Roman" w:cs="Times New Roman"/>
          <w:color w:val="000000"/>
        </w:rPr>
        <w:t>3</w:t>
      </w:r>
      <w:r>
        <w:rPr>
          <w:rFonts w:ascii="宋体" w:eastAsia="宋体" w:hAnsi="宋体" w:cs="宋体"/>
          <w:color w:val="000000"/>
        </w:rPr>
        <w:t>组（余差为</w:t>
      </w:r>
      <w:r>
        <w:pict>
          <v:shape id="_x0000_i714131" type="#_x0000_t75" alt="学科网(www.zxxk.com)--教育资源门户，提供试卷、教案、课件、论文、素材以及各类教学资源下载，还有大量而丰富的教学相关资讯！" style="width:11pt;height:18pt" o:oleicon="f" o:ole="">
            <v:imagedata r:id="rId4263" o:title="eqId7f2cb48c0a69b8c420c0b64b2bfa1ef7"/>
          </v:shape>
        </w:pict>
      </w: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组（余差为</w:t>
      </w:r>
      <w:r>
        <w:pict>
          <v:shape id="_x0000_i714132" type="#_x0000_t75" alt="学科网(www.zxxk.com)--教育资源门户，提供试卷、教案、课件、论文、素材以及各类教学资源下载，还有大量而丰富的教学相关资讯！" style="width:11pt;height:18pt" o:oleicon="f" o:ole="">
            <v:imagedata r:id="rId4264" o:title="eqId4804e9b295d3b8de7f05e9c4e8e30a3b"/>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，第</w:t>
      </w:r>
      <w:r>
        <w:pict>
          <v:shape id="_x0000_i714133" type="#_x0000_t75" alt="学科网(www.zxxk.com)--教育资源门户，提供试卷、教案、课件、论文、素材以及各类教学资源下载，还有大量而丰富的教学相关资讯！" style="width:12.75pt;height:11.25pt" o:oleicon="f" o:ole="">
            <v:imagedata r:id="rId4265" o:title="eqId294f5ba74cdf695fc9a8a8e52f421328"/>
          </v:shape>
        </w:pict>
      </w:r>
      <w:r>
        <w:rPr>
          <w:rFonts w:ascii="宋体" w:eastAsia="宋体" w:hAnsi="宋体" w:cs="宋体"/>
          <w:color w:val="000000"/>
        </w:rPr>
        <w:t>组（余差为</w:t>
      </w:r>
      <w:r>
        <w:pict>
          <v:shape id="_x0000_i714134" type="#_x0000_t75" alt="学科网(www.zxxk.com)--教育资源门户，提供试卷、教案、课件、论文、素材以及各类教学资源下载，还有大量而丰富的教学相关资讯！" style="width:13pt;height:18pt" o:oleicon="f" o:ole="">
            <v:imagedata r:id="rId4266" o:title="eqIda5d968650ebb2f7b762e3d12a0abd00b"/>
          </v:shape>
        </w:pict>
      </w:r>
      <w:r>
        <w:rPr>
          <w:rFonts w:ascii="宋体" w:eastAsia="宋体" w:hAnsi="宋体" w:cs="宋体"/>
          <w:color w:val="000000"/>
        </w:rPr>
        <w:t>），直到把这些数全部分完为止．</w:t>
      </w:r>
    </w:p>
    <w:p>
      <w:pPr>
        <w:spacing w:line="360" w:lineRule="auto"/>
        <w:jc w:val="left"/>
        <w:textAlignment w:val="center"/>
        <w:rPr>
          <w:color w:val="000000"/>
        </w:rPr>
      </w:pPr>
      <w:r>
        <w:rPr>
          <w:color w:val="000000"/>
        </w:rPr>
        <w:t>（1）</w:t>
      </w:r>
      <w:r>
        <w:rPr>
          <w:rFonts w:ascii="宋体" w:eastAsia="宋体" w:hAnsi="宋体" w:cs="宋体"/>
          <w:color w:val="000000"/>
        </w:rPr>
        <w:t>除第</w:t>
      </w:r>
      <w:r>
        <w:pict>
          <v:shape id="_x0000_i714135" type="#_x0000_t75" alt="学科网(www.zxxk.com)--教育资源门户，提供试卷、教案、课件、论文、素材以及各类教学资源下载，还有大量而丰富的教学相关资讯！" style="width:12.75pt;height:11.25pt" o:oleicon="f" o:ole="">
            <v:imagedata r:id="rId4267" o:title="eqId294f5ba74cdf695fc9a8a8e52f421328"/>
          </v:shape>
        </w:pict>
      </w:r>
      <w:r>
        <w:rPr>
          <w:rFonts w:ascii="宋体" w:eastAsia="宋体" w:hAnsi="宋体" w:cs="宋体"/>
          <w:color w:val="000000"/>
        </w:rPr>
        <w:t>组外的每组至少含有</w:t>
      </w:r>
      <w:r>
        <w:rPr>
          <w:rFonts w:ascii="Times New Roman" w:eastAsia="Times New Roman" w:hAnsi="Times New Roman" w:cs="Times New Roman"/>
          <w:color w:val="000000"/>
        </w:rPr>
        <w:t>______</w:t>
      </w:r>
      <w:r>
        <w:rPr>
          <w:rFonts w:ascii="宋体" w:eastAsia="宋体" w:hAnsi="宋体" w:cs="宋体"/>
          <w:color w:val="000000"/>
        </w:rPr>
        <w:t>个正数；</w:t>
      </w:r>
    </w:p>
    <w:p>
      <w:pPr>
        <w:spacing w:line="360" w:lineRule="auto"/>
        <w:jc w:val="left"/>
        <w:textAlignment w:val="center"/>
        <w:rPr>
          <w:color w:val="000000"/>
        </w:rPr>
      </w:pPr>
      <w:r>
        <w:rPr>
          <w:color w:val="000000"/>
        </w:rPr>
        <w:t>（2）</w:t>
      </w:r>
      <w:r>
        <w:rPr>
          <w:rFonts w:ascii="宋体" w:eastAsia="宋体" w:hAnsi="宋体" w:cs="宋体"/>
          <w:color w:val="000000"/>
        </w:rPr>
        <w:t>小明发现，按照要求进行分组后，得到的余差满足</w:t>
      </w:r>
      <w:r>
        <w:pict>
          <v:shape id="_x0000_i714136" type="#_x0000_t75" alt="学科网(www.zxxk.com)--教育资源门户，提供试卷、教案、课件、论文、素材以及各类教学资源下载，还有大量而丰富的教学相关资讯！" style="width:73.25pt;height:18.15pt" o:oleicon="f" o:ole="">
            <v:imagedata r:id="rId4268" o:title="eqId4daa46cb2152190aa13c5c1065386fe1"/>
          </v:shape>
        </w:pict>
      </w:r>
      <w:r>
        <w:rPr>
          <w:rFonts w:ascii="宋体" w:eastAsia="宋体" w:hAnsi="宋体" w:cs="宋体"/>
          <w:color w:val="000000"/>
        </w:rPr>
        <w:t>．并且当构成第</w:t>
      </w:r>
      <w:r>
        <w:pict>
          <v:shape id="_x0000_i714137" type="#_x0000_t75" alt="学科网(www.zxxk.com)--教育资源门户，提供试卷、教案、课件、论文、素材以及各类教学资源下载，还有大量而丰富的教学相关资讯！" style="width:48pt;height:20.5pt" o:oleicon="f" o:ole="">
            <v:imagedata r:id="rId4269" o:title="eqId627d504839215c338af094f0947d642a"/>
          </v:shape>
        </w:pict>
      </w:r>
      <w:r>
        <w:rPr>
          <w:rFonts w:ascii="宋体" w:eastAsia="宋体" w:hAnsi="宋体" w:cs="宋体"/>
          <w:color w:val="000000"/>
        </w:rPr>
        <w:t>组后，如果从余下的数中任意选出一个数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与</w:t>
      </w:r>
      <w:r>
        <w:pict>
          <v:shape id="_x0000_i714138" type="#_x0000_t75" alt="学科网(www.zxxk.com)--教育资源门户，提供试卷、教案、课件、论文、素材以及各类教学资源下载，还有大量而丰富的教学相关资讯！" style="width:11pt;height:18pt" o:oleicon="f" o:ole="">
            <v:imagedata r:id="rId4270" o:title="eqIda135cb036833400f3fa1edc92d5ce410"/>
          </v:shape>
        </w:pict>
      </w:r>
      <w:r>
        <w:rPr>
          <w:rFonts w:ascii="宋体" w:eastAsia="宋体" w:hAnsi="宋体" w:cs="宋体"/>
          <w:color w:val="000000"/>
        </w:rPr>
        <w:t>的大小关系是一定的，请你直接写出结论：</w:t>
      </w:r>
      <w:r>
        <w:pict>
          <v:shape id="_x0000_i714139" type="#_x0000_t75" alt="学科网(www.zxxk.com)--教育资源门户，提供试卷、教案、课件、论文、素材以及各类教学资源下载，还有大量而丰富的教学相关资讯！" style="width:9pt;height:9.75pt" o:oleicon="f" o:ole="">
            <v:imagedata r:id="rId4271" o:title="eqId0a6936d370d6a238a608ca56f87198de"/>
          </v:shape>
        </w:pict>
      </w:r>
      <w:r>
        <w:rPr>
          <w:rFonts w:ascii="Times New Roman" w:eastAsia="Times New Roman" w:hAnsi="Times New Roman" w:cs="Times New Roman"/>
          <w:color w:val="000000"/>
        </w:rPr>
        <w:t>______</w:t>
      </w:r>
      <w:r>
        <w:pict>
          <v:shape id="_x0000_i714140" type="#_x0000_t75" alt="学科网(www.zxxk.com)--教育资源门户，提供试卷、教案、课件、论文、素材以及各类教学资源下载，还有大量而丰富的教学相关资讯！" style="width:11pt;height:18pt" o:oleicon="f" o:ole="">
            <v:imagedata r:id="rId4270" o:title="eqIda135cb036833400f3fa1edc92d5ce410"/>
          </v:shape>
        </w:pict>
      </w:r>
      <w:r>
        <w:rPr>
          <w:rFonts w:ascii="宋体" w:eastAsia="宋体" w:hAnsi="宋体" w:cs="宋体"/>
          <w:color w:val="000000"/>
        </w:rPr>
        <w:t>（填“</w:t>
      </w:r>
      <w:r>
        <w:pict>
          <v:shape id="_x0000_i714141" type="#_x0000_t75" alt="学科网(www.zxxk.com)--教育资源门户，提供试卷、教案、课件、论文、素材以及各类教学资源下载，还有大量而丰富的教学相关资讯！" style="width:9.75pt;height:10.5pt" o:oleicon="f" o:ole="">
            <v:imagedata r:id="rId4272" o:title="eqId392cdb9d30684cce244bef94b8d861b9"/>
          </v:shape>
        </w:pict>
      </w:r>
      <w:r>
        <w:rPr>
          <w:rFonts w:ascii="宋体" w:eastAsia="宋体" w:hAnsi="宋体" w:cs="宋体"/>
          <w:color w:val="000000"/>
        </w:rPr>
        <w:t>”或“</w:t>
      </w:r>
      <w:r>
        <w:pict>
          <v:shape id="_x0000_i714142" type="#_x0000_t75" alt="学科网(www.zxxk.com)--教育资源门户，提供试卷、教案、课件、论文、素材以及各类教学资源下载，还有大量而丰富的教学相关资讯！" style="width:9.75pt;height:10.5pt" o:oleicon="f" o:ole="">
            <v:imagedata r:id="rId4273" o:title="eqId4ff7942da6c3fc4005256fb1458557c0"/>
          </v:shape>
        </w:pict>
      </w:r>
      <w:r>
        <w:rPr>
          <w:rFonts w:ascii="宋体" w:eastAsia="宋体" w:hAnsi="宋体" w:cs="宋体"/>
          <w:color w:val="000000"/>
        </w:rPr>
        <w:t>”），并证明</w:t>
      </w:r>
      <w:r>
        <w:pict>
          <v:shape id="_x0000_i714143" type="#_x0000_t75" alt="学科网(www.zxxk.com)--教育资源门户，提供试卷、教案、课件、论文、素材以及各类教学资源下载，还有大量而丰富的教学相关资讯！" style="width:82pt;height:31.3pt" o:oleicon="f" o:ole="">
            <v:imagedata r:id="rId4274" o:title="eqId99a2ccac54ff7be99b8cc523793cdc25"/>
          </v:shape>
        </w:pi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无论满足条件的正数有多少个，按照分组要求，它们最多可以分成</w:t>
      </w:r>
      <w:r>
        <w:rPr>
          <w:rFonts w:ascii="Times New Roman" w:eastAsia="Times New Roman" w:hAnsi="Times New Roman" w:cs="Times New Roman"/>
          <w:color w:val="000000"/>
        </w:rPr>
        <w:t>______</w:t>
      </w:r>
      <w:r>
        <w:rPr>
          <w:rFonts w:ascii="宋体" w:eastAsia="宋体" w:hAnsi="宋体" w:cs="宋体"/>
          <w:color w:val="000000"/>
        </w:rPr>
        <w:t>组（直接写出答案）．</w:t>
      </w:r>
    </w:p>
    <w:p>
      <w:pPr>
        <w:spacing w:line="360" w:lineRule="auto"/>
        <w:textAlignment w:val="center"/>
        <w:rPr>
          <w:color w:val="000000"/>
        </w:rPr>
      </w:pPr>
      <w:r>
        <w:rPr>
          <w:color w:val="2E75B6"/>
        </w:rPr>
        <w:t>【答案】</w:t>
      </w:r>
      <w:r>
        <w:rPr>
          <w:color w:val="000000"/>
        </w:rPr>
        <w:t>（1）</w:t>
      </w:r>
      <w:r>
        <w:pict>
          <v:shape id="_x0000_i714144" type="#_x0000_t75" alt="学科网(www.zxxk.com)--教育资源门户，提供试卷、教案、课件、论文、素材以及各类教学资源下载，还有大量而丰富的教学相关资讯！" style="width:9.35pt;height:14.05pt" o:oleicon="f" o:ole="">
            <v:imagedata r:id="rId4275" o:title="eqId5ca7d1107389675d32b56ec097464c14"/>
          </v:shape>
        </w:pi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pict>
          <v:shape id="_x0000_i714145" type="#_x0000_t75" alt="学科网(www.zxxk.com)--教育资源门户，提供试卷、教案、课件、论文、素材以及各类教学资源下载，还有大量而丰富的教学相关资讯！" style="width:9.75pt;height:10.5pt" o:oleicon="f" o:ole="">
            <v:imagedata r:id="rId4276" o:title="eqId392cdb9d30684cce244bef94b8d861b9"/>
          </v:shape>
        </w:pic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（3）</w:t>
      </w:r>
      <w:r>
        <w:pict>
          <v:shape id="_x0000_i714146" type="#_x0000_t75" alt="学科网(www.zxxk.com)--教育资源门户，提供试卷、教案、课件、论文、素材以及各类教学资源下载，还有大量而丰富的教学相关资讯！" style="width:13pt;height:13pt" o:oleicon="f" o:ole="">
            <v:imagedata r:id="rId4277" o:title="eqId2d0b71b8d2c183154221f717ce09077b"/>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）根据每个正数都不大于</w:t>
      </w:r>
      <w:r>
        <w:rPr>
          <w:rFonts w:ascii="Times New Roman" w:eastAsia="Times New Roman" w:hAnsi="Times New Roman" w:cs="Times New Roman"/>
          <w:color w:val="000000"/>
        </w:rPr>
        <w:t>50</w:t>
      </w:r>
      <w:r>
        <w:rPr>
          <w:rFonts w:ascii="宋体" w:eastAsia="宋体" w:hAnsi="宋体" w:cs="宋体"/>
          <w:color w:val="000000"/>
        </w:rPr>
        <w:t>，每组中所有数的和不大于</w:t>
      </w:r>
      <w:r>
        <w:rPr>
          <w:rFonts w:ascii="Times New Roman" w:eastAsia="Times New Roman" w:hAnsi="Times New Roman" w:cs="Times New Roman"/>
          <w:color w:val="000000"/>
        </w:rPr>
        <w:t>150</w:t>
      </w:r>
      <w:r>
        <w:rPr>
          <w:rFonts w:ascii="宋体" w:eastAsia="宋体" w:hAnsi="宋体" w:cs="宋体"/>
          <w:color w:val="000000"/>
        </w:rPr>
        <w:t>，即可求解；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）当第</w:t>
      </w:r>
      <w:r>
        <w:pict>
          <v:shape id="_x0000_i714147" type="#_x0000_t75" alt="学科网(www.zxxk.com)--教育资源门户，提供试卷、教案、课件、论文、素材以及各类教学资源下载，还有大量而丰富的教学相关资讯！" style="width:9.75pt;height:11.25pt" o:oleicon="f" o:ole="">
            <v:imagedata r:id="rId4278" o:title="eqIdb6a24198bd04c29321ae5dc5a28fe421"/>
          </v:shape>
        </w:pict>
      </w:r>
      <w:r>
        <w:rPr>
          <w:rFonts w:ascii="宋体" w:eastAsia="宋体" w:hAnsi="宋体" w:cs="宋体"/>
          <w:color w:val="000000"/>
        </w:rPr>
        <w:t>组形成后，因为</w:t>
      </w:r>
      <w:r>
        <w:pict>
          <v:shape id="_x0000_i714148" type="#_x0000_t75" alt="学科网(www.zxxk.com)--教育资源门户，提供试卷、教案、课件、论文、素材以及各类教学资源下载，还有大量而丰富的教学相关资讯！" style="width:30.75pt;height:11.25pt" o:oleicon="f" o:ole="">
            <v:imagedata r:id="rId4279" o:title="eqIda46b03f241208edaab2ed7a5be62abf1"/>
          </v:shape>
        </w:pict>
      </w:r>
      <w:r>
        <w:rPr>
          <w:rFonts w:ascii="宋体" w:eastAsia="宋体" w:hAnsi="宋体" w:cs="宋体"/>
          <w:color w:val="000000"/>
        </w:rPr>
        <w:t>，所以</w:t>
      </w:r>
      <w:r>
        <w:pict>
          <v:shape id="_x0000_i714149" type="#_x0000_t75" alt="学科网(www.zxxk.com)--教育资源门户，提供试卷、教案、课件、论文、素材以及各类教学资源下载，还有大量而丰富的教学相关资讯！" style="width:254.05pt;height:21.75pt" o:oleicon="f" o:ole="">
            <v:imagedata r:id="rId4280" o:title="eqId449f8243b6116ec7781c1c8768cf8002"/>
          </v:shape>
        </w:pict>
      </w:r>
      <w:r>
        <w:rPr>
          <w:rFonts w:ascii="宋体" w:eastAsia="宋体" w:hAnsi="宋体" w:cs="宋体"/>
          <w:color w:val="000000"/>
        </w:rPr>
        <w:t>，化简即可求证；</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）假设它们最多可以分成</w:t>
      </w:r>
      <w:r>
        <w:pict>
          <v:shape id="_x0000_i714150" type="#_x0000_t75" alt="学科网(www.zxxk.com)--教育资源门户，提供试卷、教案、课件、论文、素材以及各类教学资源下载，还有大量而丰富的教学相关资讯！" style="width:14.25pt;height:14.25pt" o:oleicon="f" o:ole="">
            <v:imagedata r:id="rId4281" o:title="eqId54a5d7d3b6b63fe5c24c3907b7a8eaa3"/>
          </v:shape>
        </w:pict>
      </w:r>
      <w:r>
        <w:rPr>
          <w:rFonts w:ascii="宋体" w:eastAsia="宋体" w:hAnsi="宋体" w:cs="宋体"/>
          <w:color w:val="000000"/>
        </w:rPr>
        <w:t>组，根据题意可得</w:t>
      </w:r>
      <w:r>
        <w:pict>
          <v:shape id="_x0000_i714151" type="#_x0000_t75" alt="学科网(www.zxxk.com)--教育资源门户，提供试卷、教案、课件、论文、素材以及各类教学资源下载，还有大量而丰富的教学相关资讯！" style="width:76.1pt;height:31.25pt" o:oleicon="f" o:ole="">
            <v:imagedata r:id="rId4282" o:title="eqId320aae8f9bc01112be93c73aa8b91af6"/>
          </v:shape>
        </w:pict>
      </w:r>
      <w:r>
        <w:rPr>
          <w:rFonts w:ascii="宋体" w:eastAsia="宋体" w:hAnsi="宋体" w:cs="宋体"/>
          <w:color w:val="000000"/>
        </w:rPr>
        <w:t>，对</w:t>
      </w:r>
      <w:r>
        <w:pict>
          <v:shape id="_x0000_i714152" type="#_x0000_t75" alt="学科网(www.zxxk.com)--教育资源门户，提供试卷、教案、课件、论文、素材以及各类教学资源下载，还有大量而丰富的教学相关资讯！" style="width:59.75pt;height:14.25pt" o:oleicon="f" o:ole="">
            <v:imagedata r:id="rId4283" o:title="eqId8a005ca65abf1a2bd25b8a62c659027d"/>
          </v:shape>
        </w:pict>
      </w:r>
      <w:r>
        <w:rPr>
          <w:rFonts w:ascii="宋体" w:eastAsia="宋体" w:hAnsi="宋体" w:cs="宋体"/>
          <w:color w:val="000000"/>
        </w:rPr>
        <w:t>进行逐个分析，根据（</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）中的结论，利用反证法求解．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解：根据每个正数都不大于</w:t>
      </w:r>
      <w:r>
        <w:rPr>
          <w:rFonts w:ascii="Times New Roman" w:eastAsia="Times New Roman" w:hAnsi="Times New Roman" w:cs="Times New Roman"/>
          <w:color w:val="000000"/>
        </w:rPr>
        <w:t>50</w:t>
      </w:r>
      <w:r>
        <w:rPr>
          <w:rFonts w:ascii="宋体" w:eastAsia="宋体" w:hAnsi="宋体" w:cs="宋体"/>
          <w:color w:val="000000"/>
        </w:rPr>
        <w:t>，每组中所有数的和不大于</w:t>
      </w:r>
      <w:r>
        <w:rPr>
          <w:rFonts w:ascii="Times New Roman" w:eastAsia="Times New Roman" w:hAnsi="Times New Roman" w:cs="Times New Roman"/>
          <w:color w:val="000000"/>
        </w:rPr>
        <w:t>150</w:t>
      </w:r>
      <w:r>
        <w:rPr>
          <w:rFonts w:ascii="宋体" w:eastAsia="宋体" w:hAnsi="宋体" w:cs="宋体"/>
          <w:color w:val="000000"/>
        </w:rPr>
        <w:t>，则除第</w:t>
      </w:r>
      <w:r>
        <w:pict>
          <v:shape id="_x0000_i714153" type="#_x0000_t75" alt="学科网(www.zxxk.com)--教育资源门户，提供试卷、教案、课件、论文、素材以及各类教学资源下载，还有大量而丰富的教学相关资讯！" style="width:12.75pt;height:11.25pt" o:oleicon="f" o:ole="">
            <v:imagedata r:id="rId4284" o:title="eqId294f5ba74cdf695fc9a8a8e52f421328"/>
          </v:shape>
        </w:pict>
      </w:r>
      <w:r>
        <w:rPr>
          <w:rFonts w:ascii="宋体" w:eastAsia="宋体" w:hAnsi="宋体" w:cs="宋体"/>
          <w:color w:val="000000"/>
        </w:rPr>
        <w:t>组外的每组至少含有</w:t>
      </w:r>
      <w:r>
        <w:pict>
          <v:shape id="_x0000_i714154" type="#_x0000_t75" alt="学科网(www.zxxk.com)--教育资源门户，提供试卷、教案、课件、论文、素材以及各类教学资源下载，还有大量而丰富的教学相关资讯！" style="width:39.75pt;height:30.75pt" o:oleicon="f" o:ole="">
            <v:imagedata r:id="rId4285" o:title="eqId201c2be23ed0e46476cdc70cac1948ed"/>
          </v:shape>
        </w:pict>
      </w:r>
      <w:r>
        <w:rPr>
          <w:rFonts w:ascii="宋体" w:eastAsia="宋体" w:hAnsi="宋体" w:cs="宋体"/>
          <w:color w:val="000000"/>
        </w:rPr>
        <w:t>个正数，</w:t>
      </w:r>
    </w:p>
    <w:p>
      <w:pPr>
        <w:spacing w:line="360" w:lineRule="auto"/>
        <w:jc w:val="left"/>
        <w:textAlignment w:val="center"/>
        <w:rPr>
          <w:color w:val="000000"/>
        </w:rPr>
      </w:pPr>
      <w:r>
        <w:rPr>
          <w:rFonts w:ascii="宋体" w:eastAsia="宋体" w:hAnsi="宋体" w:cs="宋体"/>
          <w:color w:val="000000"/>
        </w:rPr>
        <w:t>故答案为：</w:t>
      </w:r>
      <w:r>
        <w:pict>
          <v:shape id="_x0000_i714155" type="#_x0000_t75" alt="学科网(www.zxxk.com)--教育资源门户，提供试卷、教案、课件、论文、素材以及各类教学资源下载，还有大量而丰富的教学相关资讯！" style="width:9.35pt;height:14.05pt" o:oleicon="f" o:ole="">
            <v:imagedata r:id="rId4286" o:title="eqId5ca7d1107389675d32b56ec097464c14"/>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解：当第</w:t>
      </w:r>
      <w:r>
        <w:pict>
          <v:shape id="_x0000_i714156" type="#_x0000_t75" alt="学科网(www.zxxk.com)--教育资源门户，提供试卷、教案、课件、论文、素材以及各类教学资源下载，还有大量而丰富的教学相关资讯！" style="width:9.75pt;height:11.25pt" o:oleicon="f" o:ole="">
            <v:imagedata r:id="rId4287" o:title="eqIdb6a24198bd04c29321ae5dc5a28fe421"/>
          </v:shape>
        </w:pict>
      </w:r>
      <w:r>
        <w:rPr>
          <w:rFonts w:ascii="宋体" w:eastAsia="宋体" w:hAnsi="宋体" w:cs="宋体"/>
          <w:color w:val="000000"/>
        </w:rPr>
        <w:t>组形成后，因为</w:t>
      </w:r>
      <w:r>
        <w:pict>
          <v:shape id="_x0000_i714157" type="#_x0000_t75" alt="学科网(www.zxxk.com)--教育资源门户，提供试卷、教案、课件、论文、素材以及各类教学资源下载，还有大量而丰富的教学相关资讯！" style="width:30.75pt;height:11.25pt" o:oleicon="f" o:ole="">
            <v:imagedata r:id="rId4288" o:title="eqIda46b03f241208edaab2ed7a5be62abf1"/>
          </v:shape>
        </w:pict>
      </w:r>
      <w:r>
        <w:rPr>
          <w:rFonts w:ascii="宋体" w:eastAsia="宋体" w:hAnsi="宋体" w:cs="宋体"/>
          <w:color w:val="000000"/>
        </w:rPr>
        <w:t>，所以还有数没有分完，这时余下的每个数必大于余差</w:t>
      </w:r>
      <w:r>
        <w:pict>
          <v:shape id="_x0000_i714158" type="#_x0000_t75" alt="学科网(www.zxxk.com)--教育资源门户，提供试卷、教案、课件、论文、素材以及各类教学资源下载，还有大量而丰富的教学相关资讯！" style="width:11pt;height:18pt" o:oleicon="f" o:ole="">
            <v:imagedata r:id="rId4289" o:title="eqIda135cb036833400f3fa1edc92d5ce410"/>
          </v:shape>
        </w:pict>
      </w:r>
      <w:r>
        <w:rPr>
          <w:rFonts w:ascii="宋体" w:eastAsia="宋体" w:hAnsi="宋体" w:cs="宋体"/>
          <w:color w:val="000000"/>
        </w:rPr>
        <w:t>，若小于</w:t>
      </w:r>
      <w:r>
        <w:pict>
          <v:shape id="_x0000_i714159" type="#_x0000_t75" alt="学科网(www.zxxk.com)--教育资源门户，提供试卷、教案、课件、论文、素材以及各类教学资源下载，还有大量而丰富的教学相关资讯！" style="width:11pt;height:18pt" o:oleicon="f" o:ole="">
            <v:imagedata r:id="rId4289" o:title="eqIda135cb036833400f3fa1edc92d5ce410"/>
          </v:shape>
        </w:pict>
      </w:r>
      <w:r>
        <w:rPr>
          <w:rFonts w:ascii="宋体" w:eastAsia="宋体" w:hAnsi="宋体" w:cs="宋体"/>
          <w:color w:val="000000"/>
        </w:rPr>
        <w:t>，可在第</w:t>
      </w:r>
      <w:r>
        <w:pict>
          <v:shape id="_x0000_i714160" type="#_x0000_t75" alt="学科网(www.zxxk.com)--教育资源门户，提供试卷、教案、课件、论文、素材以及各类教学资源下载，还有大量而丰富的教学相关资讯！" style="width:9.75pt;height:11.25pt" o:oleicon="f" o:ole="">
            <v:imagedata r:id="rId4287" o:title="eqIdb6a24198bd04c29321ae5dc5a28fe421"/>
          </v:shape>
        </w:pict>
      </w:r>
      <w:r>
        <w:rPr>
          <w:rFonts w:ascii="宋体" w:eastAsia="宋体" w:hAnsi="宋体" w:cs="宋体"/>
          <w:color w:val="000000"/>
        </w:rPr>
        <w:t>组中替换为剩余的数，使得</w:t>
      </w:r>
      <w:r>
        <w:pict>
          <v:shape id="_x0000_i714161" type="#_x0000_t75" alt="学科网(www.zxxk.com)--教育资源门户，提供试卷、教案、课件、论文、素材以及各类教学资源下载，还有大量而丰富的教学相关资讯！" style="width:38.05pt;height:18.35pt" o:oleicon="f" o:ole="">
            <v:imagedata r:id="rId4290" o:title="eqIdffa2cd84ef8b1f95414575fbc0834e4d"/>
          </v:shape>
        </w:pict>
      </w:r>
      <w:r>
        <w:rPr>
          <w:rFonts w:ascii="宋体" w:eastAsia="宋体" w:hAnsi="宋体" w:cs="宋体"/>
          <w:color w:val="000000"/>
        </w:rPr>
        <w:t>，与题意不符，即</w:t>
      </w:r>
      <w:r>
        <w:pict>
          <v:shape id="_x0000_i714162" type="#_x0000_t75" alt="学科网(www.zxxk.com)--教育资源门户，提供试卷、教案、课件、论文、素材以及各类教学资源下载，还有大量而丰富的教学相关资讯！" style="width:29.2pt;height:18.35pt" o:oleicon="f" o:ole="">
            <v:imagedata r:id="rId4291" o:title="eqId57f550d8fff3e13ccae5f0af8876e69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余下数之和也大于第</w:t>
      </w:r>
      <w:r>
        <w:pict>
          <v:shape id="_x0000_i714163" type="#_x0000_t75" alt="学科网(www.zxxk.com)--教育资源门户，提供试卷、教案、课件、论文、素材以及各类教学资源下载，还有大量而丰富的教学相关资讯！" style="width:9.75pt;height:11.25pt" o:oleicon="f" o:ole="">
            <v:imagedata r:id="rId4292" o:title="eqIdb6a24198bd04c29321ae5dc5a28fe421"/>
          </v:shape>
        </w:pict>
      </w:r>
      <w:r>
        <w:rPr>
          <w:rFonts w:ascii="宋体" w:eastAsia="宋体" w:hAnsi="宋体" w:cs="宋体"/>
          <w:color w:val="000000"/>
        </w:rPr>
        <w:t>组的余差</w:t>
      </w:r>
      <w:r>
        <w:pict>
          <v:shape id="_x0000_i714164" type="#_x0000_t75" alt="学科网(www.zxxk.com)--教育资源门户，提供试卷、教案、课件、论文、素材以及各类教学资源下载，还有大量而丰富的教学相关资讯！" style="width:11pt;height:18pt" o:oleicon="f" o:ole="">
            <v:imagedata r:id="rId4293" o:title="eqIda135cb036833400f3fa1edc92d5ce410"/>
          </v:shape>
        </w:pict>
      </w:r>
      <w:r>
        <w:rPr>
          <w:rFonts w:ascii="宋体" w:eastAsia="宋体" w:hAnsi="宋体" w:cs="宋体"/>
          <w:color w:val="000000"/>
        </w:rPr>
        <w:t>，即</w:t>
      </w:r>
    </w:p>
    <w:p>
      <w:pPr>
        <w:spacing w:line="360" w:lineRule="auto"/>
        <w:jc w:val="left"/>
        <w:textAlignment w:val="center"/>
        <w:rPr>
          <w:color w:val="000000"/>
        </w:rPr>
      </w:pPr>
      <w:r>
        <w:pict>
          <v:shape id="_x0000_i714165" type="#_x0000_t75" alt="学科网(www.zxxk.com)--教育资源门户，提供试卷、教案、课件、论文、素材以及各类教学资源下载，还有大量而丰富的教学相关资讯！" style="width:254.05pt;height:21.75pt" o:oleicon="f" o:ole="">
            <v:imagedata r:id="rId4294" o:title="eqId449f8243b6116ec7781c1c8768cf800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由此可得：</w:t>
      </w:r>
      <w:r>
        <w:pict>
          <v:shape id="_x0000_i714166" type="#_x0000_t75" alt="学科网(www.zxxk.com)--教育资源门户，提供试卷、教案、课件、论文、素材以及各类教学资源下载，还有大量而丰富的教学相关资讯！" style="width:156.25pt;height:18.35pt" o:oleicon="f" o:ole="">
            <v:imagedata r:id="rId4295" o:title="eqIdf8ffaca35370d897d0e1767efe92ca40"/>
          </v:shape>
        </w:pict>
      </w:r>
    </w:p>
    <w:p>
      <w:pPr>
        <w:spacing w:line="360" w:lineRule="auto"/>
        <w:jc w:val="left"/>
        <w:textAlignment w:val="center"/>
        <w:rPr>
          <w:color w:val="000000"/>
        </w:rPr>
      </w:pPr>
      <w:r>
        <w:rPr>
          <w:rFonts w:ascii="宋体" w:eastAsia="宋体" w:hAnsi="宋体" w:cs="宋体"/>
          <w:color w:val="000000"/>
        </w:rPr>
        <w:t>∵</w:t>
      </w:r>
      <w:r>
        <w:pict>
          <v:shape id="_x0000_i714167" type="#_x0000_t75" alt="学科网(www.zxxk.com)--教育资源门户，提供试卷、教案、课件、论文、素材以及各类教学资源下载，还有大量而丰富的教学相关资讯！" style="width:144.7pt;height:19.7pt" o:oleicon="f" o:ole="">
            <v:imagedata r:id="rId4296" o:title="eqIdfa520e4d303d92c39d180a38f17a9f17"/>
          </v:shape>
        </w:pict>
      </w:r>
    </w:p>
    <w:p>
      <w:pPr>
        <w:spacing w:line="360" w:lineRule="auto"/>
        <w:jc w:val="left"/>
        <w:textAlignment w:val="center"/>
        <w:rPr>
          <w:color w:val="000000"/>
        </w:rPr>
      </w:pPr>
      <w:r>
        <w:rPr>
          <w:rFonts w:ascii="宋体" w:eastAsia="宋体" w:hAnsi="宋体" w:cs="宋体"/>
          <w:color w:val="000000"/>
        </w:rPr>
        <w:t>∴</w:t>
      </w:r>
      <w:r>
        <w:pict>
          <v:shape id="_x0000_i714168" type="#_x0000_t75" alt="学科网(www.zxxk.com)--教育资源门户，提供试卷、教案、课件、论文、素材以及各类教学资源下载，还有大量而丰富的教学相关资讯！" style="width:118.2pt;height:19.7pt" o:oleicon="f" o:ole="">
            <v:imagedata r:id="rId4297" o:title="eqId43cd48f72ecba51f2d63ee698ff593c5"/>
          </v:shape>
        </w:pict>
      </w:r>
      <w:r>
        <w:rPr>
          <w:rFonts w:ascii="宋体" w:eastAsia="宋体" w:hAnsi="宋体" w:cs="宋体"/>
          <w:color w:val="000000"/>
        </w:rPr>
        <w:t>，即</w:t>
      </w:r>
      <w:r>
        <w:pict>
          <v:shape id="_x0000_i714169" type="#_x0000_t75" alt="学科网(www.zxxk.com)--教育资源门户，提供试卷、教案、课件、论文、素材以及各类教学资源下载，还有大量而丰富的教学相关资讯！" style="width:89pt;height:31.25pt" o:oleicon="f" o:ole="">
            <v:imagedata r:id="rId4298" o:title="eqId19c6711101cdcc7e713330952b9811e4"/>
          </v:shape>
        </w:pict>
      </w:r>
    </w:p>
    <w:p>
      <w:pPr>
        <w:spacing w:line="360" w:lineRule="auto"/>
        <w:jc w:val="left"/>
        <w:textAlignment w:val="center"/>
        <w:rPr>
          <w:color w:val="000000"/>
        </w:rPr>
      </w:pPr>
      <w:r>
        <w:rPr>
          <w:rFonts w:ascii="宋体" w:eastAsia="宋体" w:hAnsi="宋体" w:cs="宋体"/>
          <w:color w:val="000000"/>
        </w:rPr>
        <w:t>化简可得：</w:t>
      </w:r>
      <w:r>
        <w:pict>
          <v:shape id="_x0000_i714170" type="#_x0000_t75" alt="学科网(www.zxxk.com)--教育资源门户，提供试卷、教案、课件、论文、素材以及各类教学资源下载，还有大量而丰富的教学相关资讯！" style="width:82pt;height:31.3pt" o:oleicon="f" o:ole="">
            <v:imagedata r:id="rId4299" o:title="eqId99a2ccac54ff7be99b8cc523793cdc25"/>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解，假设它们最多可以分成</w:t>
      </w:r>
      <w:r>
        <w:pict>
          <v:shape id="_x0000_i714171" type="#_x0000_t75" alt="学科网(www.zxxk.com)--教育资源门户，提供试卷、教案、课件、论文、素材以及各类教学资源下载，还有大量而丰富的教学相关资讯！" style="width:14.25pt;height:14.25pt" o:oleicon="f" o:ole="">
            <v:imagedata r:id="rId4300" o:title="eqId54a5d7d3b6b63fe5c24c3907b7a8eaa3"/>
          </v:shape>
        </w:pict>
      </w:r>
      <w:r>
        <w:rPr>
          <w:rFonts w:ascii="宋体" w:eastAsia="宋体" w:hAnsi="宋体" w:cs="宋体"/>
          <w:color w:val="000000"/>
        </w:rPr>
        <w:t>组，根据题意可得</w:t>
      </w:r>
      <w:r>
        <w:pict>
          <v:shape id="_x0000_i714172" type="#_x0000_t75" alt="学科网(www.zxxk.com)--教育资源门户，提供试卷、教案、课件、论文、素材以及各类教学资源下载，还有大量而丰富的教学相关资讯！" style="width:76.1pt;height:31.25pt" o:oleicon="f" o:ole="">
            <v:imagedata r:id="rId4301" o:title="eqId320aae8f9bc01112be93c73aa8b91af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w:t>
      </w:r>
      <w:r>
        <w:pict>
          <v:shape id="_x0000_i714173" type="#_x0000_t75" alt="学科网(www.zxxk.com)--教育资源门户，提供试卷、教案、课件、论文、素材以及各类教学资源下载，还有大量而丰富的教学相关资讯！" style="width:32.25pt;height:13.5pt" o:oleicon="f" o:ole="">
            <v:imagedata r:id="rId4302" o:title="eqId67a34da86d1dcf7cf1d87e4e8da8de09"/>
          </v:shape>
        </w:pict>
      </w:r>
      <w:r>
        <w:rPr>
          <w:rFonts w:ascii="宋体" w:eastAsia="宋体" w:hAnsi="宋体" w:cs="宋体"/>
          <w:color w:val="000000"/>
        </w:rPr>
        <w:t>，即最多分为</w:t>
      </w:r>
      <w:r>
        <w:pict>
          <v:shape id="_x0000_i714174" type="#_x0000_t75" alt="学科网(www.zxxk.com)--教育资源门户，提供试卷、教案、课件、论文、素材以及各类教学资源下载，还有大量而丰富的教学相关资讯！" style="width:9pt;height:14.25pt" o:oleicon="f" o:ole="">
            <v:imagedata r:id="rId4303" o:title="eqIde8d02ea8c4988c5c28ab93f0d70fb55a"/>
          </v:shape>
        </w:pict>
      </w:r>
      <w:r>
        <w:rPr>
          <w:rFonts w:ascii="宋体" w:eastAsia="宋体" w:hAnsi="宋体" w:cs="宋体"/>
          <w:color w:val="000000"/>
        </w:rPr>
        <w:t>组，</w:t>
      </w:r>
      <w:r>
        <w:pict>
          <v:shape id="_x0000_i714175" type="#_x0000_t75" alt="学科网(www.zxxk.com)--教育资源门户，提供试卷、教案、课件、论文、素材以及各类教学资源下载，还有大量而丰富的教学相关资讯！" style="width:129.05pt;height:31.25pt" o:oleicon="f" o:ole="">
            <v:imagedata r:id="rId4304" o:title="eqIdf509944939d288f51904acaf1fcc0469"/>
          </v:shape>
        </w:pict>
      </w:r>
    </w:p>
    <w:p>
      <w:pPr>
        <w:spacing w:line="360" w:lineRule="auto"/>
        <w:jc w:val="left"/>
        <w:textAlignment w:val="center"/>
        <w:rPr>
          <w:color w:val="000000"/>
        </w:rPr>
      </w:pPr>
      <w:r>
        <w:rPr>
          <w:rFonts w:ascii="宋体" w:eastAsia="宋体" w:hAnsi="宋体" w:cs="宋体"/>
          <w:color w:val="000000"/>
        </w:rPr>
        <w:t>因为第</w:t>
      </w:r>
      <w:r>
        <w:rPr>
          <w:rFonts w:ascii="Times New Roman" w:eastAsia="Times New Roman" w:hAnsi="Times New Roman" w:cs="Times New Roman"/>
          <w:color w:val="000000"/>
        </w:rPr>
        <w:t>8</w:t>
      </w:r>
      <w:r>
        <w:rPr>
          <w:rFonts w:ascii="宋体" w:eastAsia="宋体" w:hAnsi="宋体" w:cs="宋体"/>
          <w:color w:val="000000"/>
        </w:rPr>
        <w:t>组中至少含有</w:t>
      </w:r>
      <w:r>
        <w:rPr>
          <w:rFonts w:ascii="Times New Roman" w:eastAsia="Times New Roman" w:hAnsi="Times New Roman" w:cs="Times New Roman"/>
          <w:color w:val="000000"/>
        </w:rPr>
        <w:t>3</w:t>
      </w:r>
      <w:r>
        <w:rPr>
          <w:rFonts w:ascii="宋体" w:eastAsia="宋体" w:hAnsi="宋体" w:cs="宋体"/>
          <w:color w:val="000000"/>
        </w:rPr>
        <w:t>个数，所以第</w:t>
      </w:r>
      <w:r>
        <w:rPr>
          <w:rFonts w:ascii="Times New Roman" w:eastAsia="Times New Roman" w:hAnsi="Times New Roman" w:cs="Times New Roman"/>
          <w:color w:val="000000"/>
        </w:rPr>
        <w:t>8</w:t>
      </w:r>
      <w:r>
        <w:rPr>
          <w:rFonts w:ascii="宋体" w:eastAsia="宋体" w:hAnsi="宋体" w:cs="宋体"/>
          <w:color w:val="000000"/>
        </w:rPr>
        <w:t>组之和大于</w:t>
      </w:r>
      <w:r>
        <w:pict>
          <v:shape id="_x0000_i714176" type="#_x0000_t75" alt="学科网(www.zxxk.com)--教育资源门户，提供试卷、教案、课件、论文、素材以及各类教学资源下载，还有大量而丰富的教学相关资讯！" style="width:90.35pt;height:14.25pt" o:oleicon="f" o:ole="">
            <v:imagedata r:id="rId4305" o:title="eqId8647a46a799e2930c6c0bc0d1b594ae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此时第</w:t>
      </w:r>
      <w:r>
        <w:rPr>
          <w:rFonts w:ascii="Times New Roman" w:eastAsia="Times New Roman" w:hAnsi="Times New Roman" w:cs="Times New Roman"/>
          <w:color w:val="000000"/>
        </w:rPr>
        <w:t>8</w:t>
      </w:r>
      <w:r>
        <w:rPr>
          <w:rFonts w:ascii="宋体" w:eastAsia="宋体" w:hAnsi="宋体" w:cs="宋体"/>
          <w:color w:val="000000"/>
        </w:rPr>
        <w:t>组的余差</w:t>
      </w:r>
      <w:r>
        <w:pict>
          <v:shape id="_x0000_i714177" type="#_x0000_t75" alt="学科网(www.zxxk.com)--教育资源门户，提供试卷、教案、课件、论文、素材以及各类教学资源下载，还有大量而丰富的教学相关资讯！" style="width:222.8pt;height:18.35pt" o:oleicon="f" o:ole="">
            <v:imagedata r:id="rId4306" o:title="eqId24ee3ae34b05cbd8d38a2a3c3eb273db"/>
          </v:shape>
        </w:pict>
      </w:r>
      <w:r>
        <w:rPr>
          <w:rFonts w:ascii="宋体" w:eastAsia="宋体" w:hAnsi="宋体" w:cs="宋体"/>
          <w:color w:val="000000"/>
        </w:rPr>
        <w:t>，符合题意，即</w:t>
      </w:r>
      <w:r>
        <w:pict>
          <v:shape id="_x0000_i714178" type="#_x0000_t75" alt="学科网(www.zxxk.com)--教育资源门户，提供试卷、教案、课件、论文、素材以及各类教学资源下载，还有大量而丰富的教学相关资讯！" style="width:32.25pt;height:13.5pt" o:oleicon="f" o:ole="">
            <v:imagedata r:id="rId4307" o:title="eqId67a34da86d1dcf7cf1d87e4e8da8de09"/>
          </v:shape>
        </w:pict>
      </w:r>
      <w:r>
        <w:rPr>
          <w:rFonts w:ascii="宋体" w:eastAsia="宋体" w:hAnsi="宋体" w:cs="宋体"/>
          <w:color w:val="000000"/>
        </w:rPr>
        <w:t>成立；</w:t>
      </w:r>
    </w:p>
    <w:p>
      <w:pPr>
        <w:spacing w:line="360" w:lineRule="auto"/>
        <w:jc w:val="left"/>
        <w:textAlignment w:val="center"/>
        <w:rPr>
          <w:color w:val="000000"/>
        </w:rPr>
      </w:pPr>
      <w:r>
        <w:rPr>
          <w:rFonts w:ascii="宋体" w:eastAsia="宋体" w:hAnsi="宋体" w:cs="宋体"/>
          <w:color w:val="000000"/>
        </w:rPr>
        <w:t>同理可证的，</w:t>
      </w:r>
      <w:r>
        <w:pict>
          <v:shape id="_x0000_i714179" type="#_x0000_t75" alt="学科网(www.zxxk.com)--教育资源门户，提供试卷、教案、课件、论文、素材以及各类教学资源下载，还有大量而丰富的教学相关资讯！" style="width:36pt;height:14.25pt" o:oleicon="f" o:ole="">
            <v:imagedata r:id="rId4308" o:title="eqIdb5f5b0c28bab2aeb7beb1cc33bbb1457"/>
          </v:shape>
        </w:pict>
      </w:r>
      <w:r>
        <w:rPr>
          <w:rFonts w:ascii="宋体" w:eastAsia="宋体" w:hAnsi="宋体" w:cs="宋体"/>
          <w:color w:val="000000"/>
        </w:rPr>
        <w:t>、</w:t>
      </w:r>
      <w:r>
        <w:pict>
          <v:shape id="_x0000_i714180" type="#_x0000_t75" alt="学科网(www.zxxk.com)--教育资源门户，提供试卷、教案、课件、论文、素材以及各类教学资源下载，还有大量而丰富的教学相关资讯！" style="width:35pt;height:13.95pt" o:oleicon="f" o:ole="">
            <v:imagedata r:id="rId4309" o:title="eqId27c8b6cde26bb410484a2674779e15a3"/>
          </v:shape>
        </w:pict>
      </w:r>
      <w:r>
        <w:rPr>
          <w:rFonts w:ascii="宋体" w:eastAsia="宋体" w:hAnsi="宋体" w:cs="宋体"/>
          <w:color w:val="000000"/>
        </w:rPr>
        <w:t>时，也成立，</w:t>
      </w:r>
    </w:p>
    <w:p>
      <w:pPr>
        <w:spacing w:line="360" w:lineRule="auto"/>
        <w:jc w:val="left"/>
        <w:textAlignment w:val="center"/>
        <w:rPr>
          <w:color w:val="000000"/>
        </w:rPr>
      </w:pPr>
      <w:r>
        <w:rPr>
          <w:rFonts w:ascii="宋体" w:eastAsia="宋体" w:hAnsi="宋体" w:cs="宋体"/>
          <w:color w:val="000000"/>
        </w:rPr>
        <w:t>当</w:t>
      </w:r>
      <w:r>
        <w:pict>
          <v:shape id="_x0000_i714181" type="#_x0000_t75" alt="学科网(www.zxxk.com)--教育资源门户，提供试卷、教案、课件、论文、素材以及各类教学资源下载，还有大量而丰富的教学相关资讯！" style="width:37pt;height:14.15pt" o:oleicon="f" o:ole="">
            <v:imagedata r:id="rId4310" o:title="eqId739d01adabd9161ac660a3cb2f6593b8"/>
          </v:shape>
        </w:pict>
      </w:r>
      <w:r>
        <w:rPr>
          <w:rFonts w:ascii="宋体" w:eastAsia="宋体" w:hAnsi="宋体" w:cs="宋体"/>
          <w:color w:val="000000"/>
        </w:rPr>
        <w:t>时，即最多分为</w:t>
      </w:r>
      <w:r>
        <w:pict>
          <v:shape id="_x0000_i714182" type="#_x0000_t75" alt="学科网(www.zxxk.com)--教育资源门户，提供试卷、教案、课件、论文、素材以及各类教学资源下载，还有大量而丰富的教学相关资讯！" style="width:14pt;height:13.05pt" o:oleicon="f" o:ole="">
            <v:imagedata r:id="rId4311" o:title="eqId8da45c443af7994a26ffa9d8894e7262"/>
          </v:shape>
        </w:pict>
      </w:r>
      <w:r>
        <w:rPr>
          <w:rFonts w:ascii="宋体" w:eastAsia="宋体" w:hAnsi="宋体" w:cs="宋体"/>
          <w:color w:val="000000"/>
        </w:rPr>
        <w:t>组，</w:t>
      </w:r>
      <w:r>
        <w:pict>
          <v:shape id="_x0000_i714183" type="#_x0000_t75" alt="学科网(www.zxxk.com)--教育资源门户，提供试卷、教案、课件、论文、素材以及各类教学资源下载，还有大量而丰富的教学相关资讯！" style="width:129.05pt;height:31.25pt" o:oleicon="f" o:ole="">
            <v:imagedata r:id="rId4312" o:title="eqId0a6cfd1eabf25a27231ef04389475fb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因为第</w:t>
      </w:r>
      <w:r>
        <w:rPr>
          <w:rFonts w:ascii="Times New Roman" w:eastAsia="Times New Roman" w:hAnsi="Times New Roman" w:cs="Times New Roman"/>
          <w:color w:val="000000"/>
        </w:rPr>
        <w:t>11</w:t>
      </w:r>
      <w:r>
        <w:rPr>
          <w:rFonts w:ascii="宋体" w:eastAsia="宋体" w:hAnsi="宋体" w:cs="宋体"/>
          <w:color w:val="000000"/>
        </w:rPr>
        <w:t>组中至少含有</w:t>
      </w:r>
      <w:r>
        <w:rPr>
          <w:rFonts w:ascii="Times New Roman" w:eastAsia="Times New Roman" w:hAnsi="Times New Roman" w:cs="Times New Roman"/>
          <w:color w:val="000000"/>
        </w:rPr>
        <w:t>3</w:t>
      </w:r>
      <w:r>
        <w:rPr>
          <w:rFonts w:ascii="宋体" w:eastAsia="宋体" w:hAnsi="宋体" w:cs="宋体"/>
          <w:color w:val="000000"/>
        </w:rPr>
        <w:t>个数，所以第</w:t>
      </w:r>
      <w:r>
        <w:rPr>
          <w:rFonts w:ascii="Times New Roman" w:eastAsia="Times New Roman" w:hAnsi="Times New Roman" w:cs="Times New Roman"/>
          <w:color w:val="000000"/>
        </w:rPr>
        <w:t>11</w:t>
      </w:r>
      <w:r>
        <w:rPr>
          <w:rFonts w:ascii="宋体" w:eastAsia="宋体" w:hAnsi="宋体" w:cs="宋体"/>
          <w:color w:val="000000"/>
        </w:rPr>
        <w:t>组之和大于</w:t>
      </w:r>
      <w:r>
        <w:pict>
          <v:shape id="_x0000_i714184" type="#_x0000_t75" alt="学科网(www.zxxk.com)--教育资源门户，提供试卷、教案、课件、论文、素材以及各类教学资源下载，还有大量而丰富的教学相关资讯！" style="width:76.2pt;height:13.8pt" o:oleicon="f" o:ole="">
            <v:imagedata r:id="rId4313" o:title="eqId804f48b367bf8813c3c238809aebc91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此时第</w:t>
      </w:r>
      <w:r>
        <w:rPr>
          <w:rFonts w:ascii="Times New Roman" w:eastAsia="Times New Roman" w:hAnsi="Times New Roman" w:cs="Times New Roman"/>
          <w:color w:val="000000"/>
        </w:rPr>
        <w:t>11</w:t>
      </w:r>
      <w:r>
        <w:rPr>
          <w:rFonts w:ascii="宋体" w:eastAsia="宋体" w:hAnsi="宋体" w:cs="宋体"/>
          <w:color w:val="000000"/>
        </w:rPr>
        <w:t>组的余差</w:t>
      </w:r>
      <w:r>
        <w:pict>
          <v:shape id="_x0000_i714185" type="#_x0000_t75" alt="学科网(www.zxxk.com)--教育资源门户，提供试卷、教案、课件、论文、素材以及各类教学资源下载，还有大量而丰富的教学相关资讯！" style="width:207.15pt;height:18.35pt" o:oleicon="f" o:ole="">
            <v:imagedata r:id="rId4314" o:title="eqIdec53c36a65a813bacf320296579704bc"/>
          </v:shape>
        </w:pict>
      </w:r>
      <w:r>
        <w:rPr>
          <w:rFonts w:ascii="宋体" w:eastAsia="宋体" w:hAnsi="宋体" w:cs="宋体"/>
          <w:color w:val="000000"/>
        </w:rPr>
        <w:t>，与</w:t>
      </w:r>
      <w:r>
        <w:pict>
          <v:shape id="_x0000_i714186" type="#_x0000_t75" alt="学科网(www.zxxk.com)--教育资源门户，提供试卷、教案、课件、论文、素材以及各类教学资源下载，还有大量而丰富的教学相关资讯！" style="width:46.8pt;height:18pt" o:oleicon="f" o:ole="">
            <v:imagedata r:id="rId4315" o:title="eqIdd2390dda683e9275cca2a22b2df0252a"/>
          </v:shape>
        </w:pict>
      </w:r>
      <w:r>
        <w:rPr>
          <w:rFonts w:ascii="宋体" w:eastAsia="宋体" w:hAnsi="宋体" w:cs="宋体"/>
          <w:color w:val="000000"/>
        </w:rPr>
        <w:t>矛盾，即</w:t>
      </w:r>
      <w:r>
        <w:pict>
          <v:shape id="_x0000_i714187" type="#_x0000_t75" alt="学科网(www.zxxk.com)--教育资源门户，提供试卷、教案、课件、论文、素材以及各类教学资源下载，还有大量而丰富的教学相关资讯！" style="width:37pt;height:14.15pt" o:oleicon="f" o:ole="">
            <v:imagedata r:id="rId4316" o:title="eqId739d01adabd9161ac660a3cb2f6593b8"/>
          </v:shape>
        </w:pict>
      </w:r>
      <w:r>
        <w:rPr>
          <w:rFonts w:ascii="宋体" w:eastAsia="宋体" w:hAnsi="宋体" w:cs="宋体"/>
          <w:color w:val="000000"/>
        </w:rPr>
        <w:t>不成立；</w:t>
      </w:r>
    </w:p>
    <w:p>
      <w:pPr>
        <w:spacing w:line="360" w:lineRule="auto"/>
        <w:jc w:val="left"/>
        <w:textAlignment w:val="center"/>
        <w:rPr>
          <w:color w:val="000000"/>
        </w:rPr>
      </w:pPr>
      <w:r>
        <w:rPr>
          <w:rFonts w:ascii="宋体" w:eastAsia="宋体" w:hAnsi="宋体" w:cs="宋体"/>
          <w:color w:val="000000"/>
        </w:rPr>
        <w:t>则</w:t>
      </w:r>
      <w:r>
        <w:pict>
          <v:shape id="_x0000_i714188" type="#_x0000_t75" alt="学科网(www.zxxk.com)--教育资源门户，提供试卷、教案、课件、论文、素材以及各类教学资源下载，还有大量而丰富的教学相关资讯！" style="width:14.25pt;height:14.25pt" o:oleicon="f" o:ole="">
            <v:imagedata r:id="rId4317" o:title="eqId54a5d7d3b6b63fe5c24c3907b7a8eaa3"/>
          </v:shape>
        </w:pict>
      </w:r>
      <w:r>
        <w:rPr>
          <w:rFonts w:ascii="宋体" w:eastAsia="宋体" w:hAnsi="宋体" w:cs="宋体"/>
          <w:color w:val="000000"/>
        </w:rPr>
        <w:t>最大为</w:t>
      </w:r>
      <w:r>
        <w:pict>
          <v:shape id="_x0000_i714189" type="#_x0000_t75" alt="学科网(www.zxxk.com)--教育资源门户，提供试卷、教案、课件、论文、素材以及各类教学资源下载，还有大量而丰富的教学相关资讯！" style="width:13pt;height:13pt" o:oleicon="f" o:ole="">
            <v:imagedata r:id="rId4318" o:title="eqId2d0b71b8d2c183154221f717ce09077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34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 name=""/>
                    <pic:cNvPicPr>
                      <a:picLocks noChangeAspect="1"/>
                    </pic:cNvPicPr>
                  </pic:nvPicPr>
                  <pic:blipFill>
                    <a:blip r:embed="rId4319"/>
                    <a:stretch>
                      <a:fillRect/>
                    </a:stretch>
                  </pic:blipFill>
                  <pic:spPr>
                    <a:xfrm>
                      <a:off x="0" y="0"/>
                      <a:ext cx="158750" cy="190500"/>
                    </a:xfrm>
                    <a:prstGeom prst="rect">
                      <a:avLst/>
                    </a:prstGeom>
                  </pic:spPr>
                </pic:pic>
              </a:graphicData>
            </a:graphic>
          </wp:inline>
        </w:drawing>
      </w:r>
      <w:r>
        <w:pict>
          <v:shape id="_x0000_i714190" type="#_x0000_t75" alt="学科网(www.zxxk.com)--教育资源门户，提供试卷、教案、课件、论文、素材以及各类教学资源下载，还有大量而丰富的教学相关资讯！" style="width:13pt;height:13pt" o:oleicon="f" o:ole="">
            <v:imagedata r:id="rId4320" o:title="eqId2d0b71b8d2c183154221f717ce09077b"/>
          </v:shape>
        </w:pic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本题主要考查了不等式的证明等基本知识，考查了逻辑思维能力、分析问题和解决问题的能力，解题的关键是理解题意，利用不等式的知识进行求解．</w:t>
      </w:r>
    </w:p>
    <w:p>
      <w:pPr>
        <w:pStyle w:val="Heading2"/>
      </w:pPr>
      <w:r>
        <w:t>石景山区</w:t>
      </w:r>
    </w:p>
    <w:p>
      <w:pPr>
        <w:spacing w:line="360" w:lineRule="auto"/>
        <w:jc w:val="both"/>
        <w:textAlignment w:val="center"/>
        <w:rPr>
          <w:color w:val="000000"/>
        </w:rPr>
      </w:pPr>
      <w:r>
        <w:rPr>
          <w:color w:val="000000"/>
        </w:rPr>
        <w:t xml:space="preserve">26. </w:t>
      </w:r>
      <w:r>
        <w:rPr>
          <w:rFonts w:ascii="宋体" w:eastAsia="宋体" w:hAnsi="宋体" w:cs="宋体"/>
          <w:color w:val="000000"/>
        </w:rPr>
        <w:t>已知：如图，</w:t>
      </w:r>
      <w:r>
        <w:pict>
          <v:shape id="_x0000_i714191" type="#_x0000_t75" alt="学科网(www.zxxk.com)--教育资源门户，提供试卷、教案、课件、论文、素材以及各类教学资源下载，还有大量而丰富的教学相关资讯！" style="width:48pt;height:13.8pt" o:oleicon="f" o:ole="">
            <v:imagedata r:id="rId4321" o:title="eqId3825ccc273ef9a672a606432d165b866"/>
          </v:shape>
        </w:pict>
      </w:r>
      <w:r>
        <w:rPr>
          <w:rFonts w:ascii="宋体" w:eastAsia="宋体" w:hAnsi="宋体" w:cs="宋体"/>
          <w:color w:val="000000"/>
        </w:rPr>
        <w:t>．若</w:t>
      </w:r>
      <w:r>
        <w:pict>
          <v:shape id="_x0000_i714192"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4322" o:title="eqId3ebc36a91cb41c867d7519b655b1ab88"/>
          </v:shape>
        </w:pict>
      </w:r>
      <w:r>
        <w:rPr>
          <w:rFonts w:ascii="宋体" w:eastAsia="宋体" w:hAnsi="宋体" w:cs="宋体"/>
          <w:color w:val="000000"/>
        </w:rPr>
        <w:t>，</w:t>
      </w:r>
      <w:r>
        <w:pict>
          <v:shape id="_x0000_i714193" type="#_x0000_t75" alt="学科网(www.zxxk.com)--教育资源门户，提供试卷、教案、课件、论文、素材以及各类教学资源下载，还有大量而丰富的教学相关资讯！" style="width:20.4pt;height:14.5pt" o:oleicon="f" o:ole="">
            <v:imagedata r:id="rId4323" o:title="eqIdabd13974aebe38eb2a1d744a01ea5aa5"/>
          </v:shape>
        </w:pict>
      </w:r>
      <w:r>
        <w:rPr>
          <w:rFonts w:ascii="宋体" w:eastAsia="宋体" w:hAnsi="宋体" w:cs="宋体"/>
          <w:color w:val="000000"/>
        </w:rPr>
        <w:t>平分</w:t>
      </w:r>
      <w:r>
        <w:pict>
          <v:shape id="_x0000_i714194" type="#_x0000_t75" alt="学科网(www.zxxk.com)--教育资源门户，提供试卷、教案、课件、论文、素材以及各类教学资源下载，还有大量而丰富的教学相关资讯！" style="width:40.6pt;height:14.4pt" o:oleicon="f" o:ole="">
            <v:imagedata r:id="rId4324" o:title="eqId9fed1f57a835af4e9022e27603d12d31"/>
          </v:shape>
        </w:pict>
      </w:r>
      <w:r>
        <w:rPr>
          <w:rFonts w:ascii="宋体" w:eastAsia="宋体" w:hAnsi="宋体" w:cs="宋体"/>
          <w:color w:val="000000"/>
        </w:rPr>
        <w:t>，依题意补全图形并求</w:t>
      </w:r>
      <w:r>
        <w:pict>
          <v:shape id="_x0000_i714195" type="#_x0000_t75" alt="学科网(www.zxxk.com)--教育资源门户，提供试卷、教案、课件、论文、素材以及各类教学资源下载，还有大量而丰富的教学相关资讯！" style="width:39.2pt;height:14.5pt" o:oleicon="f" o:ole="">
            <v:imagedata r:id="rId4325" o:title="eqIdcfe03153118b0d29d0ab915e5dbe601e"/>
          </v:shape>
        </w:pict>
      </w:r>
      <w:r>
        <w:rPr>
          <w:rFonts w:ascii="宋体" w:eastAsia="宋体" w:hAnsi="宋体" w:cs="宋体"/>
          <w:color w:val="000000"/>
        </w:rPr>
        <w:t>的度数．</w:t>
      </w:r>
    </w:p>
    <w:p>
      <w:pPr>
        <w:spacing w:line="360" w:lineRule="auto"/>
        <w:jc w:val="both"/>
        <w:textAlignment w:val="center"/>
        <w:rPr>
          <w:color w:val="000000"/>
        </w:rPr>
      </w:pPr>
      <w:r>
        <w:rPr>
          <w:color w:val="000000"/>
        </w:rPr>
        <w:drawing>
          <wp:inline>
            <wp:extent cx="1762125" cy="1638300"/>
            <wp:docPr id="34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 name=""/>
                    <pic:cNvPicPr>
                      <a:picLocks noChangeAspect="1"/>
                    </pic:cNvPicPr>
                  </pic:nvPicPr>
                  <pic:blipFill>
                    <a:blip r:embed="rId4326"/>
                    <a:stretch>
                      <a:fillRect/>
                    </a:stretch>
                  </pic:blipFill>
                  <pic:spPr>
                    <a:xfrm>
                      <a:off x="0" y="0"/>
                      <a:ext cx="1762125" cy="1638300"/>
                    </a:xfrm>
                    <a:prstGeom prst="rect">
                      <a:avLst/>
                    </a:prstGeom>
                  </pic:spPr>
                </pic:pic>
              </a:graphicData>
            </a:graphic>
          </wp:inline>
        </w:drawing>
      </w:r>
    </w:p>
    <w:p>
      <w:pPr>
        <w:spacing w:line="360" w:lineRule="auto"/>
        <w:textAlignment w:val="center"/>
        <w:rPr>
          <w:color w:val="000000"/>
        </w:rPr>
      </w:pPr>
      <w:r>
        <w:rPr>
          <w:color w:val="2E75B6"/>
        </w:rPr>
        <w:t>【答案】</w:t>
      </w:r>
      <w:r>
        <w:pict>
          <v:shape id="_x0000_i714196" type="#_x0000_t75" alt="学科网(www.zxxk.com)--教育资源门户，提供试卷、教案、课件、论文、素材以及各类教学资源下载，还有大量而丰富的教学相关资讯！" style="width:64.8pt;height:13.8pt" o:oleicon="f" o:ole="">
            <v:imagedata r:id="rId4327" o:title="eqIdf77c05a400ff339260263006e7ea3b57"/>
          </v:shape>
        </w:pict>
      </w:r>
      <w:r>
        <w:rPr>
          <w:rFonts w:ascii="宋体" w:eastAsia="宋体" w:hAnsi="宋体" w:cs="宋体"/>
          <w:color w:val="000000"/>
        </w:rPr>
        <w:t>或</w:t>
      </w:r>
      <w:r>
        <w:pict>
          <v:shape id="_x0000_i714197" type="#_x0000_t75" alt="学科网(www.zxxk.com)--教育资源门户，提供试卷、教案、课件、论文、素材以及各类教学资源下载，还有大量而丰富的教学相关资讯！" style="width:20.5pt;height:14pt" o:oleicon="f" o:ole="">
            <v:imagedata r:id="rId4328" o:title="eqIdf1845ed03ec08feac9adee161aab3449"/>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利用角的和差关系计算．根据题意可得此题要分两种情况讨论即可，一种是</w:t>
      </w:r>
      <w:r>
        <w:pict>
          <v:shape id="_x0000_i714198" type="#_x0000_t75" alt="学科网(www.zxxk.com)--教育资源门户，提供试卷、教案、课件、论文、素材以及各类教学资源下载，还有大量而丰富的教学相关资讯！" style="width:39.75pt;height:14.25pt" o:oleicon="f" o:ole="">
            <v:imagedata r:id="rId4329" o:title="eqIdd22df2977de56cc69be0c1e847653d7a"/>
          </v:shape>
        </w:pict>
      </w:r>
      <w:r>
        <w:rPr>
          <w:rFonts w:ascii="宋体" w:eastAsia="宋体" w:hAnsi="宋体" w:cs="宋体"/>
          <w:color w:val="000000"/>
        </w:rPr>
        <w:t>在</w:t>
      </w:r>
      <w:r>
        <w:pict>
          <v:shape id="_x0000_i714199" type="#_x0000_t75" alt="学科网(www.zxxk.com)--教育资源门户，提供试卷、教案、课件、论文、素材以及各类教学资源下载，还有大量而丰富的教学相关资讯！" style="width:39.75pt;height:14.25pt" o:oleicon="f" o:ole="">
            <v:imagedata r:id="rId4330" o:title="eqId6d7b2fe01a33c4825f9974ed9663a99c"/>
          </v:shape>
        </w:pict>
      </w:r>
      <w:r>
        <w:rPr>
          <w:rFonts w:ascii="宋体" w:eastAsia="宋体" w:hAnsi="宋体" w:cs="宋体"/>
          <w:color w:val="000000"/>
        </w:rPr>
        <w:t>内部，另一种是</w:t>
      </w:r>
      <w:r>
        <w:pict>
          <v:shape id="_x0000_i714200" type="#_x0000_t75" alt="学科网(www.zxxk.com)--教育资源门户，提供试卷、教案、课件、论文、素材以及各类教学资源下载，还有大量而丰富的教学相关资讯！" style="width:39.75pt;height:14.25pt" o:oleicon="f" o:ole="">
            <v:imagedata r:id="rId4329" o:title="eqIdd22df2977de56cc69be0c1e847653d7a"/>
          </v:shape>
        </w:pict>
      </w:r>
      <w:r>
        <w:rPr>
          <w:rFonts w:ascii="宋体" w:eastAsia="宋体" w:hAnsi="宋体" w:cs="宋体"/>
          <w:color w:val="000000"/>
        </w:rPr>
        <w:t>在</w:t>
      </w:r>
      <w:r>
        <w:pict>
          <v:shape id="_x0000_i714201" type="#_x0000_t75" alt="学科网(www.zxxk.com)--教育资源门户，提供试卷、教案、课件、论文、素材以及各类教学资源下载，还有大量而丰富的教学相关资讯！" style="width:39.75pt;height:14.25pt" o:oleicon="f" o:ole="">
            <v:imagedata r:id="rId4330" o:title="eqId6d7b2fe01a33c4825f9974ed9663a99c"/>
          </v:shape>
        </w:pict>
      </w:r>
      <w:r>
        <w:rPr>
          <w:rFonts w:ascii="宋体" w:eastAsia="宋体" w:hAnsi="宋体" w:cs="宋体"/>
          <w:color w:val="000000"/>
        </w:rPr>
        <w:t>外部．</w:t>
      </w:r>
    </w:p>
    <w:p>
      <w:pPr>
        <w:spacing w:before="90" w:line="360" w:lineRule="auto"/>
        <w:jc w:val="both"/>
        <w:textAlignment w:val="center"/>
        <w:rPr>
          <w:color w:val="000000"/>
        </w:rPr>
      </w:pPr>
      <w:r>
        <w:rPr>
          <w:color w:val="000000"/>
        </w:rPr>
        <w:t>【详解】</w:t>
      </w:r>
      <w:r>
        <w:rPr>
          <w:rFonts w:ascii="宋体" w:eastAsia="宋体" w:hAnsi="宋体" w:cs="宋体"/>
          <w:color w:val="000000"/>
        </w:rPr>
        <w:t>解：分两种情况进行讨论：</w:t>
      </w:r>
    </w:p>
    <w:p>
      <w:pPr>
        <w:spacing w:before="90" w:line="360" w:lineRule="auto"/>
        <w:jc w:val="both"/>
        <w:textAlignment w:val="center"/>
        <w:rPr>
          <w:color w:val="000000"/>
        </w:rPr>
      </w:pPr>
      <w:r>
        <w:rPr>
          <w:rFonts w:ascii="宋体" w:eastAsia="宋体" w:hAnsi="宋体" w:cs="宋体"/>
          <w:color w:val="000000"/>
        </w:rPr>
        <w:t>①如图，</w:t>
      </w:r>
      <w:r>
        <w:pict>
          <v:shape id="_x0000_i714202" type="#_x0000_t75" alt="学科网(www.zxxk.com)--教育资源门户，提供试卷、教案、课件、论文、素材以及各类教学资源下载，还有大量而丰富的教学相关资讯！" style="width:39.75pt;height:14.25pt" o:oleicon="f" o:ole="">
            <v:imagedata r:id="rId4331" o:title="eqIdd22df2977de56cc69be0c1e847653d7a"/>
          </v:shape>
        </w:pict>
      </w:r>
      <w:r>
        <w:rPr>
          <w:rFonts w:ascii="宋体" w:eastAsia="宋体" w:hAnsi="宋体" w:cs="宋体"/>
          <w:color w:val="000000"/>
        </w:rPr>
        <w:t>在</w:t>
      </w:r>
      <w:r>
        <w:pict>
          <v:shape id="_x0000_i714203" type="#_x0000_t75" alt="学科网(www.zxxk.com)--教育资源门户，提供试卷、教案、课件、论文、素材以及各类教学资源下载，还有大量而丰富的教学相关资讯！" style="width:39.75pt;height:14.25pt" o:oleicon="f" o:ole="">
            <v:imagedata r:id="rId4332" o:title="eqId6d7b2fe01a33c4825f9974ed9663a99c"/>
          </v:shape>
        </w:pict>
      </w:r>
      <w:r>
        <w:rPr>
          <w:rFonts w:ascii="宋体" w:eastAsia="宋体" w:hAnsi="宋体" w:cs="宋体"/>
          <w:color w:val="000000"/>
        </w:rPr>
        <w:t>的内部．</w:t>
      </w:r>
    </w:p>
    <w:p>
      <w:pPr>
        <w:spacing w:before="90" w:line="360" w:lineRule="auto"/>
        <w:jc w:val="both"/>
        <w:textAlignment w:val="center"/>
        <w:rPr>
          <w:color w:val="000000"/>
        </w:rPr>
      </w:pPr>
      <w:r>
        <w:rPr>
          <w:color w:val="000000"/>
        </w:rPr>
        <w:drawing>
          <wp:inline>
            <wp:extent cx="1914525" cy="1638300"/>
            <wp:docPr id="34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 name=""/>
                    <pic:cNvPicPr>
                      <a:picLocks noChangeAspect="1"/>
                    </pic:cNvPicPr>
                  </pic:nvPicPr>
                  <pic:blipFill>
                    <a:blip r:embed="rId4333"/>
                    <a:stretch>
                      <a:fillRect/>
                    </a:stretch>
                  </pic:blipFill>
                  <pic:spPr>
                    <a:xfrm>
                      <a:off x="0" y="0"/>
                      <a:ext cx="1914525" cy="1638300"/>
                    </a:xfrm>
                    <a:prstGeom prst="rect">
                      <a:avLst/>
                    </a:prstGeom>
                  </pic:spPr>
                </pic:pic>
              </a:graphicData>
            </a:graphic>
          </wp:inline>
        </w:drawing>
      </w:r>
    </w:p>
    <w:p>
      <w:pPr>
        <w:spacing w:before="90" w:line="360" w:lineRule="auto"/>
        <w:jc w:val="both"/>
        <w:textAlignment w:val="center"/>
        <w:rPr>
          <w:color w:val="000000"/>
        </w:rPr>
      </w:pPr>
      <w:r>
        <w:rPr>
          <w:rFonts w:ascii="宋体" w:eastAsia="宋体" w:hAnsi="宋体" w:cs="宋体"/>
          <w:color w:val="000000"/>
        </w:rPr>
        <w:t>∵</w:t>
      </w:r>
      <w:r>
        <w:pict>
          <v:shape id="_x0000_i714204" type="#_x0000_t75" alt="学科网(www.zxxk.com)--教育资源门户，提供试卷、教案、课件、论文、素材以及各类教学资源下载，还有大量而丰富的教学相关资讯！" style="width:20.4pt;height:14.5pt" o:oleicon="f" o:ole="">
            <v:imagedata r:id="rId4334" o:title="eqIdabd13974aebe38eb2a1d744a01ea5aa5"/>
          </v:shape>
        </w:pict>
      </w:r>
      <w:r>
        <w:rPr>
          <w:rFonts w:ascii="宋体" w:eastAsia="宋体" w:hAnsi="宋体" w:cs="宋体"/>
          <w:color w:val="000000"/>
        </w:rPr>
        <w:t>平分</w:t>
      </w:r>
      <w:r>
        <w:pict>
          <v:shape id="_x0000_i714205" type="#_x0000_t75" alt="学科网(www.zxxk.com)--教育资源门户，提供试卷、教案、课件、论文、素材以及各类教学资源下载，还有大量而丰富的教学相关资讯！" style="width:40.6pt;height:14.4pt" o:oleicon="f" o:ole="">
            <v:imagedata r:id="rId4335" o:title="eqId9fed1f57a835af4e9022e27603d12d31"/>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w:t>
      </w:r>
      <w:r>
        <w:pict>
          <v:shape id="_x0000_i714206" type="#_x0000_t75" alt="学科网(www.zxxk.com)--教育资源门户，提供试卷、教案、课件、论文、素材以及各类教学资源下载，还有大量而丰富的教学相关资讯！" style="width:139.8pt;height:13.8pt" o:oleicon="f" o:ole="">
            <v:imagedata r:id="rId4336" o:title="eqId04d0b65fe5650210d0d1e763837b9399"/>
          </v:shape>
        </w:pict>
      </w:r>
      <w:r>
        <w:rPr>
          <w:rFonts w:ascii="Times New Roman" w:eastAsia="Times New Roman" w:hAnsi="Times New Roman" w:cs="Times New Roman"/>
          <w:color w:val="000000"/>
        </w:rPr>
        <w:t>,</w:t>
      </w:r>
    </w:p>
    <w:p>
      <w:pPr>
        <w:spacing w:before="90" w:line="360" w:lineRule="auto"/>
        <w:jc w:val="both"/>
        <w:textAlignment w:val="center"/>
        <w:rPr>
          <w:color w:val="000000"/>
        </w:rPr>
      </w:pPr>
      <w:r>
        <w:rPr>
          <w:rFonts w:ascii="宋体" w:eastAsia="宋体" w:hAnsi="宋体" w:cs="宋体"/>
          <w:color w:val="000000"/>
        </w:rPr>
        <w:t>∵</w:t>
      </w:r>
      <w:r>
        <w:pict>
          <v:shape id="_x0000_i714207"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4337" o:title="eqId3ebc36a91cb41c867d7519b655b1ab88"/>
          </v:shape>
        </w:pict>
      </w:r>
      <w:r>
        <w:rPr>
          <w:rFonts w:ascii="宋体" w:eastAsia="宋体" w:hAnsi="宋体" w:cs="宋体"/>
          <w:color w:val="000000"/>
        </w:rPr>
        <w:t>，</w:t>
      </w:r>
      <w:r>
        <w:pict>
          <v:shape id="_x0000_i714208" type="#_x0000_t75" alt="学科网(www.zxxk.com)--教育资源门户，提供试卷、教案、课件、论文、素材以及各类教学资源下载，还有大量而丰富的教学相关资讯！" style="width:48pt;height:13.8pt" o:oleicon="f" o:ole="">
            <v:imagedata r:id="rId4338" o:title="eqId3825ccc273ef9a672a606432d165b866"/>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before="90" w:line="360" w:lineRule="auto"/>
        <w:jc w:val="both"/>
        <w:textAlignment w:val="center"/>
        <w:rPr>
          <w:color w:val="000000"/>
        </w:rPr>
      </w:pPr>
      <w:r>
        <w:rPr>
          <w:rFonts w:ascii="宋体" w:eastAsia="宋体" w:hAnsi="宋体" w:cs="宋体"/>
          <w:color w:val="000000"/>
        </w:rPr>
        <w:t>∴</w:t>
      </w:r>
      <w:r>
        <w:pict>
          <v:shape id="_x0000_i714209" type="#_x0000_t75" alt="学科网(www.zxxk.com)--教育资源门户，提供试卷、教案、课件、论文、素材以及各类教学资源下载，还有大量而丰富的教学相关资讯！" style="width:121.15pt;height:13.9pt" o:oleicon="f" o:ole="">
            <v:imagedata r:id="rId4339" o:title="eqId005214741cae4774d3dbb9ef031f8d6e"/>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w:t>
      </w:r>
      <w:r>
        <w:pict>
          <v:shape id="_x0000_i714210" type="#_x0000_t75" alt="学科网(www.zxxk.com)--教育资源门户，提供试卷、教案、课件、论文、素材以及各类教学资源下载，还有大量而丰富的教学相关资讯！" style="width:121.2pt;height:31.2pt" o:oleicon="f" o:ole="">
            <v:imagedata r:id="rId4340" o:title="eqIdbd17f6522c3984e76c12fee3f7f84314"/>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w:t>
      </w:r>
      <w:r>
        <w:pict>
          <v:shape id="_x0000_i714211" type="#_x0000_t75" alt="学科网(www.zxxk.com)--教育资源门户，提供试卷、教案、课件、论文、素材以及各类教学资源下载，还有大量而丰富的教学相关资讯！" style="width:211.2pt;height:13.8pt" o:oleicon="f" o:ole="">
            <v:imagedata r:id="rId4341" o:title="eqIdfd7d7870f62db56495d7c7c5ee3f4855"/>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②如图，</w:t>
      </w:r>
      <w:r>
        <w:pict>
          <v:shape id="_x0000_i714212" type="#_x0000_t75" alt="学科网(www.zxxk.com)--教育资源门户，提供试卷、教案、课件、论文、素材以及各类教学资源下载，还有大量而丰富的教学相关资讯！" style="width:39.75pt;height:14.25pt" o:oleicon="f" o:ole="">
            <v:imagedata r:id="rId4342" o:title="eqIdd22df2977de56cc69be0c1e847653d7a"/>
          </v:shape>
        </w:pict>
      </w:r>
      <w:r>
        <w:rPr>
          <w:rFonts w:ascii="宋体" w:eastAsia="宋体" w:hAnsi="宋体" w:cs="宋体"/>
          <w:color w:val="000000"/>
        </w:rPr>
        <w:t>在</w:t>
      </w:r>
      <w:r>
        <w:pict>
          <v:shape id="_x0000_i714213" type="#_x0000_t75" alt="学科网(www.zxxk.com)--教育资源门户，提供试卷、教案、课件、论文、素材以及各类教学资源下载，还有大量而丰富的教学相关资讯！" style="width:39.75pt;height:14.25pt" o:oleicon="f" o:ole="">
            <v:imagedata r:id="rId4343" o:title="eqId6d7b2fe01a33c4825f9974ed9663a99c"/>
          </v:shape>
        </w:pict>
      </w:r>
      <w:r>
        <w:rPr>
          <w:rFonts w:ascii="宋体" w:eastAsia="宋体" w:hAnsi="宋体" w:cs="宋体"/>
          <w:color w:val="000000"/>
        </w:rPr>
        <w:t>的外部．</w:t>
      </w:r>
    </w:p>
    <w:p>
      <w:pPr>
        <w:spacing w:before="90" w:line="360" w:lineRule="auto"/>
        <w:jc w:val="both"/>
        <w:textAlignment w:val="center"/>
        <w:rPr>
          <w:color w:val="000000"/>
        </w:rPr>
      </w:pPr>
      <w:r>
        <w:rPr>
          <w:color w:val="000000"/>
        </w:rPr>
        <w:drawing>
          <wp:inline>
            <wp:extent cx="1762125" cy="1952625"/>
            <wp:docPr id="34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 name=""/>
                    <pic:cNvPicPr>
                      <a:picLocks noChangeAspect="1"/>
                    </pic:cNvPicPr>
                  </pic:nvPicPr>
                  <pic:blipFill>
                    <a:blip r:embed="rId4344"/>
                    <a:stretch>
                      <a:fillRect/>
                    </a:stretch>
                  </pic:blipFill>
                  <pic:spPr>
                    <a:xfrm>
                      <a:off x="0" y="0"/>
                      <a:ext cx="1762125" cy="1952625"/>
                    </a:xfrm>
                    <a:prstGeom prst="rect">
                      <a:avLst/>
                    </a:prstGeom>
                  </pic:spPr>
                </pic:pic>
              </a:graphicData>
            </a:graphic>
          </wp:inline>
        </w:drawing>
      </w:r>
    </w:p>
    <w:p>
      <w:pPr>
        <w:spacing w:before="90" w:line="360" w:lineRule="auto"/>
        <w:jc w:val="both"/>
        <w:textAlignment w:val="center"/>
        <w:rPr>
          <w:color w:val="000000"/>
        </w:rPr>
      </w:pPr>
      <w:r>
        <w:rPr>
          <w:rFonts w:ascii="宋体" w:eastAsia="宋体" w:hAnsi="宋体" w:cs="宋体"/>
          <w:color w:val="000000"/>
        </w:rPr>
        <w:t>∵</w:t>
      </w:r>
      <w:r>
        <w:pict>
          <v:shape id="_x0000_i714214" type="#_x0000_t75" alt="学科网(www.zxxk.com)--教育资源门户，提供试卷、教案、课件、论文、素材以及各类教学资源下载，还有大量而丰富的教学相关资讯！" style="width:20.4pt;height:14.5pt" o:oleicon="f" o:ole="">
            <v:imagedata r:id="rId4345" o:title="eqIdabd13974aebe38eb2a1d744a01ea5aa5"/>
          </v:shape>
        </w:pict>
      </w:r>
      <w:r>
        <w:rPr>
          <w:rFonts w:ascii="宋体" w:eastAsia="宋体" w:hAnsi="宋体" w:cs="宋体"/>
          <w:color w:val="000000"/>
        </w:rPr>
        <w:t>平分</w:t>
      </w:r>
      <w:r>
        <w:pict>
          <v:shape id="_x0000_i714215" type="#_x0000_t75" alt="学科网(www.zxxk.com)--教育资源门户，提供试卷、教案、课件、论文、素材以及各类教学资源下载，还有大量而丰富的教学相关资讯！" style="width:40.6pt;height:14.4pt" o:oleicon="f" o:ole="">
            <v:imagedata r:id="rId4346" o:title="eqId9fed1f57a835af4e9022e27603d12d31"/>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w:t>
      </w:r>
      <w:r>
        <w:pict>
          <v:shape id="_x0000_i714216" type="#_x0000_t75" alt="学科网(www.zxxk.com)--教育资源门户，提供试卷、教案、课件、论文、素材以及各类教学资源下载，还有大量而丰富的教学相关资讯！" style="width:139.8pt;height:13.8pt" o:oleicon="f" o:ole="">
            <v:imagedata r:id="rId4347" o:title="eqId04d0b65fe5650210d0d1e763837b9399"/>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w:t>
      </w:r>
      <w:r>
        <w:pict>
          <v:shape id="_x0000_i714217"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4348" o:title="eqId3ebc36a91cb41c867d7519b655b1ab88"/>
          </v:shape>
        </w:pict>
      </w:r>
      <w:r>
        <w:rPr>
          <w:rFonts w:ascii="宋体" w:eastAsia="宋体" w:hAnsi="宋体" w:cs="宋体"/>
          <w:color w:val="000000"/>
        </w:rPr>
        <w:t>，</w:t>
      </w:r>
      <w:r>
        <w:pict>
          <v:shape id="_x0000_i714218" type="#_x0000_t75" alt="学科网(www.zxxk.com)--教育资源门户，提供试卷、教案、课件、论文、素材以及各类教学资源下载，还有大量而丰富的教学相关资讯！" style="width:48pt;height:13.8pt" o:oleicon="f" o:ole="">
            <v:imagedata r:id="rId4349" o:title="eqId3825ccc273ef9a672a606432d165b866"/>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before="90" w:line="360" w:lineRule="auto"/>
        <w:jc w:val="both"/>
        <w:textAlignment w:val="center"/>
        <w:rPr>
          <w:color w:val="000000"/>
        </w:rPr>
      </w:pPr>
      <w:r>
        <w:rPr>
          <w:rFonts w:ascii="宋体" w:eastAsia="宋体" w:hAnsi="宋体" w:cs="宋体"/>
          <w:color w:val="000000"/>
        </w:rPr>
        <w:t>∴</w:t>
      </w:r>
      <w:r>
        <w:pict>
          <v:shape id="_x0000_i714219" type="#_x0000_t75" alt="学科网(www.zxxk.com)--教育资源门户，提供试卷、教案、课件、论文、素材以及各类教学资源下载，还有大量而丰富的教学相关资讯！" style="width:127.2pt;height:13.8pt" o:oleicon="f" o:ole="">
            <v:imagedata r:id="rId4350" o:title="eqIda2f740008e688f48f86746e4ed649f78"/>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w:t>
      </w:r>
      <w:r>
        <w:pict>
          <v:shape id="_x0000_i714220" type="#_x0000_t75" alt="学科网(www.zxxk.com)--教育资源门户，提供试卷、教案、课件、论文、素材以及各类教学资源下载，还有大量而丰富的教学相关资讯！" style="width:121.2pt;height:31.2pt" o:oleicon="f" o:ole="">
            <v:imagedata r:id="rId4351" o:title="eqId7214b66e3972daa1f3ffbc567071e8f7"/>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w:t>
      </w:r>
      <w:r>
        <w:pict>
          <v:shape id="_x0000_i714221" type="#_x0000_t75" alt="学科网(www.zxxk.com)--教育资源门户，提供试卷、教案、课件、论文、素材以及各类教学资源下载，还有大量而丰富的教学相关资讯！" style="width:210pt;height:13.8pt" o:oleicon="f" o:ole="">
            <v:imagedata r:id="rId4352" o:title="eqId90c0daf5b7323afa266cc05c46fc7d36"/>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综上所述，</w:t>
      </w:r>
      <w:r>
        <w:pict>
          <v:shape id="_x0000_i714222" type="#_x0000_t75" alt="学科网(www.zxxk.com)--教育资源门户，提供试卷、教案、课件、论文、素材以及各类教学资源下载，还有大量而丰富的教学相关资讯！" style="width:64.8pt;height:13.8pt" o:oleicon="f" o:ole="">
            <v:imagedata r:id="rId4353" o:title="eqIdf77c05a400ff339260263006e7ea3b57"/>
          </v:shape>
        </w:pict>
      </w:r>
      <w:r>
        <w:rPr>
          <w:rFonts w:ascii="宋体" w:eastAsia="宋体" w:hAnsi="宋体" w:cs="宋体"/>
          <w:color w:val="000000"/>
        </w:rPr>
        <w:t>或</w:t>
      </w:r>
      <w:r>
        <w:pict>
          <v:shape id="_x0000_i714223" type="#_x0000_t75" alt="学科网(www.zxxk.com)--教育资源门户，提供试卷、教案、课件、论文、素材以及各类教学资源下载，还有大量而丰富的教学相关资讯！" style="width:20.5pt;height:14pt" o:oleicon="f" o:ole="">
            <v:imagedata r:id="rId4354" o:title="eqIdf1845ed03ec08feac9adee161aab3449"/>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本题考查了与角平分线有关的计算，正确的作出图象是解决本题的关键．</w:t>
      </w:r>
    </w:p>
    <w:p>
      <w:pPr>
        <w:spacing w:line="360" w:lineRule="auto"/>
        <w:jc w:val="both"/>
        <w:textAlignment w:val="center"/>
        <w:rPr>
          <w:color w:val="000000"/>
        </w:rPr>
      </w:pPr>
      <w:r>
        <w:rPr>
          <w:color w:val="000000"/>
        </w:rPr>
        <w:t xml:space="preserve">27. </w:t>
      </w:r>
      <w:r>
        <w:rPr>
          <w:rFonts w:ascii="宋体" w:eastAsia="宋体" w:hAnsi="宋体" w:cs="宋体"/>
          <w:color w:val="000000"/>
        </w:rPr>
        <w:t>对于数轴上的点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，给出如下定义：记点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i/>
          <w:color w:val="000000"/>
        </w:rPr>
        <w:t>m</w:t>
      </w:r>
      <w:r>
        <w:rPr>
          <w:rFonts w:ascii="宋体" w:eastAsia="宋体" w:hAnsi="宋体" w:cs="宋体"/>
          <w:color w:val="000000"/>
        </w:rPr>
        <w:t>（</w:t>
      </w:r>
      <w:r>
        <w:pict>
          <v:shape id="_x0000_i714224" type="#_x0000_t75" alt="学科网(www.zxxk.com)--教育资源门户，提供试卷、教案、课件、论文、素材以及各类教学资源下载，还有大量而丰富的教学相关资讯！" style="width:30.75pt;height:14.25pt" o:oleicon="f" o:ole="">
            <v:imagedata r:id="rId4355" o:title="eqId0baedc4d7e690ab3f7d80d30ba0a9efe"/>
          </v:shape>
        </w:pic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到</w:t>
      </w:r>
      <w:r>
        <w:rPr>
          <w:rFonts w:ascii="Times New Roman" w:eastAsia="Times New Roman" w:hAnsi="Times New Roman" w:cs="Times New Roman"/>
          <w:i/>
          <w:color w:val="000000"/>
        </w:rPr>
        <w:t>P</w:t>
      </w:r>
      <w:r>
        <w:rPr>
          <w:rFonts w:ascii="宋体" w:eastAsia="宋体" w:hAnsi="宋体" w:cs="宋体"/>
          <w:color w:val="000000"/>
        </w:rPr>
        <w:t>的距离为</w:t>
      </w:r>
      <w:r>
        <w:rPr>
          <w:rFonts w:ascii="Times New Roman" w:eastAsia="Times New Roman" w:hAnsi="Times New Roman" w:cs="Times New Roman"/>
          <w:i/>
          <w:color w:val="000000"/>
        </w:rPr>
        <w:t>n</w:t>
      </w:r>
      <w:r>
        <w:rPr>
          <w:rFonts w:ascii="宋体" w:eastAsia="宋体" w:hAnsi="宋体" w:cs="宋体"/>
          <w:color w:val="000000"/>
        </w:rPr>
        <w:t>，如果</w:t>
      </w:r>
      <w:r>
        <w:pict>
          <v:shape id="_x0000_i714225" type="#_x0000_t75" alt="学科网(www.zxxk.com)--教育资源门户，提供试卷、教案、课件、论文、素材以及各类教学资源下载，还有大量而丰富的教学相关资讯！" style="width:47.4pt;height:14.4pt" o:oleicon="f" o:ole="">
            <v:imagedata r:id="rId4356" o:title="eqIdf81a51174cdbacef4d3901ab446129b2"/>
          </v:shape>
        </w:pict>
      </w:r>
      <w:r>
        <w:rPr>
          <w:rFonts w:ascii="宋体" w:eastAsia="宋体" w:hAnsi="宋体" w:cs="宋体"/>
          <w:color w:val="000000"/>
        </w:rPr>
        <w:t>，那么称点</w:t>
      </w:r>
      <w:r>
        <w:rPr>
          <w:rFonts w:ascii="Times New Roman" w:eastAsia="Times New Roman" w:hAnsi="Times New Roman" w:cs="Times New Roman"/>
          <w:i/>
          <w:color w:val="000000"/>
        </w:rPr>
        <w:t>Q</w:t>
      </w:r>
      <w:r>
        <w:rPr>
          <w:rFonts w:ascii="宋体" w:eastAsia="宋体" w:hAnsi="宋体" w:cs="宋体"/>
          <w:color w:val="000000"/>
        </w:rPr>
        <w:t>是点</w:t>
      </w:r>
      <w:r>
        <w:rPr>
          <w:rFonts w:ascii="Times New Roman" w:eastAsia="Times New Roman" w:hAnsi="Times New Roman" w:cs="Times New Roman"/>
          <w:i/>
          <w:color w:val="000000"/>
        </w:rPr>
        <w:t>P</w:t>
      </w:r>
      <w:r>
        <w:rPr>
          <w:rFonts w:ascii="宋体" w:eastAsia="宋体" w:hAnsi="宋体" w:cs="宋体"/>
          <w:color w:val="000000"/>
        </w:rPr>
        <w:t>的关联点．</w:t>
      </w:r>
    </w:p>
    <w:p>
      <w:pPr>
        <w:spacing w:line="360" w:lineRule="auto"/>
        <w:jc w:val="left"/>
        <w:textAlignment w:val="center"/>
        <w:rPr>
          <w:color w:val="000000"/>
        </w:rPr>
      </w:pPr>
      <w:r>
        <w:rPr>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．若点</w:t>
      </w:r>
      <w:r>
        <w:pict>
          <v:shape id="_x0000_i714226" type="#_x0000_t75" alt="学科网(www.zxxk.com)--教育资源门户，提供试卷、教案、课件、论文、素材以及各类教学资源下载，还有大量而丰富的教学相关资讯！" style="width:45.75pt;height:18pt;mso-position-horizontal-relative:page;mso-position-vertical-relative:page;mso-wrap-style:square" o:oleicon="f" o:ole="">
            <v:imagedata r:id="rId4357" o:title="eqId6724f6575e355f70b5bcbc3de35f2c9a"/>
          </v:shape>
        </w:pict>
      </w:r>
      <w:r>
        <w:rPr>
          <w:rFonts w:ascii="宋体" w:eastAsia="宋体" w:hAnsi="宋体" w:cs="宋体"/>
          <w:color w:val="000000"/>
        </w:rPr>
        <w:t>表示的数分别是</w:t>
      </w:r>
      <w:r>
        <w:pict>
          <v:shape id="_x0000_i714227" type="#_x0000_t75" alt="学科网(www.zxxk.com)--教育资源门户，提供试卷、教案、课件、论文、素材以及各类教学资源下载，还有大量而丰富的教学相关资讯！" style="width:15.75pt;height:12.75pt" o:oleicon="f" o:ole="">
            <v:imagedata r:id="rId4358" o:title="eqId274a9dc37509f01c2606fb3086a46f4f"/>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，则点</w:t>
      </w:r>
      <w:r>
        <w:pict>
          <v:shape id="_x0000_i714228" type="#_x0000_t75" alt="学科网(www.zxxk.com)--教育资源门户，提供试卷、教案、课件、论文、素材以及各类教学资源下载，还有大量而丰富的教学相关资讯！" style="width:45.75pt;height:18pt;mso-position-horizontal-relative:page;mso-position-vertical-relative:page;mso-wrap-style:square" o:oleicon="f" o:ole="">
            <v:imagedata r:id="rId4357" o:title="eqId6724f6575e355f70b5bcbc3de35f2c9a"/>
          </v:shape>
        </w:pict>
      </w:r>
      <w:r>
        <w:rPr>
          <w:rFonts w:ascii="宋体" w:eastAsia="宋体" w:hAnsi="宋体" w:cs="宋体"/>
          <w:color w:val="000000"/>
        </w:rPr>
        <w:t>中，是点</w:t>
      </w:r>
      <w:r>
        <w:rPr>
          <w:rFonts w:ascii="Times New Roman" w:eastAsia="Times New Roman" w:hAnsi="Times New Roman" w:cs="Times New Roman"/>
          <w:i/>
          <w:color w:val="000000"/>
        </w:rPr>
        <w:t>A</w:t>
      </w:r>
      <w:r>
        <w:rPr>
          <w:rFonts w:ascii="宋体" w:eastAsia="宋体" w:hAnsi="宋体" w:cs="宋体"/>
          <w:color w:val="000000"/>
        </w:rPr>
        <w:t>关联点的是</w:t>
      </w:r>
      <w:r>
        <w:rPr>
          <w:rFonts w:ascii="Times New Roman" w:eastAsia="Times New Roman" w:hAnsi="Times New Roman" w:cs="Times New Roman"/>
          <w:color w:val="000000"/>
        </w:rPr>
        <w:t>_____________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位于原点两侧，</w:t>
      </w:r>
      <w:r>
        <w:rPr>
          <w:rFonts w:ascii="Times New Roman" w:eastAsia="Times New Roman" w:hAnsi="Times New Roman" w:cs="Times New Roman"/>
          <w:i/>
          <w:color w:val="000000"/>
        </w:rPr>
        <w:t>D</w:t>
      </w:r>
      <w:r>
        <w:rPr>
          <w:rFonts w:ascii="宋体" w:eastAsia="宋体" w:hAnsi="宋体" w:cs="宋体"/>
          <w:color w:val="000000"/>
        </w:rPr>
        <w:t>是点</w:t>
      </w:r>
      <w:r>
        <w:rPr>
          <w:rFonts w:ascii="Times New Roman" w:eastAsia="Times New Roman" w:hAnsi="Times New Roman" w:cs="Times New Roman"/>
          <w:i/>
          <w:color w:val="000000"/>
        </w:rPr>
        <w:t>C</w:t>
      </w:r>
      <w:r>
        <w:rPr>
          <w:rFonts w:ascii="宋体" w:eastAsia="宋体" w:hAnsi="宋体" w:cs="宋体"/>
          <w:color w:val="000000"/>
        </w:rPr>
        <w:t>的关联点，则点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color w:val="000000"/>
        </w:rPr>
        <w:t>_____________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表示的数为</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pict>
          <v:shape id="_x0000_i714229" type="#_x0000_t75" alt="学科网(www.zxxk.com)--教育资源门户，提供试卷、教案、课件、论文、素材以及各类教学资源下载，还有大量而丰富的教学相关资讯！" style="width:30.6pt;height:14.4pt" o:oleicon="f" o:ole="">
            <v:imagedata r:id="rId4359" o:title="eqId221c098ec29f32e8ba525ae633ba7536"/>
          </v:shape>
        </w:pict>
      </w:r>
      <w:r>
        <w:rPr>
          <w:rFonts w:ascii="宋体" w:eastAsia="宋体" w:hAnsi="宋体" w:cs="宋体"/>
          <w:color w:val="000000"/>
        </w:rPr>
        <w:t>．若点</w:t>
      </w:r>
      <w:r>
        <w:rPr>
          <w:rFonts w:ascii="Times New Roman" w:eastAsia="Times New Roman" w:hAnsi="Times New Roman" w:cs="Times New Roman"/>
          <w:i/>
          <w:color w:val="000000"/>
        </w:rPr>
        <w:t>F</w:t>
      </w:r>
      <w:r>
        <w:rPr>
          <w:rFonts w:ascii="宋体" w:eastAsia="宋体" w:hAnsi="宋体" w:cs="宋体"/>
          <w:color w:val="000000"/>
        </w:rPr>
        <w:t>是点</w:t>
      </w:r>
      <w:r>
        <w:rPr>
          <w:rFonts w:ascii="Times New Roman" w:eastAsia="Times New Roman" w:hAnsi="Times New Roman" w:cs="Times New Roman"/>
          <w:i/>
          <w:color w:val="000000"/>
        </w:rPr>
        <w:t>E</w:t>
      </w:r>
      <w:r>
        <w:rPr>
          <w:rFonts w:ascii="宋体" w:eastAsia="宋体" w:hAnsi="宋体" w:cs="宋体"/>
          <w:color w:val="000000"/>
        </w:rPr>
        <w:t>的关联点，则</w:t>
      </w:r>
      <w:r>
        <w:rPr>
          <w:rFonts w:ascii="Times New Roman" w:eastAsia="Times New Roman" w:hAnsi="Times New Roman" w:cs="Times New Roman"/>
          <w:i/>
          <w:color w:val="000000"/>
        </w:rPr>
        <w:t>a</w:t>
      </w:r>
      <w:r>
        <w:rPr>
          <w:rFonts w:ascii="宋体" w:eastAsia="宋体" w:hAnsi="宋体" w:cs="宋体"/>
          <w:color w:val="000000"/>
        </w:rPr>
        <w:t>的值是</w:t>
      </w:r>
      <w:r>
        <w:rPr>
          <w:rFonts w:ascii="Times New Roman" w:eastAsia="Times New Roman" w:hAnsi="Times New Roman" w:cs="Times New Roman"/>
          <w:color w:val="000000"/>
        </w:rPr>
        <w:t>_____________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pict>
          <v:shape id="_x0000_i714230" type="#_x0000_t75" alt="学科网(www.zxxk.com)--教育资源门户，提供试卷、教案、课件、论文、素材以及各类教学资源下载，还有大量而丰富的教学相关资讯！" style="width:14.25pt;height:18pt" o:oleicon="f" o:ole="">
            <v:imagedata r:id="rId4360" o:title="eqId97c01fdc7bc471af0b264a04aef0823e"/>
          </v:shape>
        </w:pict>
      </w:r>
      <w:r>
        <w:rPr>
          <w:rFonts w:ascii="宋体" w:eastAsia="宋体" w:hAnsi="宋体" w:cs="宋体"/>
          <w:color w:val="000000"/>
        </w:rPr>
        <w:t>、</w:t>
      </w:r>
      <w:r>
        <w:pict>
          <v:shape id="_x0000_i714231" type="#_x0000_t75" alt="学科网(www.zxxk.com)--教育资源门户，提供试卷、教案、课件、论文、素材以及各类教学资源下载，还有大量而丰富的教学相关资讯！" style="width:14.4pt;height:18pt" o:oleicon="f" o:ole="">
            <v:imagedata r:id="rId4361" o:title="eqId2857fac4963b129d99e79dcb3e13d295"/>
          </v:shape>
        </w:pict>
      </w:r>
      <w:r>
        <w:rPr>
          <w:color w:val="000000"/>
        </w:rPr>
        <w:t xml:space="preserve">    </w:t>
      </w:r>
    </w:p>
    <w:p>
      <w:pPr>
        <w:spacing w:line="360" w:lineRule="auto"/>
        <w:textAlignment w:val="center"/>
        <w:rPr>
          <w:color w:val="000000"/>
        </w:rPr>
      </w:pPr>
      <w:r>
        <w:rPr>
          <w:color w:val="000000"/>
        </w:rPr>
        <w:t>（2）</w:t>
      </w:r>
      <w:r>
        <w:pict>
          <v:shape id="_x0000_i714232" type="#_x0000_t75" alt="学科网(www.zxxk.com)--教育资源门户，提供试卷、教案、课件、论文、素材以及各类教学资源下载，还有大量而丰富的教学相关资讯！" style="width:15.75pt;height:12.75pt" o:oleicon="f" o:ole="">
            <v:imagedata r:id="rId4362" o:title="eqId274a9dc37509f01c2606fb3086a46f4f"/>
          </v:shape>
        </w:pict>
      </w:r>
      <w:r>
        <w:rPr>
          <w:color w:val="000000"/>
        </w:rPr>
        <w:t xml:space="preserve">    </w:t>
      </w:r>
    </w:p>
    <w:p>
      <w:pPr>
        <w:spacing w:line="360" w:lineRule="auto"/>
        <w:textAlignment w:val="center"/>
        <w:rPr>
          <w:color w:val="000000"/>
        </w:rPr>
      </w:pPr>
      <w:r>
        <w:rPr>
          <w:color w:val="000000"/>
        </w:rPr>
        <w:t>（3）</w:t>
      </w:r>
      <w:r>
        <w:pict>
          <v:shape id="_x0000_i714233" type="#_x0000_t75" alt="学科网(www.zxxk.com)--教育资源门户，提供试卷、教案、课件、论文、素材以及各类教学资源下载，还有大量而丰富的教学相关资讯！" style="width:26.1pt;height:13.6pt" o:oleicon="f" o:ole="">
            <v:imagedata r:id="rId4363" o:title="eqId0b550ee821ee1838384835e81fc34b67"/>
          </v:shape>
        </w:pict>
      </w:r>
      <w:r>
        <w:rPr>
          <w:rFonts w:ascii="宋体" w:eastAsia="宋体" w:hAnsi="宋体" w:cs="宋体"/>
          <w:color w:val="000000"/>
        </w:rPr>
        <w:t>或</w:t>
      </w:r>
      <w:r>
        <w:pict>
          <v:shape id="_x0000_i714234" type="#_x0000_t75" alt="学科网(www.zxxk.com)--教育资源门户，提供试卷、教案、课件、论文、素材以及各类教学资源下载，还有大量而丰富的教学相关资讯！" style="width:27.75pt;height:14.25pt" o:oleicon="f" o:ole="">
            <v:imagedata r:id="rId4364" o:title="eqId9f34365e5040ce6944115c8da61bf110"/>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）由关联点定义即可求解；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C</w:t>
      </w:r>
      <w:r>
        <w:rPr>
          <w:rFonts w:ascii="宋体" w:eastAsia="宋体" w:hAnsi="宋体" w:cs="宋体"/>
          <w:color w:val="000000"/>
        </w:rPr>
        <w:t>对应数为</w:t>
      </w:r>
      <w:r>
        <w:rPr>
          <w:rFonts w:ascii="Times New Roman" w:eastAsia="Times New Roman" w:hAnsi="Times New Roman" w:cs="Times New Roman"/>
          <w:i/>
          <w:color w:val="000000"/>
        </w:rPr>
        <w:t>x</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对应数为</w:t>
      </w:r>
      <w:r>
        <w:rPr>
          <w:rFonts w:ascii="Times New Roman" w:eastAsia="Times New Roman" w:hAnsi="Times New Roman" w:cs="Times New Roman"/>
          <w:i/>
          <w:color w:val="000000"/>
        </w:rPr>
        <w:t>y</w:t>
      </w:r>
      <w:r>
        <w:rPr>
          <w:rFonts w:ascii="宋体" w:eastAsia="宋体" w:hAnsi="宋体" w:cs="宋体"/>
          <w:color w:val="000000"/>
        </w:rPr>
        <w:t>，根据点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位于原点两侧，分两种情况讨论，进而即可求解；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）分①</w:t>
      </w:r>
      <w:r>
        <w:pict>
          <v:shape id="_x0000_i714235" type="#_x0000_t75" alt="学科网(www.zxxk.com)--教育资源门户，提供试卷、教案、课件、论文、素材以及各类教学资源下载，还有大量而丰富的教学相关资讯！" style="width:21.75pt;height:14.25pt" o:oleicon="f" o:ole="">
            <v:imagedata r:id="rId4365" o:title="eqId9e10e1c43b86a8cd4360ca9b57232164"/>
          </v:shape>
        </w:pict>
      </w:r>
      <w:r>
        <w:rPr>
          <w:rFonts w:ascii="宋体" w:eastAsia="宋体" w:hAnsi="宋体" w:cs="宋体"/>
          <w:color w:val="000000"/>
        </w:rPr>
        <w:t>，</w:t>
      </w:r>
      <w:r>
        <w:pict>
          <v:shape id="_x0000_i714236" type="#_x0000_t75" alt="学科网(www.zxxk.com)--教育资源门户，提供试卷、教案、课件、论文、素材以及各类教学资源下载，还有大量而丰富的教学相关资讯！" style="width:50.2pt;height:14.2pt" o:oleicon="f" o:ole="">
            <v:imagedata r:id="rId4366" o:title="eqId815acd0edc515a2baa8b4bd97d9d7bb1"/>
          </v:shape>
        </w:pict>
      </w:r>
      <w:r>
        <w:rPr>
          <w:rFonts w:ascii="宋体" w:eastAsia="宋体" w:hAnsi="宋体" w:cs="宋体"/>
          <w:color w:val="000000"/>
        </w:rPr>
        <w:t>，②</w:t>
      </w:r>
      <w:r>
        <w:pict>
          <v:shape id="_x0000_i714237" type="#_x0000_t75" alt="学科网(www.zxxk.com)--教育资源门户，提供试卷、教案、课件、论文、素材以及各类教学资源下载，还有大量而丰富的教学相关资讯！" style="width:21.75pt;height:14.25pt" o:oleicon="f" o:ole="">
            <v:imagedata r:id="rId4365" o:title="eqId9e10e1c43b86a8cd4360ca9b57232164"/>
          </v:shape>
        </w:pict>
      </w:r>
      <w:r>
        <w:rPr>
          <w:rFonts w:ascii="Times New Roman" w:eastAsia="Times New Roman" w:hAnsi="Times New Roman" w:cs="Times New Roman"/>
          <w:color w:val="000000"/>
        </w:rPr>
        <w:t xml:space="preserve"> </w:t>
      </w:r>
      <w:r>
        <w:pict>
          <v:shape id="_x0000_i714238" type="#_x0000_t75" alt="学科网(www.zxxk.com)--教育资源门户，提供试卷、教案、课件、论文、素材以及各类教学资源下载，还有大量而丰富的教学相关资讯！" style="width:50.2pt;height:14.2pt" o:oleicon="f" o:ole="">
            <v:imagedata r:id="rId4367" o:title="eqId6485a2c29ca257f3012dd1428530d319"/>
          </v:shape>
        </w:pict>
      </w:r>
      <w:r>
        <w:rPr>
          <w:rFonts w:ascii="宋体" w:eastAsia="宋体" w:hAnsi="宋体" w:cs="宋体"/>
          <w:color w:val="000000"/>
        </w:rPr>
        <w:t>，③</w:t>
      </w:r>
      <w:r>
        <w:pict>
          <v:shape id="_x0000_i714239" type="#_x0000_t75" alt="学科网(www.zxxk.com)--教育资源门户，提供试卷、教案、课件、论文、素材以及各类教学资源下载，还有大量而丰富的教学相关资讯！" style="width:27.75pt;height:14.25pt" o:oleicon="f" o:ole="">
            <v:imagedata r:id="rId4368" o:title="eqId94440d3e4c073f94f2b266ff99d50e74"/>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4240" type="#_x0000_t75" alt="学科网(www.zxxk.com)--教育资源门户，提供试卷、教案、课件、论文、素材以及各类教学资源下载，还有大量而丰富的教学相关资讯！" style="width:50.2pt;height:14.2pt" o:oleicon="f" o:ole="">
            <v:imagedata r:id="rId4367" o:title="eqId6485a2c29ca257f3012dd1428530d319"/>
          </v:shape>
        </w:pict>
      </w:r>
      <w:r>
        <w:rPr>
          <w:rFonts w:ascii="宋体" w:eastAsia="宋体" w:hAnsi="宋体" w:cs="宋体"/>
          <w:color w:val="000000"/>
        </w:rPr>
        <w:t>，④</w:t>
      </w:r>
      <w:r>
        <w:pict>
          <v:shape id="_x0000_i714241" type="#_x0000_t75" alt="学科网(www.zxxk.com)--教育资源门户，提供试卷、教案、课件、论文、素材以及各类教学资源下载，还有大量而丰富的教学相关资讯！" style="width:27.75pt;height:14.25pt" o:oleicon="f" o:ole="">
            <v:imagedata r:id="rId4368" o:title="eqId94440d3e4c073f94f2b266ff99d50e74"/>
          </v:shape>
        </w:pict>
      </w:r>
      <w:r>
        <w:rPr>
          <w:rFonts w:ascii="宋体" w:eastAsia="宋体" w:hAnsi="宋体" w:cs="宋体"/>
          <w:color w:val="000000"/>
        </w:rPr>
        <w:t>，</w:t>
      </w:r>
      <w:r>
        <w:pict>
          <v:shape id="_x0000_i714242" type="#_x0000_t75" alt="学科网(www.zxxk.com)--教育资源门户，提供试卷、教案、课件、论文、素材以及各类教学资源下载，还有大量而丰富的教学相关资讯！" style="width:50.2pt;height:14.2pt" o:oleicon="f" o:ole="">
            <v:imagedata r:id="rId4366" o:title="eqId815acd0edc515a2baa8b4bd97d9d7bb1"/>
          </v:shape>
        </w:pict>
      </w:r>
      <w:r>
        <w:rPr>
          <w:rFonts w:ascii="宋体" w:eastAsia="宋体" w:hAnsi="宋体" w:cs="宋体"/>
          <w:color w:val="000000"/>
        </w:rPr>
        <w:t>四种情况讨论计算即可．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到原点的距离</w:t>
      </w:r>
      <w:r>
        <w:pict>
          <v:shape id="_x0000_i714243" type="#_x0000_t75" alt="学科网(www.zxxk.com)--教育资源门户，提供试卷、教案、课件、论文、素材以及各类教学资源下载，还有大量而丰富的教学相关资讯！" style="width:28.2pt;height:13.8pt" o:oleicon="f" o:ole="">
            <v:imagedata r:id="rId4369" o:title="eqIdcf0086b054ef120408acac806a1b131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14244" type="#_x0000_t75" alt="学科网(www.zxxk.com)--教育资源门户，提供试卷、教案、课件、论文、素材以及各类教学资源下载，还有大量而丰富的教学相关资讯！" style="width:45.75pt;height:18pt;mso-position-horizontal-relative:page;mso-position-vertical-relative:page;mso-wrap-style:square" o:oleicon="f" o:ole="">
            <v:imagedata r:id="rId4370" o:title="eqId6724f6575e355f70b5bcbc3de35f2c9a"/>
          </v:shape>
        </w:pict>
      </w:r>
      <w:r>
        <w:rPr>
          <w:rFonts w:ascii="宋体" w:eastAsia="宋体" w:hAnsi="宋体" w:cs="宋体"/>
          <w:color w:val="000000"/>
        </w:rPr>
        <w:t>表示的数分别是</w:t>
      </w:r>
      <w:r>
        <w:pict>
          <v:shape id="_x0000_i714245" type="#_x0000_t75" alt="学科网(www.zxxk.com)--教育资源门户，提供试卷、教案、课件、论文、素材以及各类教学资源下载，还有大量而丰富的教学相关资讯！" style="width:15.75pt;height:12.75pt" o:oleicon="f" o:ole="">
            <v:imagedata r:id="rId4371" o:title="eqId274a9dc37509f01c2606fb3086a46f4f"/>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14246" type="#_x0000_t75" alt="学科网(www.zxxk.com)--教育资源门户，提供试卷、教案、课件、论文、素材以及各类教学资源下载，还有大量而丰富的教学相关资讯！" style="width:45.75pt;height:18pt;mso-position-horizontal-relative:page;mso-position-vertical-relative:page;mso-wrap-style:square" o:oleicon="f" o:ole="">
            <v:imagedata r:id="rId4373" o:title="eqId6724f6575e355f70b5bcbc3de35f2c9a"/>
          </v:shape>
        </w:pict>
      </w:r>
      <w:r>
        <w:rPr>
          <w:rFonts w:ascii="宋体" w:eastAsia="宋体" w:hAnsi="宋体" w:cs="宋体"/>
          <w:color w:val="000000"/>
        </w:rPr>
        <w:t>到点</w:t>
      </w:r>
      <w:r>
        <w:pict>
          <v:shape id="_x0000_i714247" type="#_x0000_t75" alt="学科网(www.zxxk.com)--教育资源门户，提供试卷、教案、课件、论文、素材以及各类教学资源下载，还有大量而丰富的教学相关资讯！" style="width:12pt;height:12pt" o:oleicon="f" o:ole="">
            <v:imagedata r:id="rId4374" o:title="eqId5963abe8f421bd99a2aaa94831a951e9"/>
          </v:shape>
        </w:pict>
      </w:r>
      <w:r>
        <w:rPr>
          <w:rFonts w:ascii="宋体" w:eastAsia="宋体" w:hAnsi="宋体" w:cs="宋体"/>
          <w:color w:val="000000"/>
          <w:position w:val="0"/>
        </w:rPr>
        <w:drawing>
          <wp:inline>
            <wp:extent cx="133350" cy="177800"/>
            <wp:docPr id="349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 name=""/>
                    <pic:cNvPicPr>
                      <a:picLocks noChangeAspect="1"/>
                    </pic:cNvPicPr>
                  </pic:nvPicPr>
                  <pic:blipFill>
                    <a:blip r:embed="rId437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w:t>
      </w:r>
      <w:r>
        <w:pict>
          <v:shape id="_x0000_i714248" type="#_x0000_t75" alt="学科网(www.zxxk.com)--教育资源门户，提供试卷、教案、课件、论文、素材以及各类教学资源下载，还有大量而丰富的教学相关资讯！" style="width:9.75pt;height:11.25pt" o:oleicon="f" o:ole="">
            <v:imagedata r:id="rId4375" o:title="eqIdb6a24198bd04c29321ae5dc5a28fe421"/>
          </v:shape>
        </w:pict>
      </w:r>
      <w:r>
        <w:rPr>
          <w:rFonts w:ascii="宋体" w:eastAsia="宋体" w:hAnsi="宋体" w:cs="宋体"/>
          <w:color w:val="000000"/>
        </w:rPr>
        <w:t>分别是</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49" type="#_x0000_t75" alt="学科网(www.zxxk.com)--教育资源门户，提供试卷、教案、课件、论文、素材以及各类教学资源下载，还有大量而丰富的教学相关资讯！" style="width:80.2pt;height:14.2pt" o:oleicon="f" o:ole="">
            <v:imagedata r:id="rId4376" o:title="eqId4fa9aa93965303c88540bbf5c74b5bf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关联点的是</w:t>
      </w:r>
      <w:r>
        <w:pict>
          <v:shape id="_x0000_i714250" type="#_x0000_t75" alt="学科网(www.zxxk.com)--教育资源门户，提供试卷、教案、课件、论文、素材以及各类教学资源下载，还有大量而丰富的教学相关资讯！" style="width:14.25pt;height:18pt" o:oleicon="f" o:ole="">
            <v:imagedata r:id="rId4377" o:title="eqId97c01fdc7bc471af0b264a04aef0823e"/>
          </v:shape>
        </w:pict>
      </w:r>
      <w:r>
        <w:rPr>
          <w:rFonts w:ascii="宋体" w:eastAsia="宋体" w:hAnsi="宋体" w:cs="宋体"/>
          <w:color w:val="000000"/>
        </w:rPr>
        <w:t>、</w:t>
      </w:r>
      <w:r>
        <w:pict>
          <v:shape id="_x0000_i714251" type="#_x0000_t75" alt="学科网(www.zxxk.com)--教育资源门户，提供试卷、教案、课件、论文、素材以及各类教学资源下载，还有大量而丰富的教学相关资讯！" style="width:14.4pt;height:18pt" o:oleicon="f" o:ole="">
            <v:imagedata r:id="rId4378" o:title="eqId2857fac4963b129d99e79dcb3e13d295"/>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设点</w:t>
      </w:r>
      <w:r>
        <w:rPr>
          <w:rFonts w:ascii="Times New Roman" w:eastAsia="Times New Roman" w:hAnsi="Times New Roman" w:cs="Times New Roman"/>
          <w:i/>
          <w:color w:val="000000"/>
        </w:rPr>
        <w:t>C</w:t>
      </w:r>
      <w:r>
        <w:rPr>
          <w:rFonts w:ascii="宋体" w:eastAsia="宋体" w:hAnsi="宋体" w:cs="宋体"/>
          <w:color w:val="000000"/>
        </w:rPr>
        <w:t>对应数为</w:t>
      </w:r>
      <w:r>
        <w:rPr>
          <w:rFonts w:ascii="Times New Roman" w:eastAsia="Times New Roman" w:hAnsi="Times New Roman" w:cs="Times New Roman"/>
          <w:i/>
          <w:color w:val="000000"/>
        </w:rPr>
        <w:t>x</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对应数为</w:t>
      </w:r>
      <w:r>
        <w:rPr>
          <w:rFonts w:ascii="Times New Roman" w:eastAsia="Times New Roman" w:hAnsi="Times New Roman" w:cs="Times New Roman"/>
          <w:i/>
          <w:color w:val="000000"/>
        </w:rPr>
        <w:t>y</w:t>
      </w:r>
      <w:r>
        <w:rPr>
          <w:rFonts w:ascii="宋体" w:eastAsia="宋体" w:hAnsi="宋体" w:cs="宋体"/>
          <w:color w:val="000000"/>
        </w:rPr>
        <w:t>，（且</w:t>
      </w:r>
      <w:r>
        <w:pict>
          <v:shape id="_x0000_i714252" type="#_x0000_t75" alt="学科网(www.zxxk.com)--教育资源门户，提供试卷、教案、课件、论文、素材以及各类教学资源下载，还有大量而丰富的教学相关资讯！" style="width:24.75pt;height:12.75pt" o:oleicon="f" o:ole="">
            <v:imagedata r:id="rId4379" o:title="eqId38f0e9c04402a0ffdaa25c3e3c82c7dd"/>
          </v:shape>
        </w:pict>
      </w:r>
      <w:r>
        <w:rPr>
          <w:rFonts w:ascii="宋体" w:eastAsia="宋体" w:hAnsi="宋体" w:cs="宋体"/>
          <w:color w:val="000000"/>
        </w:rPr>
        <w:t>，</w:t>
      </w:r>
      <w:r>
        <w:pict>
          <v:shape id="_x0000_i714253" type="#_x0000_t75" alt="学科网(www.zxxk.com)--教育资源门户，提供试卷、教案、课件、论文、素材以及各类教学资源下载，还有大量而丰富的教学相关资讯！" style="width:29.25pt;height:15.75pt" o:oleicon="f" o:ole="">
            <v:imagedata r:id="rId4380" o:title="eqId1c412d5329ba909164329663b7eecdf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位于原点两侧，</w:t>
      </w:r>
    </w:p>
    <w:p>
      <w:pPr>
        <w:spacing w:line="360" w:lineRule="auto"/>
        <w:jc w:val="left"/>
        <w:textAlignment w:val="center"/>
        <w:rPr>
          <w:color w:val="000000"/>
        </w:rPr>
      </w:pPr>
      <w:r>
        <w:rPr>
          <w:rFonts w:ascii="宋体" w:eastAsia="宋体" w:hAnsi="宋体" w:cs="宋体"/>
          <w:color w:val="000000"/>
        </w:rPr>
        <w:t>①当</w:t>
      </w:r>
      <w:r>
        <w:pict>
          <v:shape id="_x0000_i714254" type="#_x0000_t75" alt="学科网(www.zxxk.com)--教育资源门户，提供试卷、教案、课件、论文、素材以及各类教学资源下载，还有大量而丰富的教学相关资讯！" style="width:28.5pt;height:13.5pt" o:oleicon="f" o:ole="">
            <v:imagedata r:id="rId4381" o:title="eqId9e541ea2f855f981c96207070683d388"/>
          </v:shape>
        </w:pict>
      </w:r>
      <w:r>
        <w:rPr>
          <w:rFonts w:ascii="宋体" w:eastAsia="宋体" w:hAnsi="宋体" w:cs="宋体"/>
          <w:color w:val="000000"/>
        </w:rPr>
        <w:t>，</w:t>
      </w:r>
      <w:r>
        <w:pict>
          <v:shape id="_x0000_i714255" type="#_x0000_t75" alt="学科网(www.zxxk.com)--教育资源门户，提供试卷、教案、课件、论文、素材以及各类教学资源下载，还有大量而丰富的教学相关资讯！" style="width:29.4pt;height:15.6pt" o:oleicon="f" o:ole="">
            <v:imagedata r:id="rId4382" o:title="eqId061813f1ec633c5c4c393c4de7938322"/>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w:t>
      </w:r>
      <w:r>
        <w:pict>
          <v:shape id="_x0000_i714256" type="#_x0000_t75" alt="学科网(www.zxxk.com)--教育资源门户，提供试卷、教案、课件、论文、素材以及各类教学资源下载，还有大量而丰富的教学相关资讯！" style="width:38.15pt;height:10.75pt" o:oleicon="f" o:ole="">
            <v:imagedata r:id="rId4383" o:title="eqId9a3511a816d7f833040b78492e71dc72"/>
          </v:shape>
        </w:pict>
      </w:r>
      <w:r>
        <w:rPr>
          <w:rFonts w:ascii="宋体" w:eastAsia="宋体" w:hAnsi="宋体" w:cs="宋体"/>
          <w:color w:val="000000"/>
        </w:rPr>
        <w:t>，</w:t>
      </w:r>
      <w:r>
        <w:pict>
          <v:shape id="_x0000_i714257" type="#_x0000_t75" alt="学科网(www.zxxk.com)--教育资源门户，提供试卷、教案、课件、论文、素材以及各类教学资源下载，还有大量而丰富的教学相关资讯！" style="width:45.8pt;height:14.2pt" o:oleicon="f" o:ole="">
            <v:imagedata r:id="rId4384" o:title="eqId1d2174baa8e9f44e4d63c516cf91cdf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58" type="#_x0000_t75" alt="学科网(www.zxxk.com)--教育资源门户，提供试卷、教案、课件、论文、素材以及各类教学资源下载，还有大量而丰富的教学相关资讯！" style="width:47.4pt;height:14.4pt" o:oleicon="f" o:ole="">
            <v:imagedata r:id="rId4385" o:title="eqIdf81a51174cdbacef4d3901ab446129b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59" type="#_x0000_t75" alt="学科网(www.zxxk.com)--教育资源门户，提供试卷、教案、课件、论文、素材以及各类教学资源下载，还有大量而丰富的教学相关资讯！" style="width:69.25pt;height:15.8pt" o:oleicon="f" o:ole="">
            <v:imagedata r:id="rId4386" o:title="eqId6c9cd056c288cf1d82faebd347de781f"/>
          </v:shape>
        </w:pict>
      </w:r>
      <w:r>
        <w:rPr>
          <w:rFonts w:ascii="宋体" w:eastAsia="宋体" w:hAnsi="宋体" w:cs="宋体"/>
          <w:color w:val="000000"/>
        </w:rPr>
        <w:t>，即</w:t>
      </w:r>
      <w:r>
        <w:pict>
          <v:shape id="_x0000_i714260" type="#_x0000_t75" alt="学科网(www.zxxk.com)--教育资源门户，提供试卷、教案、课件、论文、素材以及各类教学资源下载，还有大量而丰富的教学相关资讯！" style="width:57.75pt;height:15.75pt" o:oleicon="f" o:ole="">
            <v:imagedata r:id="rId4387" o:title="eqIda9427de5d22d37859a110dbb234313c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经验证，没有符合题意的值，故排除当</w:t>
      </w:r>
      <w:r>
        <w:pict>
          <v:shape id="_x0000_i714261" type="#_x0000_t75" alt="学科网(www.zxxk.com)--教育资源门户，提供试卷、教案、课件、论文、素材以及各类教学资源下载，还有大量而丰富的教学相关资讯！" style="width:28.5pt;height:13.5pt" o:oleicon="f" o:ole="">
            <v:imagedata r:id="rId4388" o:title="eqId9e541ea2f855f981c96207070683d388"/>
          </v:shape>
        </w:pict>
      </w:r>
      <w:r>
        <w:rPr>
          <w:rFonts w:ascii="宋体" w:eastAsia="宋体" w:hAnsi="宋体" w:cs="宋体"/>
          <w:color w:val="000000"/>
        </w:rPr>
        <w:t>，</w:t>
      </w:r>
      <w:r>
        <w:pict>
          <v:shape id="_x0000_i714262" type="#_x0000_t75" alt="学科网(www.zxxk.com)--教育资源门户，提供试卷、教案、课件、论文、素材以及各类教学资源下载，还有大量而丰富的教学相关资讯！" style="width:29.4pt;height:15.6pt" o:oleicon="f" o:ole="">
            <v:imagedata r:id="rId4389" o:title="eqId061813f1ec633c5c4c393c4de7938322"/>
          </v:shape>
        </w:pict>
      </w:r>
      <w:r>
        <w:rPr>
          <w:rFonts w:ascii="宋体" w:eastAsia="宋体" w:hAnsi="宋体" w:cs="宋体"/>
          <w:color w:val="000000"/>
        </w:rPr>
        <w:t>的情况；</w:t>
      </w:r>
    </w:p>
    <w:p>
      <w:pPr>
        <w:spacing w:line="360" w:lineRule="auto"/>
        <w:jc w:val="left"/>
        <w:textAlignment w:val="center"/>
        <w:rPr>
          <w:color w:val="000000"/>
        </w:rPr>
      </w:pPr>
      <w:r>
        <w:rPr>
          <w:rFonts w:ascii="宋体" w:eastAsia="宋体" w:hAnsi="宋体" w:cs="宋体"/>
          <w:color w:val="000000"/>
        </w:rPr>
        <w:t>②当</w:t>
      </w:r>
      <w:r>
        <w:pict>
          <v:shape id="_x0000_i714263" type="#_x0000_t75" alt="学科网(www.zxxk.com)--教育资源门户，提供试卷、教案、课件、论文、素材以及各类教学资源下载，还有大量而丰富的教学相关资讯！" style="width:24.75pt;height:12pt" o:oleicon="f" o:ole="">
            <v:imagedata r:id="rId4390" o:title="eqId08115d6d9f876dea921a4d32260ff1fb"/>
          </v:shape>
        </w:pict>
      </w:r>
      <w:r>
        <w:rPr>
          <w:rFonts w:ascii="宋体" w:eastAsia="宋体" w:hAnsi="宋体" w:cs="宋体"/>
          <w:color w:val="000000"/>
        </w:rPr>
        <w:t>，</w:t>
      </w:r>
      <w:r>
        <w:pict>
          <v:shape id="_x0000_i714264" type="#_x0000_t75" alt="学科网(www.zxxk.com)--教育资源门户，提供试卷、教案、课件、论文、素材以及各类教学资源下载，还有大量而丰富的教学相关资讯！" style="width:29.4pt;height:15.6pt" o:oleicon="f" o:ole="">
            <v:imagedata r:id="rId4391" o:title="eqIda57458464618fcf619375a93d3c66d6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w:t>
      </w:r>
      <w:r>
        <w:pict>
          <v:shape id="_x0000_i714265" type="#_x0000_t75" alt="学科网(www.zxxk.com)--教育资源门户，提供试卷、教案、课件、论文、素材以及各类教学资源下载，还有大量而丰富的教学相关资讯！" style="width:30.75pt;height:11.25pt" o:oleicon="f" o:ole="">
            <v:imagedata r:id="rId4392" o:title="eqId1ad5195e5b8e903538ed06d4e129f2aa"/>
          </v:shape>
        </w:pict>
      </w:r>
      <w:r>
        <w:rPr>
          <w:rFonts w:ascii="宋体" w:eastAsia="宋体" w:hAnsi="宋体" w:cs="宋体"/>
          <w:color w:val="000000"/>
        </w:rPr>
        <w:t>，</w:t>
      </w:r>
      <w:r>
        <w:pict>
          <v:shape id="_x0000_i714266" type="#_x0000_t75" alt="学科网(www.zxxk.com)--教育资源门户，提供试卷、教案、课件、论文、素材以及各类教学资源下载，还有大量而丰富的教学相关资讯！" style="width:41.35pt;height:12pt" o:oleicon="f" o:ole="">
            <v:imagedata r:id="rId4393" o:title="eqId898d7f680f723bd5acefcb4008474a6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67" type="#_x0000_t75" alt="学科网(www.zxxk.com)--教育资源门户，提供试卷、教案、课件、论文、素材以及各类教学资源下载，还有大量而丰富的教学相关资讯！" style="width:47.4pt;height:14.4pt" o:oleicon="f" o:ole="">
            <v:imagedata r:id="rId4394" o:title="eqIdf81a51174cdbacef4d3901ab446129b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68" type="#_x0000_t75" alt="学科网(www.zxxk.com)--教育资源门户，提供试卷、教案、课件、论文、素材以及各类教学资源下载，还有大量而丰富的教学相关资讯！" style="width:62.2pt;height:15.8pt" o:oleicon="f" o:ole="">
            <v:imagedata r:id="rId4395" o:title="eqId3e2e3bc80f92c8952d239f55de2c2941"/>
          </v:shape>
        </w:pict>
      </w:r>
      <w:r>
        <w:rPr>
          <w:rFonts w:ascii="宋体" w:eastAsia="宋体" w:hAnsi="宋体" w:cs="宋体"/>
          <w:color w:val="000000"/>
        </w:rPr>
        <w:t>，即</w:t>
      </w:r>
      <w:r>
        <w:pict>
          <v:shape id="_x0000_i714269" type="#_x0000_t75" alt="学科网(www.zxxk.com)--教育资源门户，提供试卷、教案、课件、论文、素材以及各类教学资源下载，还有大量而丰富的教学相关资讯！" style="width:35.4pt;height:15.6pt" o:oleicon="f" o:ole="">
            <v:imagedata r:id="rId4396" o:title="eqIdcd24f3c4bc9f9a75d4b28630bb630d2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表示的数是</w:t>
      </w:r>
      <w:r>
        <w:pict>
          <v:shape id="_x0000_i714270" type="#_x0000_t75" alt="学科网(www.zxxk.com)--教育资源门户，提供试卷、教案、课件、论文、素材以及各类教学资源下载，还有大量而丰富的教学相关资讯！" style="width:15.75pt;height:12.75pt" o:oleicon="f" o:ole="">
            <v:imagedata r:id="rId4397" o:title="eqId274a9dc37509f01c2606fb3086a46f4f"/>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①当</w:t>
      </w:r>
      <w:r>
        <w:pict>
          <v:shape id="_x0000_i714271" type="#_x0000_t75" alt="学科网(www.zxxk.com)--教育资源门户，提供试卷、教案、课件、论文、素材以及各类教学资源下载，还有大量而丰富的教学相关资讯！" style="width:21.75pt;height:14.25pt" o:oleicon="f" o:ole="">
            <v:imagedata r:id="rId4398" o:title="eqId9e10e1c43b86a8cd4360ca9b57232164"/>
          </v:shape>
        </w:pict>
      </w:r>
      <w:r>
        <w:rPr>
          <w:rFonts w:ascii="宋体" w:eastAsia="宋体" w:hAnsi="宋体" w:cs="宋体"/>
          <w:color w:val="000000"/>
        </w:rPr>
        <w:t>，</w:t>
      </w:r>
      <w:r>
        <w:pict>
          <v:shape id="_x0000_i714272" type="#_x0000_t75" alt="学科网(www.zxxk.com)--教育资源门户，提供试卷、教案、课件、论文、素材以及各类教学资源下载，还有大量而丰富的教学相关资讯！" style="width:50.2pt;height:14.2pt" o:oleicon="f" o:ole="">
            <v:imagedata r:id="rId4399" o:title="eqId815acd0edc515a2baa8b4bd97d9d7bb1"/>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w:t>
      </w:r>
      <w:r>
        <w:pict>
          <v:shape id="_x0000_i714273" type="#_x0000_t75" alt="学科网(www.zxxk.com)--教育资源门户，提供试卷、教案、课件、论文、素材以及各类教学资源下载，还有大量而丰富的教学相关资讯！" style="width:38.4pt;height:11.4pt" o:oleicon="f" o:ole="">
            <v:imagedata r:id="rId4400" o:title="eqIdb4c731492124b2992a19f1c87c656fad"/>
          </v:shape>
        </w:pict>
      </w:r>
      <w:r>
        <w:rPr>
          <w:rFonts w:ascii="宋体" w:eastAsia="宋体" w:hAnsi="宋体" w:cs="宋体"/>
          <w:color w:val="000000"/>
        </w:rPr>
        <w:t>，</w:t>
      </w:r>
      <w:r>
        <w:pict>
          <v:shape id="_x0000_i714274" type="#_x0000_t75" alt="学科网(www.zxxk.com)--教育资源门户，提供试卷、教案、课件、论文、素材以及各类教学资源下载，还有大量而丰富的教学相关资讯！" style="width:114pt;height:14.2pt" o:oleicon="f" o:ole="">
            <v:imagedata r:id="rId4401" o:title="eqId8e91251441af33a9d1802d6791ade16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75" type="#_x0000_t75" alt="学科网(www.zxxk.com)--教育资源门户，提供试卷、教案、课件、论文、素材以及各类教学资源下载，还有大量而丰富的教学相关资讯！" style="width:47.4pt;height:14.4pt" o:oleicon="f" o:ole="">
            <v:imagedata r:id="rId4402" o:title="eqIdf81a51174cdbacef4d3901ab446129b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76" type="#_x0000_t75" alt="学科网(www.zxxk.com)--教育资源门户，提供试卷、教案、课件、论文、素材以及各类教学资源下载，还有大量而丰富的教学相关资讯！" style="width:81.25pt;height:14.2pt" o:oleicon="f" o:ole="">
            <v:imagedata r:id="rId4403" o:title="eqId18818cad844bfa3cfd37a36d7aec4b3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277" type="#_x0000_t75" alt="学科网(www.zxxk.com)--教育资源门户，提供试卷、教案、课件、论文、素材以及各类教学资源下载，还有大量而丰富的教学相关资讯！" style="width:24.75pt;height:12.75pt" o:oleicon="f" o:ole="">
            <v:imagedata r:id="rId4404" o:title="eqIde65397f11ea8af736f38debadf420c4a"/>
          </v:shape>
        </w:pict>
      </w:r>
      <w:r>
        <w:rPr>
          <w:rFonts w:ascii="宋体" w:eastAsia="宋体" w:hAnsi="宋体" w:cs="宋体"/>
          <w:color w:val="000000"/>
        </w:rPr>
        <w:t>（不符合题意，舍去）；</w:t>
      </w:r>
    </w:p>
    <w:p>
      <w:pPr>
        <w:spacing w:line="360" w:lineRule="auto"/>
        <w:jc w:val="left"/>
        <w:textAlignment w:val="center"/>
        <w:rPr>
          <w:color w:val="000000"/>
        </w:rPr>
      </w:pPr>
      <w:r>
        <w:rPr>
          <w:rFonts w:ascii="宋体" w:eastAsia="宋体" w:hAnsi="宋体" w:cs="宋体"/>
          <w:color w:val="000000"/>
        </w:rPr>
        <w:t>②当</w:t>
      </w:r>
      <w:r>
        <w:pict>
          <v:shape id="_x0000_i714278" type="#_x0000_t75" alt="学科网(www.zxxk.com)--教育资源门户，提供试卷、教案、课件、论文、素材以及各类教学资源下载，还有大量而丰富的教学相关资讯！" style="width:21.75pt;height:14.25pt" o:oleicon="f" o:ole="">
            <v:imagedata r:id="rId4405" o:title="eqId9e10e1c43b86a8cd4360ca9b57232164"/>
          </v:shape>
        </w:pict>
      </w:r>
      <w:r>
        <w:rPr>
          <w:rFonts w:ascii="Times New Roman" w:eastAsia="Times New Roman" w:hAnsi="Times New Roman" w:cs="Times New Roman"/>
          <w:color w:val="000000"/>
        </w:rPr>
        <w:t xml:space="preserve"> </w:t>
      </w:r>
      <w:r>
        <w:pict>
          <v:shape id="_x0000_i714279" type="#_x0000_t75" alt="学科网(www.zxxk.com)--教育资源门户，提供试卷、教案、课件、论文、素材以及各类教学资源下载，还有大量而丰富的教学相关资讯！" style="width:50.2pt;height:14.2pt" o:oleicon="f" o:ole="">
            <v:imagedata r:id="rId4406" o:title="eqId6485a2c29ca257f3012dd1428530d31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w:t>
      </w:r>
      <w:r>
        <w:pict>
          <v:shape id="_x0000_i714280" type="#_x0000_t75" alt="学科网(www.zxxk.com)--教育资源门户，提供试卷、教案、课件、论文、素材以及各类教学资源下载，还有大量而丰富的教学相关资讯！" style="width:38.4pt;height:11.4pt" o:oleicon="f" o:ole="">
            <v:imagedata r:id="rId4407" o:title="eqIdb4c731492124b2992a19f1c87c656fad"/>
          </v:shape>
        </w:pict>
      </w:r>
      <w:r>
        <w:rPr>
          <w:rFonts w:ascii="宋体" w:eastAsia="宋体" w:hAnsi="宋体" w:cs="宋体"/>
          <w:color w:val="000000"/>
        </w:rPr>
        <w:t>，</w:t>
      </w:r>
      <w:r>
        <w:pict>
          <v:shape id="_x0000_i714281" type="#_x0000_t75" alt="学科网(www.zxxk.com)--教育资源门户，提供试卷、教案、课件、论文、素材以及各类教学资源下载，还有大量而丰富的教学相关资讯！" style="width:50.2pt;height:14.2pt" o:oleicon="f" o:ole="">
            <v:imagedata r:id="rId4408" o:title="eqIdead65d4f161109d1d13ea7953cce490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82" type="#_x0000_t75" alt="学科网(www.zxxk.com)--教育资源门户，提供试卷、教案、课件、论文、素材以及各类教学资源下载，还有大量而丰富的教学相关资讯！" style="width:47.4pt;height:14.4pt" o:oleicon="f" o:ole="">
            <v:imagedata r:id="rId4409" o:title="eqIdf81a51174cdbacef4d3901ab446129b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83" type="#_x0000_t75" alt="学科网(www.zxxk.com)--教育资源门户，提供试卷、教案、课件、论文、素材以及各类教学资源下载，还有大量而丰富的教学相关资讯！" style="width:74.2pt;height:14.2pt" o:oleicon="f" o:ole="">
            <v:imagedata r:id="rId4410" o:title="eqIdf26a499278eab22da43d7031f15bad7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284" type="#_x0000_t75" alt="学科网(www.zxxk.com)--教育资源门户，提供试卷、教案、课件、论文、素材以及各类教学资源下载，还有大量而丰富的教学相关资讯！" style="width:30pt;height:30.75pt" o:oleicon="f" o:ole="">
            <v:imagedata r:id="rId4411" o:title="eqIda2a04d8065b095cfe45820641247cb00"/>
          </v:shape>
        </w:pict>
      </w:r>
      <w:r>
        <w:rPr>
          <w:rFonts w:ascii="宋体" w:eastAsia="宋体" w:hAnsi="宋体" w:cs="宋体"/>
          <w:color w:val="000000"/>
        </w:rPr>
        <w:t>（不符合题意，舍去）；</w:t>
      </w:r>
    </w:p>
    <w:p>
      <w:pPr>
        <w:spacing w:line="360" w:lineRule="auto"/>
        <w:jc w:val="left"/>
        <w:textAlignment w:val="center"/>
        <w:rPr>
          <w:color w:val="000000"/>
        </w:rPr>
      </w:pPr>
      <w:r>
        <w:rPr>
          <w:rFonts w:ascii="宋体" w:eastAsia="宋体" w:hAnsi="宋体" w:cs="宋体"/>
          <w:color w:val="000000"/>
        </w:rPr>
        <w:t>③当</w:t>
      </w:r>
      <w:r>
        <w:pict>
          <v:shape id="_x0000_i714285" type="#_x0000_t75" alt="学科网(www.zxxk.com)--教育资源门户，提供试卷、教案、课件、论文、素材以及各类教学资源下载，还有大量而丰富的教学相关资讯！" style="width:27.75pt;height:14.25pt" o:oleicon="f" o:ole="">
            <v:imagedata r:id="rId4412" o:title="eqId94440d3e4c073f94f2b266ff99d50e74"/>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4286" type="#_x0000_t75" alt="学科网(www.zxxk.com)--教育资源门户，提供试卷、教案、课件、论文、素材以及各类教学资源下载，还有大量而丰富的教学相关资讯！" style="width:50.2pt;height:14.2pt" o:oleicon="f" o:ole="">
            <v:imagedata r:id="rId4413" o:title="eqId6485a2c29ca257f3012dd1428530d31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w:t>
      </w:r>
      <w:r>
        <w:pict>
          <v:shape id="_x0000_i714287" type="#_x0000_t75" alt="学科网(www.zxxk.com)--教育资源门户，提供试卷、教案、课件、论文、素材以及各类教学资源下载，还有大量而丰富的教学相关资讯！" style="width:31.2pt;height:10.8pt" o:oleicon="f" o:ole="">
            <v:imagedata r:id="rId4414" o:title="eqIde631eb268821e9cb3c1b8ad50801594c"/>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14288" type="#_x0000_t75" alt="学科网(www.zxxk.com)--教育资源门户，提供试卷、教案、课件、论文、素材以及各类教学资源下载，还有大量而丰富的教学相关资讯！" style="width:50.2pt;height:14.2pt" o:oleicon="f" o:ole="">
            <v:imagedata r:id="rId4415" o:title="eqIdead65d4f161109d1d13ea7953cce490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89" type="#_x0000_t75" alt="学科网(www.zxxk.com)--教育资源门户，提供试卷、教案、课件、论文、素材以及各类教学资源下载，还有大量而丰富的教学相关资讯！" style="width:47.4pt;height:14.4pt" o:oleicon="f" o:ole="">
            <v:imagedata r:id="rId4416" o:title="eqIdf81a51174cdbacef4d3901ab446129b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90" type="#_x0000_t75" alt="学科网(www.zxxk.com)--教育资源门户，提供试卷、教案、课件、论文、素材以及各类教学资源下载，还有大量而丰富的教学相关资讯！" style="width:67.1pt;height:14.2pt" o:oleicon="f" o:ole="">
            <v:imagedata r:id="rId4417" o:title="eqIda40c7d4e9e12dd5d12ba69c6e1ecad0c"/>
          </v:shape>
        </w:pi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291" type="#_x0000_t75" alt="学科网(www.zxxk.com)--教育资源门户，提供试卷、教案、课件、论文、素材以及各类教学资源下载，还有大量而丰富的教学相关资讯！" style="width:27.75pt;height:14.25pt" o:oleicon="f" o:ole="">
            <v:imagedata r:id="rId4418" o:title="eqId9f34365e5040ce6944115c8da61bf110"/>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④当</w:t>
      </w:r>
      <w:r>
        <w:pict>
          <v:shape id="_x0000_i714292" type="#_x0000_t75" alt="学科网(www.zxxk.com)--教育资源门户，提供试卷、教案、课件、论文、素材以及各类教学资源下载，还有大量而丰富的教学相关资讯！" style="width:27.75pt;height:14.25pt" o:oleicon="f" o:ole="">
            <v:imagedata r:id="rId4419" o:title="eqId94440d3e4c073f94f2b266ff99d50e74"/>
          </v:shape>
        </w:pict>
      </w:r>
      <w:r>
        <w:rPr>
          <w:rFonts w:ascii="宋体" w:eastAsia="宋体" w:hAnsi="宋体" w:cs="宋体"/>
          <w:color w:val="000000"/>
        </w:rPr>
        <w:t>，</w:t>
      </w:r>
      <w:r>
        <w:pict>
          <v:shape id="_x0000_i714293" type="#_x0000_t75" alt="学科网(www.zxxk.com)--教育资源门户，提供试卷、教案、课件、论文、素材以及各类教学资源下载，还有大量而丰富的教学相关资讯！" style="width:50.2pt;height:14.2pt" o:oleicon="f" o:ole="">
            <v:imagedata r:id="rId4420" o:title="eqId815acd0edc515a2baa8b4bd97d9d7bb1"/>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w:t>
      </w:r>
      <w:r>
        <w:pict>
          <v:shape id="_x0000_i714294" type="#_x0000_t75" alt="学科网(www.zxxk.com)--教育资源门户，提供试卷、教案、课件、论文、素材以及各类教学资源下载，还有大量而丰富的教学相关资讯！" style="width:31.2pt;height:10.8pt" o:oleicon="f" o:ole="">
            <v:imagedata r:id="rId4421" o:title="eqIde631eb268821e9cb3c1b8ad50801594c"/>
          </v:shape>
        </w:pict>
      </w:r>
      <w:r>
        <w:rPr>
          <w:rFonts w:ascii="宋体" w:eastAsia="宋体" w:hAnsi="宋体" w:cs="宋体"/>
          <w:color w:val="000000"/>
        </w:rPr>
        <w:t>，</w:t>
      </w:r>
      <w:r>
        <w:pict>
          <v:shape id="_x0000_i714295" type="#_x0000_t75" alt="学科网(www.zxxk.com)--教育资源门户，提供试卷、教案、课件、论文、素材以及各类教学资源下载，还有大量而丰富的教学相关资讯！" style="width:57.25pt;height:14.2pt" o:oleicon="f" o:ole="">
            <v:imagedata r:id="rId4422" o:title="eqIdcf81ccab335e40a958e5d2022c6b95e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96" type="#_x0000_t75" alt="学科网(www.zxxk.com)--教育资源门户，提供试卷、教案、课件、论文、素材以及各类教学资源下载，还有大量而丰富的教学相关资讯！" style="width:47.4pt;height:14.4pt" o:oleicon="f" o:ole="">
            <v:imagedata r:id="rId4423" o:title="eqIdf81a51174cdbacef4d3901ab446129b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297" type="#_x0000_t75" alt="学科网(www.zxxk.com)--教育资源门户，提供试卷、教案、课件、论文、素材以及各类教学资源下载，还有大量而丰富的教学相关资讯！" style="width:74.2pt;height:14.2pt" o:oleicon="f" o:ole="">
            <v:imagedata r:id="rId4424" o:title="eqIda8fb5c961bc7724671cd395d8a05aba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298" type="#_x0000_t75" alt="学科网(www.zxxk.com)--教育资源门户，提供试卷、教案、课件、论文、素材以及各类教学资源下载，还有大量而丰富的教学相关资讯！" style="width:26.1pt;height:13.6pt" o:oleicon="f" o:ole="">
            <v:imagedata r:id="rId4425" o:title="eqId0b550ee821ee1838384835e81fc34b6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pict>
          <v:shape id="_x0000_i714299" type="#_x0000_t75" alt="学科网(www.zxxk.com)--教育资源门户，提供试卷、教案、课件、论文、素材以及各类教学资源下载，还有大量而丰富的教学相关资讯！" style="width:26.1pt;height:13.6pt" o:oleicon="f" o:ole="">
            <v:imagedata r:id="rId4426" o:title="eqId0b550ee821ee1838384835e81fc34b67"/>
          </v:shape>
        </w:pict>
      </w:r>
      <w:r>
        <w:rPr>
          <w:rFonts w:ascii="宋体" w:eastAsia="宋体" w:hAnsi="宋体" w:cs="宋体"/>
          <w:color w:val="000000"/>
        </w:rPr>
        <w:t>或</w:t>
      </w:r>
      <w:r>
        <w:pict>
          <v:shape id="_x0000_i714300" type="#_x0000_t75" alt="学科网(www.zxxk.com)--教育资源门户，提供试卷、教案、课件、论文、素材以及各类教学资源下载，还有大量而丰富的教学相关资讯！" style="width:27.75pt;height:14.25pt" o:oleicon="f" o:ole="">
            <v:imagedata r:id="rId4427" o:title="eqId9f34365e5040ce6944115c8da61bf110"/>
          </v:shape>
        </w:pi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本题考查新定义的运算，涉及到数轴的相关知识，解题的关键是正确解读题意，理解新定义，并熟练掌握数轴上两点间的距离公式．</w:t>
      </w:r>
    </w:p>
    <w:p>
      <w:pPr>
        <w:pStyle w:val="Heading2"/>
      </w:pPr>
      <w:r>
        <w:t>第二中学</w:t>
      </w:r>
    </w:p>
    <w:p>
      <w:pPr>
        <w:spacing w:line="360" w:lineRule="auto"/>
        <w:jc w:val="left"/>
        <w:textAlignment w:val="center"/>
        <w:rPr>
          <w:color w:val="000000"/>
        </w:rPr>
      </w:pPr>
      <w:r>
        <w:rPr>
          <w:color w:val="000000"/>
        </w:rPr>
        <w:t xml:space="preserve">27. </w:t>
      </w:r>
      <w:r>
        <w:rPr>
          <w:rFonts w:ascii="宋体" w:eastAsia="宋体" w:hAnsi="宋体" w:cs="宋体"/>
          <w:color w:val="000000"/>
        </w:rPr>
        <w:t>如图，</w:t>
      </w:r>
      <w:r>
        <w:pict>
          <v:shape id="_x0000_i714301" type="#_x0000_t75" alt="学科网(www.zxxk.com)--教育资源门户，提供试卷、教案、课件、论文、素材以及各类教学资源下载，还有大量而丰富的教学相关资讯！" style="width:65.4pt;height:14.4pt" o:oleicon="f" o:ole="">
            <v:imagedata r:id="rId4428" o:title="eqIddc1eb76fe74cba30f7cbcde349ba80da"/>
          </v:shape>
        </w:pict>
      </w:r>
      <w:r>
        <w:rPr>
          <w:rFonts w:ascii="宋体" w:eastAsia="宋体" w:hAnsi="宋体" w:cs="宋体"/>
          <w:color w:val="000000"/>
        </w:rPr>
        <w:t>，分别引射线</w:t>
      </w:r>
      <w:r>
        <w:pict>
          <v:shape id="_x0000_i714302" type="#_x0000_t75" alt="学科网(www.zxxk.com)--教育资源门户，提供试卷、教案、课件、论文、素材以及各类教学资源下载，还有大量而丰富的教学相关资讯！" style="width:20.8pt;height:14pt" o:oleicon="f" o:ole="">
            <v:imagedata r:id="rId4429" o:title="eqId828628c0876b45381c9a0edeb0fec236"/>
          </v:shape>
        </w:pict>
      </w:r>
      <w:r>
        <w:rPr>
          <w:rFonts w:ascii="宋体" w:eastAsia="宋体" w:hAnsi="宋体" w:cs="宋体"/>
          <w:color w:val="000000"/>
        </w:rPr>
        <w:t>、</w:t>
      </w:r>
      <w:r>
        <w:pict>
          <v:shape id="_x0000_i714303" type="#_x0000_t75" alt="学科网(www.zxxk.com)--教育资源门户，提供试卷、教案、课件、论文、素材以及各类教学资源下载，还有大量而丰富的教学相关资讯！" style="width:20.75pt;height:14.55pt" o:oleicon="f" o:ole="">
            <v:imagedata r:id="rId4430" o:title="eqId683c590673eece14fea3319c4fd5eb55"/>
          </v:shape>
        </w:pict>
      </w:r>
      <w:r>
        <w:rPr>
          <w:rFonts w:ascii="宋体" w:eastAsia="宋体" w:hAnsi="宋体" w:cs="宋体"/>
          <w:color w:val="000000"/>
        </w:rPr>
        <w:t>、</w:t>
      </w:r>
      <w:r>
        <w:pict>
          <v:shape id="_x0000_i714304" type="#_x0000_t75" alt="学科网(www.zxxk.com)--教育资源门户，提供试卷、教案、课件、论文、素材以及各类教学资源下载，还有大量而丰富的教学相关资讯！" style="width:20.4pt;height:14.4pt" o:oleicon="f" o:ole="">
            <v:imagedata r:id="rId4431" o:title="eqIda299d2b999568e80be8005565ba209a4"/>
          </v:shape>
        </w:pict>
      </w:r>
      <w:r>
        <w:rPr>
          <w:rFonts w:ascii="宋体" w:eastAsia="宋体" w:hAnsi="宋体" w:cs="宋体"/>
          <w:color w:val="000000"/>
        </w:rPr>
        <w:t>，使</w:t>
      </w:r>
      <w:r>
        <w:pict>
          <v:shape id="_x0000_i714305" type="#_x0000_t75" alt="学科网(www.zxxk.com)--教育资源门户，提供试卷、教案、课件、论文、素材以及各类教学资源下载，还有大量而丰富的教学相关资讯！" style="width:20.75pt;height:14.55pt" o:oleicon="f" o:ole="">
            <v:imagedata r:id="rId4430" o:title="eqId683c590673eece14fea3319c4fd5eb55"/>
          </v:shape>
        </w:pict>
      </w:r>
      <w:r>
        <w:rPr>
          <w:rFonts w:ascii="宋体" w:eastAsia="宋体" w:hAnsi="宋体" w:cs="宋体"/>
          <w:color w:val="000000"/>
        </w:rPr>
        <w:t>平分</w:t>
      </w:r>
      <w:r>
        <w:pict>
          <v:shape id="_x0000_i714306" type="#_x0000_t75" alt="学科网(www.zxxk.com)--教育资源门户，提供试卷、教案、课件、论文、素材以及各类教学资源下载，还有大量而丰富的教学相关资讯！" style="width:39.75pt;height:14.25pt" o:oleicon="f" o:ole="">
            <v:imagedata r:id="rId4432" o:title="eqIdd22df2977de56cc69be0c1e847653d7a"/>
          </v:shape>
        </w:pict>
      </w:r>
      <w:r>
        <w:rPr>
          <w:rFonts w:ascii="宋体" w:eastAsia="宋体" w:hAnsi="宋体" w:cs="宋体"/>
          <w:color w:val="000000"/>
        </w:rPr>
        <w:t>，</w:t>
      </w:r>
      <w:r>
        <w:pict>
          <v:shape id="_x0000_i714307" type="#_x0000_t75" alt="学科网(www.zxxk.com)--教育资源门户，提供试卷、教案、课件、论文、素材以及各类教学资源下载，还有大量而丰富的教学相关资讯！" style="width:20.4pt;height:14.4pt" o:oleicon="f" o:ole="">
            <v:imagedata r:id="rId4431" o:title="eqIda299d2b999568e80be8005565ba209a4"/>
          </v:shape>
        </w:pict>
      </w:r>
      <w:r>
        <w:rPr>
          <w:rFonts w:ascii="宋体" w:eastAsia="宋体" w:hAnsi="宋体" w:cs="宋体"/>
          <w:color w:val="000000"/>
        </w:rPr>
        <w:t>平分</w:t>
      </w:r>
      <w:r>
        <w:pict>
          <v:shape id="_x0000_i714308" type="#_x0000_t75" alt="学科网(www.zxxk.com)--教育资源门户，提供试卷、教案、课件、论文、素材以及各类教学资源下载，还有大量而丰富的教学相关资讯！" style="width:33pt;height:12.75pt" o:oleicon="f" o:ole="">
            <v:imagedata r:id="rId4433" o:title="eqId42e7b8a59f8d66176463f3d71f882a26"/>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838450" cy="1438275"/>
            <wp:docPr id="34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 name=""/>
                    <pic:cNvPicPr>
                      <a:picLocks noChangeAspect="1"/>
                    </pic:cNvPicPr>
                  </pic:nvPicPr>
                  <pic:blipFill>
                    <a:blip r:embed="rId4434"/>
                    <a:stretch>
                      <a:fillRect/>
                    </a:stretch>
                  </pic:blipFill>
                  <pic:spPr>
                    <a:xfrm>
                      <a:off x="0" y="0"/>
                      <a:ext cx="2838450" cy="1438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当射线</w:t>
      </w:r>
      <w:r>
        <w:pict>
          <v:shape id="_x0000_i714309" type="#_x0000_t75" alt="学科网(www.zxxk.com)--教育资源门户，提供试卷、教案、课件、论文、素材以及各类教学资源下载，还有大量而丰富的教学相关资讯！" style="width:20.8pt;height:14pt" o:oleicon="f" o:ole="">
            <v:imagedata r:id="rId4435" o:title="eqId828628c0876b45381c9a0edeb0fec236"/>
          </v:shape>
        </w:pict>
      </w:r>
      <w:r>
        <w:rPr>
          <w:rFonts w:ascii="宋体" w:eastAsia="宋体" w:hAnsi="宋体" w:cs="宋体"/>
          <w:color w:val="000000"/>
        </w:rPr>
        <w:t>在</w:t>
      </w:r>
      <w:r>
        <w:pict>
          <v:shape id="_x0000_i714310" type="#_x0000_t75" alt="学科网(www.zxxk.com)--教育资源门户，提供试卷、教案、课件、论文、素材以及各类教学资源下载，还有大量而丰富的教学相关资讯！" style="width:39.75pt;height:14.25pt" o:oleicon="f" o:ole="">
            <v:imagedata r:id="rId4436" o:title="eqId6d7b2fe01a33c4825f9974ed9663a99c"/>
          </v:shape>
        </w:pict>
      </w:r>
      <w:r>
        <w:rPr>
          <w:rFonts w:ascii="宋体" w:eastAsia="宋体" w:hAnsi="宋体" w:cs="宋体"/>
          <w:color w:val="000000"/>
        </w:rPr>
        <w:t>内部时，若</w:t>
      </w:r>
      <w:r>
        <w:pict>
          <v:shape id="_x0000_i714311"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4437" o:title="eqId3ebc36a91cb41c867d7519b655b1ab88"/>
          </v:shape>
        </w:pict>
      </w:r>
      <w:r>
        <w:rPr>
          <w:rFonts w:ascii="宋体" w:eastAsia="宋体" w:hAnsi="宋体" w:cs="宋体"/>
          <w:color w:val="000000"/>
        </w:rPr>
        <w:t>，请依题意补全图</w:t>
      </w:r>
      <w:r>
        <w:rPr>
          <w:rFonts w:ascii="Times New Roman" w:eastAsia="Times New Roman" w:hAnsi="Times New Roman" w:cs="Times New Roman"/>
          <w:color w:val="000000"/>
        </w:rPr>
        <w:t>1</w:t>
      </w:r>
      <w:r>
        <w:rPr>
          <w:rFonts w:ascii="宋体" w:eastAsia="宋体" w:hAnsi="宋体" w:cs="宋体"/>
          <w:color w:val="000000"/>
        </w:rPr>
        <w:t>，并求</w:t>
      </w:r>
      <w:r>
        <w:pict>
          <v:shape id="_x0000_i714312" type="#_x0000_t75" alt="学科网(www.zxxk.com)--教育资源门户，提供试卷、教案、课件、论文、素材以及各类教学资源下载，还有大量而丰富的教学相关资讯！" style="width:36.75pt;height:14.25pt" o:oleicon="f" o:ole="">
            <v:imagedata r:id="rId4438" o:title="eqId7307ac7510cf35f74337d368b94da4e5"/>
          </v:shape>
        </w:pic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14313" type="#_x0000_t75" alt="学科网(www.zxxk.com)--教育资源门户，提供试卷、教案、课件、论文、素材以及各类教学资源下载，还有大量而丰富的教学相关资讯！" style="width:58.2pt;height:14.4pt" o:oleicon="f" o:ole="">
            <v:imagedata r:id="rId4439" o:title="eqIdfcbec8352ce3dbfbf3b173045d0ba8f2"/>
          </v:shape>
        </w:pict>
      </w:r>
      <w:r>
        <w:rPr>
          <w:rFonts w:ascii="宋体" w:eastAsia="宋体" w:hAnsi="宋体" w:cs="宋体"/>
          <w:color w:val="000000"/>
        </w:rPr>
        <w:t>（其中</w:t>
      </w:r>
      <w:r>
        <w:pict>
          <v:shape id="_x0000_i714314" type="#_x0000_t75" alt="学科网(www.zxxk.com)--教育资源门户，提供试卷、教案、课件、论文、素材以及各类教学资源下载，还有大量而丰富的教学相关资讯！" style="width:12pt;height:10.9pt" o:oleicon="f" o:ole="">
            <v:imagedata r:id="rId4440" o:title="eqIde170f206fdbbd834aad7580c727e2cc6"/>
          </v:shape>
        </w:pict>
      </w:r>
      <w:r>
        <w:rPr>
          <w:rFonts w:ascii="宋体" w:eastAsia="宋体" w:hAnsi="宋体" w:cs="宋体"/>
          <w:color w:val="000000"/>
        </w:rPr>
        <w:t>是小于</w:t>
      </w:r>
      <w:r>
        <w:pict>
          <v:shape id="_x0000_i714315" type="#_x0000_t75" alt="学科网(www.zxxk.com)--教育资源门户，提供试卷、教案、课件、论文、素材以及各类教学资源下载，还有大量而丰富的教学相关资讯！" style="width:19.5pt;height:14.5pt" o:oleicon="f" o:ole="">
            <v:imagedata r:id="rId4441" o:title="eqIdbe6a6301878fed2a01413020b27310a5"/>
          </v:shape>
        </w:pict>
      </w:r>
      <w:r>
        <w:rPr>
          <w:rFonts w:ascii="宋体" w:eastAsia="宋体" w:hAnsi="宋体" w:cs="宋体"/>
          <w:color w:val="000000"/>
        </w:rPr>
        <w:t>的锐角），请直接写出</w:t>
      </w:r>
      <w:r>
        <w:pict>
          <v:shape id="_x0000_i714316" type="#_x0000_t75" alt="学科网(www.zxxk.com)--教育资源门户，提供试卷、教案、课件、论文、素材以及各类教学资源下载，还有大量而丰富的教学相关资讯！" style="width:36.75pt;height:14.25pt" o:oleicon="f" o:ole="">
            <v:imagedata r:id="rId4442" o:title="eqId7307ac7510cf35f74337d368b94da4e5"/>
          </v:shape>
        </w:pict>
      </w:r>
      <w:r>
        <w:rPr>
          <w:rFonts w:ascii="宋体" w:eastAsia="宋体" w:hAnsi="宋体" w:cs="宋体"/>
          <w:color w:val="000000"/>
        </w:rPr>
        <w:t>的度数（用含</w:t>
      </w:r>
      <w:r>
        <w:pict>
          <v:shape id="_x0000_i714317" type="#_x0000_t75" alt="学科网(www.zxxk.com)--教育资源门户，提供试卷、教案、课件、论文、素材以及各类教学资源下载，还有大量而丰富的教学相关资讯！" style="width:12pt;height:10.9pt" o:oleicon="f" o:ole="">
            <v:imagedata r:id="rId4440" o:title="eqIde170f206fdbbd834aad7580c727e2cc6"/>
          </v:shape>
        </w:pict>
      </w:r>
      <w:r>
        <w:rPr>
          <w:rFonts w:ascii="宋体" w:eastAsia="宋体" w:hAnsi="宋体" w:cs="宋体"/>
          <w:color w:val="000000"/>
        </w:rPr>
        <w:t>的代数式表示）．</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图见解析，</w:t>
      </w:r>
      <w:r>
        <w:pict>
          <v:shape id="_x0000_i714318" type="#_x0000_t75" alt="学科网(www.zxxk.com)--教育资源门户，提供试卷、教案、课件、论文、素材以及各类教学资源下载，还有大量而丰富的教学相关资讯！" style="width:20.5pt;height:14pt" o:oleicon="f" o:ole="">
            <v:imagedata r:id="rId4443" o:title="eqIdf1845ed03ec08feac9adee161aab3449"/>
          </v:shape>
        </w:pict>
      </w:r>
      <w:r>
        <w:rPr>
          <w:color w:val="000000"/>
        </w:rPr>
        <w:t xml:space="preserve">    </w:t>
      </w:r>
    </w:p>
    <w:p>
      <w:pPr>
        <w:spacing w:line="360" w:lineRule="auto"/>
        <w:textAlignment w:val="center"/>
        <w:rPr>
          <w:color w:val="000000"/>
        </w:rPr>
      </w:pPr>
      <w:r>
        <w:rPr>
          <w:color w:val="000000"/>
        </w:rPr>
        <w:t>（2）</w:t>
      </w:r>
      <w:r>
        <w:pict>
          <v:shape id="_x0000_i714319" type="#_x0000_t75" alt="学科网(www.zxxk.com)--教育资源门户，提供试卷、教案、课件、论文、素材以及各类教学资源下载，还有大量而丰富的教学相关资讯！" style="width:48pt;height:30.75pt" o:oleicon="f" o:ole="">
            <v:imagedata r:id="rId4444" o:title="eqIdc47e4fb9bd8037f6dd38d68eec153ff6"/>
          </v:shape>
        </w:pict>
      </w:r>
      <w:r>
        <w:rPr>
          <w:rFonts w:ascii="宋体" w:eastAsia="宋体" w:hAnsi="宋体" w:cs="宋体"/>
          <w:color w:val="000000"/>
        </w:rPr>
        <w:t>或</w:t>
      </w:r>
      <w:r>
        <w:pict>
          <v:shape id="_x0000_i714320" type="#_x0000_t75" alt="学科网(www.zxxk.com)--教育资源门户，提供试卷、教案、课件、论文、素材以及各类教学资源下载，还有大量而丰富的教学相关资讯！" style="width:48pt;height:30.75pt" o:oleicon="f" o:ole="">
            <v:imagedata r:id="rId4445" o:title="eqId98ae8d41c53ebd55730d0b72d7571e77"/>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）根据题意作图，利用角的和差和角平分线的意义进行求解即可；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）分两种情况，射线</w:t>
      </w:r>
      <w:r>
        <w:pict>
          <v:shape id="_x0000_i714321" type="#_x0000_t75" alt="学科网(www.zxxk.com)--教育资源门户，提供试卷、教案、课件、论文、素材以及各类教学资源下载，还有大量而丰富的教学相关资讯！" style="width:20.8pt;height:14pt" o:oleicon="f" o:ole="">
            <v:imagedata r:id="rId4446" o:title="eqId828628c0876b45381c9a0edeb0fec236"/>
          </v:shape>
        </w:pict>
      </w:r>
      <w:r>
        <w:rPr>
          <w:rFonts w:ascii="宋体" w:eastAsia="宋体" w:hAnsi="宋体" w:cs="宋体"/>
          <w:color w:val="000000"/>
        </w:rPr>
        <w:t>在</w:t>
      </w:r>
      <w:r>
        <w:pict>
          <v:shape id="_x0000_i714322" type="#_x0000_t75" alt="学科网(www.zxxk.com)--教育资源门户，提供试卷、教案、课件、论文、素材以及各类教学资源下载，还有大量而丰富的教学相关资讯！" style="width:39.75pt;height:14.25pt" o:oleicon="f" o:ole="">
            <v:imagedata r:id="rId4447" o:title="eqId6d7b2fe01a33c4825f9974ed9663a99c"/>
          </v:shape>
        </w:pict>
      </w:r>
      <w:r>
        <w:rPr>
          <w:rFonts w:ascii="宋体" w:eastAsia="宋体" w:hAnsi="宋体" w:cs="宋体"/>
          <w:color w:val="000000"/>
        </w:rPr>
        <w:t>内部和外部，分别利用角的和差和角平分线的意义进行求解即可．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补全图如图所示：</w:t>
      </w:r>
    </w:p>
    <w:p>
      <w:pPr>
        <w:spacing w:line="360" w:lineRule="auto"/>
        <w:jc w:val="left"/>
        <w:textAlignment w:val="center"/>
        <w:rPr>
          <w:color w:val="000000"/>
        </w:rPr>
      </w:pPr>
      <w:r>
        <w:rPr>
          <w:color w:val="000000"/>
        </w:rPr>
        <w:drawing>
          <wp:inline>
            <wp:extent cx="1876425" cy="1590675"/>
            <wp:docPr id="34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 name=""/>
                    <pic:cNvPicPr>
                      <a:picLocks noChangeAspect="1"/>
                    </pic:cNvPicPr>
                  </pic:nvPicPr>
                  <pic:blipFill>
                    <a:blip r:embed="rId4448"/>
                    <a:stretch>
                      <a:fillRect/>
                    </a:stretch>
                  </pic:blipFill>
                  <pic:spPr>
                    <a:xfrm>
                      <a:off x="0" y="0"/>
                      <a:ext cx="1876425" cy="15906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pict>
          <v:shape id="_x0000_i714323" type="#_x0000_t75" alt="学科网(www.zxxk.com)--教育资源门户，提供试卷、教案、课件、论文、素材以及各类教学资源下载，还有大量而丰富的教学相关资讯！" style="width:65.4pt;height:14.4pt" o:oleicon="f" o:ole="">
            <v:imagedata r:id="rId4449" o:title="eqIddc1eb76fe74cba30f7cbcde349ba80da"/>
          </v:shape>
        </w:pict>
      </w:r>
      <w:r>
        <w:rPr>
          <w:rFonts w:ascii="宋体" w:eastAsia="宋体" w:hAnsi="宋体" w:cs="宋体"/>
          <w:color w:val="000000"/>
        </w:rPr>
        <w:t>，</w:t>
      </w:r>
      <w:r>
        <w:pict>
          <v:shape id="_x0000_i714324"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4450" o:title="eqId3ebc36a91cb41c867d7519b655b1ab88"/>
          </v:shape>
        </w:pict>
      </w:r>
      <w:r>
        <w:rPr>
          <w:rFonts w:ascii="宋体" w:eastAsia="宋体" w:hAnsi="宋体" w:cs="宋体"/>
          <w:color w:val="000000"/>
        </w:rPr>
        <w:t>，</w:t>
      </w:r>
      <w:r>
        <w:pict>
          <v:shape id="_x0000_i714325" type="#_x0000_t75" alt="学科网(www.zxxk.com)--教育资源门户，提供试卷、教案、课件、论文、素材以及各类教学资源下载，还有大量而丰富的教学相关资讯！" style="width:20.75pt;height:14.55pt" o:oleicon="f" o:ole="">
            <v:imagedata r:id="rId4451" o:title="eqId683c590673eece14fea3319c4fd5eb55"/>
          </v:shape>
        </w:pict>
      </w:r>
      <w:r>
        <w:rPr>
          <w:rFonts w:ascii="宋体" w:eastAsia="宋体" w:hAnsi="宋体" w:cs="宋体"/>
          <w:color w:val="000000"/>
        </w:rPr>
        <w:t>平分</w:t>
      </w:r>
      <w:r>
        <w:pict>
          <v:shape id="_x0000_i714326" type="#_x0000_t75" alt="学科网(www.zxxk.com)--教育资源门户，提供试卷、教案、课件、论文、素材以及各类教学资源下载，还有大量而丰富的教学相关资讯！" style="width:39.75pt;height:14.25pt" o:oleicon="f" o:ole="">
            <v:imagedata r:id="rId4452" o:title="eqIdd22df2977de56cc69be0c1e847653d7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327" type="#_x0000_t75" alt="学科网(www.zxxk.com)--教育资源门户，提供试卷、教案、课件、论文、素材以及各类教学资源下载，还有大量而丰富的教学相关资讯！" style="width:154.7pt;height:13.9pt" o:oleicon="f" o:ole="">
            <v:imagedata r:id="rId4453" o:title="eqIdd7858cc3e93b713ca094fbc1f31525d2"/>
          </v:shape>
        </w:pict>
      </w:r>
      <w:r>
        <w:rPr>
          <w:rFonts w:ascii="宋体" w:eastAsia="宋体" w:hAnsi="宋体" w:cs="宋体"/>
          <w:color w:val="000000"/>
        </w:rPr>
        <w:t>，</w:t>
      </w:r>
      <w:r>
        <w:pict>
          <v:shape id="_x0000_i714328" type="#_x0000_t75" alt="学科网(www.zxxk.com)--教育资源门户，提供试卷、教案、课件、论文、素材以及各类教学资源下载，还有大量而丰富的教学相关资讯！" style="width:167.25pt;height:30.75pt" o:oleicon="f" o:ole="">
            <v:imagedata r:id="rId4454" o:title="eqId03565ba9d7983bd59804c157d68c7fb3"/>
          </v:shape>
        </w:pict>
      </w:r>
      <w:r>
        <w:rPr>
          <w:rFonts w:ascii="宋体" w:eastAsia="宋体" w:hAnsi="宋体" w:cs="宋体"/>
          <w:color w:val="000000"/>
        </w:rPr>
        <w:t>，</w:t>
      </w:r>
    </w:p>
    <w:p>
      <w:pPr>
        <w:spacing w:line="360" w:lineRule="auto"/>
        <w:jc w:val="left"/>
        <w:textAlignment w:val="center"/>
        <w:rPr>
          <w:color w:val="000000"/>
        </w:rPr>
      </w:pPr>
      <w:r>
        <w:pict>
          <v:shape id="_x0000_i714329" type="#_x0000_t75" alt="学科网(www.zxxk.com)--教育资源门户，提供试卷、教案、课件、论文、素材以及各类教学资源下载，还有大量而丰富的教学相关资讯！" style="width:165pt;height:14.25pt" o:oleicon="f" o:ole="">
            <v:imagedata r:id="rId4455" o:title="eqId3eec48ef31472d4ea185852d2341c0f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330" type="#_x0000_t75" alt="学科网(www.zxxk.com)--教育资源门户，提供试卷、教案、课件、论文、素材以及各类教学资源下载，还有大量而丰富的教学相关资讯！" style="width:20.4pt;height:14.4pt" o:oleicon="f" o:ole="">
            <v:imagedata r:id="rId4456" o:title="eqIda299d2b999568e80be8005565ba209a4"/>
          </v:shape>
        </w:pict>
      </w:r>
      <w:r>
        <w:rPr>
          <w:rFonts w:ascii="宋体" w:eastAsia="宋体" w:hAnsi="宋体" w:cs="宋体"/>
          <w:color w:val="000000"/>
        </w:rPr>
        <w:t>平分</w:t>
      </w:r>
      <w:r>
        <w:pict>
          <v:shape id="_x0000_i714331" type="#_x0000_t75" alt="学科网(www.zxxk.com)--教育资源门户，提供试卷、教案、课件、论文、素材以及各类教学资源下载，还有大量而丰富的教学相关资讯！" style="width:33pt;height:12.75pt" o:oleicon="f" o:ole="">
            <v:imagedata r:id="rId4457" o:title="eqId42e7b8a59f8d66176463f3d71f882a26"/>
          </v:shape>
        </w:pict>
      </w:r>
      <w:r>
        <w:rPr>
          <w:rFonts w:ascii="宋体" w:eastAsia="宋体" w:hAnsi="宋体" w:cs="宋体"/>
          <w:color w:val="000000"/>
        </w:rPr>
        <w:t>，</w:t>
      </w:r>
    </w:p>
    <w:p>
      <w:pPr>
        <w:spacing w:line="360" w:lineRule="auto"/>
        <w:jc w:val="left"/>
        <w:textAlignment w:val="center"/>
        <w:rPr>
          <w:color w:val="000000"/>
        </w:rPr>
      </w:pPr>
      <w:r>
        <w:pict>
          <v:shape id="_x0000_i714332" type="#_x0000_t75" alt="学科网(www.zxxk.com)--教育资源门户，提供试卷、教案、课件、论文、素材以及各类教学资源下载，还有大量而丰富的教学相关资讯！" style="width:129.75pt;height:30.75pt" o:oleicon="f" o:ole="">
            <v:imagedata r:id="rId4458" o:title="eqId75a315def8b43225e667388ff4c3f07f"/>
          </v:shape>
        </w:pict>
      </w:r>
      <w:r>
        <w:rPr>
          <w:rFonts w:ascii="宋体" w:eastAsia="宋体" w:hAnsi="宋体" w:cs="宋体"/>
          <w:color w:val="000000"/>
        </w:rPr>
        <w:t>，</w:t>
      </w:r>
    </w:p>
    <w:p>
      <w:pPr>
        <w:spacing w:line="360" w:lineRule="auto"/>
        <w:jc w:val="left"/>
        <w:textAlignment w:val="center"/>
        <w:rPr>
          <w:color w:val="000000"/>
        </w:rPr>
      </w:pPr>
      <w:r>
        <w:pict>
          <v:shape id="_x0000_i714333" type="#_x0000_t75" alt="学科网(www.zxxk.com)--教育资源门户，提供试卷、教案、课件、论文、素材以及各类教学资源下载，还有大量而丰富的教学相关资讯！" style="width:162.75pt;height:14.25pt" o:oleicon="f" o:ole="">
            <v:imagedata r:id="rId4459" o:title="eqIdcfa81e1c26f5c59c9f25db4b3d46029e"/>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当射线</w:t>
      </w:r>
      <w:r>
        <w:pict>
          <v:shape id="_x0000_i714334" type="#_x0000_t75" alt="学科网(www.zxxk.com)--教育资源门户，提供试卷、教案、课件、论文、素材以及各类教学资源下载，还有大量而丰富的教学相关资讯！" style="width:20.8pt;height:14pt" o:oleicon="f" o:ole="">
            <v:imagedata r:id="rId4460" o:title="eqId828628c0876b45381c9a0edeb0fec236"/>
          </v:shape>
        </w:pict>
      </w:r>
      <w:r>
        <w:rPr>
          <w:rFonts w:ascii="宋体" w:eastAsia="宋体" w:hAnsi="宋体" w:cs="宋体"/>
          <w:color w:val="000000"/>
        </w:rPr>
        <w:t>在</w:t>
      </w:r>
      <w:r>
        <w:pict>
          <v:shape id="_x0000_i714335" type="#_x0000_t75" alt="学科网(www.zxxk.com)--教育资源门户，提供试卷、教案、课件、论文、素材以及各类教学资源下载，还有大量而丰富的教学相关资讯！" style="width:39.75pt;height:14.25pt" o:oleicon="f" o:ole="">
            <v:imagedata r:id="rId4461" o:title="eqId6d7b2fe01a33c4825f9974ed9663a99c"/>
          </v:shape>
        </w:pict>
      </w:r>
      <w:r>
        <w:rPr>
          <w:rFonts w:ascii="宋体" w:eastAsia="宋体" w:hAnsi="宋体" w:cs="宋体"/>
          <w:color w:val="000000"/>
        </w:rPr>
        <w:t>内部时，</w:t>
      </w:r>
    </w:p>
    <w:p>
      <w:pPr>
        <w:spacing w:line="360" w:lineRule="auto"/>
        <w:jc w:val="left"/>
        <w:textAlignment w:val="center"/>
        <w:rPr>
          <w:color w:val="000000"/>
        </w:rPr>
      </w:pPr>
      <w:r>
        <w:rPr>
          <w:rFonts w:ascii="宋体" w:eastAsia="宋体" w:hAnsi="宋体" w:cs="宋体"/>
          <w:color w:val="000000"/>
        </w:rPr>
        <w:t>∵</w:t>
      </w:r>
      <w:r>
        <w:pict>
          <v:shape id="_x0000_i714336" type="#_x0000_t75" alt="学科网(www.zxxk.com)--教育资源门户，提供试卷、教案、课件、论文、素材以及各类教学资源下载，还有大量而丰富的教学相关资讯！" style="width:65.4pt;height:14.4pt" o:oleicon="f" o:ole="">
            <v:imagedata r:id="rId4462" o:title="eqIddc1eb76fe74cba30f7cbcde349ba80da"/>
          </v:shape>
        </w:pict>
      </w:r>
      <w:r>
        <w:rPr>
          <w:rFonts w:ascii="宋体" w:eastAsia="宋体" w:hAnsi="宋体" w:cs="宋体"/>
          <w:color w:val="000000"/>
        </w:rPr>
        <w:t>，</w:t>
      </w:r>
      <w:r>
        <w:pict>
          <v:shape id="_x0000_i714337" type="#_x0000_t75" alt="学科网(www.zxxk.com)--教育资源门户，提供试卷、教案、课件、论文、素材以及各类教学资源下载，还有大量而丰富的教学相关资讯！" style="width:58.2pt;height:14.4pt" o:oleicon="f" o:ole="">
            <v:imagedata r:id="rId4463" o:title="eqIdfcbec8352ce3dbfbf3b173045d0ba8f2"/>
          </v:shape>
        </w:pict>
      </w:r>
      <w:r>
        <w:rPr>
          <w:rFonts w:ascii="宋体" w:eastAsia="宋体" w:hAnsi="宋体" w:cs="宋体"/>
          <w:color w:val="000000"/>
        </w:rPr>
        <w:t>，</w:t>
      </w:r>
      <w:r>
        <w:pict>
          <v:shape id="_x0000_i714338" type="#_x0000_t75" alt="学科网(www.zxxk.com)--教育资源门户，提供试卷、教案、课件、论文、素材以及各类教学资源下载，还有大量而丰富的教学相关资讯！" style="width:20.75pt;height:14.55pt" o:oleicon="f" o:ole="">
            <v:imagedata r:id="rId4464" o:title="eqId683c590673eece14fea3319c4fd5eb55"/>
          </v:shape>
        </w:pict>
      </w:r>
      <w:r>
        <w:rPr>
          <w:rFonts w:ascii="宋体" w:eastAsia="宋体" w:hAnsi="宋体" w:cs="宋体"/>
          <w:color w:val="000000"/>
        </w:rPr>
        <w:t>平分</w:t>
      </w:r>
      <w:r>
        <w:pict>
          <v:shape id="_x0000_i714339" type="#_x0000_t75" alt="学科网(www.zxxk.com)--教育资源门户，提供试卷、教案、课件、论文、素材以及各类教学资源下载，还有大量而丰富的教学相关资讯！" style="width:39.75pt;height:14.25pt" o:oleicon="f" o:ole="">
            <v:imagedata r:id="rId4465" o:title="eqIdd22df2977de56cc69be0c1e847653d7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340" type="#_x0000_t75" alt="学科网(www.zxxk.com)--教育资源门户，提供试卷、教案、课件、论文、素材以及各类教学资源下载，还有大量而丰富的教学相关资讯！" style="width:173.25pt;height:14.25pt" o:oleicon="f" o:ole="">
            <v:imagedata r:id="rId4466" o:title="eqIdcee0f281aa46c88c336d532882c04819"/>
          </v:shape>
        </w:pict>
      </w:r>
      <w:r>
        <w:rPr>
          <w:rFonts w:ascii="宋体" w:eastAsia="宋体" w:hAnsi="宋体" w:cs="宋体"/>
          <w:color w:val="000000"/>
        </w:rPr>
        <w:t>，</w:t>
      </w:r>
      <w:r>
        <w:pict>
          <v:shape id="_x0000_i714341" type="#_x0000_t75" alt="学科网(www.zxxk.com)--教育资源门户，提供试卷、教案、课件、论文、素材以及各类教学资源下载，还有大量而丰富的教学相关资讯！" style="width:168.7pt;height:31.15pt" o:oleicon="f" o:ole="">
            <v:imagedata r:id="rId4467" o:title="eqId6174734b0364fad2578e39f00640827f"/>
          </v:shape>
        </w:pict>
      </w:r>
      <w:r>
        <w:rPr>
          <w:rFonts w:ascii="宋体" w:eastAsia="宋体" w:hAnsi="宋体" w:cs="宋体"/>
          <w:color w:val="000000"/>
        </w:rPr>
        <w:t>，</w:t>
      </w:r>
    </w:p>
    <w:p>
      <w:pPr>
        <w:spacing w:line="360" w:lineRule="auto"/>
        <w:jc w:val="left"/>
        <w:textAlignment w:val="center"/>
        <w:rPr>
          <w:color w:val="000000"/>
        </w:rPr>
      </w:pPr>
      <w:r>
        <w:pict>
          <v:shape id="_x0000_i714342" type="#_x0000_t75" alt="学科网(www.zxxk.com)--教育资源门户，提供试卷、教案、课件、论文、素材以及各类教学资源下载，还有大量而丰富的教学相关资讯！" style="width:192.75pt;height:30.75pt" o:oleicon="f" o:ole="">
            <v:imagedata r:id="rId4468" o:title="eqIdab11c4f9435f3f3cb310dc25361b87f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343" type="#_x0000_t75" alt="学科网(www.zxxk.com)--教育资源门户，提供试卷、教案、课件、论文、素材以及各类教学资源下载，还有大量而丰富的教学相关资讯！" style="width:20.4pt;height:14.4pt" o:oleicon="f" o:ole="">
            <v:imagedata r:id="rId4469" o:title="eqIda299d2b999568e80be8005565ba209a4"/>
          </v:shape>
        </w:pict>
      </w:r>
      <w:r>
        <w:rPr>
          <w:rFonts w:ascii="宋体" w:eastAsia="宋体" w:hAnsi="宋体" w:cs="宋体"/>
          <w:color w:val="000000"/>
        </w:rPr>
        <w:t>平分</w:t>
      </w:r>
      <w:r>
        <w:pict>
          <v:shape id="_x0000_i714344" type="#_x0000_t75" alt="学科网(www.zxxk.com)--教育资源门户，提供试卷、教案、课件、论文、素材以及各类教学资源下载，还有大量而丰富的教学相关资讯！" style="width:33pt;height:12.75pt" o:oleicon="f" o:ole="">
            <v:imagedata r:id="rId4470" o:title="eqId42e7b8a59f8d66176463f3d71f882a26"/>
          </v:shape>
        </w:pict>
      </w:r>
      <w:r>
        <w:rPr>
          <w:rFonts w:ascii="宋体" w:eastAsia="宋体" w:hAnsi="宋体" w:cs="宋体"/>
          <w:color w:val="000000"/>
        </w:rPr>
        <w:t>，</w:t>
      </w:r>
    </w:p>
    <w:p>
      <w:pPr>
        <w:spacing w:line="360" w:lineRule="auto"/>
        <w:jc w:val="left"/>
        <w:textAlignment w:val="center"/>
        <w:rPr>
          <w:color w:val="000000"/>
        </w:rPr>
      </w:pPr>
      <w:r>
        <w:pict>
          <v:shape id="_x0000_i714345" type="#_x0000_t75" alt="学科网(www.zxxk.com)--教育资源门户，提供试卷、教案、课件、论文、素材以及各类教学资源下载，还有大量而丰富的教学相关资讯！" style="width:158.25pt;height:30.75pt" o:oleicon="f" o:ole="">
            <v:imagedata r:id="rId4471" o:title="eqIde2e3d21d6c44efa7631053331fdaf13f"/>
          </v:shape>
        </w:pict>
      </w:r>
      <w:r>
        <w:rPr>
          <w:rFonts w:ascii="宋体" w:eastAsia="宋体" w:hAnsi="宋体" w:cs="宋体"/>
          <w:color w:val="000000"/>
        </w:rPr>
        <w:t>，</w:t>
      </w:r>
    </w:p>
    <w:p>
      <w:pPr>
        <w:spacing w:line="360" w:lineRule="auto"/>
        <w:jc w:val="left"/>
        <w:textAlignment w:val="center"/>
        <w:rPr>
          <w:color w:val="000000"/>
        </w:rPr>
      </w:pPr>
      <w:r>
        <w:pict>
          <v:shape id="_x0000_i714346" type="#_x0000_t75" alt="学科网(www.zxxk.com)--教育资源门户，提供试卷、教案、课件、论文、素材以及各类教学资源下载，还有大量而丰富的教学相关资讯！" style="width:285.75pt;height:33.75pt" o:oleicon="f" o:ole="">
            <v:imagedata r:id="rId4472" o:title="eqId19b6bae5adaf914a08ac8d5bcd85867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当射线</w:t>
      </w:r>
      <w:r>
        <w:pict>
          <v:shape id="_x0000_i714347" type="#_x0000_t75" alt="学科网(www.zxxk.com)--教育资源门户，提供试卷、教案、课件、论文、素材以及各类教学资源下载，还有大量而丰富的教学相关资讯！" style="width:20.8pt;height:14pt" o:oleicon="f" o:ole="">
            <v:imagedata r:id="rId4473" o:title="eqId828628c0876b45381c9a0edeb0fec236"/>
          </v:shape>
        </w:pict>
      </w:r>
      <w:r>
        <w:rPr>
          <w:rFonts w:ascii="宋体" w:eastAsia="宋体" w:hAnsi="宋体" w:cs="宋体"/>
          <w:color w:val="000000"/>
        </w:rPr>
        <w:t>在</w:t>
      </w:r>
      <w:r>
        <w:pict>
          <v:shape id="_x0000_i714348" type="#_x0000_t75" alt="学科网(www.zxxk.com)--教育资源门户，提供试卷、教案、课件、论文、素材以及各类教学资源下载，还有大量而丰富的教学相关资讯！" style="width:39.75pt;height:14.25pt" o:oleicon="f" o:ole="">
            <v:imagedata r:id="rId4474" o:title="eqId6d7b2fe01a33c4825f9974ed9663a99c"/>
          </v:shape>
        </w:pict>
      </w:r>
      <w:r>
        <w:rPr>
          <w:rFonts w:ascii="宋体" w:eastAsia="宋体" w:hAnsi="宋体" w:cs="宋体"/>
          <w:color w:val="000000"/>
        </w:rPr>
        <w:t>外部时，</w:t>
      </w:r>
    </w:p>
    <w:p>
      <w:pPr>
        <w:spacing w:line="360" w:lineRule="auto"/>
        <w:jc w:val="left"/>
        <w:textAlignment w:val="center"/>
        <w:rPr>
          <w:color w:val="000000"/>
        </w:rPr>
      </w:pPr>
      <w:r>
        <w:rPr>
          <w:rFonts w:ascii="宋体" w:eastAsia="宋体" w:hAnsi="宋体" w:cs="宋体"/>
          <w:color w:val="000000"/>
        </w:rPr>
        <w:t>∵</w:t>
      </w:r>
      <w:r>
        <w:pict>
          <v:shape id="_x0000_i714349" type="#_x0000_t75" alt="学科网(www.zxxk.com)--教育资源门户，提供试卷、教案、课件、论文、素材以及各类教学资源下载，还有大量而丰富的教学相关资讯！" style="width:65.4pt;height:14.4pt" o:oleicon="f" o:ole="">
            <v:imagedata r:id="rId4475" o:title="eqIddc1eb76fe74cba30f7cbcde349ba80da"/>
          </v:shape>
        </w:pict>
      </w:r>
      <w:r>
        <w:rPr>
          <w:rFonts w:ascii="宋体" w:eastAsia="宋体" w:hAnsi="宋体" w:cs="宋体"/>
          <w:color w:val="000000"/>
        </w:rPr>
        <w:t>，</w:t>
      </w:r>
      <w:r>
        <w:pict>
          <v:shape id="_x0000_i714350" type="#_x0000_t75" alt="学科网(www.zxxk.com)--教育资源门户，提供试卷、教案、课件、论文、素材以及各类教学资源下载，还有大量而丰富的教学相关资讯！" style="width:58.2pt;height:14.4pt" o:oleicon="f" o:ole="">
            <v:imagedata r:id="rId4476" o:title="eqIdfcbec8352ce3dbfbf3b173045d0ba8f2"/>
          </v:shape>
        </w:pict>
      </w:r>
      <w:r>
        <w:rPr>
          <w:rFonts w:ascii="宋体" w:eastAsia="宋体" w:hAnsi="宋体" w:cs="宋体"/>
          <w:color w:val="000000"/>
        </w:rPr>
        <w:t>，</w:t>
      </w:r>
      <w:r>
        <w:pict>
          <v:shape id="_x0000_i714351" type="#_x0000_t75" alt="学科网(www.zxxk.com)--教育资源门户，提供试卷、教案、课件、论文、素材以及各类教学资源下载，还有大量而丰富的教学相关资讯！" style="width:20.75pt;height:14.55pt" o:oleicon="f" o:ole="">
            <v:imagedata r:id="rId4477" o:title="eqId683c590673eece14fea3319c4fd5eb55"/>
          </v:shape>
        </w:pict>
      </w:r>
      <w:r>
        <w:rPr>
          <w:rFonts w:ascii="宋体" w:eastAsia="宋体" w:hAnsi="宋体" w:cs="宋体"/>
          <w:color w:val="000000"/>
        </w:rPr>
        <w:t>平分</w:t>
      </w:r>
      <w:r>
        <w:pict>
          <v:shape id="_x0000_i714352" type="#_x0000_t75" alt="学科网(www.zxxk.com)--教育资源门户，提供试卷、教案、课件、论文、素材以及各类教学资源下载，还有大量而丰富的教学相关资讯！" style="width:39.75pt;height:14.25pt" o:oleicon="f" o:ole="">
            <v:imagedata r:id="rId4478" o:title="eqIdd22df2977de56cc69be0c1e847653d7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353" type="#_x0000_t75" alt="学科网(www.zxxk.com)--教育资源门户，提供试卷、教案、课件、论文、素材以及各类教学资源下载，还有大量而丰富的教学相关资讯！" style="width:174pt;height:14.25pt" o:oleicon="f" o:ole="">
            <v:imagedata r:id="rId4479" o:title="eqIddc7e2d2f39508325688260c5e9109e80"/>
          </v:shape>
        </w:pict>
      </w:r>
      <w:r>
        <w:rPr>
          <w:rFonts w:ascii="宋体" w:eastAsia="宋体" w:hAnsi="宋体" w:cs="宋体"/>
          <w:color w:val="000000"/>
        </w:rPr>
        <w:t>，</w:t>
      </w:r>
      <w:r>
        <w:pict>
          <v:shape id="_x0000_i714354" type="#_x0000_t75" alt="学科网(www.zxxk.com)--教育资源门户，提供试卷、教案、课件、论文、素材以及各类教学资源下载，还有大量而丰富的教学相关资讯！" style="width:168.7pt;height:31.15pt" o:oleicon="f" o:ole="">
            <v:imagedata r:id="rId4480" o:title="eqId6174734b0364fad2578e39f00640827f"/>
          </v:shape>
        </w:pict>
      </w:r>
      <w:r>
        <w:rPr>
          <w:rFonts w:ascii="宋体" w:eastAsia="宋体" w:hAnsi="宋体" w:cs="宋体"/>
          <w:color w:val="000000"/>
        </w:rPr>
        <w:t>，</w:t>
      </w:r>
    </w:p>
    <w:p>
      <w:pPr>
        <w:spacing w:line="360" w:lineRule="auto"/>
        <w:jc w:val="left"/>
        <w:textAlignment w:val="center"/>
        <w:rPr>
          <w:color w:val="000000"/>
        </w:rPr>
      </w:pPr>
      <w:r>
        <w:pict>
          <v:shape id="_x0000_i714355" type="#_x0000_t75" alt="学科网(www.zxxk.com)--教育资源门户，提供试卷、教案、课件、论文、素材以及各类教学资源下载，还有大量而丰富的教学相关资讯！" style="width:192.75pt;height:30.75pt" o:oleicon="f" o:ole="">
            <v:imagedata r:id="rId4481" o:title="eqIda71ec05d13ae80b7aaffd46e00a19f2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356" type="#_x0000_t75" alt="学科网(www.zxxk.com)--教育资源门户，提供试卷、教案、课件、论文、素材以及各类教学资源下载，还有大量而丰富的教学相关资讯！" style="width:20.4pt;height:14.4pt" o:oleicon="f" o:ole="">
            <v:imagedata r:id="rId4482" o:title="eqIda299d2b999568e80be8005565ba209a4"/>
          </v:shape>
        </w:pict>
      </w:r>
      <w:r>
        <w:rPr>
          <w:rFonts w:ascii="宋体" w:eastAsia="宋体" w:hAnsi="宋体" w:cs="宋体"/>
          <w:color w:val="000000"/>
        </w:rPr>
        <w:t>平分</w:t>
      </w:r>
      <w:r>
        <w:pict>
          <v:shape id="_x0000_i714357" type="#_x0000_t75" alt="学科网(www.zxxk.com)--教育资源门户，提供试卷、教案、课件、论文、素材以及各类教学资源下载，还有大量而丰富的教学相关资讯！" style="width:33pt;height:12.75pt" o:oleicon="f" o:ole="">
            <v:imagedata r:id="rId4483" o:title="eqId42e7b8a59f8d66176463f3d71f882a26"/>
          </v:shape>
        </w:pict>
      </w:r>
      <w:r>
        <w:rPr>
          <w:rFonts w:ascii="宋体" w:eastAsia="宋体" w:hAnsi="宋体" w:cs="宋体"/>
          <w:color w:val="000000"/>
        </w:rPr>
        <w:t>，</w:t>
      </w:r>
    </w:p>
    <w:p>
      <w:pPr>
        <w:spacing w:line="360" w:lineRule="auto"/>
        <w:jc w:val="left"/>
        <w:textAlignment w:val="center"/>
        <w:rPr>
          <w:color w:val="000000"/>
        </w:rPr>
      </w:pPr>
      <w:r>
        <w:pict>
          <v:shape id="_x0000_i714358" type="#_x0000_t75" alt="学科网(www.zxxk.com)--教育资源门户，提供试卷、教案、课件、论文、素材以及各类教学资源下载，还有大量而丰富的教学相关资讯！" style="width:158.25pt;height:30.75pt" o:oleicon="f" o:ole="">
            <v:imagedata r:id="rId4484" o:title="eqIdf98d27fc2344e1768843cb31c70e167c"/>
          </v:shape>
        </w:pict>
      </w:r>
      <w:r>
        <w:rPr>
          <w:rFonts w:ascii="宋体" w:eastAsia="宋体" w:hAnsi="宋体" w:cs="宋体"/>
          <w:color w:val="000000"/>
        </w:rPr>
        <w:t>，</w:t>
      </w:r>
    </w:p>
    <w:p>
      <w:pPr>
        <w:spacing w:line="360" w:lineRule="auto"/>
        <w:jc w:val="left"/>
        <w:textAlignment w:val="center"/>
        <w:rPr>
          <w:color w:val="000000"/>
        </w:rPr>
      </w:pPr>
      <w:r>
        <w:pict>
          <v:shape id="_x0000_i714359" type="#_x0000_t75" alt="学科网(www.zxxk.com)--教育资源门户，提供试卷、教案、课件、论文、素材以及各类教学资源下载，还有大量而丰富的教学相关资讯！" style="width:285.75pt;height:33.75pt" o:oleicon="f" o:ole="">
            <v:imagedata r:id="rId4485" o:title="eqIda4ff9b948d4a2d1d0642ab97f7fb9c1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pict>
          <v:shape id="_x0000_i714360" type="#_x0000_t75" alt="学科网(www.zxxk.com)--教育资源门户，提供试卷、教案、课件、论文、素材以及各类教学资源下载，还有大量而丰富的教学相关资讯！" style="width:36.75pt;height:14.25pt" o:oleicon="f" o:ole="">
            <v:imagedata r:id="rId4486" o:title="eqId7307ac7510cf35f74337d368b94da4e5"/>
          </v:shape>
        </w:pict>
      </w:r>
      <w:r>
        <w:rPr>
          <w:rFonts w:ascii="宋体" w:eastAsia="宋体" w:hAnsi="宋体" w:cs="宋体"/>
          <w:color w:val="000000"/>
        </w:rPr>
        <w:t>的度数为</w:t>
      </w:r>
      <w:r>
        <w:pict>
          <v:shape id="_x0000_i714361" type="#_x0000_t75" alt="学科网(www.zxxk.com)--教育资源门户，提供试卷、教案、课件、论文、素材以及各类教学资源下载，还有大量而丰富的教学相关资讯！" style="width:48pt;height:30.75pt" o:oleicon="f" o:ole="">
            <v:imagedata r:id="rId4487" o:title="eqIdc47e4fb9bd8037f6dd38d68eec153ff6"/>
          </v:shape>
        </w:pict>
      </w:r>
      <w:r>
        <w:rPr>
          <w:rFonts w:ascii="宋体" w:eastAsia="宋体" w:hAnsi="宋体" w:cs="宋体"/>
          <w:color w:val="000000"/>
        </w:rPr>
        <w:t>或</w:t>
      </w:r>
      <w:r>
        <w:pict>
          <v:shape id="_x0000_i714362" type="#_x0000_t75" alt="学科网(www.zxxk.com)--教育资源门户，提供试卷、教案、课件、论文、素材以及各类教学资源下载，还有大量而丰富的教学相关资讯！" style="width:48pt;height:30.75pt" o:oleicon="f" o:ole="">
            <v:imagedata r:id="rId4488" o:title="eqId98ae8d41c53ebd55730d0b72d7571e77"/>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本题考查了角平分线的意义和角的计算，能够根据题意进行分类讨论是解题的关键．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对数轴上的点</w:t>
      </w:r>
      <w:r>
        <w:rPr>
          <w:rFonts w:ascii="Times New Roman" w:eastAsia="Times New Roman" w:hAnsi="Times New Roman" w:cs="Times New Roman"/>
          <w:i/>
          <w:color w:val="000000"/>
        </w:rPr>
        <w:t>T</w:t>
      </w:r>
      <w:r>
        <w:rPr>
          <w:rFonts w:ascii="宋体" w:eastAsia="宋体" w:hAnsi="宋体" w:cs="宋体"/>
          <w:color w:val="000000"/>
        </w:rPr>
        <w:t>进行如下操作：将点</w:t>
      </w:r>
      <w:r>
        <w:rPr>
          <w:rFonts w:ascii="Times New Roman" w:eastAsia="Times New Roman" w:hAnsi="Times New Roman" w:cs="Times New Roman"/>
          <w:i/>
          <w:color w:val="000000"/>
        </w:rPr>
        <w:t>T</w:t>
      </w:r>
      <w:r>
        <w:rPr>
          <w:rFonts w:ascii="宋体" w:eastAsia="宋体" w:hAnsi="宋体" w:cs="宋体"/>
          <w:color w:val="000000"/>
        </w:rPr>
        <w:t>沿数轴水平方向，以每秒</w:t>
      </w:r>
      <w:r>
        <w:rPr>
          <w:rFonts w:ascii="Times New Roman" w:eastAsia="Times New Roman" w:hAnsi="Times New Roman" w:cs="Times New Roman"/>
          <w:i/>
          <w:color w:val="000000"/>
        </w:rPr>
        <w:t>m</w:t>
      </w:r>
      <w:r>
        <w:rPr>
          <w:rFonts w:ascii="宋体" w:eastAsia="宋体" w:hAnsi="宋体" w:cs="宋体"/>
          <w:color w:val="000000"/>
        </w:rPr>
        <w:t>个单位长度的速度，向右平移</w:t>
      </w:r>
      <w:r>
        <w:rPr>
          <w:rFonts w:ascii="Times New Roman" w:eastAsia="Times New Roman" w:hAnsi="Times New Roman" w:cs="Times New Roman"/>
          <w:i/>
          <w:color w:val="000000"/>
        </w:rPr>
        <w:t>n</w:t>
      </w:r>
      <w:r>
        <w:rPr>
          <w:rFonts w:ascii="宋体" w:eastAsia="宋体" w:hAnsi="宋体" w:cs="宋体"/>
          <w:color w:val="000000"/>
        </w:rPr>
        <w:t>秒，得到点</w:t>
      </w:r>
      <w:r>
        <w:pict>
          <v:shape id="_x0000_i714363" type="#_x0000_t75" alt="学科网(www.zxxk.com)--教育资源门户，提供试卷、教案、课件、论文、素材以及各类教学资源下载，还有大量而丰富的教学相关资讯！" style="width:14.25pt;height:14.25pt" o:oleicon="f" o:ole="">
            <v:imagedata r:id="rId4489" o:title="eqId9e01c77ea8aec0f14e3e6c37ed374cda"/>
          </v:shape>
        </w:pict>
      </w:r>
      <w:r>
        <w:rPr>
          <w:rFonts w:ascii="宋体" w:eastAsia="宋体" w:hAnsi="宋体" w:cs="宋体"/>
          <w:color w:val="000000"/>
        </w:rPr>
        <w:t>．称这样的操作为点</w:t>
      </w:r>
      <w:r>
        <w:rPr>
          <w:rFonts w:ascii="Times New Roman" w:eastAsia="Times New Roman" w:hAnsi="Times New Roman" w:cs="Times New Roman"/>
          <w:i/>
          <w:color w:val="000000"/>
        </w:rPr>
        <w:t>T</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14364" type="#_x0000_t75" alt="学科网(www.zxxk.com)--教育资源门户，提供试卷、教案、课件、论文、素材以及各类教学资源下载，还有大量而丰富的教学相关资讯！" style="width:14.25pt;height:14.25pt" o:oleicon="f" o:ole="">
            <v:imagedata r:id="rId4489" o:title="eqId9e01c77ea8aec0f14e3e6c37ed374cda"/>
          </v:shape>
        </w:pict>
      </w:r>
      <w:r>
        <w:rPr>
          <w:rFonts w:ascii="宋体" w:eastAsia="宋体" w:hAnsi="宋体" w:cs="宋体"/>
          <w:color w:val="000000"/>
        </w:rPr>
        <w:t>称为点</w:t>
      </w:r>
      <w:r>
        <w:rPr>
          <w:rFonts w:ascii="Times New Roman" w:eastAsia="Times New Roman" w:hAnsi="Times New Roman" w:cs="Times New Roman"/>
          <w:i/>
          <w:color w:val="000000"/>
        </w:rPr>
        <w:t>T</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①如果点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-6</w:t>
      </w:r>
      <w:r>
        <w:rPr>
          <w:rFonts w:ascii="宋体" w:eastAsia="宋体" w:hAnsi="宋体" w:cs="宋体"/>
          <w:color w:val="000000"/>
        </w:rPr>
        <w:t>，那么点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14365" type="#_x0000_t75" alt="学科网(www.zxxk.com)--教育资源门户，提供试卷、教案、课件、论文、素材以及各类教学资源下载，还有大量而丰富的教学相关资讯！" style="width:12.75pt;height:12pt" o:oleicon="f" o:ole="">
            <v:imagedata r:id="rId4490" o:title="eqIde7c314398e26ffc7164b82946eeb4273"/>
          </v:shape>
        </w:pic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14366" type="#_x0000_t75" alt="学科网(www.zxxk.com)--教育资源门户，提供试卷、教案、课件、论文、素材以及各类教学资源下载，还有大量而丰富的教学相关资讯！" style="width:13.95pt;height:13pt" o:oleicon="f" o:ole="">
            <v:imagedata r:id="rId4491" o:title="eqId3953cec61ac602ce5eb59b7912352179"/>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，那么点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③数轴上的点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，如果</w:t>
      </w:r>
      <w:r>
        <w:pict>
          <v:shape id="_x0000_i714367" type="#_x0000_t75" alt="学科网(www.zxxk.com)--教育资源门户，提供试卷、教案、课件、论文、素材以及各类教学资源下载，还有大量而丰富的教学相关资讯！" style="width:60.95pt;height:13.95pt" o:oleicon="f" o:ole="">
            <v:imagedata r:id="rId4492" o:title="eqId15fe40ad77df8799f4802aca25d96d9d"/>
          </v:shape>
        </w:pict>
      </w:r>
      <w:r>
        <w:rPr>
          <w:rFonts w:ascii="宋体" w:eastAsia="宋体" w:hAnsi="宋体" w:cs="宋体"/>
          <w:color w:val="000000"/>
        </w:rPr>
        <w:t>，那么点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两点间的距离为</w:t>
      </w:r>
      <w:r>
        <w:rPr>
          <w:rFonts w:ascii="Times New Roman" w:eastAsia="Times New Roman" w:hAnsi="Times New Roman" w:cs="Times New Roman"/>
          <w:color w:val="000000"/>
        </w:rPr>
        <w:t>2</w:t>
      </w:r>
      <w:r>
        <w:rPr>
          <w:rFonts w:ascii="宋体" w:eastAsia="宋体" w:hAnsi="宋体" w:cs="宋体"/>
          <w:color w:val="000000"/>
        </w:rPr>
        <w:t>，且点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F</w:t>
      </w:r>
      <w:r>
        <w:rPr>
          <w:rFonts w:ascii="宋体" w:eastAsia="宋体" w:hAnsi="宋体" w:cs="宋体"/>
          <w:color w:val="000000"/>
        </w:rPr>
        <w:t>的左侧，点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通过“</w:t>
      </w:r>
      <w:r>
        <w:rPr>
          <w:rFonts w:ascii="Times New Roman" w:eastAsia="Times New Roman" w:hAnsi="Times New Roman" w:cs="Times New Roman"/>
          <w:color w:val="000000"/>
        </w:rPr>
        <w:t>2</w:t>
      </w:r>
      <w:r>
        <w:rPr>
          <w:rFonts w:ascii="宋体" w:eastAsia="宋体" w:hAnsi="宋体" w:cs="宋体"/>
          <w:color w:val="000000"/>
        </w:rPr>
        <w:t>速移”分别向右平移</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秒，得到点</w:t>
      </w:r>
      <w:r>
        <w:pict>
          <v:shape id="_x0000_i714368" type="#_x0000_t75" alt="学科网(www.zxxk.com)--教育资源门户，提供试卷、教案、课件、论文、素材以及各类教学资源下载，还有大量而丰富的教学相关资讯！" style="width:14.9pt;height:12.95pt" o:oleicon="f" o:ole="">
            <v:imagedata r:id="rId4493" o:title="eqIdd3b1a5427d8ff23df0f3ec194756c84c"/>
          </v:shape>
        </w:pict>
      </w:r>
      <w:r>
        <w:rPr>
          <w:rFonts w:ascii="宋体" w:eastAsia="宋体" w:hAnsi="宋体" w:cs="宋体"/>
          <w:color w:val="000000"/>
        </w:rPr>
        <w:t>，</w:t>
      </w:r>
      <w:r>
        <w:pict>
          <v:shape id="_x0000_i714369" type="#_x0000_t75" alt="学科网(www.zxxk.com)--教育资源门户，提供试卷、教案、课件、论文、素材以及各类教学资源下载，还有大量而丰富的教学相关资讯！" style="width:15.75pt;height:14.25pt" o:oleicon="f" o:ole="">
            <v:imagedata r:id="rId4494" o:title="eqIdf8e55590555905eb4f57889bbd16e39a"/>
          </v:shape>
        </w:pict>
      </w:r>
      <w:r>
        <w:rPr>
          <w:rFonts w:ascii="宋体" w:eastAsia="宋体" w:hAnsi="宋体" w:cs="宋体"/>
          <w:color w:val="000000"/>
        </w:rPr>
        <w:t>，如果</w:t>
      </w:r>
      <w:r>
        <w:pict>
          <v:shape id="_x0000_i714370" type="#_x0000_t75" alt="学科网(www.zxxk.com)--教育资源门户，提供试卷、教案、课件、论文、素材以及各类教学资源下载，还有大量而丰富的教学相关资讯！" style="width:24.75pt;height:12.75pt" o:oleicon="f" o:ole="">
            <v:imagedata r:id="rId4495" o:title="eqId7e07b15cfb3b56c8a836832a85c0d1ef"/>
          </v:shape>
        </w:pic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EF</w:t>
      </w:r>
      <w:r>
        <w:rPr>
          <w:rFonts w:ascii="宋体" w:eastAsia="宋体" w:hAnsi="宋体" w:cs="宋体"/>
          <w:color w:val="000000"/>
        </w:rPr>
        <w:t>，请直接用等式表示</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的数量关系．</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-3</w:t>
      </w:r>
      <w:r>
        <w:rPr>
          <w:rFonts w:ascii="宋体" w:eastAsia="宋体" w:hAnsi="宋体" w:cs="宋体"/>
          <w:color w:val="000000"/>
        </w:rPr>
        <w:t>；②</w:t>
      </w:r>
      <w:r>
        <w:rPr>
          <w:rFonts w:ascii="Times New Roman" w:eastAsia="Times New Roman" w:hAnsi="Times New Roman" w:cs="Times New Roman"/>
          <w:color w:val="000000"/>
        </w:rPr>
        <w:t>0</w:t>
      </w:r>
      <w:r>
        <w:rPr>
          <w:rFonts w:ascii="宋体" w:eastAsia="宋体" w:hAnsi="宋体" w:cs="宋体"/>
          <w:color w:val="000000"/>
        </w:rPr>
        <w:t>；③</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）①由</w:t>
      </w:r>
      <w:r>
        <w:pict>
          <v:shape id="_x0000_i714371" type="#_x0000_t75" alt="学科网(www.zxxk.com)--教育资源门户，提供试卷、教案、课件、论文、素材以及各类教学资源下载，还有大量而丰富的教学相关资讯！" style="width:9.15pt;height:8.05pt" o:oleicon="f" o:ole="">
            <v:imagedata r:id="rId4496" o:title="eqId4b700fa9aeb1016aa71f76e4b6bb212e"/>
          </v:shape>
        </w:pict>
      </w:r>
      <w:r>
        <w:rPr>
          <w:rFonts w:ascii="Times New Roman" w:eastAsia="Times New Roman" w:hAnsi="Times New Roman" w:cs="Times New Roman"/>
          <w:color w:val="000000"/>
        </w:rPr>
        <w:t>6+1×3=</w:t>
      </w:r>
      <w:r>
        <w:pict>
          <v:shape id="_x0000_i714372" type="#_x0000_t75" alt="学科网(www.zxxk.com)--教育资源门户，提供试卷、教案、课件、论文、素材以及各类教学资源下载，还有大量而丰富的教学相关资讯！" style="width:9.15pt;height:8.05pt" o:oleicon="f" o:ole="">
            <v:imagedata r:id="rId4496" o:title="eqId4b700fa9aeb1016aa71f76e4b6bb212e"/>
          </v:shape>
        </w:pict>
      </w:r>
      <w:r>
        <w:rPr>
          <w:rFonts w:ascii="Times New Roman" w:eastAsia="Times New Roman" w:hAnsi="Times New Roman" w:cs="Times New Roman"/>
          <w:color w:val="000000"/>
        </w:rPr>
        <w:t>3</w:t>
      </w:r>
      <w:r>
        <w:rPr>
          <w:rFonts w:ascii="宋体" w:eastAsia="宋体" w:hAnsi="宋体" w:cs="宋体"/>
          <w:color w:val="000000"/>
        </w:rPr>
        <w:t>，即可得出对应点</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表示的数为</w:t>
      </w:r>
      <w:r>
        <w:pict>
          <v:shape id="_x0000_i714373" type="#_x0000_t75" alt="学科网(www.zxxk.com)--教育资源门户，提供试卷、教案、课件、论文、素材以及各类教学资源下载，还有大量而丰富的教学相关资讯！" style="width:9.15pt;height:8.05pt" o:oleicon="f" o:ole="">
            <v:imagedata r:id="rId4496" o:title="eqId4b700fa9aeb1016aa71f76e4b6bb212e"/>
          </v:shape>
        </w:pic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b</w:t>
      </w:r>
      <w:r>
        <w:rPr>
          <w:rFonts w:ascii="宋体" w:eastAsia="宋体" w:hAnsi="宋体" w:cs="宋体"/>
          <w:color w:val="000000"/>
        </w:rPr>
        <w:t>，根据题意列出方程计算即可求解；</w:t>
      </w:r>
    </w:p>
    <w:p>
      <w:pPr>
        <w:spacing w:line="360" w:lineRule="auto"/>
        <w:jc w:val="left"/>
        <w:textAlignment w:val="center"/>
        <w:rPr>
          <w:color w:val="000000"/>
        </w:rPr>
      </w:pPr>
      <w:r>
        <w:rPr>
          <w:rFonts w:ascii="宋体" w:eastAsia="宋体" w:hAnsi="宋体" w:cs="宋体"/>
          <w:color w:val="000000"/>
        </w:rPr>
        <w:t>③设点</w:t>
      </w:r>
      <w:r>
        <w:rPr>
          <w:rFonts w:ascii="Times New Roman" w:eastAsia="Times New Roman" w:hAnsi="Times New Roman" w:cs="Times New Roman"/>
          <w:i/>
          <w:color w:val="000000"/>
        </w:rPr>
        <w:t>C</w:t>
      </w:r>
      <w:r>
        <w:rPr>
          <w:rFonts w:ascii="宋体" w:eastAsia="宋体" w:hAnsi="宋体" w:cs="宋体"/>
          <w:color w:val="000000"/>
        </w:rPr>
        <w:t>表示</w:t>
      </w:r>
      <w:r>
        <w:rPr>
          <w:rFonts w:ascii="宋体" w:eastAsia="宋体" w:hAnsi="宋体" w:cs="宋体"/>
          <w:color w:val="000000"/>
          <w:position w:val="0"/>
        </w:rPr>
        <w:drawing>
          <wp:inline>
            <wp:extent cx="133350" cy="177800"/>
            <wp:docPr id="349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 name=""/>
                    <pic:cNvPicPr>
                      <a:picLocks noChangeAspect="1"/>
                    </pic:cNvPicPr>
                  </pic:nvPicPr>
                  <pic:blipFill>
                    <a:blip r:embed="rId449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rPr>
          <w:rFonts w:ascii="Times New Roman" w:eastAsia="Times New Roman" w:hAnsi="Times New Roman" w:cs="Times New Roman"/>
          <w:i/>
          <w:color w:val="000000"/>
        </w:rPr>
        <w:t>c</w:t>
      </w:r>
      <w:r>
        <w:rPr>
          <w:rFonts w:ascii="宋体" w:eastAsia="宋体" w:hAnsi="宋体" w:cs="宋体"/>
          <w:color w:val="000000"/>
        </w:rPr>
        <w:t>，则</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i/>
          <w:color w:val="000000"/>
        </w:rPr>
        <w:t>c</w:t>
      </w:r>
      <w:r>
        <w:rPr>
          <w:rFonts w:ascii="Times New Roman" w:eastAsia="Times New Roman" w:hAnsi="Times New Roman" w:cs="Times New Roman"/>
          <w:color w:val="000000"/>
        </w:rPr>
        <w:t>+3</w:t>
      </w:r>
      <w:r>
        <w:rPr>
          <w:rFonts w:ascii="宋体" w:eastAsia="宋体" w:hAnsi="宋体" w:cs="宋体"/>
          <w:color w:val="000000"/>
        </w:rPr>
        <w:t>，根据题意得到方程</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-2|=2|</w:t>
      </w:r>
      <w:r>
        <w:rPr>
          <w:rFonts w:ascii="Times New Roman" w:eastAsia="Times New Roman" w:hAnsi="Times New Roman" w:cs="Times New Roman"/>
          <w:i/>
          <w:color w:val="000000"/>
        </w:rPr>
        <w:t>c</w:t>
      </w:r>
      <w:r>
        <w:rPr>
          <w:rFonts w:ascii="Times New Roman" w:eastAsia="Times New Roman" w:hAnsi="Times New Roman" w:cs="Times New Roman"/>
          <w:color w:val="000000"/>
        </w:rPr>
        <w:t>+3-2|</w:t>
      </w:r>
      <w:r>
        <w:rPr>
          <w:rFonts w:ascii="宋体" w:eastAsia="宋体" w:hAnsi="宋体" w:cs="宋体"/>
          <w:color w:val="000000"/>
        </w:rPr>
        <w:t>，解方程即可求解；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右侧时，</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左侧时，两种情况进行讨论即可求解．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14374" type="#_x0000_t75" alt="学科网(www.zxxk.com)--教育资源门户，提供试卷、教案、课件、论文、素材以及各类教学资源下载，还有大量而丰富的教学相关资讯！" style="width:16.2pt;height:13.8pt" o:oleicon="f" o:ole="">
            <v:imagedata r:id="rId4498" o:title="eqId01317332a203c898536b1d0459f51d2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375" type="#_x0000_t75" alt="学科网(www.zxxk.com)--教育资源门户，提供试卷、教案、课件、论文、素材以及各类教学资源下载，还有大量而丰富的教学相关资讯！" style="width:69.75pt;height:14.25pt" o:oleicon="f" o:ole="">
            <v:imagedata r:id="rId4499" o:title="eqId3a68b98b94a822386875872b1d2d3e8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表示的数为</w:t>
      </w:r>
      <w:r>
        <w:pict>
          <v:shape id="_x0000_i714376" type="#_x0000_t75" alt="学科网(www.zxxk.com)--教育资源门户，提供试卷、教案、课件、论文、素材以及各类教学资源下载，还有大量而丰富的教学相关资讯！" style="width:16.05pt;height:13.9pt" o:oleicon="f" o:ole="">
            <v:imagedata r:id="rId4500" o:title="eqId81fb134b2b48acc99213fff6ccfee65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4377" type="#_x0000_t75" alt="学科网(www.zxxk.com)--教育资源门户，提供试卷、教案、课件、论文、素材以及各类教学资源下载，还有大量而丰富的教学相关资讯！" style="width:16.05pt;height:13.9pt" o:oleicon="f" o:ole="">
            <v:imagedata r:id="rId4501" o:title="eqId81fb134b2b48acc99213fff6ccfee65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b</w:t>
      </w:r>
      <w:r>
        <w:rPr>
          <w:rFonts w:ascii="宋体" w:eastAsia="宋体" w:hAnsi="宋体" w:cs="宋体"/>
          <w:color w:val="000000"/>
        </w:rPr>
        <w:t>，依题意有</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Times New Roman" w:eastAsia="Times New Roman" w:hAnsi="Times New Roman" w:cs="Times New Roman"/>
          <w:color w:val="000000"/>
        </w:rPr>
        <w:t>+3×1=3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b</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③设点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c</w:t>
      </w:r>
      <w:r>
        <w:rPr>
          <w:rFonts w:ascii="宋体" w:eastAsia="宋体" w:hAnsi="宋体" w:cs="宋体"/>
          <w:color w:val="000000"/>
        </w:rPr>
        <w:t>，则</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i/>
          <w:color w:val="000000"/>
        </w:rPr>
        <w:t>c</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根据题意得</w:t>
      </w:r>
      <w:r>
        <w:pict>
          <v:shape id="_x0000_i714378" type="#_x0000_t75" alt="学科网(www.zxxk.com)--教育资源门户，提供试卷、教案、课件、论文、素材以及各类教学资源下载，还有大量而丰富的教学相关资讯！" style="width:90.75pt;height:20.25pt" o:oleicon="f" o:ole="">
            <v:imagedata r:id="rId4502" o:title="eqId369a12761fc71b7f95de99ad3237048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379" type="#_x0000_t75" alt="学科网(www.zxxk.com)--教育资源门户，提供试卷、教案、课件、论文、素材以及各类教学资源下载，还有大量而丰富的教学相关资讯！" style="width:34pt;height:13.95pt" o:oleicon="f" o:ole="">
            <v:imagedata r:id="rId4503" o:title="eqIdbaf9b4a0c45a830e90b3c469d3083c95"/>
          </v:shape>
        </w:pict>
      </w:r>
      <w:r>
        <w:rPr>
          <w:rFonts w:ascii="宋体" w:eastAsia="宋体" w:hAnsi="宋体" w:cs="宋体"/>
          <w:color w:val="000000"/>
        </w:rPr>
        <w:t>或</w:t>
      </w:r>
      <w:r>
        <w:rPr>
          <w:rFonts w:ascii="Times New Roman" w:eastAsia="Times New Roman" w:hAnsi="Times New Roman" w:cs="Times New Roman"/>
          <w:i/>
          <w:color w:val="000000"/>
        </w:rPr>
        <w:t>c</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14380" type="#_x0000_t75" alt="学科网(www.zxxk.com)--教育资源门户，提供试卷、教案、课件、论文、素材以及各类教学资源下载，还有大量而丰富的教学相关资讯！" style="width:16.2pt;height:13.2pt" o:oleicon="f" o:ole="">
            <v:imagedata r:id="rId4504" o:title="eqId3edbd40e04e2a943051fa83d6e511add"/>
          </v:shape>
        </w:pict>
      </w:r>
      <w:r>
        <w:rPr>
          <w:rFonts w:ascii="宋体" w:eastAsia="宋体" w:hAnsi="宋体" w:cs="宋体"/>
          <w:color w:val="000000"/>
        </w:rPr>
        <w:t>或</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E</w:t>
      </w:r>
      <w:r>
        <w:rPr>
          <w:rFonts w:ascii="宋体" w:eastAsia="宋体" w:hAnsi="宋体" w:cs="宋体"/>
          <w:color w:val="000000"/>
        </w:rPr>
        <w:t>表示的数为</w:t>
      </w:r>
      <w:r>
        <w:rPr>
          <w:rFonts w:ascii="Times New Roman" w:eastAsia="Times New Roman" w:hAnsi="Times New Roman" w:cs="Times New Roman"/>
          <w:i/>
          <w:color w:val="000000"/>
        </w:rPr>
        <w:t>e</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e</w:t>
      </w:r>
      <w:r>
        <w:rPr>
          <w:rFonts w:ascii="Times New Roman" w:eastAsia="Times New Roman" w:hAnsi="Times New Roman" w:cs="Times New Roman"/>
          <w:color w:val="000000"/>
        </w:rPr>
        <w:t>+2</w:t>
      </w:r>
      <w:r>
        <w:rPr>
          <w:rFonts w:ascii="宋体" w:eastAsia="宋体" w:hAnsi="宋体" w:cs="宋体"/>
          <w:color w:val="000000"/>
        </w:rPr>
        <w:t>，则</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i/>
          <w:color w:val="000000"/>
        </w:rPr>
        <w:t>e</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e</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右侧时，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左侧时，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的数量关系为</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本题考查了一元一次方程的应用，新概念</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、数轴、两点间的距离、绝对值等知识；熟练掌握数轴上两点间的距离是解题的关键．</w:t>
      </w:r>
    </w:p>
    <w:p>
      <w:pPr>
        <w:pStyle w:val="Heading2"/>
      </w:pPr>
      <w:r>
        <w:t>第十三中学</w:t>
      </w:r>
    </w:p>
    <w:p>
      <w:pPr>
        <w:spacing w:line="360" w:lineRule="auto"/>
        <w:jc w:val="left"/>
        <w:textAlignment w:val="center"/>
        <w:rPr>
          <w:color w:val="000000"/>
        </w:rPr>
      </w:pPr>
      <w:r>
        <w:rPr>
          <w:color w:val="000000"/>
        </w:rPr>
        <w:t xml:space="preserve">22. </w:t>
      </w:r>
      <w:r>
        <w:rPr>
          <w:rFonts w:ascii="宋体" w:hAnsi="宋体" w:eastAsia="宋体" w:cs="宋体"/>
          <w:color w:val="000000"/>
        </w:rPr>
        <w:t>列一元一次方程解应用题：国家速滑馆“冰丝带”，位于北京市朝阳区奥林匹克公园林萃路</w:t>
      </w:r>
      <w:r>
        <w:rPr>
          <w:rFonts w:ascii="Times New Roman" w:hAnsi="Times New Roman" w:eastAsia="Times New Roman" w:cs="Times New Roman"/>
          <w:color w:val="000000"/>
        </w:rPr>
        <w:t>2</w:t>
      </w:r>
      <w:r>
        <w:rPr>
          <w:rFonts w:ascii="宋体" w:hAnsi="宋体" w:eastAsia="宋体" w:cs="宋体"/>
          <w:color w:val="000000"/>
        </w:rPr>
        <w:t>号，是</w:t>
      </w:r>
      <w:r>
        <w:rPr>
          <w:rFonts w:ascii="Times New Roman" w:hAnsi="Times New Roman" w:eastAsia="Times New Roman" w:cs="Times New Roman"/>
          <w:color w:val="000000"/>
        </w:rPr>
        <w:t>2022</w:t>
      </w:r>
      <w:r>
        <w:rPr>
          <w:rFonts w:ascii="宋体" w:hAnsi="宋体" w:eastAsia="宋体" w:cs="宋体"/>
          <w:color w:val="000000"/>
        </w:rPr>
        <w:t>年北京冬奥会北京主赛区标志性、唯一新建的冰上竞赛场馆．某大学冬奥志愿者负责本场馆的对外联络和文化展示服务工作，负责对外联络服务工作的有</w:t>
      </w:r>
      <w:r>
        <w:rPr>
          <w:rFonts w:ascii="Times New Roman" w:hAnsi="Times New Roman" w:eastAsia="Times New Roman" w:cs="Times New Roman"/>
          <w:color w:val="000000"/>
        </w:rPr>
        <w:t>17</w:t>
      </w:r>
      <w:r>
        <w:rPr>
          <w:rFonts w:ascii="宋体" w:hAnsi="宋体" w:eastAsia="宋体" w:cs="宋体"/>
          <w:color w:val="000000"/>
        </w:rPr>
        <w:t>人，负责文化展示服务工作的有</w:t>
      </w:r>
      <w:r>
        <w:rPr>
          <w:rFonts w:ascii="Times New Roman" w:hAnsi="Times New Roman" w:eastAsia="Times New Roman" w:cs="Times New Roman"/>
          <w:color w:val="000000"/>
        </w:rPr>
        <w:t>10</w:t>
      </w:r>
      <w:r>
        <w:rPr>
          <w:rFonts w:ascii="宋体" w:hAnsi="宋体" w:eastAsia="宋体" w:cs="宋体"/>
          <w:color w:val="000000"/>
        </w:rPr>
        <w:t>人，现在另调</w:t>
      </w:r>
      <w:r>
        <w:rPr>
          <w:rFonts w:ascii="Times New Roman" w:hAnsi="Times New Roman" w:eastAsia="Times New Roman" w:cs="Times New Roman"/>
          <w:color w:val="000000"/>
        </w:rPr>
        <w:t>20</w:t>
      </w:r>
      <w:r>
        <w:rPr>
          <w:rFonts w:ascii="宋体" w:hAnsi="宋体" w:eastAsia="宋体" w:cs="宋体"/>
          <w:color w:val="000000"/>
        </w:rPr>
        <w:t>人去两服务处支援，使得在对外联络服务工作的人数比在文化展示服务的人数的</w:t>
      </w:r>
      <w:r>
        <w:rPr>
          <w:rFonts w:ascii="Times New Roman" w:hAnsi="Times New Roman" w:eastAsia="Times New Roman" w:cs="Times New Roman"/>
          <w:color w:val="000000"/>
        </w:rPr>
        <w:t>2</w:t>
      </w:r>
      <w:r>
        <w:rPr>
          <w:rFonts w:ascii="宋体" w:hAnsi="宋体" w:eastAsia="宋体" w:cs="宋体"/>
          <w:color w:val="000000"/>
        </w:rPr>
        <w:t>倍多</w:t>
      </w:r>
      <w:r>
        <w:rPr>
          <w:rFonts w:ascii="Times New Roman" w:hAnsi="Times New Roman" w:eastAsia="Times New Roman" w:cs="Times New Roman"/>
          <w:color w:val="000000"/>
        </w:rPr>
        <w:t>5</w:t>
      </w:r>
      <w:r>
        <w:rPr>
          <w:rFonts w:ascii="宋体" w:hAnsi="宋体" w:eastAsia="宋体" w:cs="宋体"/>
          <w:color w:val="000000"/>
        </w:rPr>
        <w:t>人，问应调往对外联络、文化展示两服务处各多少人？</w:t>
      </w:r>
    </w:p>
    <w:p>
      <w:pPr>
        <w:spacing w:line="360" w:lineRule="auto"/>
        <w:textAlignment w:val="center"/>
        <w:rPr>
          <w:color w:val="000000"/>
        </w:rPr>
      </w:pPr>
      <w:r>
        <w:rPr>
          <w:color w:val="2E75B6"/>
        </w:rPr>
        <w:t>【答案】</w:t>
      </w:r>
      <w:r>
        <w:rPr>
          <w:color w:val="000000"/>
        </w:rPr>
        <w:t>应调往对外联络、文化展示两服务处各16人、4人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设应调往对外联络</w:t>
      </w:r>
      <w:r>
        <w:rPr>
          <w:rFonts w:ascii="Times New Roman" w:hAnsi="Times New Roman" w:eastAsia="Times New Roman" w:cs="Times New Roman"/>
          <w:i/>
          <w:color w:val="000000"/>
        </w:rPr>
        <w:t>x</w:t>
      </w:r>
      <w:r>
        <w:rPr>
          <w:rFonts w:ascii="宋体" w:hAnsi="宋体" w:eastAsia="宋体" w:cs="宋体"/>
          <w:color w:val="000000"/>
        </w:rPr>
        <w:t>人，则应调往文化展示两服务处</w:t>
      </w:r>
      <w:r>
        <w:pict>
          <v:shape id="_x0000_i714381" o:spt="75" alt="学科网(www.zxxk.com)--教育资源门户，提供试卷、教案、课件、论文、素材以及各类教学资源下载，还有大量而丰富的教学相关资讯！" type="#_x0000_t75" style="height:19.8pt;width:42pt;" o:ole="t" filled="f" o:preferrelative="t" stroked="f" coordsize="21600,21600">
            <v:path/>
            <v:fill on="f" focussize="0,0"/>
            <v:stroke on="f" joinstyle="miter"/>
            <v:imagedata r:id="rId4505" o:title="eqId3015a428b9b0eec4bee36617c97042c1"/>
            <o:lock v:ext="edit" aspectratio="t"/>
            <w10:wrap type="none"/>
            <w10:anchorlock/>
          </v:shape>
        </w:pict>
      </w:r>
      <w:r>
        <w:rPr>
          <w:rFonts w:ascii="宋体" w:hAnsi="宋体" w:eastAsia="宋体" w:cs="宋体"/>
          <w:color w:val="000000"/>
        </w:rPr>
        <w:t>人，然后根据负责对外联络服务工作的有</w:t>
      </w:r>
      <w:r>
        <w:rPr>
          <w:rFonts w:ascii="Times New Roman" w:hAnsi="Times New Roman" w:eastAsia="Times New Roman" w:cs="Times New Roman"/>
          <w:color w:val="000000"/>
        </w:rPr>
        <w:t>17</w:t>
      </w:r>
      <w:r>
        <w:rPr>
          <w:rFonts w:ascii="宋体" w:hAnsi="宋体" w:eastAsia="宋体" w:cs="宋体"/>
          <w:color w:val="000000"/>
        </w:rPr>
        <w:t>人，负责文化展示服务工作的有</w:t>
      </w:r>
      <w:r>
        <w:rPr>
          <w:rFonts w:ascii="Times New Roman" w:hAnsi="Times New Roman" w:eastAsia="Times New Roman" w:cs="Times New Roman"/>
          <w:color w:val="000000"/>
        </w:rPr>
        <w:t>10</w:t>
      </w:r>
      <w:r>
        <w:rPr>
          <w:rFonts w:ascii="宋体" w:hAnsi="宋体" w:eastAsia="宋体" w:cs="宋体"/>
          <w:color w:val="000000"/>
        </w:rPr>
        <w:t>人，现在另调</w:t>
      </w:r>
      <w:r>
        <w:rPr>
          <w:rFonts w:ascii="Times New Roman" w:hAnsi="Times New Roman" w:eastAsia="Times New Roman" w:cs="Times New Roman"/>
          <w:color w:val="000000"/>
        </w:rPr>
        <w:t>20</w:t>
      </w:r>
      <w:r>
        <w:rPr>
          <w:rFonts w:ascii="宋体" w:hAnsi="宋体" w:eastAsia="宋体" w:cs="宋体"/>
          <w:color w:val="000000"/>
        </w:rPr>
        <w:t>人去两服务处支援，使得在对外联络服务工作的人数比在文化展示服务的人数的</w:t>
      </w:r>
      <w:r>
        <w:rPr>
          <w:rFonts w:ascii="Times New Roman" w:hAnsi="Times New Roman" w:eastAsia="Times New Roman" w:cs="Times New Roman"/>
          <w:color w:val="000000"/>
        </w:rPr>
        <w:t>2</w:t>
      </w:r>
      <w:r>
        <w:rPr>
          <w:rFonts w:ascii="宋体" w:hAnsi="宋体" w:eastAsia="宋体" w:cs="宋体"/>
          <w:color w:val="000000"/>
        </w:rPr>
        <w:t>倍多</w:t>
      </w:r>
      <w:r>
        <w:rPr>
          <w:rFonts w:ascii="Times New Roman" w:hAnsi="Times New Roman" w:eastAsia="Times New Roman" w:cs="Times New Roman"/>
          <w:color w:val="000000"/>
        </w:rPr>
        <w:t>5</w:t>
      </w:r>
      <w:r>
        <w:rPr>
          <w:rFonts w:ascii="宋体" w:hAnsi="宋体" w:eastAsia="宋体" w:cs="宋体"/>
          <w:color w:val="000000"/>
        </w:rPr>
        <w:t>人，列出方程求解即可．</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3499" name="图片 187189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 name="图片 1871897159"/>
                    <pic:cNvPicPr>
                      <a:picLocks noChangeAspect="1"/>
                    </pic:cNvPicPr>
                  </pic:nvPicPr>
                  <pic:blipFill>
                    <a:blip r:embed="rId4506"/>
                    <a:stretch>
                      <a:fillRect/>
                    </a:stretch>
                  </pic:blipFill>
                  <pic:spPr>
                    <a:xfrm>
                      <a:off x="0" y="0"/>
                      <a:ext cx="95250" cy="171450"/>
                    </a:xfrm>
                    <a:prstGeom prst="rect">
                      <a:avLst/>
                    </a:prstGeom>
                  </pic:spPr>
                </pic:pic>
              </a:graphicData>
            </a:graphic>
          </wp:inline>
        </w:drawing>
      </w:r>
      <w:r>
        <w:rPr>
          <w:color w:val="000000"/>
        </w:rPr>
        <w:t>详解】</w:t>
      </w:r>
      <w:r>
        <w:rPr>
          <w:rFonts w:ascii="宋体" w:hAnsi="宋体" w:eastAsia="宋体" w:cs="宋体"/>
          <w:color w:val="000000"/>
        </w:rPr>
        <w:t>解：设应调往对外联络</w:t>
      </w:r>
      <w:r>
        <w:rPr>
          <w:rFonts w:ascii="Times New Roman" w:hAnsi="Times New Roman" w:eastAsia="Times New Roman" w:cs="Times New Roman"/>
          <w:i/>
          <w:color w:val="000000"/>
        </w:rPr>
        <w:t>x</w:t>
      </w:r>
      <w:r>
        <w:rPr>
          <w:rFonts w:ascii="宋体" w:hAnsi="宋体" w:eastAsia="宋体" w:cs="宋体"/>
          <w:color w:val="000000"/>
        </w:rPr>
        <w:t>人，则应调往文化展示两服务处</w:t>
      </w:r>
      <w:r>
        <w:pict>
          <v:shape id="_x0000_i714382" o:spt="75" alt="学科网(www.zxxk.com)--教育资源门户，提供试卷、教案、课件、论文、素材以及各类教学资源下载，还有大量而丰富的教学相关资讯！" type="#_x0000_t75" style="height:19.8pt;width:42pt;" o:ole="t" filled="f" o:preferrelative="t" stroked="f" coordsize="21600,21600">
            <v:path/>
            <v:fill on="f" focussize="0,0"/>
            <v:stroke on="f" joinstyle="miter"/>
            <v:imagedata r:id="rId4507" o:title="eqId3015a428b9b0eec4bee36617c97042c1"/>
            <o:lock v:ext="edit" aspectratio="t"/>
            <w10:wrap type="none"/>
            <w10:anchorlock/>
          </v:shape>
        </w:pict>
      </w:r>
      <w:r>
        <w:rPr>
          <w:rFonts w:ascii="宋体" w:hAnsi="宋体" w:eastAsia="宋体" w:cs="宋体"/>
          <w:color w:val="000000"/>
        </w:rPr>
        <w:t>人，</w:t>
      </w:r>
    </w:p>
    <w:p>
      <w:pPr>
        <w:spacing w:line="360" w:lineRule="auto"/>
        <w:jc w:val="left"/>
        <w:textAlignment w:val="center"/>
        <w:rPr>
          <w:color w:val="000000"/>
        </w:rPr>
      </w:pPr>
      <w:r>
        <w:rPr>
          <w:rFonts w:ascii="宋体" w:hAnsi="宋体" w:eastAsia="宋体" w:cs="宋体"/>
          <w:color w:val="000000"/>
        </w:rPr>
        <w:t>由题意得：</w:t>
      </w:r>
      <w:r>
        <w:pict>
          <v:shape id="_x0000_i714383" o:spt="75" alt="学科网(www.zxxk.com)--教育资源门户，提供试卷、教案、课件、论文、素材以及各类教学资源下载，还有大量而丰富的教学相关资讯！" type="#_x0000_t75" style="height:22.2pt;width:139.8pt;" o:ole="t" filled="f" o:preferrelative="t" stroked="f" coordsize="21600,21600">
            <v:path/>
            <v:fill on="f" focussize="0,0"/>
            <v:stroke on="f" joinstyle="miter"/>
            <v:imagedata r:id="rId4508" o:title="eqId8ebd7b87d621ebf789752e56c0594cd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4384" o:spt="75" alt="学科网(www.zxxk.com)--教育资源门户，提供试卷、教案、课件、论文、素材以及各类教学资源下载，还有大量而丰富的教学相关资讯！" type="#_x0000_t75" style="height:13.8pt;width:79.8pt;" o:ole="t" filled="f" o:preferrelative="t" stroked="f" coordsize="21600,21600">
            <v:path/>
            <v:fill on="f" focussize="0,0"/>
            <v:stroke on="f" joinstyle="miter"/>
            <v:imagedata r:id="rId4509" o:title="eqIda87ab99dd382c96bd6f9da8ce34f21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4385" o:spt="75" alt="学科网(www.zxxk.com)--教育资源门户，提供试卷、教案、课件、论文、素材以及各类教学资源下载，还有大量而丰富的教学相关资讯！" type="#_x0000_t75" style="height:13.8pt;width:33pt;" o:ole="t" filled="f" o:preferrelative="t" stroked="f" coordsize="21600,21600">
            <v:path/>
            <v:fill on="f" focussize="0,0"/>
            <v:stroke on="f" joinstyle="miter"/>
            <v:imagedata r:id="rId4510" o:title="eqId592830c3456745cee7d6d1cdc4f5631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∴应调往对外联络</w:t>
      </w:r>
      <w:r>
        <w:rPr>
          <w:rFonts w:ascii="Times New Roman" w:hAnsi="Times New Roman" w:eastAsia="Times New Roman" w:cs="Times New Roman"/>
          <w:color w:val="000000"/>
        </w:rPr>
        <w:t>16</w:t>
      </w:r>
      <w:r>
        <w:rPr>
          <w:rFonts w:ascii="宋体" w:hAnsi="宋体" w:eastAsia="宋体" w:cs="宋体"/>
          <w:color w:val="000000"/>
        </w:rPr>
        <w:t>人，则应调往文化展示两服务处</w:t>
      </w:r>
      <w:r>
        <w:rPr>
          <w:rFonts w:ascii="Times New Roman" w:hAnsi="Times New Roman" w:eastAsia="Times New Roman" w:cs="Times New Roman"/>
          <w:color w:val="000000"/>
        </w:rPr>
        <w:t>4</w:t>
      </w:r>
      <w:r>
        <w:rPr>
          <w:rFonts w:ascii="宋体" w:hAnsi="宋体" w:eastAsia="宋体" w:cs="宋体"/>
          <w:color w:val="000000"/>
        </w:rPr>
        <w:t>人，</w:t>
      </w:r>
    </w:p>
    <w:p>
      <w:pPr>
        <w:spacing w:line="360" w:lineRule="auto"/>
        <w:jc w:val="left"/>
        <w:textAlignment w:val="center"/>
        <w:rPr>
          <w:color w:val="000000"/>
        </w:rPr>
      </w:pPr>
      <w:r>
        <w:rPr>
          <w:rFonts w:ascii="宋体" w:hAnsi="宋体" w:eastAsia="宋体" w:cs="宋体"/>
          <w:color w:val="000000"/>
        </w:rPr>
        <w:t>答：应调往对外联络、文化展示两服务处各</w:t>
      </w:r>
      <w:r>
        <w:rPr>
          <w:rFonts w:ascii="Times New Roman" w:hAnsi="Times New Roman" w:eastAsia="Times New Roman" w:cs="Times New Roman"/>
          <w:color w:val="000000"/>
        </w:rPr>
        <w:t>16</w:t>
      </w:r>
      <w:r>
        <w:rPr>
          <w:rFonts w:ascii="宋体" w:hAnsi="宋体" w:eastAsia="宋体" w:cs="宋体"/>
          <w:color w:val="000000"/>
        </w:rPr>
        <w:t>人、</w:t>
      </w:r>
      <w:r>
        <w:rPr>
          <w:rFonts w:ascii="Times New Roman" w:hAnsi="Times New Roman" w:eastAsia="Times New Roman" w:cs="Times New Roman"/>
          <w:color w:val="000000"/>
        </w:rPr>
        <w:t>4</w:t>
      </w:r>
      <w:r>
        <w:rPr>
          <w:rFonts w:ascii="宋体" w:hAnsi="宋体" w:eastAsia="宋体" w:cs="宋体"/>
          <w:color w:val="000000"/>
        </w:rPr>
        <w:t>人．</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本题主要考查了一元一次方程的应用，正确根据题意列出方程是解题的关键．</w:t>
      </w:r>
    </w:p>
    <w:p>
      <w:pPr>
        <w:spacing w:line="360" w:lineRule="auto"/>
        <w:jc w:val="left"/>
        <w:textAlignment w:val="center"/>
        <w:rPr>
          <w:color w:val="000000"/>
        </w:rPr>
      </w:pPr>
      <w:r>
        <w:rPr>
          <w:color w:val="000000"/>
        </w:rPr>
        <w:t xml:space="preserve">23. </w:t>
      </w:r>
      <w:r>
        <w:rPr>
          <w:rFonts w:ascii="宋体" w:hAnsi="宋体" w:eastAsia="宋体" w:cs="宋体"/>
          <w:color w:val="000000"/>
        </w:rPr>
        <w:t>探索发现：如图是一种网红弹弓的实物图，在两头上系上皮筋，拉动皮筋可形成平面示意图如下图①，弹弓的两边可看成是平行的，即</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，各活动小组探索∠</w:t>
      </w:r>
      <w:r>
        <w:rPr>
          <w:rFonts w:ascii="Times New Roman" w:hAnsi="Times New Roman" w:eastAsia="Times New Roman" w:cs="Times New Roman"/>
          <w:i/>
          <w:color w:val="000000"/>
        </w:rPr>
        <w:t>APC</w:t>
      </w:r>
      <w:r>
        <w:rPr>
          <w:rFonts w:ascii="宋体" w:hAnsi="宋体" w:eastAsia="宋体" w:cs="宋体"/>
          <w:color w:val="000000"/>
        </w:rPr>
        <w:t>与∠</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之间的数量关系．</w:t>
      </w:r>
    </w:p>
    <w:p>
      <w:pPr>
        <w:spacing w:line="360" w:lineRule="auto"/>
        <w:jc w:val="left"/>
        <w:textAlignment w:val="center"/>
        <w:rPr>
          <w:color w:val="000000"/>
        </w:rPr>
      </w:pPr>
      <w:r>
        <w:rPr>
          <w:color w:val="000000"/>
        </w:rPr>
        <w:drawing>
          <wp:inline distT="0" distB="0" distL="114300" distR="114300">
            <wp:extent cx="4676775" cy="2476500"/>
            <wp:effectExtent l="0" t="0" r="0" b="0"/>
            <wp:docPr id="350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 name="图片 100061" descr="学科网(www.zxxk.com)--教育资源门户，提供试卷、教案、课件、论文、素材以及各类教学资源下载，还有大量而丰富的教学相关资讯！"/>
                    <pic:cNvPicPr>
                      <a:picLocks noChangeAspect="1"/>
                    </pic:cNvPicPr>
                  </pic:nvPicPr>
                  <pic:blipFill>
                    <a:blip r:embed="rId4511"/>
                    <a:stretch>
                      <a:fillRect/>
                    </a:stretch>
                  </pic:blipFill>
                  <pic:spPr>
                    <a:xfrm>
                      <a:off x="0" y="0"/>
                      <a:ext cx="4676775" cy="24765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已知</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不</w:t>
      </w:r>
      <w:r>
        <w:rPr>
          <w:rFonts w:ascii="宋体" w:hAnsi="宋体" w:eastAsia="宋体" w:cs="宋体"/>
          <w:color w:val="000000"/>
          <w:position w:val="-1"/>
        </w:rPr>
        <w:drawing>
          <wp:inline distT="0" distB="0" distL="114300" distR="114300">
            <wp:extent cx="139700" cy="190500"/>
            <wp:effectExtent l="0" t="0" r="0" b="0"/>
            <wp:docPr id="3503" name="图片 187189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 name="图片 1871897165"/>
                    <pic:cNvPicPr>
                      <a:picLocks noChangeAspect="1"/>
                    </pic:cNvPicPr>
                  </pic:nvPicPr>
                  <pic:blipFill>
                    <a:blip r:embed="rId4512"/>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直线</w:t>
      </w:r>
      <w:r>
        <w:rPr>
          <w:rFonts w:ascii="Times New Roman" w:hAnsi="Times New Roman" w:eastAsia="Times New Roman" w:cs="Times New Roman"/>
          <w:i/>
          <w:color w:val="000000"/>
        </w:rPr>
        <w:t>AB</w:t>
      </w:r>
      <w:r>
        <w:rPr>
          <w:rFonts w:ascii="宋体" w:hAnsi="宋体" w:eastAsia="宋体" w:cs="宋体"/>
          <w:color w:val="000000"/>
        </w:rPr>
        <w:t>和直线</w:t>
      </w:r>
      <w:r>
        <w:rPr>
          <w:rFonts w:ascii="Times New Roman" w:hAnsi="Times New Roman" w:eastAsia="Times New Roman" w:cs="Times New Roman"/>
          <w:i/>
          <w:color w:val="000000"/>
        </w:rPr>
        <w:t>CD</w:t>
      </w:r>
      <w:r>
        <w:rPr>
          <w:rFonts w:ascii="宋体" w:hAnsi="宋体" w:eastAsia="宋体" w:cs="宋体"/>
          <w:color w:val="000000"/>
        </w:rPr>
        <w:t>上，在图①中，智慧小组发现：∠</w:t>
      </w:r>
      <w:r>
        <w:rPr>
          <w:rFonts w:ascii="Times New Roman" w:hAnsi="Times New Roman" w:eastAsia="Times New Roman" w:cs="Times New Roman"/>
          <w:i/>
          <w:color w:val="000000"/>
        </w:rPr>
        <w:t>APC</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智慧小组是这样思考的：过点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Cambria Math" w:hAnsi="Cambria Math" w:eastAsia="Cambria Math" w:cs="Cambria Math"/>
          <w:color w:val="000000"/>
        </w:rPr>
        <w:t>⋯</w:t>
      </w:r>
    </w:p>
    <w:p>
      <w:pPr>
        <w:spacing w:line="360" w:lineRule="auto"/>
        <w:jc w:val="left"/>
        <w:textAlignment w:val="center"/>
        <w:rPr>
          <w:color w:val="000000"/>
        </w:rPr>
      </w:pPr>
      <w:r>
        <w:rPr>
          <w:rFonts w:ascii="宋体" w:hAnsi="宋体" w:eastAsia="宋体" w:cs="宋体"/>
          <w:color w:val="000000"/>
        </w:rPr>
        <w:t>请你按照智慧小组作的辅助线补全推理过程．</w:t>
      </w:r>
    </w:p>
    <w:p>
      <w:pPr>
        <w:spacing w:line="360" w:lineRule="auto"/>
        <w:jc w:val="left"/>
        <w:textAlignment w:val="center"/>
        <w:rPr>
          <w:color w:val="000000"/>
        </w:rPr>
      </w:pPr>
      <w:r>
        <w:rPr>
          <w:rFonts w:ascii="宋体" w:hAnsi="宋体" w:eastAsia="宋体" w:cs="宋体"/>
          <w:color w:val="000000"/>
        </w:rPr>
        <w:t>类比思考：</w:t>
      </w:r>
    </w:p>
    <w:p>
      <w:pPr>
        <w:spacing w:line="360" w:lineRule="auto"/>
        <w:jc w:val="left"/>
        <w:textAlignment w:val="center"/>
        <w:rPr>
          <w:color w:val="000000"/>
        </w:rPr>
      </w:pPr>
      <w:r>
        <w:rPr>
          <w:rFonts w:ascii="宋体" w:hAnsi="宋体" w:eastAsia="宋体" w:cs="宋体"/>
          <w:color w:val="000000"/>
        </w:rPr>
        <w:t>①在图②中，∠</w:t>
      </w:r>
      <w:r>
        <w:rPr>
          <w:rFonts w:ascii="Times New Roman" w:hAnsi="Times New Roman" w:eastAsia="Times New Roman" w:cs="Times New Roman"/>
          <w:i/>
          <w:color w:val="000000"/>
        </w:rPr>
        <w:t>APC</w:t>
      </w:r>
      <w:r>
        <w:rPr>
          <w:rFonts w:ascii="宋体" w:hAnsi="宋体" w:eastAsia="宋体" w:cs="宋体"/>
          <w:color w:val="000000"/>
        </w:rPr>
        <w:t>与∠</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之间的数量关系为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②如图③，已知</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，则∠</w:t>
      </w:r>
      <w:r>
        <w:rPr>
          <w:rFonts w:ascii="Times New Roman" w:hAnsi="Times New Roman" w:eastAsia="Times New Roman" w:cs="Times New Roman"/>
          <w:color w:val="000000"/>
        </w:rPr>
        <w:t>α</w:t>
      </w:r>
      <w:r>
        <w:rPr>
          <w:rFonts w:ascii="宋体" w:hAnsi="宋体" w:eastAsia="宋体" w:cs="宋体"/>
          <w:color w:val="000000"/>
        </w:rPr>
        <w:t>、∠</w:t>
      </w:r>
      <w:r>
        <w:rPr>
          <w:rFonts w:ascii="Times New Roman" w:hAnsi="Times New Roman" w:eastAsia="Times New Roman" w:cs="Times New Roman"/>
          <w:color w:val="000000"/>
        </w:rPr>
        <w:t>β</w:t>
      </w:r>
      <w:r>
        <w:rPr>
          <w:rFonts w:ascii="宋体" w:hAnsi="宋体" w:eastAsia="宋体" w:cs="宋体"/>
          <w:color w:val="000000"/>
        </w:rPr>
        <w:t>、∠</w:t>
      </w:r>
      <w:r>
        <w:rPr>
          <w:rFonts w:ascii="Times New Roman" w:hAnsi="Times New Roman" w:eastAsia="Times New Roman" w:cs="Times New Roman"/>
          <w:color w:val="000000"/>
        </w:rPr>
        <w:t>γ</w:t>
      </w:r>
      <w:r>
        <w:rPr>
          <w:rFonts w:ascii="宋体" w:hAnsi="宋体" w:eastAsia="宋体" w:cs="宋体"/>
          <w:color w:val="000000"/>
        </w:rPr>
        <w:t>之间的数量关系为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解决问题：善思小组提出：如图④⑤，</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AF</w:t>
      </w:r>
      <w:r>
        <w:rPr>
          <w:rFonts w:ascii="宋体" w:hAnsi="宋体" w:eastAsia="宋体" w:cs="宋体"/>
          <w:color w:val="000000"/>
        </w:rPr>
        <w:t>、</w:t>
      </w:r>
      <w:r>
        <w:rPr>
          <w:rFonts w:ascii="Times New Roman" w:hAnsi="Times New Roman" w:eastAsia="Times New Roman" w:cs="Times New Roman"/>
          <w:i/>
          <w:color w:val="000000"/>
        </w:rPr>
        <w:t>CF</w:t>
      </w:r>
      <w:r>
        <w:rPr>
          <w:rFonts w:ascii="宋体" w:hAnsi="宋体" w:eastAsia="宋体" w:cs="宋体"/>
          <w:color w:val="000000"/>
        </w:rPr>
        <w:t>分别平分∠</w:t>
      </w:r>
      <w:r>
        <w:rPr>
          <w:rFonts w:ascii="Times New Roman" w:hAnsi="Times New Roman" w:eastAsia="Times New Roman" w:cs="Times New Roman"/>
          <w:i/>
          <w:color w:val="000000"/>
        </w:rPr>
        <w:t>BAP</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．请分别求出图④、图⑤中，∠</w:t>
      </w:r>
      <w:r>
        <w:rPr>
          <w:rFonts w:ascii="Times New Roman" w:hAnsi="Times New Roman" w:eastAsia="Times New Roman" w:cs="Times New Roman"/>
          <w:i/>
          <w:color w:val="000000"/>
        </w:rPr>
        <w:t>AFC</w:t>
      </w:r>
      <w:r>
        <w:rPr>
          <w:rFonts w:ascii="宋体" w:hAnsi="宋体" w:eastAsia="宋体" w:cs="宋体"/>
          <w:color w:val="000000"/>
        </w:rPr>
        <w:t>与∠</w:t>
      </w:r>
      <w:r>
        <w:rPr>
          <w:rFonts w:ascii="Times New Roman" w:hAnsi="Times New Roman" w:eastAsia="Times New Roman" w:cs="Times New Roman"/>
          <w:i/>
          <w:color w:val="000000"/>
        </w:rPr>
        <w:t>APC</w:t>
      </w:r>
      <w:r>
        <w:rPr>
          <w:rFonts w:ascii="宋体" w:hAnsi="宋体" w:eastAsia="宋体" w:cs="宋体"/>
          <w:color w:val="000000"/>
        </w:rPr>
        <w:t>之间的数量关系，并说明理由．</w:t>
      </w:r>
    </w:p>
    <w:p>
      <w:pPr>
        <w:spacing w:line="360" w:lineRule="auto"/>
        <w:textAlignment w:val="center"/>
        <w:rPr>
          <w:color w:val="000000"/>
        </w:rPr>
      </w:pPr>
      <w:r>
        <w:rPr>
          <w:color w:val="2E75B6"/>
        </w:rPr>
        <w:t>【答案】</w:t>
      </w:r>
      <w:r>
        <w:rPr>
          <w:rFonts w:ascii="宋体" w:hAnsi="宋体" w:eastAsia="宋体" w:cs="宋体"/>
          <w:color w:val="000000"/>
        </w:rPr>
        <w:t>探索发现见解析；</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i/>
          <w:color w:val="000000"/>
        </w:rPr>
        <w:t>APC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360°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α+β</w:t>
      </w:r>
      <w:r>
        <w:rPr>
          <w:rFonts w:ascii="宋体" w:hAnsi="宋体" w:eastAsia="宋体" w:cs="宋体"/>
          <w:color w:val="000000"/>
        </w:rPr>
        <w:t>﹣</w:t>
      </w:r>
      <w:r>
        <w:rPr>
          <w:rFonts w:ascii="Times New Roman" w:hAnsi="Times New Roman" w:eastAsia="Times New Roman" w:cs="Times New Roman"/>
          <w:color w:val="000000"/>
        </w:rPr>
        <w:t>γ</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解决问题：如图④，∠</w:t>
      </w:r>
      <w:r>
        <w:rPr>
          <w:rFonts w:ascii="Times New Roman" w:hAnsi="Times New Roman" w:eastAsia="Times New Roman" w:cs="Times New Roman"/>
          <w:i/>
          <w:color w:val="000000"/>
        </w:rPr>
        <w:t>AFC</w:t>
      </w:r>
      <w:r>
        <w:pict>
          <v:shape id="_x0000_i714386" o:spt="75" alt="学科网(www.zxxk.com)--教育资源门户，提供试卷、教案、课件、论文、素材以及各类教学资源下载，还有大量而丰富的教学相关资讯！" type="#_x0000_t75" style="height:30.75pt;width:21pt;" o:ole="t" filled="f" o:preferrelative="t" stroked="f" coordsize="21600,21600">
            <v:path/>
            <v:fill on="f" focussize="0,0"/>
            <v:stroke on="f" joinstyle="miter"/>
            <v:imagedata r:id="rId4513" o:title="eqId52c70c0c5a061195b9941796b6a9acc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；如图⑤，∠</w:t>
      </w:r>
      <w:r>
        <w:rPr>
          <w:rFonts w:ascii="Times New Roman" w:hAnsi="Times New Roman" w:eastAsia="Times New Roman" w:cs="Times New Roman"/>
          <w:i/>
          <w:color w:val="000000"/>
        </w:rPr>
        <w:t>AFC</w:t>
      </w:r>
      <w:r>
        <w:rPr>
          <w:rFonts w:ascii="宋体" w:hAnsi="宋体" w:eastAsia="宋体" w:cs="宋体"/>
          <w:color w:val="000000"/>
        </w:rPr>
        <w:t>＝</w:t>
      </w:r>
      <w:r>
        <w:rPr>
          <w:rFonts w:ascii="Times New Roman" w:hAnsi="Times New Roman" w:eastAsia="Times New Roman" w:cs="Times New Roman"/>
          <w:color w:val="000000"/>
        </w:rPr>
        <w:t>180°</w:t>
      </w:r>
      <w:r>
        <w:pict>
          <v:shape id="_x0000_i714387"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4514" o:title="eqId5743a3bf50e8146f519a7b4f32a958b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；理由见解析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探索发现：由</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，推出</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，得出∠</w:t>
      </w:r>
      <w:r>
        <w:rPr>
          <w:rFonts w:ascii="Times New Roman" w:hAnsi="Times New Roman" w:eastAsia="Times New Roman" w:cs="Times New Roman"/>
          <w:i/>
          <w:color w:val="000000"/>
        </w:rPr>
        <w:t>APQ</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CPQ</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，推出∠</w:t>
      </w:r>
      <w:r>
        <w:rPr>
          <w:rFonts w:ascii="Times New Roman" w:hAnsi="Times New Roman" w:eastAsia="Times New Roman" w:cs="Times New Roman"/>
          <w:i/>
          <w:color w:val="000000"/>
        </w:rPr>
        <w:t>APQ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CPQ</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，即可得出结论；</w:t>
      </w:r>
    </w:p>
    <w:p>
      <w:pPr>
        <w:spacing w:line="360" w:lineRule="auto"/>
        <w:jc w:val="left"/>
        <w:textAlignment w:val="center"/>
        <w:rPr>
          <w:color w:val="000000"/>
        </w:rPr>
      </w:pPr>
      <w:r>
        <w:rPr>
          <w:rFonts w:ascii="宋体" w:hAnsi="宋体" w:eastAsia="宋体" w:cs="宋体"/>
          <w:color w:val="000000"/>
        </w:rPr>
        <w:t>类比思考：①过点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，由平行线的性质得出∠</w:t>
      </w:r>
      <w:r>
        <w:rPr>
          <w:rFonts w:ascii="Times New Roman" w:hAnsi="Times New Roman" w:eastAsia="Times New Roman" w:cs="Times New Roman"/>
          <w:i/>
          <w:color w:val="000000"/>
        </w:rPr>
        <w:t>APQ</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，由</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，得到</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，由平行线的性质得出∠</w:t>
      </w:r>
      <w:r>
        <w:rPr>
          <w:rFonts w:ascii="Times New Roman" w:hAnsi="Times New Roman" w:eastAsia="Times New Roman" w:cs="Times New Roman"/>
          <w:i/>
          <w:color w:val="000000"/>
        </w:rPr>
        <w:t>CPQ</w:t>
      </w:r>
      <w:r>
        <w:rPr>
          <w:rFonts w:ascii="宋体" w:hAnsi="宋体" w:eastAsia="宋体" w:cs="宋体"/>
          <w:color w:val="000000"/>
        </w:rPr>
        <w:t>＋</w:t>
      </w:r>
      <w:r>
        <w:rPr>
          <w:rFonts w:ascii="宋体" w:hAnsi="宋体" w:eastAsia="宋体" w:cs="宋体"/>
          <w:i/>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，则∠</w:t>
      </w:r>
      <w:r>
        <w:rPr>
          <w:rFonts w:ascii="Times New Roman" w:hAnsi="Times New Roman" w:eastAsia="Times New Roman" w:cs="Times New Roman"/>
          <w:i/>
          <w:color w:val="000000"/>
        </w:rPr>
        <w:t>APQ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CPQ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360°</w:t>
      </w:r>
      <w:r>
        <w:rPr>
          <w:rFonts w:ascii="宋体" w:hAnsi="宋体" w:eastAsia="宋体" w:cs="宋体"/>
          <w:color w:val="000000"/>
        </w:rPr>
        <w:t>，即可得出结果；</w:t>
      </w:r>
    </w:p>
    <w:p>
      <w:pPr>
        <w:spacing w:line="360" w:lineRule="auto"/>
        <w:jc w:val="left"/>
        <w:textAlignment w:val="center"/>
        <w:rPr>
          <w:color w:val="000000"/>
        </w:rPr>
      </w:pPr>
      <w:r>
        <w:rPr>
          <w:rFonts w:ascii="宋体" w:hAnsi="宋体" w:eastAsia="宋体" w:cs="宋体"/>
          <w:color w:val="000000"/>
        </w:rPr>
        <w:t>②过点</w:t>
      </w:r>
      <w:r>
        <w:rPr>
          <w:rFonts w:ascii="Times New Roman" w:hAnsi="Times New Roman" w:eastAsia="Times New Roman" w:cs="Times New Roman"/>
          <w:i/>
          <w:color w:val="000000"/>
        </w:rPr>
        <w:t>M</w:t>
      </w:r>
      <w:r>
        <w:rPr>
          <w:rFonts w:ascii="宋体" w:hAnsi="宋体" w:eastAsia="宋体" w:cs="宋体"/>
          <w:color w:val="000000"/>
        </w:rPr>
        <w:t>作</w:t>
      </w:r>
      <w:r>
        <w:rPr>
          <w:rFonts w:ascii="Times New Roman" w:hAnsi="Times New Roman" w:eastAsia="Times New Roman" w:cs="Times New Roman"/>
          <w:i/>
          <w:color w:val="000000"/>
        </w:rPr>
        <w:t>MQ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，由平行线的性质得出</w:t>
      </w:r>
      <w:r>
        <w:rPr>
          <w:rFonts w:ascii="Times New Roman" w:hAnsi="Times New Roman" w:eastAsia="Times New Roman" w:cs="Times New Roman"/>
          <w:color w:val="000000"/>
        </w:rPr>
        <w:t>α+</w:t>
      </w:r>
      <w:r>
        <w:rPr>
          <w:rFonts w:ascii="宋体" w:hAnsi="宋体" w:eastAsia="宋体" w:cs="宋体"/>
          <w:color w:val="000000"/>
        </w:rPr>
        <w:t>∠</w:t>
      </w:r>
      <w:r>
        <w:rPr>
          <w:rFonts w:ascii="Times New Roman" w:hAnsi="Times New Roman" w:eastAsia="Times New Roman" w:cs="Times New Roman"/>
          <w:i/>
          <w:color w:val="000000"/>
        </w:rPr>
        <w:t>QMA</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，由</w:t>
      </w:r>
      <w:r>
        <w:rPr>
          <w:rFonts w:ascii="Times New Roman" w:hAnsi="Times New Roman" w:eastAsia="Times New Roman" w:cs="Times New Roman"/>
          <w:i/>
          <w:color w:val="000000"/>
        </w:rPr>
        <w:t>MQ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，推出</w:t>
      </w:r>
      <w:r>
        <w:rPr>
          <w:rFonts w:ascii="Times New Roman" w:hAnsi="Times New Roman" w:eastAsia="Times New Roman" w:cs="Times New Roman"/>
          <w:i/>
          <w:color w:val="000000"/>
        </w:rPr>
        <w:t>MQ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，得出∠</w:t>
      </w:r>
      <w:r>
        <w:rPr>
          <w:rFonts w:ascii="Times New Roman" w:hAnsi="Times New Roman" w:eastAsia="Times New Roman" w:cs="Times New Roman"/>
          <w:i/>
          <w:color w:val="000000"/>
        </w:rPr>
        <w:t>QMD</w:t>
      </w:r>
      <w:r>
        <w:rPr>
          <w:rFonts w:ascii="宋体" w:hAnsi="宋体" w:eastAsia="宋体" w:cs="宋体"/>
          <w:color w:val="000000"/>
        </w:rPr>
        <w:t>＝</w:t>
      </w:r>
      <w:r>
        <w:rPr>
          <w:rFonts w:ascii="Times New Roman" w:hAnsi="Times New Roman" w:eastAsia="Times New Roman" w:cs="Times New Roman"/>
          <w:color w:val="000000"/>
        </w:rPr>
        <w:t>γ</w:t>
      </w:r>
      <w:r>
        <w:rPr>
          <w:rFonts w:ascii="宋体" w:hAnsi="宋体" w:eastAsia="宋体" w:cs="宋体"/>
          <w:color w:val="000000"/>
        </w:rPr>
        <w:t>，即可得出结果；</w:t>
      </w:r>
    </w:p>
    <w:p>
      <w:pPr>
        <w:spacing w:line="360" w:lineRule="auto"/>
        <w:jc w:val="left"/>
        <w:textAlignment w:val="center"/>
        <w:rPr>
          <w:color w:val="000000"/>
        </w:rPr>
      </w:pPr>
      <w:r>
        <w:rPr>
          <w:rFonts w:ascii="宋体" w:hAnsi="宋体" w:eastAsia="宋体" w:cs="宋体"/>
          <w:color w:val="000000"/>
        </w:rPr>
        <w:t>解决问题：如图④，过点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，过点</w:t>
      </w:r>
      <w:r>
        <w:rPr>
          <w:rFonts w:ascii="Times New Roman" w:hAnsi="Times New Roman" w:eastAsia="Times New Roman" w:cs="Times New Roman"/>
          <w:i/>
          <w:color w:val="000000"/>
        </w:rPr>
        <w:t>F</w:t>
      </w:r>
      <w:r>
        <w:rPr>
          <w:rFonts w:ascii="宋体" w:hAnsi="宋体" w:eastAsia="宋体" w:cs="宋体"/>
          <w:color w:val="000000"/>
        </w:rPr>
        <w:t>作</w:t>
      </w:r>
      <w:r>
        <w:rPr>
          <w:rFonts w:ascii="Times New Roman" w:hAnsi="Times New Roman" w:eastAsia="Times New Roman" w:cs="Times New Roman"/>
          <w:i/>
          <w:color w:val="000000"/>
        </w:rPr>
        <w:t>FM</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，由平行线的性质得出∠</w:t>
      </w:r>
      <w:r>
        <w:rPr>
          <w:rFonts w:ascii="Times New Roman" w:hAnsi="Times New Roman" w:eastAsia="Times New Roman" w:cs="Times New Roman"/>
          <w:i/>
          <w:color w:val="000000"/>
        </w:rPr>
        <w:t>APQ</w:t>
      </w:r>
      <w:r>
        <w:rPr>
          <w:rFonts w:ascii="宋体" w:hAnsi="宋体" w:eastAsia="宋体" w:cs="宋体"/>
          <w:color w:val="000000"/>
        </w:rPr>
        <w:t>＝∠</w:t>
      </w:r>
      <w:r>
        <w:rPr>
          <w:rFonts w:ascii="Times New Roman" w:hAnsi="Times New Roman" w:eastAsia="Times New Roman" w:cs="Times New Roman"/>
          <w:i/>
          <w:color w:val="000000"/>
        </w:rPr>
        <w:t>BAP</w:t>
      </w:r>
      <w:r>
        <w:rPr>
          <w:rFonts w:ascii="宋体" w:hAnsi="宋体" w:eastAsia="宋体" w:cs="宋体"/>
          <w:color w:val="000000"/>
        </w:rPr>
        <w:t>，∠</w:t>
      </w:r>
      <w:r>
        <w:rPr>
          <w:rFonts w:ascii="Times New Roman" w:hAnsi="Times New Roman" w:eastAsia="Times New Roman" w:cs="Times New Roman"/>
          <w:i/>
          <w:color w:val="000000"/>
        </w:rPr>
        <w:t>AFM</w:t>
      </w:r>
      <w:r>
        <w:rPr>
          <w:rFonts w:ascii="宋体" w:hAnsi="宋体" w:eastAsia="宋体" w:cs="宋体"/>
          <w:color w:val="000000"/>
        </w:rPr>
        <w:t>＝∠</w:t>
      </w:r>
      <w:r>
        <w:rPr>
          <w:rFonts w:ascii="Times New Roman" w:hAnsi="Times New Roman" w:eastAsia="Times New Roman" w:cs="Times New Roman"/>
          <w:i/>
          <w:color w:val="000000"/>
        </w:rPr>
        <w:t>BAF</w:t>
      </w:r>
      <w:r>
        <w:rPr>
          <w:rFonts w:ascii="宋体" w:hAnsi="宋体" w:eastAsia="宋体" w:cs="宋体"/>
          <w:color w:val="000000"/>
        </w:rPr>
        <w:t>，由角平分线的定义得出∠</w:t>
      </w:r>
      <w:r>
        <w:rPr>
          <w:rFonts w:ascii="Times New Roman" w:hAnsi="Times New Roman" w:eastAsia="Times New Roman" w:cs="Times New Roman"/>
          <w:i/>
          <w:color w:val="000000"/>
        </w:rPr>
        <w:t>BAF</w:t>
      </w:r>
      <w:r>
        <w:rPr>
          <w:rFonts w:ascii="宋体" w:hAnsi="宋体" w:eastAsia="宋体" w:cs="宋体"/>
          <w:color w:val="000000"/>
        </w:rPr>
        <w:t>＝∠</w:t>
      </w:r>
      <w:r>
        <w:rPr>
          <w:rFonts w:ascii="Times New Roman" w:hAnsi="Times New Roman" w:eastAsia="Times New Roman" w:cs="Times New Roman"/>
          <w:i/>
          <w:color w:val="000000"/>
        </w:rPr>
        <w:t>PAF</w:t>
      </w:r>
      <w:r>
        <w:rPr>
          <w:rFonts w:ascii="宋体" w:hAnsi="宋体" w:eastAsia="宋体" w:cs="宋体"/>
          <w:color w:val="000000"/>
        </w:rPr>
        <w:t>，即∠</w:t>
      </w:r>
      <w:r>
        <w:rPr>
          <w:rFonts w:ascii="Times New Roman" w:hAnsi="Times New Roman" w:eastAsia="Times New Roman" w:cs="Times New Roman"/>
          <w:i/>
          <w:color w:val="000000"/>
        </w:rPr>
        <w:t>AFM</w:t>
      </w:r>
      <w:r>
        <w:pict>
          <v:shape id="_x0000_i714388"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15"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BAP</w:t>
      </w:r>
      <w:r>
        <w:rPr>
          <w:rFonts w:ascii="宋体" w:hAnsi="宋体" w:eastAsia="宋体" w:cs="宋体"/>
          <w:color w:val="000000"/>
        </w:rPr>
        <w:t>，由</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FM</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，推出</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FM</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，得出∠</w:t>
      </w:r>
      <w:r>
        <w:rPr>
          <w:rFonts w:ascii="Times New Roman" w:hAnsi="Times New Roman" w:eastAsia="Times New Roman" w:cs="Times New Roman"/>
          <w:i/>
          <w:color w:val="000000"/>
        </w:rPr>
        <w:t>CPQ</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w:t>
      </w:r>
      <w:r>
        <w:rPr>
          <w:rFonts w:ascii="Times New Roman" w:hAnsi="Times New Roman" w:eastAsia="Times New Roman" w:cs="Times New Roman"/>
          <w:i/>
          <w:color w:val="000000"/>
        </w:rPr>
        <w:t>CFM</w:t>
      </w:r>
      <w:r>
        <w:rPr>
          <w:rFonts w:ascii="宋体" w:hAnsi="宋体" w:eastAsia="宋体" w:cs="宋体"/>
          <w:color w:val="000000"/>
        </w:rPr>
        <w:t>＝∠</w:t>
      </w:r>
      <w:r>
        <w:rPr>
          <w:rFonts w:ascii="Times New Roman" w:hAnsi="Times New Roman" w:eastAsia="Times New Roman" w:cs="Times New Roman"/>
          <w:i/>
          <w:color w:val="000000"/>
        </w:rPr>
        <w:t>DCF</w:t>
      </w:r>
      <w:r>
        <w:rPr>
          <w:rFonts w:ascii="宋体" w:hAnsi="宋体" w:eastAsia="宋体" w:cs="宋体"/>
          <w:color w:val="000000"/>
        </w:rPr>
        <w:t>，由角平分线的定义得出∠</w:t>
      </w:r>
      <w:r>
        <w:rPr>
          <w:rFonts w:ascii="Times New Roman" w:hAnsi="Times New Roman" w:eastAsia="Times New Roman" w:cs="Times New Roman"/>
          <w:i/>
          <w:color w:val="000000"/>
        </w:rPr>
        <w:t>DCF</w:t>
      </w:r>
      <w:r>
        <w:rPr>
          <w:rFonts w:ascii="宋体" w:hAnsi="宋体" w:eastAsia="宋体" w:cs="宋体"/>
          <w:color w:val="000000"/>
        </w:rPr>
        <w:t>＝∠</w:t>
      </w:r>
      <w:r>
        <w:rPr>
          <w:rFonts w:ascii="Times New Roman" w:hAnsi="Times New Roman" w:eastAsia="Times New Roman" w:cs="Times New Roman"/>
          <w:i/>
          <w:color w:val="000000"/>
        </w:rPr>
        <w:t>PCF</w:t>
      </w:r>
      <w:r>
        <w:rPr>
          <w:rFonts w:ascii="宋体" w:hAnsi="宋体" w:eastAsia="宋体" w:cs="宋体"/>
          <w:color w:val="000000"/>
        </w:rPr>
        <w:t>，即∠</w:t>
      </w:r>
      <w:r>
        <w:rPr>
          <w:rFonts w:ascii="Times New Roman" w:hAnsi="Times New Roman" w:eastAsia="Times New Roman" w:cs="Times New Roman"/>
          <w:i/>
          <w:color w:val="000000"/>
        </w:rPr>
        <w:t>CFM</w:t>
      </w:r>
      <w:r>
        <w:pict>
          <v:shape id="_x0000_i714389"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15"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，推出∠</w:t>
      </w:r>
      <w:r>
        <w:rPr>
          <w:rFonts w:ascii="Times New Roman" w:hAnsi="Times New Roman" w:eastAsia="Times New Roman" w:cs="Times New Roman"/>
          <w:i/>
          <w:color w:val="000000"/>
        </w:rPr>
        <w:t>APC</w:t>
      </w:r>
      <w:r>
        <w:rPr>
          <w:rFonts w:ascii="宋体" w:hAnsi="宋体" w:eastAsia="宋体" w:cs="宋体"/>
          <w:color w:val="000000"/>
        </w:rPr>
        <w:t>＝∠</w:t>
      </w:r>
      <w:r>
        <w:rPr>
          <w:rFonts w:ascii="Times New Roman" w:hAnsi="Times New Roman" w:eastAsia="Times New Roman" w:cs="Times New Roman"/>
          <w:i/>
          <w:color w:val="000000"/>
        </w:rPr>
        <w:t>BAP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w:t>
      </w:r>
      <w:r>
        <w:rPr>
          <w:rFonts w:ascii="Times New Roman" w:hAnsi="Times New Roman" w:eastAsia="Times New Roman" w:cs="Times New Roman"/>
          <w:i/>
          <w:color w:val="000000"/>
        </w:rPr>
        <w:t>AFC</w:t>
      </w:r>
      <w:r>
        <w:pict>
          <v:shape id="_x0000_i714390"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15"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BAP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），即可得出结果；</w:t>
      </w:r>
    </w:p>
    <w:p>
      <w:pPr>
        <w:spacing w:line="360" w:lineRule="auto"/>
        <w:jc w:val="left"/>
        <w:textAlignment w:val="center"/>
        <w:rPr>
          <w:color w:val="000000"/>
        </w:rPr>
      </w:pPr>
      <w:r>
        <w:rPr>
          <w:rFonts w:ascii="宋体" w:hAnsi="宋体" w:eastAsia="宋体" w:cs="宋体"/>
          <w:color w:val="000000"/>
        </w:rPr>
        <w:t>如图⑤，过点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PH</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，过点</w:t>
      </w:r>
      <w:r>
        <w:rPr>
          <w:rFonts w:ascii="Times New Roman" w:hAnsi="Times New Roman" w:eastAsia="Times New Roman" w:cs="Times New Roman"/>
          <w:i/>
          <w:color w:val="000000"/>
        </w:rPr>
        <w:t>F</w:t>
      </w:r>
      <w:r>
        <w:rPr>
          <w:rFonts w:ascii="宋体" w:hAnsi="宋体" w:eastAsia="宋体" w:cs="宋体"/>
          <w:color w:val="000000"/>
        </w:rPr>
        <w:t>作</w:t>
      </w:r>
      <w:r>
        <w:rPr>
          <w:rFonts w:ascii="Times New Roman" w:hAnsi="Times New Roman" w:eastAsia="Times New Roman" w:cs="Times New Roman"/>
          <w:i/>
          <w:color w:val="000000"/>
        </w:rPr>
        <w:t>FQ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，由平行线的性质得出∠</w:t>
      </w:r>
      <w:r>
        <w:rPr>
          <w:rFonts w:ascii="Times New Roman" w:hAnsi="Times New Roman" w:eastAsia="Times New Roman" w:cs="Times New Roman"/>
          <w:i/>
          <w:color w:val="000000"/>
        </w:rPr>
        <w:t>APH</w:t>
      </w:r>
      <w:r>
        <w:rPr>
          <w:rFonts w:ascii="宋体" w:hAnsi="宋体" w:eastAsia="宋体" w:cs="宋体"/>
          <w:color w:val="000000"/>
        </w:rPr>
        <w:t>＝∠</w:t>
      </w:r>
      <w:r>
        <w:rPr>
          <w:rFonts w:ascii="Times New Roman" w:hAnsi="Times New Roman" w:eastAsia="Times New Roman" w:cs="Times New Roman"/>
          <w:i/>
          <w:color w:val="000000"/>
        </w:rPr>
        <w:t>MAP</w:t>
      </w:r>
      <w:r>
        <w:rPr>
          <w:rFonts w:ascii="宋体" w:hAnsi="宋体" w:eastAsia="宋体" w:cs="宋体"/>
          <w:color w:val="000000"/>
        </w:rPr>
        <w:t>，∠</w:t>
      </w:r>
      <w:r>
        <w:rPr>
          <w:rFonts w:ascii="Times New Roman" w:hAnsi="Times New Roman" w:eastAsia="Times New Roman" w:cs="Times New Roman"/>
          <w:i/>
          <w:color w:val="000000"/>
        </w:rPr>
        <w:t>AFQ</w:t>
      </w:r>
      <w:r>
        <w:rPr>
          <w:rFonts w:ascii="宋体" w:hAnsi="宋体" w:eastAsia="宋体" w:cs="宋体"/>
          <w:color w:val="000000"/>
        </w:rPr>
        <w:t>＝∠</w:t>
      </w:r>
      <w:r>
        <w:rPr>
          <w:rFonts w:ascii="Times New Roman" w:hAnsi="Times New Roman" w:eastAsia="Times New Roman" w:cs="Times New Roman"/>
          <w:i/>
          <w:color w:val="000000"/>
        </w:rPr>
        <w:t>BAF</w:t>
      </w:r>
      <w:r>
        <w:rPr>
          <w:rFonts w:ascii="宋体" w:hAnsi="宋体" w:eastAsia="宋体" w:cs="宋体"/>
          <w:color w:val="000000"/>
        </w:rPr>
        <w:t>，由角平分线的定义得出∠</w:t>
      </w:r>
      <w:r>
        <w:rPr>
          <w:rFonts w:ascii="Times New Roman" w:hAnsi="Times New Roman" w:eastAsia="Times New Roman" w:cs="Times New Roman"/>
          <w:i/>
          <w:color w:val="000000"/>
        </w:rPr>
        <w:t>BAF</w:t>
      </w:r>
      <w:r>
        <w:rPr>
          <w:rFonts w:ascii="宋体" w:hAnsi="宋体" w:eastAsia="宋体" w:cs="宋体"/>
          <w:color w:val="000000"/>
        </w:rPr>
        <w:t>＝∠</w:t>
      </w:r>
      <w:r>
        <w:rPr>
          <w:rFonts w:ascii="Times New Roman" w:hAnsi="Times New Roman" w:eastAsia="Times New Roman" w:cs="Times New Roman"/>
          <w:i/>
          <w:color w:val="000000"/>
        </w:rPr>
        <w:t>PAF</w:t>
      </w:r>
      <w:r>
        <w:rPr>
          <w:rFonts w:ascii="宋体" w:hAnsi="宋体" w:eastAsia="宋体" w:cs="宋体"/>
          <w:color w:val="000000"/>
        </w:rPr>
        <w:t>，即</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AFQ</w:t>
      </w:r>
      <w:r>
        <w:rPr>
          <w:rFonts w:ascii="宋体" w:hAnsi="宋体" w:eastAsia="宋体" w:cs="宋体"/>
          <w:color w:val="000000"/>
        </w:rPr>
        <w:t>＝∠</w:t>
      </w:r>
      <w:r>
        <w:rPr>
          <w:rFonts w:ascii="Times New Roman" w:hAnsi="Times New Roman" w:eastAsia="Times New Roman" w:cs="Times New Roman"/>
          <w:i/>
          <w:color w:val="000000"/>
        </w:rPr>
        <w:t>BAP</w:t>
      </w:r>
      <w:r>
        <w:rPr>
          <w:rFonts w:ascii="宋体" w:hAnsi="宋体" w:eastAsia="宋体" w:cs="宋体"/>
          <w:color w:val="000000"/>
        </w:rPr>
        <w:t>，由</w:t>
      </w:r>
      <w:r>
        <w:rPr>
          <w:rFonts w:ascii="Times New Roman" w:hAnsi="Times New Roman" w:eastAsia="Times New Roman" w:cs="Times New Roman"/>
          <w:i/>
          <w:color w:val="000000"/>
        </w:rPr>
        <w:t>PH</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FQ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，推出</w:t>
      </w:r>
      <w:r>
        <w:rPr>
          <w:rFonts w:ascii="Times New Roman" w:hAnsi="Times New Roman" w:eastAsia="Times New Roman" w:cs="Times New Roman"/>
          <w:i/>
          <w:color w:val="000000"/>
        </w:rPr>
        <w:t>PH</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FQ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，得出∠</w:t>
      </w:r>
      <w:r>
        <w:rPr>
          <w:rFonts w:ascii="Times New Roman" w:hAnsi="Times New Roman" w:eastAsia="Times New Roman" w:cs="Times New Roman"/>
          <w:i/>
          <w:color w:val="000000"/>
        </w:rPr>
        <w:t>CPH</w:t>
      </w:r>
      <w:r>
        <w:rPr>
          <w:rFonts w:ascii="宋体" w:hAnsi="宋体" w:eastAsia="宋体" w:cs="宋体"/>
          <w:color w:val="000000"/>
        </w:rPr>
        <w:t>＝∠</w:t>
      </w:r>
      <w:r>
        <w:rPr>
          <w:rFonts w:ascii="Times New Roman" w:hAnsi="Times New Roman" w:eastAsia="Times New Roman" w:cs="Times New Roman"/>
          <w:i/>
          <w:color w:val="000000"/>
        </w:rPr>
        <w:t>NCP</w:t>
      </w:r>
      <w:r>
        <w:rPr>
          <w:rFonts w:ascii="宋体" w:hAnsi="宋体" w:eastAsia="宋体" w:cs="宋体"/>
          <w:color w:val="000000"/>
        </w:rPr>
        <w:t>，∠</w:t>
      </w:r>
      <w:r>
        <w:rPr>
          <w:rFonts w:ascii="Times New Roman" w:hAnsi="Times New Roman" w:eastAsia="Times New Roman" w:cs="Times New Roman"/>
          <w:i/>
          <w:color w:val="000000"/>
        </w:rPr>
        <w:t>CFQ</w:t>
      </w:r>
      <w:r>
        <w:rPr>
          <w:rFonts w:ascii="宋体" w:hAnsi="宋体" w:eastAsia="宋体" w:cs="宋体"/>
          <w:color w:val="000000"/>
        </w:rPr>
        <w:t>＝∠</w:t>
      </w:r>
      <w:r>
        <w:rPr>
          <w:rFonts w:ascii="Times New Roman" w:hAnsi="Times New Roman" w:eastAsia="Times New Roman" w:cs="Times New Roman"/>
          <w:i/>
          <w:color w:val="000000"/>
        </w:rPr>
        <w:t>DCF</w:t>
      </w:r>
      <w:r>
        <w:rPr>
          <w:rFonts w:ascii="宋体" w:hAnsi="宋体" w:eastAsia="宋体" w:cs="宋体"/>
          <w:color w:val="000000"/>
        </w:rPr>
        <w:t>，由角平分线的定义得出∠</w:t>
      </w:r>
      <w:r>
        <w:rPr>
          <w:rFonts w:ascii="Times New Roman" w:hAnsi="Times New Roman" w:eastAsia="Times New Roman" w:cs="Times New Roman"/>
          <w:i/>
          <w:color w:val="000000"/>
        </w:rPr>
        <w:t>DCF</w:t>
      </w:r>
      <w:r>
        <w:rPr>
          <w:rFonts w:ascii="宋体" w:hAnsi="宋体" w:eastAsia="宋体" w:cs="宋体"/>
          <w:color w:val="000000"/>
        </w:rPr>
        <w:t>＝∠</w:t>
      </w:r>
      <w:r>
        <w:rPr>
          <w:rFonts w:ascii="Times New Roman" w:hAnsi="Times New Roman" w:eastAsia="Times New Roman" w:cs="Times New Roman"/>
          <w:i/>
          <w:color w:val="000000"/>
        </w:rPr>
        <w:t>PCF</w:t>
      </w:r>
      <w:r>
        <w:rPr>
          <w:rFonts w:ascii="宋体" w:hAnsi="宋体" w:eastAsia="宋体" w:cs="宋体"/>
          <w:color w:val="000000"/>
        </w:rPr>
        <w:t>，即</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CFQ</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，由∠</w:t>
      </w:r>
      <w:r>
        <w:rPr>
          <w:rFonts w:ascii="Times New Roman" w:hAnsi="Times New Roman" w:eastAsia="Times New Roman" w:cs="Times New Roman"/>
          <w:i/>
          <w:color w:val="000000"/>
        </w:rPr>
        <w:t>BAP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MAP</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r>
        <w:rPr>
          <w:rFonts w:ascii="Times New Roman" w:hAnsi="Times New Roman" w:eastAsia="Times New Roman" w:cs="Times New Roman"/>
          <w:i/>
          <w:color w:val="000000"/>
        </w:rPr>
        <w:t>DCP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NCP</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，得出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AFQ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APH</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CFQ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CPH</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，即可得出结果．</w:t>
      </w:r>
    </w:p>
    <w:p>
      <w:pPr>
        <w:spacing w:line="360" w:lineRule="auto"/>
        <w:jc w:val="left"/>
        <w:textAlignment w:val="center"/>
        <w:rPr>
          <w:color w:val="000000"/>
        </w:rPr>
      </w:pPr>
      <w:r>
        <w:rPr>
          <w:color w:val="000000"/>
        </w:rPr>
        <w:t>【详解】</w:t>
      </w:r>
      <w:r>
        <w:rPr>
          <w:rFonts w:ascii="宋体" w:hAnsi="宋体" w:eastAsia="宋体" w:cs="宋体"/>
          <w:color w:val="000000"/>
        </w:rPr>
        <w:t>解：探索发现：过点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APQ</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CPQ</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CPQ</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类比思考：①∠</w:t>
      </w:r>
      <w:r>
        <w:rPr>
          <w:rFonts w:ascii="Times New Roman" w:hAnsi="Times New Roman" w:eastAsia="Times New Roman" w:cs="Times New Roman"/>
          <w:i/>
          <w:color w:val="000000"/>
        </w:rPr>
        <w:t>APC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360°</w:t>
      </w:r>
      <w:r>
        <w:rPr>
          <w:rFonts w:ascii="宋体" w:hAnsi="宋体" w:eastAsia="宋体" w:cs="宋体"/>
          <w:color w:val="000000"/>
        </w:rPr>
        <w:t>；理由如下：</w:t>
      </w:r>
    </w:p>
    <w:p>
      <w:pPr>
        <w:spacing w:line="360" w:lineRule="auto"/>
        <w:jc w:val="left"/>
        <w:textAlignment w:val="center"/>
        <w:rPr>
          <w:color w:val="000000"/>
        </w:rPr>
      </w:pPr>
      <w:r>
        <w:rPr>
          <w:rFonts w:ascii="宋体" w:hAnsi="宋体" w:eastAsia="宋体" w:cs="宋体"/>
          <w:color w:val="000000"/>
        </w:rPr>
        <w:t>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，如图②所示：</w:t>
      </w:r>
    </w:p>
    <w:p>
      <w:pPr>
        <w:spacing w:line="360" w:lineRule="auto"/>
        <w:jc w:val="left"/>
        <w:textAlignment w:val="center"/>
        <w:rPr>
          <w:color w:val="000000"/>
        </w:rPr>
      </w:pPr>
      <w:r>
        <w:rPr>
          <w:color w:val="000000"/>
        </w:rPr>
        <w:drawing>
          <wp:inline distT="0" distB="0" distL="114300" distR="114300">
            <wp:extent cx="1419225" cy="1047750"/>
            <wp:effectExtent l="0" t="0" r="0" b="0"/>
            <wp:docPr id="3505"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 name="图片 100063" descr="学科网(www.zxxk.com)--教育资源门户，提供试卷、教案、课件、论文、素材以及各类教学资源下载，还有大量而丰富的教学相关资讯！"/>
                    <pic:cNvPicPr>
                      <a:picLocks noChangeAspect="1"/>
                    </pic:cNvPicPr>
                  </pic:nvPicPr>
                  <pic:blipFill>
                    <a:blip r:embed="rId4516"/>
                    <a:stretch>
                      <a:fillRect/>
                    </a:stretch>
                  </pic:blipFill>
                  <pic:spPr>
                    <a:xfrm>
                      <a:off x="0" y="0"/>
                      <a:ext cx="1419225" cy="10477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APQ</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CPQ</w:t>
      </w:r>
      <w:r>
        <w:rPr>
          <w:rFonts w:ascii="宋体" w:hAnsi="宋体" w:eastAsia="宋体" w:cs="宋体"/>
          <w:color w:val="000000"/>
        </w:rPr>
        <w:t>＋</w:t>
      </w:r>
      <w:r>
        <w:rPr>
          <w:rFonts w:ascii="宋体" w:hAnsi="宋体" w:eastAsia="宋体" w:cs="宋体"/>
          <w:i/>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APQ</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CPQ</w:t>
      </w:r>
      <w:r>
        <w:rPr>
          <w:rFonts w:ascii="宋体" w:hAnsi="宋体" w:eastAsia="宋体" w:cs="宋体"/>
          <w:color w:val="000000"/>
        </w:rPr>
        <w:t>＋</w:t>
      </w:r>
      <w:r>
        <w:rPr>
          <w:rFonts w:ascii="宋体" w:hAnsi="宋体" w:eastAsia="宋体" w:cs="宋体"/>
          <w:i/>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180°+180°</w:t>
      </w:r>
      <w:r>
        <w:rPr>
          <w:rFonts w:ascii="宋体" w:hAnsi="宋体" w:eastAsia="宋体" w:cs="宋体"/>
          <w:color w:val="000000"/>
        </w:rPr>
        <w:t>＝</w:t>
      </w:r>
      <w:r>
        <w:rPr>
          <w:rFonts w:ascii="Times New Roman" w:hAnsi="Times New Roman" w:eastAsia="Times New Roman" w:cs="Times New Roman"/>
          <w:color w:val="000000"/>
        </w:rPr>
        <w:t>360°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360°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i/>
          <w:color w:val="000000"/>
        </w:rPr>
        <w:t>APC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360°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α+β</w:t>
      </w:r>
      <w:r>
        <w:rPr>
          <w:rFonts w:ascii="宋体" w:hAnsi="宋体" w:eastAsia="宋体" w:cs="宋体"/>
          <w:color w:val="000000"/>
        </w:rPr>
        <w:t>﹣</w:t>
      </w:r>
      <w:r>
        <w:rPr>
          <w:rFonts w:ascii="Times New Roman" w:hAnsi="Times New Roman" w:eastAsia="Times New Roman" w:cs="Times New Roman"/>
          <w:color w:val="000000"/>
        </w:rPr>
        <w:t>γ</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；理由如下：</w:t>
      </w:r>
    </w:p>
    <w:p>
      <w:pPr>
        <w:spacing w:line="360" w:lineRule="auto"/>
        <w:jc w:val="left"/>
        <w:textAlignment w:val="center"/>
        <w:rPr>
          <w:color w:val="000000"/>
        </w:rPr>
      </w:pPr>
      <w:r>
        <w:rPr>
          <w:rFonts w:ascii="宋体" w:hAnsi="宋体" w:eastAsia="宋体" w:cs="宋体"/>
          <w:color w:val="000000"/>
        </w:rPr>
        <w:t>过点</w:t>
      </w:r>
      <w:r>
        <w:rPr>
          <w:rFonts w:ascii="Times New Roman" w:hAnsi="Times New Roman" w:eastAsia="Times New Roman" w:cs="Times New Roman"/>
          <w:i/>
          <w:color w:val="000000"/>
        </w:rPr>
        <w:t>M</w:t>
      </w:r>
      <w:r>
        <w:rPr>
          <w:rFonts w:ascii="宋体" w:hAnsi="宋体" w:eastAsia="宋体" w:cs="宋体"/>
          <w:color w:val="000000"/>
        </w:rPr>
        <w:t>作</w:t>
      </w:r>
      <w:r>
        <w:rPr>
          <w:rFonts w:ascii="Times New Roman" w:hAnsi="Times New Roman" w:eastAsia="Times New Roman" w:cs="Times New Roman"/>
          <w:i/>
          <w:color w:val="000000"/>
        </w:rPr>
        <w:t>MQ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，如图③所示：</w:t>
      </w:r>
    </w:p>
    <w:p>
      <w:pPr>
        <w:spacing w:line="360" w:lineRule="auto"/>
        <w:jc w:val="left"/>
        <w:textAlignment w:val="center"/>
        <w:rPr>
          <w:color w:val="000000"/>
        </w:rPr>
      </w:pPr>
      <w:r>
        <w:rPr>
          <w:color w:val="000000"/>
        </w:rPr>
        <w:drawing>
          <wp:inline distT="0" distB="0" distL="114300" distR="114300">
            <wp:extent cx="1247775" cy="1066800"/>
            <wp:effectExtent l="0" t="0" r="0" b="0"/>
            <wp:docPr id="3507"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 name="图片 100065" descr="学科网(www.zxxk.com)--教育资源门户，提供试卷、教案、课件、论文、素材以及各类教学资源下载，还有大量而丰富的教学相关资讯！"/>
                    <pic:cNvPicPr>
                      <a:picLocks noChangeAspect="1"/>
                    </pic:cNvPicPr>
                  </pic:nvPicPr>
                  <pic:blipFill>
                    <a:blip r:embed="rId4517"/>
                    <a:stretch>
                      <a:fillRect/>
                    </a:stretch>
                  </pic:blipFill>
                  <pic:spPr>
                    <a:xfrm>
                      <a:off x="0" y="0"/>
                      <a:ext cx="1247775" cy="10668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α+</w:t>
      </w:r>
      <w:r>
        <w:rPr>
          <w:rFonts w:ascii="宋体" w:hAnsi="宋体" w:eastAsia="宋体" w:cs="宋体"/>
          <w:color w:val="000000"/>
        </w:rPr>
        <w:t>∠</w:t>
      </w:r>
      <w:r>
        <w:rPr>
          <w:rFonts w:ascii="Times New Roman" w:hAnsi="Times New Roman" w:eastAsia="Times New Roman" w:cs="Times New Roman"/>
          <w:i/>
          <w:color w:val="000000"/>
        </w:rPr>
        <w:t>QMA</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QMD</w:t>
      </w:r>
      <w:r>
        <w:rPr>
          <w:rFonts w:ascii="宋体" w:hAnsi="宋体" w:eastAsia="宋体" w:cs="宋体"/>
          <w:color w:val="000000"/>
        </w:rPr>
        <w:t>＝</w:t>
      </w:r>
      <w:r>
        <w:rPr>
          <w:rFonts w:ascii="Times New Roman" w:hAnsi="Times New Roman" w:eastAsia="Times New Roman" w:cs="Times New Roman"/>
          <w:color w:val="000000"/>
        </w:rPr>
        <w:t>γ</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QMA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QMD</w:t>
      </w:r>
      <w:r>
        <w:rPr>
          <w:rFonts w:ascii="宋体" w:hAnsi="宋体" w:eastAsia="宋体" w:cs="宋体"/>
          <w:color w:val="000000"/>
        </w:rPr>
        <w:t>＝</w:t>
      </w:r>
      <w:r>
        <w:rPr>
          <w:rFonts w:ascii="Times New Roman" w:hAnsi="Times New Roman" w:eastAsia="Times New Roman" w:cs="Times New Roman"/>
          <w:color w:val="000000"/>
        </w:rPr>
        <w:t>β</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QMA</w:t>
      </w:r>
      <w:r>
        <w:rPr>
          <w:rFonts w:ascii="宋体" w:hAnsi="宋体" w:eastAsia="宋体" w:cs="宋体"/>
          <w:color w:val="000000"/>
        </w:rPr>
        <w:t>＝</w:t>
      </w:r>
      <w:r>
        <w:rPr>
          <w:rFonts w:ascii="Times New Roman" w:hAnsi="Times New Roman" w:eastAsia="Times New Roman" w:cs="Times New Roman"/>
          <w:color w:val="000000"/>
        </w:rPr>
        <w:t>β</w:t>
      </w:r>
      <w:r>
        <w:rPr>
          <w:rFonts w:ascii="宋体" w:hAnsi="宋体" w:eastAsia="宋体" w:cs="宋体"/>
          <w:color w:val="000000"/>
        </w:rPr>
        <w:t>－</w:t>
      </w:r>
      <w:r>
        <w:rPr>
          <w:rFonts w:ascii="Times New Roman" w:hAnsi="Times New Roman" w:eastAsia="Times New Roman" w:cs="Times New Roman"/>
          <w:color w:val="000000"/>
        </w:rPr>
        <w:t>γ</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α+β</w:t>
      </w:r>
      <w:r>
        <w:rPr>
          <w:rFonts w:ascii="宋体" w:hAnsi="宋体" w:eastAsia="宋体" w:cs="宋体"/>
          <w:color w:val="000000"/>
        </w:rPr>
        <w:t>﹣</w:t>
      </w:r>
      <w:r>
        <w:rPr>
          <w:rFonts w:ascii="Times New Roman" w:hAnsi="Times New Roman" w:eastAsia="Times New Roman" w:cs="Times New Roman"/>
          <w:color w:val="000000"/>
        </w:rPr>
        <w:t>γ</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α+β</w:t>
      </w:r>
      <w:r>
        <w:rPr>
          <w:rFonts w:ascii="宋体" w:hAnsi="宋体" w:eastAsia="宋体" w:cs="宋体"/>
          <w:color w:val="000000"/>
        </w:rPr>
        <w:t>﹣</w:t>
      </w:r>
      <w:r>
        <w:rPr>
          <w:rFonts w:ascii="Times New Roman" w:hAnsi="Times New Roman" w:eastAsia="Times New Roman" w:cs="Times New Roman"/>
          <w:color w:val="000000"/>
        </w:rPr>
        <w:t>γ</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解决问题：如图④，∠</w:t>
      </w:r>
      <w:r>
        <w:rPr>
          <w:rFonts w:ascii="Times New Roman" w:hAnsi="Times New Roman" w:eastAsia="Times New Roman" w:cs="Times New Roman"/>
          <w:i/>
          <w:color w:val="000000"/>
        </w:rPr>
        <w:t>AFC</w:t>
      </w:r>
      <w:r>
        <w:pict>
          <v:shape id="_x0000_i714391"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18"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；理由如下：</w:t>
      </w:r>
    </w:p>
    <w:p>
      <w:pPr>
        <w:spacing w:line="360" w:lineRule="auto"/>
        <w:jc w:val="left"/>
        <w:textAlignment w:val="center"/>
        <w:rPr>
          <w:color w:val="000000"/>
        </w:rPr>
      </w:pPr>
      <w:r>
        <w:rPr>
          <w:rFonts w:ascii="宋体" w:hAnsi="宋体" w:eastAsia="宋体" w:cs="宋体"/>
          <w:color w:val="000000"/>
        </w:rPr>
        <w:t>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，过点</w:t>
      </w:r>
      <w:r>
        <w:rPr>
          <w:rFonts w:ascii="Times New Roman" w:hAnsi="Times New Roman" w:eastAsia="Times New Roman" w:cs="Times New Roman"/>
          <w:i/>
          <w:color w:val="000000"/>
        </w:rPr>
        <w:t>F</w:t>
      </w:r>
      <w:r>
        <w:rPr>
          <w:rFonts w:ascii="宋体" w:hAnsi="宋体" w:eastAsia="宋体" w:cs="宋体"/>
          <w:color w:val="000000"/>
        </w:rPr>
        <w:t>作</w:t>
      </w:r>
      <w:r>
        <w:rPr>
          <w:rFonts w:ascii="Times New Roman" w:hAnsi="Times New Roman" w:eastAsia="Times New Roman" w:cs="Times New Roman"/>
          <w:i/>
          <w:color w:val="000000"/>
        </w:rPr>
        <w:t>FM</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，如图④所示：</w:t>
      </w:r>
    </w:p>
    <w:p>
      <w:pPr>
        <w:spacing w:line="360" w:lineRule="auto"/>
        <w:jc w:val="left"/>
        <w:textAlignment w:val="center"/>
        <w:rPr>
          <w:color w:val="000000"/>
        </w:rPr>
      </w:pPr>
      <w:r>
        <w:rPr>
          <w:color w:val="000000"/>
        </w:rPr>
        <w:drawing>
          <wp:inline distT="0" distB="0" distL="114300" distR="114300">
            <wp:extent cx="1590675" cy="1000125"/>
            <wp:effectExtent l="0" t="0" r="0" b="0"/>
            <wp:docPr id="3509"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 name="图片 100067" descr="学科网(www.zxxk.com)--教育资源门户，提供试卷、教案、课件、论文、素材以及各类教学资源下载，还有大量而丰富的教学相关资讯！"/>
                    <pic:cNvPicPr>
                      <a:picLocks noChangeAspect="1"/>
                    </pic:cNvPicPr>
                  </pic:nvPicPr>
                  <pic:blipFill>
                    <a:blip r:embed="rId4519"/>
                    <a:stretch>
                      <a:fillRect/>
                    </a:stretch>
                  </pic:blipFill>
                  <pic:spPr>
                    <a:xfrm>
                      <a:off x="0" y="0"/>
                      <a:ext cx="1590675" cy="10001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APQ</w:t>
      </w:r>
      <w:r>
        <w:rPr>
          <w:rFonts w:ascii="宋体" w:hAnsi="宋体" w:eastAsia="宋体" w:cs="宋体"/>
          <w:color w:val="000000"/>
        </w:rPr>
        <w:t>＝∠</w:t>
      </w:r>
      <w:r>
        <w:rPr>
          <w:rFonts w:ascii="Times New Roman" w:hAnsi="Times New Roman" w:eastAsia="Times New Roman" w:cs="Times New Roman"/>
          <w:i/>
          <w:color w:val="000000"/>
        </w:rPr>
        <w:t>BAP</w:t>
      </w:r>
      <w:r>
        <w:rPr>
          <w:rFonts w:ascii="宋体" w:hAnsi="宋体" w:eastAsia="宋体" w:cs="宋体"/>
          <w:color w:val="000000"/>
        </w:rPr>
        <w:t>，∠</w:t>
      </w:r>
      <w:r>
        <w:rPr>
          <w:rFonts w:ascii="Times New Roman" w:hAnsi="Times New Roman" w:eastAsia="Times New Roman" w:cs="Times New Roman"/>
          <w:i/>
          <w:color w:val="000000"/>
        </w:rPr>
        <w:t>AFM</w:t>
      </w:r>
      <w:r>
        <w:rPr>
          <w:rFonts w:ascii="宋体" w:hAnsi="宋体" w:eastAsia="宋体" w:cs="宋体"/>
          <w:color w:val="000000"/>
        </w:rPr>
        <w:t>＝∠</w:t>
      </w:r>
      <w:r>
        <w:rPr>
          <w:rFonts w:ascii="Times New Roman" w:hAnsi="Times New Roman" w:eastAsia="Times New Roman" w:cs="Times New Roman"/>
          <w:i/>
          <w:color w:val="000000"/>
        </w:rPr>
        <w:t>BAF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AF</w:t>
      </w:r>
      <w:r>
        <w:rPr>
          <w:rFonts w:ascii="宋体" w:hAnsi="宋体" w:eastAsia="宋体" w:cs="宋体"/>
          <w:color w:val="000000"/>
        </w:rPr>
        <w:t>平分∠</w:t>
      </w:r>
      <w:r>
        <w:rPr>
          <w:rFonts w:ascii="Times New Roman" w:hAnsi="Times New Roman" w:eastAsia="Times New Roman" w:cs="Times New Roman"/>
          <w:i/>
          <w:color w:val="000000"/>
        </w:rPr>
        <w:t>BAP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BAF</w:t>
      </w:r>
      <w:r>
        <w:rPr>
          <w:rFonts w:ascii="宋体" w:hAnsi="宋体" w:eastAsia="宋体" w:cs="宋体"/>
          <w:color w:val="000000"/>
        </w:rPr>
        <w:t>＝∠</w:t>
      </w:r>
      <w:r>
        <w:rPr>
          <w:rFonts w:ascii="Times New Roman" w:hAnsi="Times New Roman" w:eastAsia="Times New Roman" w:cs="Times New Roman"/>
          <w:i/>
          <w:color w:val="000000"/>
        </w:rPr>
        <w:t>PAF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AFM</w:t>
      </w:r>
      <w:r>
        <w:pict>
          <v:shape id="_x0000_i714392"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20"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BAP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FM</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FM</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CPQ</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w:t>
      </w:r>
      <w:r>
        <w:rPr>
          <w:rFonts w:ascii="Times New Roman" w:hAnsi="Times New Roman" w:eastAsia="Times New Roman" w:cs="Times New Roman"/>
          <w:i/>
          <w:color w:val="000000"/>
        </w:rPr>
        <w:t>CFM</w:t>
      </w:r>
      <w:r>
        <w:rPr>
          <w:rFonts w:ascii="宋体" w:hAnsi="宋体" w:eastAsia="宋体" w:cs="宋体"/>
          <w:color w:val="000000"/>
        </w:rPr>
        <w:t>＝∠</w:t>
      </w:r>
      <w:r>
        <w:rPr>
          <w:rFonts w:ascii="Times New Roman" w:hAnsi="Times New Roman" w:eastAsia="Times New Roman" w:cs="Times New Roman"/>
          <w:i/>
          <w:color w:val="000000"/>
        </w:rPr>
        <w:t>DCF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CF</w:t>
      </w:r>
      <w:r>
        <w:rPr>
          <w:rFonts w:ascii="宋体" w:hAnsi="宋体" w:eastAsia="宋体" w:cs="宋体"/>
          <w:color w:val="000000"/>
        </w:rPr>
        <w:t>平分∠</w:t>
      </w:r>
      <w:r>
        <w:rPr>
          <w:rFonts w:ascii="Times New Roman" w:hAnsi="Times New Roman" w:eastAsia="Times New Roman" w:cs="Times New Roman"/>
          <w:i/>
          <w:color w:val="000000"/>
        </w:rPr>
        <w:t>DCP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DCF</w:t>
      </w:r>
      <w:r>
        <w:rPr>
          <w:rFonts w:ascii="宋体" w:hAnsi="宋体" w:eastAsia="宋体" w:cs="宋体"/>
          <w:color w:val="000000"/>
        </w:rPr>
        <w:t>＝∠</w:t>
      </w:r>
      <w:r>
        <w:rPr>
          <w:rFonts w:ascii="Times New Roman" w:hAnsi="Times New Roman" w:eastAsia="Times New Roman" w:cs="Times New Roman"/>
          <w:i/>
          <w:color w:val="000000"/>
        </w:rPr>
        <w:t>PCF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CFM</w:t>
      </w:r>
      <w:r>
        <w:pict>
          <v:shape id="_x0000_i714393"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21"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w:t>
      </w:r>
      <w:r>
        <w:rPr>
          <w:rFonts w:ascii="Times New Roman" w:hAnsi="Times New Roman" w:eastAsia="Times New Roman" w:cs="Times New Roman"/>
          <w:i/>
          <w:color w:val="000000"/>
        </w:rPr>
        <w:t>BAP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w:t>
      </w:r>
      <w:r>
        <w:rPr>
          <w:rFonts w:ascii="Times New Roman" w:hAnsi="Times New Roman" w:eastAsia="Times New Roman" w:cs="Times New Roman"/>
          <w:i/>
          <w:color w:val="000000"/>
        </w:rPr>
        <w:t>AFC</w:t>
      </w:r>
      <w:r>
        <w:pict>
          <v:shape id="_x0000_i714394"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22"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BAP</w:t>
      </w:r>
      <w:r>
        <w:pict>
          <v:shape id="_x0000_i714395"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4523" o:title="eqId35846cc97afc196984648bbd011f35be"/>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DCP</w:t>
      </w:r>
      <w:r>
        <w:pict>
          <v:shape id="_x0000_i714396"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22"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BAP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AFC</w:t>
      </w:r>
      <w:r>
        <w:pict>
          <v:shape id="_x0000_i714397"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24"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i/>
          <w:color w:val="000000"/>
        </w:rPr>
        <w:t>AFC</w:t>
      </w:r>
      <w:r>
        <w:pict>
          <v:shape id="_x0000_i714398" o:spt="75" alt="学科网(www.zxxk.com)--教育资源门户，提供试卷、教案、课件、论文、素材以及各类教学资源下载，还有大量而丰富的教学相关资讯！" type="#_x0000_t75" style="height:28.8pt;width:21.6pt;" o:ole="t" filled="f" o:preferrelative="t" stroked="f" coordsize="21600,21600">
            <v:path/>
            <v:fill on="f" focussize="0,0"/>
            <v:stroke on="f" joinstyle="miter"/>
            <v:imagedata r:id="rId4525" o:title="eqIda50a39604477d1d9326eb455cda2e83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如图⑤，∠</w:t>
      </w:r>
      <w:r>
        <w:rPr>
          <w:rFonts w:ascii="Times New Roman" w:hAnsi="Times New Roman" w:eastAsia="Times New Roman" w:cs="Times New Roman"/>
          <w:i/>
          <w:color w:val="000000"/>
        </w:rPr>
        <w:t>AFC</w:t>
      </w:r>
      <w:r>
        <w:rPr>
          <w:rFonts w:ascii="宋体" w:hAnsi="宋体" w:eastAsia="宋体" w:cs="宋体"/>
          <w:color w:val="000000"/>
        </w:rPr>
        <w:t>＝</w:t>
      </w:r>
      <w:r>
        <w:rPr>
          <w:rFonts w:ascii="Times New Roman" w:hAnsi="Times New Roman" w:eastAsia="Times New Roman" w:cs="Times New Roman"/>
          <w:color w:val="000000"/>
        </w:rPr>
        <w:t>180°</w:t>
      </w:r>
      <w:r>
        <w:pict>
          <v:shape id="_x0000_i714399"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4526" o:title="eqId3389f53711264b0acba3ba6019f8b90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；理由如下：</w:t>
      </w:r>
    </w:p>
    <w:p>
      <w:pPr>
        <w:spacing w:line="360" w:lineRule="auto"/>
        <w:jc w:val="left"/>
        <w:textAlignment w:val="center"/>
        <w:rPr>
          <w:color w:val="000000"/>
        </w:rPr>
      </w:pPr>
      <w:r>
        <w:rPr>
          <w:rFonts w:ascii="宋体" w:hAnsi="宋体" w:eastAsia="宋体" w:cs="宋体"/>
          <w:color w:val="000000"/>
        </w:rPr>
        <w:t>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PH</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，过点</w:t>
      </w:r>
      <w:r>
        <w:rPr>
          <w:rFonts w:ascii="Times New Roman" w:hAnsi="Times New Roman" w:eastAsia="Times New Roman" w:cs="Times New Roman"/>
          <w:i/>
          <w:color w:val="000000"/>
        </w:rPr>
        <w:t>F</w:t>
      </w:r>
      <w:r>
        <w:rPr>
          <w:rFonts w:ascii="宋体" w:hAnsi="宋体" w:eastAsia="宋体" w:cs="宋体"/>
          <w:color w:val="000000"/>
        </w:rPr>
        <w:t>作</w:t>
      </w:r>
      <w:r>
        <w:rPr>
          <w:rFonts w:ascii="Times New Roman" w:hAnsi="Times New Roman" w:eastAsia="Times New Roman" w:cs="Times New Roman"/>
          <w:i/>
          <w:color w:val="000000"/>
        </w:rPr>
        <w:t>FQ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，延长</w:t>
      </w:r>
      <w:r>
        <w:rPr>
          <w:rFonts w:ascii="Times New Roman" w:hAnsi="Times New Roman" w:eastAsia="Times New Roman" w:cs="Times New Roman"/>
          <w:i/>
          <w:color w:val="000000"/>
        </w:rPr>
        <w:t>BA</w:t>
      </w:r>
      <w:r>
        <w:rPr>
          <w:rFonts w:ascii="宋体" w:hAnsi="宋体" w:eastAsia="宋体" w:cs="宋体"/>
          <w:color w:val="000000"/>
        </w:rPr>
        <w:t>到</w:t>
      </w:r>
      <w:r>
        <w:rPr>
          <w:rFonts w:ascii="Times New Roman" w:hAnsi="Times New Roman" w:eastAsia="Times New Roman" w:cs="Times New Roman"/>
          <w:i/>
          <w:color w:val="000000"/>
        </w:rPr>
        <w:t>M</w:t>
      </w:r>
      <w:r>
        <w:rPr>
          <w:rFonts w:ascii="宋体" w:hAnsi="宋体" w:eastAsia="宋体" w:cs="宋体"/>
          <w:color w:val="000000"/>
        </w:rPr>
        <w:t>，延长</w:t>
      </w:r>
      <w:r>
        <w:rPr>
          <w:rFonts w:ascii="Times New Roman" w:hAnsi="Times New Roman" w:eastAsia="Times New Roman" w:cs="Times New Roman"/>
          <w:i/>
          <w:color w:val="000000"/>
        </w:rPr>
        <w:t>DC</w:t>
      </w:r>
      <w:r>
        <w:rPr>
          <w:rFonts w:ascii="宋体" w:hAnsi="宋体" w:eastAsia="宋体" w:cs="宋体"/>
          <w:color w:val="000000"/>
        </w:rPr>
        <w:t>到</w:t>
      </w:r>
      <w:r>
        <w:rPr>
          <w:rFonts w:ascii="Times New Roman" w:hAnsi="Times New Roman" w:eastAsia="Times New Roman" w:cs="Times New Roman"/>
          <w:i/>
          <w:color w:val="000000"/>
        </w:rPr>
        <w:t>N</w:t>
      </w:r>
      <w:r>
        <w:rPr>
          <w:rFonts w:ascii="宋体" w:hAnsi="宋体" w:eastAsia="宋体" w:cs="宋体"/>
          <w:color w:val="000000"/>
        </w:rPr>
        <w:t>，如图⑤所示：</w:t>
      </w:r>
    </w:p>
    <w:p>
      <w:pPr>
        <w:spacing w:line="360" w:lineRule="auto"/>
        <w:jc w:val="left"/>
        <w:textAlignment w:val="center"/>
        <w:rPr>
          <w:color w:val="000000"/>
        </w:rPr>
      </w:pPr>
      <w:r>
        <w:rPr>
          <w:color w:val="000000"/>
        </w:rPr>
        <w:drawing>
          <wp:inline distT="0" distB="0" distL="114300" distR="114300">
            <wp:extent cx="1562100" cy="1104900"/>
            <wp:effectExtent l="0" t="0" r="0" b="0"/>
            <wp:docPr id="3511"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 name="图片 100069" descr="学科网(www.zxxk.com)--教育资源门户，提供试卷、教案、课件、论文、素材以及各类教学资源下载，还有大量而丰富的教学相关资讯！"/>
                    <pic:cNvPicPr>
                      <a:picLocks noChangeAspect="1"/>
                    </pic:cNvPicPr>
                  </pic:nvPicPr>
                  <pic:blipFill>
                    <a:blip r:embed="rId4527"/>
                    <a:stretch>
                      <a:fillRect/>
                    </a:stretch>
                  </pic:blipFill>
                  <pic:spPr>
                    <a:xfrm>
                      <a:off x="0" y="0"/>
                      <a:ext cx="1562100" cy="11049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APH</w:t>
      </w:r>
      <w:r>
        <w:rPr>
          <w:rFonts w:ascii="宋体" w:hAnsi="宋体" w:eastAsia="宋体" w:cs="宋体"/>
          <w:color w:val="000000"/>
        </w:rPr>
        <w:t>＝∠</w:t>
      </w:r>
      <w:r>
        <w:rPr>
          <w:rFonts w:ascii="Times New Roman" w:hAnsi="Times New Roman" w:eastAsia="Times New Roman" w:cs="Times New Roman"/>
          <w:i/>
          <w:color w:val="000000"/>
        </w:rPr>
        <w:t>MAP</w:t>
      </w:r>
      <w:r>
        <w:rPr>
          <w:rFonts w:ascii="宋体" w:hAnsi="宋体" w:eastAsia="宋体" w:cs="宋体"/>
          <w:color w:val="000000"/>
        </w:rPr>
        <w:t>，∠</w:t>
      </w:r>
      <w:r>
        <w:rPr>
          <w:rFonts w:ascii="Times New Roman" w:hAnsi="Times New Roman" w:eastAsia="Times New Roman" w:cs="Times New Roman"/>
          <w:i/>
          <w:color w:val="000000"/>
        </w:rPr>
        <w:t>AFQ</w:t>
      </w:r>
      <w:r>
        <w:rPr>
          <w:rFonts w:ascii="宋体" w:hAnsi="宋体" w:eastAsia="宋体" w:cs="宋体"/>
          <w:color w:val="000000"/>
        </w:rPr>
        <w:t>＝∠</w:t>
      </w:r>
      <w:r>
        <w:rPr>
          <w:rFonts w:ascii="Times New Roman" w:hAnsi="Times New Roman" w:eastAsia="Times New Roman" w:cs="Times New Roman"/>
          <w:i/>
          <w:color w:val="000000"/>
        </w:rPr>
        <w:t>BAF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AF</w:t>
      </w:r>
      <w:r>
        <w:rPr>
          <w:rFonts w:ascii="宋体" w:hAnsi="宋体" w:eastAsia="宋体" w:cs="宋体"/>
          <w:color w:val="000000"/>
        </w:rPr>
        <w:t>平分∠</w:t>
      </w:r>
      <w:r>
        <w:rPr>
          <w:rFonts w:ascii="Times New Roman" w:hAnsi="Times New Roman" w:eastAsia="Times New Roman" w:cs="Times New Roman"/>
          <w:i/>
          <w:color w:val="000000"/>
        </w:rPr>
        <w:t>BAP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BAF</w:t>
      </w:r>
      <w:r>
        <w:rPr>
          <w:rFonts w:ascii="宋体" w:hAnsi="宋体" w:eastAsia="宋体" w:cs="宋体"/>
          <w:color w:val="000000"/>
        </w:rPr>
        <w:t>＝∠</w:t>
      </w:r>
      <w:r>
        <w:rPr>
          <w:rFonts w:ascii="Times New Roman" w:hAnsi="Times New Roman" w:eastAsia="Times New Roman" w:cs="Times New Roman"/>
          <w:i/>
          <w:color w:val="000000"/>
        </w:rPr>
        <w:t>PAF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AFQ</w:t>
      </w:r>
      <w:r>
        <w:rPr>
          <w:rFonts w:ascii="宋体" w:hAnsi="宋体" w:eastAsia="宋体" w:cs="宋体"/>
          <w:color w:val="000000"/>
        </w:rPr>
        <w:t>＝∠</w:t>
      </w:r>
      <w:r>
        <w:rPr>
          <w:rFonts w:ascii="Times New Roman" w:hAnsi="Times New Roman" w:eastAsia="Times New Roman" w:cs="Times New Roman"/>
          <w:i/>
          <w:color w:val="000000"/>
        </w:rPr>
        <w:t>BAP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PH</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FQ</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PH</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FQ</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CPH</w:t>
      </w:r>
      <w:r>
        <w:rPr>
          <w:rFonts w:ascii="宋体" w:hAnsi="宋体" w:eastAsia="宋体" w:cs="宋体"/>
          <w:color w:val="000000"/>
        </w:rPr>
        <w:t>＝∠</w:t>
      </w:r>
      <w:r>
        <w:rPr>
          <w:rFonts w:ascii="Times New Roman" w:hAnsi="Times New Roman" w:eastAsia="Times New Roman" w:cs="Times New Roman"/>
          <w:i/>
          <w:color w:val="000000"/>
        </w:rPr>
        <w:t>NCP</w:t>
      </w:r>
      <w:r>
        <w:rPr>
          <w:rFonts w:ascii="宋体" w:hAnsi="宋体" w:eastAsia="宋体" w:cs="宋体"/>
          <w:color w:val="000000"/>
        </w:rPr>
        <w:t>，∠</w:t>
      </w:r>
      <w:r>
        <w:rPr>
          <w:rFonts w:ascii="Times New Roman" w:hAnsi="Times New Roman" w:eastAsia="Times New Roman" w:cs="Times New Roman"/>
          <w:i/>
          <w:color w:val="000000"/>
        </w:rPr>
        <w:t>CFQ</w:t>
      </w:r>
      <w:r>
        <w:rPr>
          <w:rFonts w:ascii="宋体" w:hAnsi="宋体" w:eastAsia="宋体" w:cs="宋体"/>
          <w:color w:val="000000"/>
        </w:rPr>
        <w:t>＝∠</w:t>
      </w:r>
      <w:r>
        <w:rPr>
          <w:rFonts w:ascii="Times New Roman" w:hAnsi="Times New Roman" w:eastAsia="Times New Roman" w:cs="Times New Roman"/>
          <w:i/>
          <w:color w:val="000000"/>
        </w:rPr>
        <w:t>DCF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CF</w:t>
      </w:r>
      <w:r>
        <w:rPr>
          <w:rFonts w:ascii="宋体" w:hAnsi="宋体" w:eastAsia="宋体" w:cs="宋体"/>
          <w:color w:val="000000"/>
        </w:rPr>
        <w:t>平分∠</w:t>
      </w:r>
      <w:r>
        <w:rPr>
          <w:rFonts w:ascii="Times New Roman" w:hAnsi="Times New Roman" w:eastAsia="Times New Roman" w:cs="Times New Roman"/>
          <w:i/>
          <w:color w:val="000000"/>
        </w:rPr>
        <w:t>DCP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DCF</w:t>
      </w:r>
      <w:r>
        <w:rPr>
          <w:rFonts w:ascii="宋体" w:hAnsi="宋体" w:eastAsia="宋体" w:cs="宋体"/>
          <w:color w:val="000000"/>
        </w:rPr>
        <w:t>＝∠</w:t>
      </w:r>
      <w:r>
        <w:rPr>
          <w:rFonts w:ascii="Times New Roman" w:hAnsi="Times New Roman" w:eastAsia="Times New Roman" w:cs="Times New Roman"/>
          <w:i/>
          <w:color w:val="000000"/>
        </w:rPr>
        <w:t>PCF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CFQ</w:t>
      </w:r>
      <w:r>
        <w:rPr>
          <w:rFonts w:ascii="宋体" w:hAnsi="宋体" w:eastAsia="宋体" w:cs="宋体"/>
          <w:color w:val="000000"/>
        </w:rPr>
        <w:t>＝∠</w:t>
      </w:r>
      <w:r>
        <w:rPr>
          <w:rFonts w:ascii="Times New Roman" w:hAnsi="Times New Roman" w:eastAsia="Times New Roman" w:cs="Times New Roman"/>
          <w:i/>
          <w:color w:val="000000"/>
        </w:rPr>
        <w:t>DCP</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BAP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MAP</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r>
        <w:rPr>
          <w:rFonts w:ascii="Times New Roman" w:hAnsi="Times New Roman" w:eastAsia="Times New Roman" w:cs="Times New Roman"/>
          <w:i/>
          <w:color w:val="000000"/>
        </w:rPr>
        <w:t>DCP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NCP</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AFQ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APH</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CFQ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CPH</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AFQ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APH</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CFQ</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CPH</w:t>
      </w:r>
      <w:r>
        <w:rPr>
          <w:rFonts w:ascii="宋体" w:hAnsi="宋体" w:eastAsia="宋体" w:cs="宋体"/>
          <w:color w:val="000000"/>
        </w:rPr>
        <w:t>＝</w:t>
      </w:r>
      <w:r>
        <w:rPr>
          <w:rFonts w:ascii="Times New Roman" w:hAnsi="Times New Roman" w:eastAsia="Times New Roman" w:cs="Times New Roman"/>
          <w:color w:val="000000"/>
        </w:rPr>
        <w:t>360°</w:t>
      </w:r>
      <w:r>
        <w:rPr>
          <w:rFonts w:ascii="宋体" w:hAnsi="宋体" w:eastAsia="宋体" w:cs="宋体"/>
          <w:color w:val="000000"/>
        </w:rPr>
        <w:t>，即</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AFC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w:t>
      </w:r>
      <w:r>
        <w:rPr>
          <w:rFonts w:ascii="Times New Roman" w:hAnsi="Times New Roman" w:eastAsia="Times New Roman" w:cs="Times New Roman"/>
          <w:color w:val="000000"/>
        </w:rPr>
        <w:t>360°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AFC</w:t>
      </w:r>
      <w:r>
        <w:rPr>
          <w:rFonts w:ascii="宋体" w:hAnsi="宋体" w:eastAsia="宋体" w:cs="宋体"/>
          <w:color w:val="000000"/>
        </w:rPr>
        <w:t>＝</w:t>
      </w:r>
      <w:r>
        <w:rPr>
          <w:rFonts w:ascii="Times New Roman" w:hAnsi="Times New Roman" w:eastAsia="Times New Roman" w:cs="Times New Roman"/>
          <w:color w:val="000000"/>
        </w:rPr>
        <w:t>180°</w:t>
      </w:r>
      <w:r>
        <w:pict>
          <v:shape id="_x0000_i714400"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4528" o:title="eqId3389f53711264b0acba3ba6019f8b90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APC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本题考查了平行线的判定与性质、角平分线的定义、平角的定义等知识，能灵活运用定理进行推理是解此题的关键．</w:t>
      </w:r>
    </w:p>
    <w:p>
      <w:pPr>
        <w:pStyle w:val="Heading2"/>
      </w:pPr>
      <w:r>
        <w:t>西城区</w:t>
      </w:r>
    </w:p>
    <w:p>
      <w:pPr>
        <w:spacing w:line="360" w:lineRule="auto"/>
        <w:jc w:val="left"/>
        <w:textAlignment w:val="center"/>
        <w:rPr>
          <w:color w:val="000000"/>
        </w:rPr>
      </w:pPr>
      <w:r>
        <w:rPr>
          <w:color w:val="000000"/>
        </w:rPr>
        <w:t xml:space="preserve">25. </w:t>
      </w:r>
      <w:r>
        <w:rPr>
          <w:rFonts w:ascii="宋体" w:hAnsi="宋体" w:eastAsia="宋体" w:cs="宋体"/>
          <w:color w:val="000000"/>
        </w:rPr>
        <w:t>小东对有理数</w:t>
      </w:r>
      <w:r>
        <w:pict>
          <v:shape id="_x0000_i714401"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4529" o:title="eqId62ff2912fd8d93b6e692936d95b727c5"/>
            <o:lock v:ext="edit" aspectratio="t"/>
            <w10:wrap type="none"/>
            <w10:anchorlock/>
          </v:shape>
        </w:pict>
      </w:r>
      <w:r>
        <w:rPr>
          <w:rFonts w:ascii="宋体" w:hAnsi="宋体" w:eastAsia="宋体" w:cs="宋体"/>
          <w:color w:val="000000"/>
        </w:rPr>
        <w:t>定义了一种新的运算，叫做</w:t>
      </w:r>
      <w:r>
        <w:rPr>
          <w:rFonts w:ascii="Times New Roman" w:hAnsi="Times New Roman" w:eastAsia="Times New Roman" w:cs="Times New Roman"/>
          <w:color w:val="000000"/>
        </w:rPr>
        <w:t>“</w:t>
      </w:r>
      <w:r>
        <w:rPr>
          <w:rFonts w:ascii="宋体" w:hAnsi="宋体" w:eastAsia="宋体" w:cs="宋体"/>
          <w:color w:val="000000"/>
        </w:rPr>
        <w:t>乘减法</w:t>
      </w:r>
      <w:r>
        <w:rPr>
          <w:rFonts w:ascii="Times New Roman" w:hAnsi="Times New Roman" w:eastAsia="Times New Roman" w:cs="Times New Roman"/>
          <w:color w:val="000000"/>
        </w:rPr>
        <w:t>”</w:t>
      </w:r>
      <w:r>
        <w:rPr>
          <w:rFonts w:ascii="宋体" w:hAnsi="宋体" w:eastAsia="宋体" w:cs="宋体"/>
          <w:color w:val="000000"/>
        </w:rPr>
        <w:t>，记作“</w:t>
      </w:r>
      <w:r>
        <w:pict>
          <v:shape id="_x0000_i714402"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4530" o:title="eqId958bd270a90b9fbe73d2951b97a2d3ca"/>
            <o:lock v:ext="edit" aspectratio="t"/>
            <w10:wrap type="none"/>
            <w10:anchorlock/>
          </v:shape>
        </w:pict>
      </w:r>
      <w:r>
        <w:rPr>
          <w:rFonts w:ascii="宋体" w:hAnsi="宋体" w:eastAsia="宋体" w:cs="宋体"/>
          <w:color w:val="000000"/>
        </w:rPr>
        <w:t>”．他写出了一些按照“乘减法”运算的算式：</w:t>
      </w:r>
      <w:r>
        <w:pict>
          <v:shape id="_x0000_i714403" o:spt="75" alt="学科网(www.zxxk.com)--教育资源门户，提供试卷、教案、课件、论文、素材以及各类教学资源下载，还有大量而丰富的教学相关资讯！" type="#_x0000_t75" style="height:20pt;width:83pt;" o:ole="t" filled="f" o:preferrelative="t" stroked="f" coordsize="21600,21600">
            <v:path/>
            <v:fill on="f" focussize="0,0"/>
            <v:stroke on="f" joinstyle="miter"/>
            <v:imagedata r:id="rId4531" o:title="eqId50427def1b6748f8812bef47d4993de8"/>
            <o:lock v:ext="edit" aspectratio="t"/>
            <w10:wrap type="none"/>
            <w10:anchorlock/>
          </v:shape>
        </w:pict>
      </w:r>
      <w:r>
        <w:rPr>
          <w:rFonts w:ascii="宋体" w:hAnsi="宋体" w:eastAsia="宋体" w:cs="宋体"/>
          <w:color w:val="000000"/>
        </w:rPr>
        <w:t>，</w:t>
      </w:r>
      <w:r>
        <w:pict>
          <v:shape id="_x0000_i714404" o:spt="75" alt="学科网(www.zxxk.com)--教育资源门户，提供试卷、教案、课件、论文、素材以及各类教学资源下载，还有大量而丰富的教学相关资讯！" type="#_x0000_t75" style="height:20pt;width:89pt;" o:ole="t" filled="f" o:preferrelative="t" stroked="f" coordsize="21600,21600">
            <v:path/>
            <v:fill on="f" focussize="0,0"/>
            <v:stroke on="f" joinstyle="miter"/>
            <v:imagedata r:id="rId4532" o:title="eqId6d04509949a9d9b7bf996f31667578fd"/>
            <o:lock v:ext="edit" aspectratio="t"/>
            <w10:wrap type="none"/>
            <w10:anchorlock/>
          </v:shape>
        </w:pict>
      </w:r>
      <w:r>
        <w:rPr>
          <w:rFonts w:ascii="宋体" w:hAnsi="宋体" w:eastAsia="宋体" w:cs="宋体"/>
          <w:color w:val="000000"/>
        </w:rPr>
        <w:t>，</w:t>
      </w:r>
      <w:r>
        <w:pict>
          <v:shape id="_x0000_i714405" o:spt="75" alt="学科网(www.zxxk.com)--教育资源门户，提供试卷、教案、课件、论文、素材以及各类教学资源下载，还有大量而丰富的教学相关资讯！" type="#_x0000_t75" style="height:20pt;width:84pt;" o:ole="t" filled="f" o:preferrelative="t" stroked="f" coordsize="21600,21600">
            <v:path/>
            <v:fill on="f" focussize="0,0"/>
            <v:stroke on="f" joinstyle="miter"/>
            <v:imagedata r:id="rId4533" o:title="eqId7450554753db78dff5551f07e3d776f7"/>
            <o:lock v:ext="edit" aspectratio="t"/>
            <w10:wrap type="none"/>
            <w10:anchorlock/>
          </v:shape>
        </w:pict>
      </w:r>
      <w:r>
        <w:rPr>
          <w:rFonts w:ascii="宋体" w:hAnsi="宋体" w:eastAsia="宋体" w:cs="宋体"/>
          <w:color w:val="000000"/>
        </w:rPr>
        <w:t>，</w:t>
      </w:r>
      <w:r>
        <w:pict>
          <v:shape id="_x0000_i714406" o:spt="75" alt="学科网(www.zxxk.com)--教育资源门户，提供试卷、教案、课件、论文、素材以及各类教学资源下载，还有大量而丰富的教学相关资讯！" type="#_x0000_t75" style="height:20pt;width:83pt;" o:ole="t" filled="f" o:preferrelative="t" stroked="f" coordsize="21600,21600">
            <v:path/>
            <v:fill on="f" focussize="0,0"/>
            <v:stroke on="f" joinstyle="miter"/>
            <v:imagedata r:id="rId4534" o:title="eqIda6624a60c12244d3494108806a777297"/>
            <o:lock v:ext="edit" aspectratio="t"/>
            <w10:wrap type="none"/>
            <w10:anchorlock/>
          </v:shape>
        </w:pict>
      </w:r>
      <w:r>
        <w:rPr>
          <w:rFonts w:ascii="宋体" w:hAnsi="宋体" w:eastAsia="宋体" w:cs="宋体"/>
          <w:color w:val="000000"/>
        </w:rPr>
        <w:t>，</w:t>
      </w:r>
      <w:r>
        <w:pict>
          <v:shape id="_x0000_i714407" o:spt="75" alt="学科网(www.zxxk.com)--教育资源门户，提供试卷、教案、课件、论文、素材以及各类教学资源下载，还有大量而丰富的教学相关资讯！" type="#_x0000_t75" style="height:34pt;width:93.5pt;" o:ole="t" filled="f" o:preferrelative="t" stroked="f" coordsize="21600,21600">
            <v:path/>
            <v:fill on="f" focussize="0,0"/>
            <v:stroke on="f" joinstyle="miter"/>
            <v:imagedata r:id="rId4535" o:title="eqIdbe27ed8982c3fa9494335899c9a8250c"/>
            <o:lock v:ext="edit" aspectratio="t"/>
            <w10:wrap type="none"/>
            <w10:anchorlock/>
          </v:shape>
        </w:pict>
      </w:r>
      <w:r>
        <w:rPr>
          <w:rFonts w:ascii="宋体" w:hAnsi="宋体" w:eastAsia="宋体" w:cs="宋体"/>
          <w:color w:val="000000"/>
        </w:rPr>
        <w:t>，</w:t>
      </w:r>
      <w:r>
        <w:pict>
          <v:shape id="_x0000_i714408" o:spt="75" alt="学科网(www.zxxk.com)--教育资源门户，提供试卷、教案、课件、论文、素材以及各类教学资源下载，还有大量而丰富的教学相关资讯！" type="#_x0000_t75" style="height:20pt;width:102pt;" o:ole="t" filled="f" o:preferrelative="t" stroked="f" coordsize="21600,21600">
            <v:path/>
            <v:fill on="f" focussize="0,0"/>
            <v:stroke on="f" joinstyle="miter"/>
            <v:imagedata r:id="rId4536" o:title="eqId27c8652b71f1b3e15fd8cf562f27a251"/>
            <o:lock v:ext="edit" aspectratio="t"/>
            <w10:wrap type="none"/>
            <w10:anchorlock/>
          </v:shape>
        </w:pict>
      </w:r>
      <w:r>
        <w:rPr>
          <w:rFonts w:ascii="宋体" w:hAnsi="宋体" w:eastAsia="宋体" w:cs="宋体"/>
          <w:color w:val="000000"/>
        </w:rPr>
        <w:t>，</w:t>
      </w:r>
      <w:r>
        <w:pict>
          <v:shape id="_x0000_i714409" o:spt="75" alt="学科网(www.zxxk.com)--教育资源门户，提供试卷、教案、课件、论文、素材以及各类教学资源下载，还有大量而丰富的教学相关资讯！" type="#_x0000_t75" style="height:20pt;width:77pt;" o:ole="t" filled="f" o:preferrelative="t" stroked="f" coordsize="21600,21600">
            <v:path/>
            <v:fill on="f" focussize="0,0"/>
            <v:stroke on="f" joinstyle="miter"/>
            <v:imagedata r:id="rId4537" o:title="eqId7faa2ae4a1abec8fe6d9982e5034677a"/>
            <o:lock v:ext="edit" aspectratio="t"/>
            <w10:wrap type="none"/>
            <w10:anchorlock/>
          </v:shape>
        </w:pict>
      </w:r>
      <w:r>
        <w:rPr>
          <w:rFonts w:ascii="宋体" w:hAnsi="宋体" w:eastAsia="宋体" w:cs="宋体"/>
          <w:color w:val="000000"/>
        </w:rPr>
        <w:t>，</w:t>
      </w:r>
      <w:r>
        <w:pict>
          <v:shape id="_x0000_i714410" o:spt="75" alt="学科网(www.zxxk.com)--教育资源门户，提供试卷、教案、课件、论文、素材以及各类教学资源下载，还有大量而丰富的教学相关资讯！" type="#_x0000_t75" style="height:20pt;width:96pt;" o:ole="t" filled="f" o:preferrelative="t" stroked="f" coordsize="21600,21600">
            <v:path/>
            <v:fill on="f" focussize="0,0"/>
            <v:stroke on="f" joinstyle="miter"/>
            <v:imagedata r:id="rId4538" o:title="eqIdf0df9dfccd2a9972ba8ed81143e6f956"/>
            <o:lock v:ext="edit" aspectratio="t"/>
            <w10:wrap type="none"/>
            <w10:anchorlock/>
          </v:shape>
        </w:pict>
      </w:r>
      <w:r>
        <w:rPr>
          <w:rFonts w:ascii="宋体" w:hAnsi="宋体" w:eastAsia="宋体" w:cs="宋体"/>
          <w:color w:val="000000"/>
        </w:rPr>
        <w:t>，</w:t>
      </w:r>
      <w:r>
        <w:pict>
          <v:shape id="_x0000_i714411" o:spt="75" alt="学科网(www.zxxk.com)--教育资源门户，提供试卷、教案、课件、论文、素材以及各类教学资源下载，还有大量而丰富的教学相关资讯！" type="#_x0000_t75" style="height:20pt;width:80pt;" o:ole="t" filled="f" o:preferrelative="t" stroked="f" coordsize="21600,21600">
            <v:path/>
            <v:fill on="f" focussize="0,0"/>
            <v:stroke on="f" joinstyle="miter"/>
            <v:imagedata r:id="rId4539" o:title="eqIdef4203dcdc24ff917d80c895e0eb700a"/>
            <o:lock v:ext="edit" aspectratio="t"/>
            <w10:wrap type="none"/>
            <w10:anchorlock/>
          </v:shape>
        </w:pict>
      </w:r>
      <w:r>
        <w:rPr>
          <w:rFonts w:ascii="宋体" w:hAnsi="宋体" w:eastAsia="宋体" w:cs="宋体"/>
          <w:color w:val="000000"/>
        </w:rPr>
        <w:t>，</w:t>
      </w:r>
      <w:r>
        <w:pict>
          <v:shape id="_x0000_i714412" o:spt="75" alt="学科网(www.zxxk.com)--教育资源门户，提供试卷、教案、课件、论文、素材以及各类教学资源下载，还有大量而丰富的教学相关资讯！" type="#_x0000_t75" style="height:34pt;width:78pt;" o:ole="t" filled="f" o:preferrelative="t" stroked="f" coordsize="21600,21600">
            <v:path/>
            <v:fill on="f" focussize="0,0"/>
            <v:stroke on="f" joinstyle="miter"/>
            <v:imagedata r:id="rId4540" o:title="eqId949488e7e88fbecb640f97f6ad4af31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小玲看了这些算式后说：“我明白你定义的乘减法法则了．”她将法则整理出来给小东看，小东说：“你的理解完全正确．”</w:t>
      </w:r>
    </w:p>
    <w:p>
      <w:pPr>
        <w:spacing w:line="360" w:lineRule="auto"/>
        <w:jc w:val="left"/>
        <w:textAlignment w:val="center"/>
        <w:rPr>
          <w:color w:val="000000"/>
        </w:rPr>
      </w:pPr>
      <w:r>
        <w:rPr>
          <w:color w:val="000000"/>
        </w:rPr>
        <w:t>（1）</w:t>
      </w:r>
      <w:r>
        <w:rPr>
          <w:rFonts w:ascii="宋体" w:hAnsi="宋体" w:eastAsia="宋体" w:cs="宋体"/>
          <w:color w:val="000000"/>
        </w:rPr>
        <w:t>请将下面小玲整理的“乘减法”法则补充完整：</w:t>
      </w:r>
    </w:p>
    <w:p>
      <w:pPr>
        <w:spacing w:line="360" w:lineRule="auto"/>
        <w:jc w:val="left"/>
        <w:textAlignment w:val="center"/>
        <w:rPr>
          <w:color w:val="000000"/>
        </w:rPr>
      </w:pPr>
      <w:r>
        <w:rPr>
          <w:rFonts w:ascii="宋体" w:hAnsi="宋体" w:eastAsia="宋体" w:cs="宋体"/>
          <w:color w:val="000000"/>
        </w:rPr>
        <w:t>绝对值不相等的两数相“乘减”，同号得</w:t>
      </w:r>
      <w:r>
        <w:rPr>
          <w:rFonts w:ascii="Times New Roman" w:hAnsi="Times New Roman" w:eastAsia="Times New Roman" w:cs="Times New Roman"/>
          <w:color w:val="000000"/>
        </w:rPr>
        <w:t>______</w:t>
      </w:r>
      <w:r>
        <w:rPr>
          <w:rFonts w:ascii="宋体" w:hAnsi="宋体" w:eastAsia="宋体" w:cs="宋体"/>
          <w:color w:val="000000"/>
        </w:rPr>
        <w:t>，异号得</w:t>
      </w:r>
      <w:r>
        <w:rPr>
          <w:rFonts w:ascii="Times New Roman" w:hAnsi="Times New Roman" w:eastAsia="Times New Roman" w:cs="Times New Roman"/>
          <w:color w:val="000000"/>
        </w:rPr>
        <w:t>______</w:t>
      </w:r>
      <w:r>
        <w:rPr>
          <w:rFonts w:ascii="宋体" w:hAnsi="宋体" w:eastAsia="宋体" w:cs="宋体"/>
          <w:color w:val="000000"/>
        </w:rPr>
        <w:t>，并</w:t>
      </w:r>
      <w:r>
        <w:rPr>
          <w:rFonts w:ascii="Times New Roman" w:hAnsi="Times New Roman" w:eastAsia="Times New Roman" w:cs="Times New Roman"/>
          <w:color w:val="000000"/>
        </w:rPr>
        <w:t>______</w:t>
      </w:r>
      <w:r>
        <w:rPr>
          <w:rFonts w:ascii="宋体" w:hAnsi="宋体" w:eastAsia="宋体" w:cs="宋体"/>
          <w:color w:val="000000"/>
        </w:rPr>
        <w:t>；绝对值相等的两数相“乘减”，都得</w:t>
      </w:r>
      <w:r>
        <w:rPr>
          <w:rFonts w:ascii="Times New Roman" w:hAnsi="Times New Roman" w:eastAsia="Times New Roman" w:cs="Times New Roman"/>
          <w:color w:val="000000"/>
        </w:rPr>
        <w:t>0</w:t>
      </w:r>
      <w:r>
        <w:rPr>
          <w:rFonts w:ascii="宋体" w:hAnsi="宋体" w:eastAsia="宋体" w:cs="宋体"/>
          <w:color w:val="000000"/>
        </w:rPr>
        <w:t>；一个数与</w:t>
      </w:r>
      <w:r>
        <w:rPr>
          <w:rFonts w:ascii="Times New Roman" w:hAnsi="Times New Roman" w:eastAsia="Times New Roman" w:cs="Times New Roman"/>
          <w:color w:val="000000"/>
        </w:rPr>
        <w:t>0</w:t>
      </w:r>
      <w:r>
        <w:rPr>
          <w:rFonts w:ascii="宋体" w:hAnsi="宋体" w:eastAsia="宋体" w:cs="宋体"/>
          <w:color w:val="000000"/>
        </w:rPr>
        <w:t>相“乘减”，或</w:t>
      </w:r>
      <w:r>
        <w:rPr>
          <w:rFonts w:ascii="Times New Roman" w:hAnsi="Times New Roman" w:eastAsia="Times New Roman" w:cs="Times New Roman"/>
          <w:color w:val="000000"/>
        </w:rPr>
        <w:t>0</w:t>
      </w:r>
      <w:r>
        <w:rPr>
          <w:rFonts w:ascii="宋体" w:hAnsi="宋体" w:eastAsia="宋体" w:cs="宋体"/>
          <w:color w:val="000000"/>
        </w:rPr>
        <w:t>与一个数相“乘减”，都得这个数的绝对值．</w:t>
      </w:r>
    </w:p>
    <w:p>
      <w:pPr>
        <w:spacing w:line="360" w:lineRule="auto"/>
        <w:jc w:val="left"/>
        <w:textAlignment w:val="center"/>
        <w:rPr>
          <w:color w:val="000000"/>
        </w:rPr>
      </w:pPr>
      <w:r>
        <w:rPr>
          <w:color w:val="000000"/>
        </w:rPr>
        <w:t>（2）</w:t>
      </w:r>
      <w:r>
        <w:rPr>
          <w:rFonts w:ascii="宋体" w:hAnsi="宋体" w:eastAsia="宋体" w:cs="宋体"/>
          <w:color w:val="000000"/>
        </w:rPr>
        <w:t>若括号的作用与它在有理数运算中的作用相同，</w:t>
      </w:r>
    </w:p>
    <w:p>
      <w:pPr>
        <w:spacing w:line="360" w:lineRule="auto"/>
        <w:jc w:val="left"/>
        <w:textAlignment w:val="center"/>
        <w:rPr>
          <w:color w:val="000000"/>
        </w:rPr>
      </w:pPr>
      <w:r>
        <w:pict>
          <v:shape id="_x0000_i714413"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41" o:title="eqId6e1c9ae241fd78126274c65e17990c88"/>
            <o:lock v:ext="edit" aspectratio="t"/>
            <w10:wrap type="none"/>
            <w10:anchorlock/>
          </v:shape>
        </w:pict>
      </w:r>
      <w:r>
        <w:rPr>
          <w:rFonts w:ascii="宋体" w:hAnsi="宋体" w:eastAsia="宋体" w:cs="宋体"/>
          <w:color w:val="000000"/>
        </w:rPr>
        <w:t>用“乘减法”计算：</w:t>
      </w:r>
      <w:r>
        <w:pict>
          <v:shape id="_x0000_i714414" o:spt="75" alt="学科网(www.zxxk.com)--教育资源门户，提供试卷、教案、课件、论文、素材以及各类教学资源下载，还有大量而丰富的教学相关资讯！" type="#_x0000_t75" style="height:22pt;width:143pt;" o:ole="t" filled="f" o:preferrelative="t" stroked="f" coordsize="21600,21600">
            <v:path/>
            <v:fill on="f" focussize="0,0"/>
            <v:stroke on="f" joinstyle="miter"/>
            <v:imagedata r:id="rId4542" o:title="eqIdaad6ef30a974d27ab677e76c4cf96f91"/>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pict>
          <v:shape id="_x0000_i714415"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43" o:title="eqId5c650fe55b7603f106c53ca2423451c6"/>
            <o:lock v:ext="edit" aspectratio="t"/>
            <w10:wrap type="none"/>
            <w10:anchorlock/>
          </v:shape>
        </w:pict>
      </w:r>
      <w:r>
        <w:rPr>
          <w:rFonts w:ascii="宋体" w:hAnsi="宋体" w:eastAsia="宋体" w:cs="宋体"/>
          <w:color w:val="000000"/>
        </w:rPr>
        <w:t>小东发现交换律在有理数的“乘减法”中仍然成立，即</w:t>
      </w:r>
      <w:r>
        <w:pict>
          <v:shape id="_x0000_i714416"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544" o:title="eqIdac7ff4ffa27279dbf509cfb852446813"/>
            <o:lock v:ext="edit" aspectratio="t"/>
            <w10:wrap type="none"/>
            <w10:anchorlock/>
          </v:shape>
        </w:pict>
      </w:r>
      <w:r>
        <w:rPr>
          <w:rFonts w:ascii="宋体" w:hAnsi="宋体" w:eastAsia="宋体" w:cs="宋体"/>
          <w:color w:val="000000"/>
        </w:rPr>
        <w:t>．但是结合律在有理数的“乘减法”中不一定成立，请你举一个例子说明</w:t>
      </w:r>
      <w:r>
        <w:pict>
          <v:shape id="_x0000_i714417" o:spt="75" alt="学科网(www.zxxk.com)--教育资源门户，提供试卷、教案、课件、论文、素材以及各类教学资源下载，还有大量而丰富的教学相关资讯！" type="#_x0000_t75" style="height:20.1pt;width:121.95pt;" o:ole="t" filled="f" o:preferrelative="t" stroked="f" coordsize="21600,21600">
            <v:path/>
            <v:fill on="f" focussize="0,0"/>
            <v:stroke on="f" joinstyle="miter"/>
            <v:imagedata r:id="rId4545" o:title="eqIdbc28004ff32de5b6717fbaa4b10e52d9"/>
            <o:lock v:ext="edit" aspectratio="t"/>
            <w10:wrap type="none"/>
            <w10:anchorlock/>
          </v:shape>
        </w:pict>
      </w:r>
      <w:r>
        <w:rPr>
          <w:rFonts w:ascii="宋体" w:hAnsi="宋体" w:eastAsia="宋体" w:cs="宋体"/>
          <w:color w:val="000000"/>
        </w:rPr>
        <w:t>不成立．</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正，负，把绝对值相减</w:t>
      </w:r>
      <w:r>
        <w:rPr>
          <w:color w:val="000000"/>
        </w:rPr>
        <w:t xml:space="preserve">    </w:t>
      </w:r>
    </w:p>
    <w:p>
      <w:pPr>
        <w:spacing w:line="360" w:lineRule="auto"/>
        <w:textAlignment w:val="center"/>
        <w:rPr>
          <w:color w:val="000000"/>
        </w:rPr>
      </w:pPr>
      <w:r>
        <w:rPr>
          <w:color w:val="000000"/>
        </w:rPr>
        <w:t>（2）</w:t>
      </w:r>
      <w:r>
        <w:pict>
          <v:shape id="_x0000_i714418"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46" o:title="eqId6e1c9ae241fd78126274c65e17990c88"/>
            <o:lock v:ext="edit" aspectratio="t"/>
            <w10:wrap type="none"/>
            <w10:anchorlock/>
          </v:shape>
        </w:pict>
      </w:r>
      <w:r>
        <w:pict>
          <v:shape id="_x0000_i714419" o:spt="75" alt="学科网(www.zxxk.com)--教育资源门户，提供试卷、教案、课件、论文、素材以及各类教学资源下载，还有大量而丰富的教学相关资讯！" type="#_x0000_t75" style="height:14.4pt;width:15.6pt;" o:ole="t" filled="f" o:preferrelative="t" stroked="f" coordsize="21600,21600">
            <v:path/>
            <v:fill on="f" focussize="0,0"/>
            <v:stroke on="f" joinstyle="miter"/>
            <v:imagedata r:id="rId4547" o:title="eqId8bf3d3564c61e5e9c39a9e2cf2de048b"/>
            <o:lock v:ext="edit" aspectratio="t"/>
            <w10:wrap type="none"/>
            <w10:anchorlock/>
          </v:shape>
        </w:pict>
      </w:r>
      <w:r>
        <w:rPr>
          <w:rFonts w:ascii="宋体" w:hAnsi="宋体" w:eastAsia="宋体" w:cs="宋体"/>
          <w:color w:val="000000"/>
        </w:rPr>
        <w:t>；</w:t>
      </w:r>
      <w:r>
        <w:pict>
          <v:shape id="_x0000_i714420"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48" o:title="eqId5c650fe55b7603f106c53ca2423451c6"/>
            <o:lock v:ext="edit" aspectratio="t"/>
            <w10:wrap type="none"/>
            <w10:anchorlock/>
          </v:shape>
        </w:pict>
      </w:r>
      <w:r>
        <w:rPr>
          <w:rFonts w:ascii="宋体" w:hAnsi="宋体" w:eastAsia="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）根据题中给出的例子即可得出结论；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4421"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49" o:title="eqId6e1c9ae241fd78126274c65e17990c88"/>
            <o:lock v:ext="edit" aspectratio="t"/>
            <w10:wrap type="none"/>
            <w10:anchorlock/>
          </v:shape>
        </w:pict>
      </w:r>
      <w:r>
        <w:rPr>
          <w:rFonts w:ascii="宋体" w:hAnsi="宋体" w:eastAsia="宋体" w:cs="宋体"/>
          <w:color w:val="000000"/>
        </w:rPr>
        <w:t>根据（</w:t>
      </w:r>
      <w:r>
        <w:rPr>
          <w:rFonts w:ascii="Times New Roman" w:hAnsi="Times New Roman" w:eastAsia="Times New Roman" w:cs="Times New Roman"/>
          <w:color w:val="000000"/>
        </w:rPr>
        <w:t>1</w:t>
      </w:r>
      <w:r>
        <w:rPr>
          <w:rFonts w:ascii="宋体" w:hAnsi="宋体" w:eastAsia="宋体" w:cs="宋体"/>
          <w:color w:val="000000"/>
        </w:rPr>
        <w:t>）中的“乘减法”进行计算即可；</w:t>
      </w:r>
      <w:r>
        <w:pict>
          <v:shape id="_x0000_i714422"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50" o:title="eqId5c650fe55b7603f106c53ca2423451c6"/>
            <o:lock v:ext="edit" aspectratio="t"/>
            <w10:wrap type="none"/>
            <w10:anchorlock/>
          </v:shape>
        </w:pict>
      </w:r>
      <w:r>
        <w:rPr>
          <w:rFonts w:ascii="宋体" w:hAnsi="宋体" w:eastAsia="宋体" w:cs="宋体"/>
          <w:color w:val="000000"/>
        </w:rPr>
        <w:t>设</w:t>
      </w:r>
      <w:r>
        <w:pict>
          <v:shape id="_x0000_i714423"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551" o:title="eqId8e258ab9e600435b37465092243d99f6"/>
            <o:lock v:ext="edit" aspectratio="t"/>
            <w10:wrap type="none"/>
            <w10:anchorlock/>
          </v:shape>
        </w:pict>
      </w:r>
      <w:r>
        <w:rPr>
          <w:rFonts w:ascii="宋体" w:hAnsi="宋体" w:eastAsia="宋体" w:cs="宋体"/>
          <w:color w:val="000000"/>
        </w:rPr>
        <w:t>，</w:t>
      </w:r>
      <w:r>
        <w:pict>
          <v:shape id="_x0000_i71442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552" o:title="eqId9ce4430b8b9b0c78de693513a7f88915"/>
            <o:lock v:ext="edit" aspectratio="t"/>
            <w10:wrap type="none"/>
            <w10:anchorlock/>
          </v:shape>
        </w:pict>
      </w:r>
      <w:r>
        <w:rPr>
          <w:rFonts w:ascii="宋体" w:hAnsi="宋体" w:eastAsia="宋体" w:cs="宋体"/>
          <w:color w:val="000000"/>
        </w:rPr>
        <w:t>，</w:t>
      </w:r>
      <w:r>
        <w:pict>
          <v:shape id="_x0000_i714425"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4553" o:title="eqId60b97bb18e5ca34d22b5e827316a122a"/>
            <o:lock v:ext="edit" aspectratio="t"/>
            <w10:wrap type="none"/>
            <w10:anchorlock/>
          </v:shape>
        </w:pict>
      </w:r>
      <w:r>
        <w:rPr>
          <w:rFonts w:ascii="宋体" w:hAnsi="宋体" w:eastAsia="宋体" w:cs="宋体"/>
          <w:color w:val="000000"/>
        </w:rPr>
        <w:t>代入式子进行计算，看结果是否相同即可．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442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554" o:title="eqId16f3d198e76391779fa3badc848c8ac8"/>
            <o:lock v:ext="edit" aspectratio="t"/>
            <w10:wrap type="none"/>
            <w10:anchorlock/>
          </v:shape>
        </w:pict>
      </w:r>
      <w:r>
        <w:pict>
          <v:shape id="_x0000_i714427" o:spt="75" alt="学科网(www.zxxk.com)--教育资源门户，提供试卷、教案、课件、论文、素材以及各类教学资源下载，还有大量而丰富的教学相关资讯！" type="#_x0000_t75" style="height:20pt;width:83pt;" o:ole="t" filled="f" o:preferrelative="t" stroked="f" coordsize="21600,21600">
            <v:path/>
            <v:fill on="f" focussize="0,0"/>
            <v:stroke on="f" joinstyle="miter"/>
            <v:imagedata r:id="rId4555" o:title="eqId50427def1b6748f8812bef47d4993de8"/>
            <o:lock v:ext="edit" aspectratio="t"/>
            <w10:wrap type="none"/>
            <w10:anchorlock/>
          </v:shape>
        </w:pict>
      </w:r>
      <w:r>
        <w:rPr>
          <w:rFonts w:ascii="宋体" w:hAnsi="宋体" w:eastAsia="宋体" w:cs="宋体"/>
          <w:color w:val="000000"/>
        </w:rPr>
        <w:t>，</w:t>
      </w:r>
      <w:r>
        <w:pict>
          <v:shape id="_x0000_i714428" o:spt="75" alt="学科网(www.zxxk.com)--教育资源门户，提供试卷、教案、课件、论文、素材以及各类教学资源下载，还有大量而丰富的教学相关资讯！" type="#_x0000_t75" style="height:20pt;width:89pt;" o:ole="t" filled="f" o:preferrelative="t" stroked="f" coordsize="21600,21600">
            <v:path/>
            <v:fill on="f" focussize="0,0"/>
            <v:stroke on="f" joinstyle="miter"/>
            <v:imagedata r:id="rId4556" o:title="eqId6d04509949a9d9b7bf996f31667578fd"/>
            <o:lock v:ext="edit" aspectratio="t"/>
            <w10:wrap type="none"/>
            <w10:anchorlock/>
          </v:shape>
        </w:pict>
      </w:r>
      <w:r>
        <w:rPr>
          <w:rFonts w:ascii="宋体" w:hAnsi="宋体" w:eastAsia="宋体" w:cs="宋体"/>
          <w:color w:val="000000"/>
        </w:rPr>
        <w:t>，</w:t>
      </w:r>
      <w:r>
        <w:pict>
          <v:shape id="_x0000_i714429" o:spt="75" alt="学科网(www.zxxk.com)--教育资源门户，提供试卷、教案、课件、论文、素材以及各类教学资源下载，还有大量而丰富的教学相关资讯！" type="#_x0000_t75" style="height:20pt;width:84pt;" o:ole="t" filled="f" o:preferrelative="t" stroked="f" coordsize="21600,21600">
            <v:path/>
            <v:fill on="f" focussize="0,0"/>
            <v:stroke on="f" joinstyle="miter"/>
            <v:imagedata r:id="rId4557" o:title="eqId7450554753db78dff5551f07e3d776f7"/>
            <o:lock v:ext="edit" aspectratio="t"/>
            <w10:wrap type="none"/>
            <w10:anchorlock/>
          </v:shape>
        </w:pict>
      </w:r>
      <w:r>
        <w:rPr>
          <w:rFonts w:ascii="宋体" w:hAnsi="宋体" w:eastAsia="宋体" w:cs="宋体"/>
          <w:color w:val="000000"/>
        </w:rPr>
        <w:t>，</w:t>
      </w:r>
      <w:r>
        <w:pict>
          <v:shape id="_x0000_i714430" o:spt="75" alt="学科网(www.zxxk.com)--教育资源门户，提供试卷、教案、课件、论文、素材以及各类教学资源下载，还有大量而丰富的教学相关资讯！" type="#_x0000_t75" style="height:20pt;width:83pt;" o:ole="t" filled="f" o:preferrelative="t" stroked="f" coordsize="21600,21600">
            <v:path/>
            <v:fill on="f" focussize="0,0"/>
            <v:stroke on="f" joinstyle="miter"/>
            <v:imagedata r:id="rId4558" o:title="eqIda6624a60c12244d3494108806a777297"/>
            <o:lock v:ext="edit" aspectratio="t"/>
            <w10:wrap type="none"/>
            <w10:anchorlock/>
          </v:shape>
        </w:pict>
      </w:r>
      <w:r>
        <w:rPr>
          <w:rFonts w:ascii="宋体" w:hAnsi="宋体" w:eastAsia="宋体" w:cs="宋体"/>
          <w:color w:val="000000"/>
        </w:rPr>
        <w:t>，</w:t>
      </w:r>
      <w:r>
        <w:pict>
          <v:shape id="_x0000_i714431" o:spt="75" alt="学科网(www.zxxk.com)--教育资源门户，提供试卷、教案、课件、论文、素材以及各类教学资源下载，还有大量而丰富的教学相关资讯！" type="#_x0000_t75" style="height:34pt;width:93.5pt;" o:ole="t" filled="f" o:preferrelative="t" stroked="f" coordsize="21600,21600">
            <v:path/>
            <v:fill on="f" focussize="0,0"/>
            <v:stroke on="f" joinstyle="miter"/>
            <v:imagedata r:id="rId4559" o:title="eqIdbe27ed8982c3fa9494335899c9a8250c"/>
            <o:lock v:ext="edit" aspectratio="t"/>
            <w10:wrap type="none"/>
            <w10:anchorlock/>
          </v:shape>
        </w:pict>
      </w:r>
      <w:r>
        <w:rPr>
          <w:rFonts w:ascii="宋体" w:hAnsi="宋体" w:eastAsia="宋体" w:cs="宋体"/>
          <w:color w:val="000000"/>
        </w:rPr>
        <w:t>，</w:t>
      </w:r>
      <w:r>
        <w:pict>
          <v:shape id="_x0000_i714432" o:spt="75" alt="学科网(www.zxxk.com)--教育资源门户，提供试卷、教案、课件、论文、素材以及各类教学资源下载，还有大量而丰富的教学相关资讯！" type="#_x0000_t75" style="height:20pt;width:102pt;" o:ole="t" filled="f" o:preferrelative="t" stroked="f" coordsize="21600,21600">
            <v:path/>
            <v:fill on="f" focussize="0,0"/>
            <v:stroke on="f" joinstyle="miter"/>
            <v:imagedata r:id="rId4560" o:title="eqId27c8652b71f1b3e15fd8cf562f27a251"/>
            <o:lock v:ext="edit" aspectratio="t"/>
            <w10:wrap type="none"/>
            <w10:anchorlock/>
          </v:shape>
        </w:pict>
      </w:r>
      <w:r>
        <w:rPr>
          <w:rFonts w:ascii="宋体" w:hAnsi="宋体" w:eastAsia="宋体" w:cs="宋体"/>
          <w:color w:val="000000"/>
        </w:rPr>
        <w:t>，</w:t>
      </w:r>
      <w:r>
        <w:pict>
          <v:shape id="_x0000_i714433" o:spt="75" alt="学科网(www.zxxk.com)--教育资源门户，提供试卷、教案、课件、论文、素材以及各类教学资源下载，还有大量而丰富的教学相关资讯！" type="#_x0000_t75" style="height:20pt;width:77pt;" o:ole="t" filled="f" o:preferrelative="t" stroked="f" coordsize="21600,21600">
            <v:path/>
            <v:fill on="f" focussize="0,0"/>
            <v:stroke on="f" joinstyle="miter"/>
            <v:imagedata r:id="rId4561" o:title="eqId7faa2ae4a1abec8fe6d9982e5034677a"/>
            <o:lock v:ext="edit" aspectratio="t"/>
            <w10:wrap type="none"/>
            <w10:anchorlock/>
          </v:shape>
        </w:pict>
      </w:r>
      <w:r>
        <w:rPr>
          <w:rFonts w:ascii="宋体" w:hAnsi="宋体" w:eastAsia="宋体" w:cs="宋体"/>
          <w:color w:val="000000"/>
        </w:rPr>
        <w:t>，</w:t>
      </w:r>
      <w:r>
        <w:pict>
          <v:shape id="_x0000_i714434" o:spt="75" alt="学科网(www.zxxk.com)--教育资源门户，提供试卷、教案、课件、论文、素材以及各类教学资源下载，还有大量而丰富的教学相关资讯！" type="#_x0000_t75" style="height:20pt;width:96pt;" o:ole="t" filled="f" o:preferrelative="t" stroked="f" coordsize="21600,21600">
            <v:path/>
            <v:fill on="f" focussize="0,0"/>
            <v:stroke on="f" joinstyle="miter"/>
            <v:imagedata r:id="rId4562" o:title="eqIdf0df9dfccd2a9972ba8ed81143e6f956"/>
            <o:lock v:ext="edit" aspectratio="t"/>
            <w10:wrap type="none"/>
            <w10:anchorlock/>
          </v:shape>
        </w:pict>
      </w:r>
      <w:r>
        <w:rPr>
          <w:rFonts w:ascii="宋体" w:hAnsi="宋体" w:eastAsia="宋体" w:cs="宋体"/>
          <w:color w:val="000000"/>
        </w:rPr>
        <w:t>，</w:t>
      </w:r>
      <w:r>
        <w:pict>
          <v:shape id="_x0000_i714435" o:spt="75" alt="学科网(www.zxxk.com)--教育资源门户，提供试卷、教案、课件、论文、素材以及各类教学资源下载，还有大量而丰富的教学相关资讯！" type="#_x0000_t75" style="height:20pt;width:80pt;" o:ole="t" filled="f" o:preferrelative="t" stroked="f" coordsize="21600,21600">
            <v:path/>
            <v:fill on="f" focussize="0,0"/>
            <v:stroke on="f" joinstyle="miter"/>
            <v:imagedata r:id="rId4563" o:title="eqIdef4203dcdc24ff917d80c895e0eb700a"/>
            <o:lock v:ext="edit" aspectratio="t"/>
            <w10:wrap type="none"/>
            <w10:anchorlock/>
          </v:shape>
        </w:pict>
      </w:r>
      <w:r>
        <w:rPr>
          <w:rFonts w:ascii="宋体" w:hAnsi="宋体" w:eastAsia="宋体" w:cs="宋体"/>
          <w:color w:val="000000"/>
        </w:rPr>
        <w:t>，</w:t>
      </w:r>
      <w:r>
        <w:pict>
          <v:shape id="_x0000_i714436" o:spt="75" alt="学科网(www.zxxk.com)--教育资源门户，提供试卷、教案、课件、论文、素材以及各类教学资源下载，还有大量而丰富的教学相关资讯！" type="#_x0000_t75" style="height:34pt;width:78pt;" o:ole="t" filled="f" o:preferrelative="t" stroked="f" coordsize="21600,21600">
            <v:path/>
            <v:fill on="f" focussize="0,0"/>
            <v:stroke on="f" joinstyle="miter"/>
            <v:imagedata r:id="rId4564" o:title="eqId949488e7e88fbecb640f97f6ad4af31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43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565" o:title="eqId2de0d10ef8b748d4531250c37c5d3f9e"/>
            <o:lock v:ext="edit" aspectratio="t"/>
            <w10:wrap type="none"/>
            <w10:anchorlock/>
          </v:shape>
        </w:pict>
      </w:r>
      <w:r>
        <w:rPr>
          <w:rFonts w:ascii="宋体" w:hAnsi="宋体" w:eastAsia="宋体" w:cs="宋体"/>
          <w:color w:val="000000"/>
        </w:rPr>
        <w:t>绝对值不相等的两数相“乘减”，同号得正，异号得负，并把绝对值相减；绝对值相等的两数相“乘减”，都得</w:t>
      </w:r>
      <w:r>
        <w:rPr>
          <w:rFonts w:ascii="Times New Roman" w:hAnsi="Times New Roman" w:eastAsia="Times New Roman" w:cs="Times New Roman"/>
          <w:color w:val="000000"/>
        </w:rPr>
        <w:t>0</w:t>
      </w:r>
      <w:r>
        <w:rPr>
          <w:rFonts w:ascii="宋体" w:hAnsi="宋体" w:eastAsia="宋体" w:cs="宋体"/>
          <w:color w:val="000000"/>
        </w:rPr>
        <w:t>；一个数与</w:t>
      </w:r>
      <w:r>
        <w:rPr>
          <w:rFonts w:ascii="Times New Roman" w:hAnsi="Times New Roman" w:eastAsia="Times New Roman" w:cs="Times New Roman"/>
          <w:color w:val="000000"/>
        </w:rPr>
        <w:t>0</w:t>
      </w:r>
      <w:r>
        <w:rPr>
          <w:rFonts w:ascii="宋体" w:hAnsi="宋体" w:eastAsia="宋体" w:cs="宋体"/>
          <w:color w:val="000000"/>
        </w:rPr>
        <w:t>相“乘减”，或</w:t>
      </w:r>
      <w:r>
        <w:rPr>
          <w:rFonts w:ascii="Times New Roman" w:hAnsi="Times New Roman" w:eastAsia="Times New Roman" w:cs="Times New Roman"/>
          <w:color w:val="000000"/>
        </w:rPr>
        <w:t>0</w:t>
      </w:r>
      <w:r>
        <w:rPr>
          <w:rFonts w:ascii="宋体" w:hAnsi="宋体" w:eastAsia="宋体" w:cs="宋体"/>
          <w:color w:val="000000"/>
        </w:rPr>
        <w:t>与一个数相“乘减”，都得这个数的绝对值；</w:t>
      </w:r>
    </w:p>
    <w:p>
      <w:pPr>
        <w:spacing w:line="360" w:lineRule="auto"/>
        <w:jc w:val="left"/>
        <w:textAlignment w:val="center"/>
        <w:rPr>
          <w:color w:val="000000"/>
        </w:rPr>
      </w:pPr>
      <w:r>
        <w:rPr>
          <w:rFonts w:ascii="宋体" w:hAnsi="宋体" w:eastAsia="宋体" w:cs="宋体"/>
          <w:color w:val="000000"/>
        </w:rPr>
        <w:t>故答案为：正，负，把绝对值相减；</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pict>
          <v:shape id="_x0000_i714438"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66" o:title="eqId6e1c9ae241fd78126274c65e17990c88"/>
            <o:lock v:ext="edit" aspectratio="t"/>
            <w10:wrap type="none"/>
            <w10:anchorlock/>
          </v:shape>
        </w:pict>
      </w:r>
      <w:r>
        <w:rPr>
          <w:rFonts w:ascii="Times New Roman" w:hAnsi="Times New Roman" w:eastAsia="Times New Roman" w:cs="Times New Roman"/>
          <w:color w:val="000000"/>
        </w:rPr>
        <w:t xml:space="preserve"> </w:t>
      </w:r>
      <w:r>
        <w:pict>
          <v:shape id="_x0000_i714439" o:spt="75" alt="学科网(www.zxxk.com)--教育资源门户，提供试卷、教案、课件、论文、素材以及各类教学资源下载，还有大量而丰富的教学相关资讯！" type="#_x0000_t75" style="height:22pt;width:134pt;" o:ole="t" filled="f" o:preferrelative="t" stroked="f" coordsize="21600,21600">
            <v:path/>
            <v:fill on="f" focussize="0,0"/>
            <v:stroke on="f" joinstyle="miter"/>
            <v:imagedata r:id="rId4567" o:title="eqId1be12c7eaf78b37f2292c935a88fc45b"/>
            <o:lock v:ext="edit" aspectratio="t"/>
            <w10:wrap type="none"/>
            <w10:anchorlock/>
          </v:shape>
        </w:pict>
      </w:r>
    </w:p>
    <w:p>
      <w:pPr>
        <w:spacing w:line="360" w:lineRule="auto"/>
        <w:jc w:val="left"/>
        <w:textAlignment w:val="center"/>
        <w:rPr>
          <w:color w:val="000000"/>
        </w:rPr>
      </w:pPr>
      <w:r>
        <w:pict>
          <v:shape id="_x0000_i714440" o:spt="75" alt="学科网(www.zxxk.com)--教育资源门户，提供试卷、教案、课件、论文、素材以及各类教学资源下载，还有大量而丰富的教学相关资讯！" type="#_x0000_t75" style="height:22pt;width:98pt;" o:ole="t" filled="f" o:preferrelative="t" stroked="f" coordsize="21600,21600">
            <v:path/>
            <v:fill on="f" focussize="0,0"/>
            <v:stroke on="f" joinstyle="miter"/>
            <v:imagedata r:id="rId4568" o:title="eqId57d34062af4d88682349f744003a87ed"/>
            <o:lock v:ext="edit" aspectratio="t"/>
            <w10:wrap type="none"/>
            <w10:anchorlock/>
          </v:shape>
        </w:pict>
      </w:r>
    </w:p>
    <w:p>
      <w:pPr>
        <w:spacing w:line="360" w:lineRule="auto"/>
        <w:jc w:val="left"/>
        <w:textAlignment w:val="center"/>
        <w:rPr>
          <w:color w:val="000000"/>
        </w:rPr>
      </w:pPr>
      <w:r>
        <w:pict>
          <v:shape id="_x0000_i714441" o:spt="75" alt="学科网(www.zxxk.com)--教育资源门户，提供试卷、教案、课件、论文、素材以及各类教学资源下载，还有大量而丰富的教学相关资讯！" type="#_x0000_t75" style="height:20pt;width:68pt;" o:ole="t" filled="f" o:preferrelative="t" stroked="f" coordsize="21600,21600">
            <v:path/>
            <v:fill on="f" focussize="0,0"/>
            <v:stroke on="f" joinstyle="miter"/>
            <v:imagedata r:id="rId4569" o:title="eqId71ca1c77509a3aeb8031f22787016830"/>
            <o:lock v:ext="edit" aspectratio="t"/>
            <w10:wrap type="none"/>
            <w10:anchorlock/>
          </v:shape>
        </w:pict>
      </w:r>
    </w:p>
    <w:p>
      <w:pPr>
        <w:spacing w:line="360" w:lineRule="auto"/>
        <w:jc w:val="left"/>
        <w:textAlignment w:val="center"/>
        <w:rPr>
          <w:color w:val="000000"/>
        </w:rPr>
      </w:pPr>
      <w:r>
        <w:pict>
          <v:shape id="_x0000_i714442" o:spt="75" alt="学科网(www.zxxk.com)--教育资源门户，提供试卷、教案、课件、论文、素材以及各类教学资源下载，还有大量而丰富的教学相关资讯！" type="#_x0000_t75" style="height:20pt;width:50pt;" o:ole="t" filled="f" o:preferrelative="t" stroked="f" coordsize="21600,21600">
            <v:path/>
            <v:fill on="f" focussize="0,0"/>
            <v:stroke on="f" joinstyle="miter"/>
            <v:imagedata r:id="rId4570" o:title="eqId5dd79977bf44ec4205d5965a92bb7bbb"/>
            <o:lock v:ext="edit" aspectratio="t"/>
            <w10:wrap type="none"/>
            <w10:anchorlock/>
          </v:shape>
        </w:pict>
      </w:r>
    </w:p>
    <w:p>
      <w:pPr>
        <w:spacing w:line="360" w:lineRule="auto"/>
        <w:jc w:val="left"/>
        <w:textAlignment w:val="center"/>
        <w:rPr>
          <w:color w:val="000000"/>
        </w:rPr>
      </w:pPr>
      <w:r>
        <w:pict>
          <v:shape id="_x0000_i71444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4571" o:title="eqId5eb8a059a03c1aa4fc1b75a9c76d30c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4444" o:spt="75" alt="学科网(www.zxxk.com)--教育资源门户，提供试卷、教案、课件、论文、素材以及各类教学资源下载，还有大量而丰富的教学相关资讯！" type="#_x0000_t75" style="height:14.4pt;width:15.6pt;" o:ole="t" filled="f" o:preferrelative="t" stroked="f" coordsize="21600,21600">
            <v:path/>
            <v:fill on="f" focussize="0,0"/>
            <v:stroke on="f" joinstyle="miter"/>
            <v:imagedata r:id="rId4572" o:title="eqId8bf3d3564c61e5e9c39a9e2cf2de048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445"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73" o:title="eqId5c650fe55b7603f106c53ca2423451c6"/>
            <o:lock v:ext="edit" aspectratio="t"/>
            <w10:wrap type="none"/>
            <w10:anchorlock/>
          </v:shape>
        </w:pict>
      </w:r>
      <w:r>
        <w:rPr>
          <w:rFonts w:ascii="宋体" w:hAnsi="宋体" w:eastAsia="宋体" w:cs="宋体"/>
          <w:color w:val="000000"/>
        </w:rPr>
        <w:t>答案不唯一，</w:t>
      </w:r>
    </w:p>
    <w:p>
      <w:pPr>
        <w:spacing w:line="360" w:lineRule="auto"/>
        <w:jc w:val="left"/>
        <w:textAlignment w:val="center"/>
        <w:rPr>
          <w:color w:val="000000"/>
        </w:rPr>
      </w:pPr>
      <w:r>
        <w:rPr>
          <w:rFonts w:ascii="宋体" w:hAnsi="宋体" w:eastAsia="宋体" w:cs="宋体"/>
          <w:color w:val="000000"/>
        </w:rPr>
        <w:t>设</w:t>
      </w:r>
      <w:r>
        <w:pict>
          <v:shape id="_x0000_i71444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574" o:title="eqId8e258ab9e600435b37465092243d99f6"/>
            <o:lock v:ext="edit" aspectratio="t"/>
            <w10:wrap type="none"/>
            <w10:anchorlock/>
          </v:shape>
        </w:pict>
      </w:r>
      <w:r>
        <w:rPr>
          <w:rFonts w:ascii="宋体" w:hAnsi="宋体" w:eastAsia="宋体" w:cs="宋体"/>
          <w:color w:val="000000"/>
        </w:rPr>
        <w:t>，</w:t>
      </w:r>
      <w:r>
        <w:pict>
          <v:shape id="_x0000_i71444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575" o:title="eqId9ce4430b8b9b0c78de693513a7f88915"/>
            <o:lock v:ext="edit" aspectratio="t"/>
            <w10:wrap type="none"/>
            <w10:anchorlock/>
          </v:shape>
        </w:pict>
      </w:r>
      <w:r>
        <w:rPr>
          <w:rFonts w:ascii="宋体" w:hAnsi="宋体" w:eastAsia="宋体" w:cs="宋体"/>
          <w:color w:val="000000"/>
        </w:rPr>
        <w:t>，</w:t>
      </w:r>
      <w:r>
        <w:pict>
          <v:shape id="_x0000_i714448"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4576" o:title="eqId60b97bb18e5ca34d22b5e827316a122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左边</w:t>
      </w:r>
      <w:r>
        <w:pict>
          <v:shape id="_x0000_i714449" o:spt="75" alt="学科网(www.zxxk.com)--教育资源门户，提供试卷、教案、课件、论文、素材以及各类教学资源下载，还有大量而丰富的教学相关资讯！" type="#_x0000_t75" style="height:22pt;width:223pt;" o:ole="t" filled="f" o:preferrelative="t" stroked="f" coordsize="21600,21600">
            <v:path/>
            <v:fill on="f" focussize="0,0"/>
            <v:stroke on="f" joinstyle="miter"/>
            <v:imagedata r:id="rId4577" o:title="eqIdd1416214c758a787657cc1c6d1b851b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右边</w:t>
      </w:r>
      <w:r>
        <w:pict>
          <v:shape id="_x0000_i714450" o:spt="75" alt="学科网(www.zxxk.com)--教育资源门户，提供试卷、教案、课件、论文、素材以及各类教学资源下载，还有大量而丰富的教学相关资讯！" type="#_x0000_t75" style="height:22pt;width:222pt;" o:ole="t" filled="f" o:preferrelative="t" stroked="f" coordsize="21600,21600">
            <v:path/>
            <v:fill on="f" focussize="0,0"/>
            <v:stroke on="f" joinstyle="miter"/>
            <v:imagedata r:id="rId4578" o:title="eqId7cbd86aa85e78804a1b5679289563a9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451" o:spt="75" alt="学科网(www.zxxk.com)--教育资源门户，提供试卷、教案、课件、论文、素材以及各类教学资源下载，还有大量而丰富的教学相关资讯！" type="#_x0000_t75" style="height:15pt;width:64pt;" o:ole="t" filled="f" o:preferrelative="t" stroked="f" coordsize="21600,21600">
            <v:path/>
            <v:fill on="f" focussize="0,0"/>
            <v:stroke on="f" joinstyle="miter"/>
            <v:imagedata r:id="rId4579" o:title="eqId65c0cd6f034779e6ceeb50312da7726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所以结合律在有理数的“乘减法”中不一定成立．</w:t>
      </w:r>
    </w:p>
    <w:p>
      <w:pPr>
        <w:spacing w:line="360" w:lineRule="auto"/>
        <w:jc w:val="left"/>
        <w:textAlignment w:val="center"/>
        <w:rPr>
          <w:color w:val="000000"/>
        </w:rPr>
      </w:pPr>
      <w:r>
        <w:rPr>
          <w:color w:val="000000"/>
        </w:rPr>
        <w:t>【点睛】</w:t>
      </w:r>
      <w:r>
        <w:rPr>
          <w:rFonts w:ascii="宋体" w:hAnsi="宋体" w:eastAsia="宋体" w:cs="宋体"/>
          <w:color w:val="000000"/>
        </w:rPr>
        <w:t>本题考查的是有理数的混合运算，根据题中给出的例子读懂题意是解题的关键．</w:t>
      </w:r>
    </w:p>
    <w:p>
      <w:pPr>
        <w:spacing w:line="360" w:lineRule="auto"/>
        <w:jc w:val="left"/>
        <w:textAlignment w:val="center"/>
        <w:rPr>
          <w:color w:val="000000"/>
        </w:rPr>
      </w:pPr>
      <w:r>
        <w:rPr>
          <w:color w:val="000000"/>
        </w:rPr>
        <w:t xml:space="preserve">26. </w:t>
      </w:r>
      <w:r>
        <w:rPr>
          <w:rFonts w:ascii="宋体" w:hAnsi="宋体" w:eastAsia="宋体" w:cs="宋体"/>
          <w:color w:val="000000"/>
        </w:rPr>
        <w:t>已知点</w:t>
      </w:r>
      <w:r>
        <w:pict>
          <v:shape id="_x0000_i714452" o:spt="75" alt="学科网(www.zxxk.com)--教育资源门户，提供试卷、教案、课件、论文、素材以及各类教学资源下载，还有大量而丰富的教学相关资讯！" type="#_x0000_t75" style="height:14.25pt;width:69pt;" o:ole="t" filled="f" o:preferrelative="t" stroked="f" coordsize="21600,21600">
            <v:path/>
            <v:fill on="f" focussize="0,0"/>
            <v:stroke on="f" joinstyle="miter"/>
            <v:imagedata r:id="rId4580" o:title="eqIdd2740d2f1f18082f6299bd23e0be289c"/>
            <o:lock v:ext="edit" aspectratio="t"/>
            <w10:wrap type="none"/>
            <w10:anchorlock/>
          </v:shape>
        </w:pict>
      </w:r>
      <w:r>
        <w:rPr>
          <w:rFonts w:ascii="宋体" w:hAnsi="宋体" w:eastAsia="宋体" w:cs="宋体"/>
          <w:color w:val="000000"/>
        </w:rPr>
        <w:t>在数轴上，它们表示的数分别是</w:t>
      </w:r>
      <w:r>
        <w:pict>
          <v:shape id="_x0000_i714453" o:spt="75" alt="学科网(www.zxxk.com)--教育资源门户，提供试卷、教案、课件、论文、素材以及各类教学资源下载，还有大量而丰富的教学相关资讯！" type="#_x0000_t75" style="height:13.95pt;width:60.95pt;" o:ole="t" filled="f" o:preferrelative="t" stroked="f" coordsize="21600,21600">
            <v:path/>
            <v:fill on="f" focussize="0,0"/>
            <v:stroke on="f" joinstyle="miter"/>
            <v:imagedata r:id="rId4581" o:title="eqId1d5e806433a8e6e9dafcee9807519d7b"/>
            <o:lock v:ext="edit" aspectratio="t"/>
            <w10:wrap type="none"/>
            <w10:anchorlock/>
          </v:shape>
        </w:pict>
      </w:r>
      <w:r>
        <w:rPr>
          <w:rFonts w:ascii="宋体" w:hAnsi="宋体" w:eastAsia="宋体" w:cs="宋体"/>
          <w:color w:val="000000"/>
        </w:rPr>
        <w:t>，且</w:t>
      </w:r>
      <w:r>
        <w:pict>
          <v:shape id="_x0000_i714454" o:spt="75" alt="学科网(www.zxxk.com)--教育资源门户，提供试卷、教案、课件、论文、素材以及各类教学资源下载，还有大量而丰富的教学相关资讯！" type="#_x0000_t75" style="height:12.75pt;width:57pt;" o:ole="t" filled="f" o:preferrelative="t" stroked="f" coordsize="21600,21600">
            <v:path/>
            <v:fill on="f" focussize="0,0"/>
            <v:stroke on="f" joinstyle="miter"/>
            <v:imagedata r:id="rId4582" o:title="eqId951836ef5e4cfd3689a94810e0f8d43d"/>
            <o:lock v:ext="edit" aspectratio="t"/>
            <w10:wrap type="none"/>
            <w10:anchorlock/>
          </v:shape>
        </w:pict>
      </w:r>
      <w:r>
        <w:rPr>
          <w:rFonts w:ascii="宋体" w:hAnsi="宋体" w:eastAsia="宋体" w:cs="宋体"/>
          <w:color w:val="000000"/>
        </w:rPr>
        <w:t>，</w:t>
      </w:r>
      <w:r>
        <w:pict>
          <v:shape id="_x0000_i714455" o:spt="75" alt="学科网(www.zxxk.com)--教育资源门户，提供试卷、教案、课件、论文、素材以及各类教学资源下载，还有大量而丰富的教学相关资讯！" type="#_x0000_t75" style="height:12.6pt;width:35.4pt;" o:ole="t" filled="f" o:preferrelative="t" stroked="f" coordsize="21600,21600">
            <v:path/>
            <v:fill on="f" focussize="0,0"/>
            <v:stroke on="f" joinstyle="miter"/>
            <v:imagedata r:id="rId4583" o:title="eqIdced06b71073e1bb777f326f06016ce17"/>
            <o:lock v:ext="edit" aspectratio="t"/>
            <w10:wrap type="none"/>
            <w10:anchorlock/>
          </v:shape>
        </w:pict>
      </w:r>
      <w:r>
        <w:rPr>
          <w:rFonts w:ascii="宋体" w:hAnsi="宋体" w:eastAsia="宋体" w:cs="宋体"/>
          <w:color w:val="000000"/>
        </w:rPr>
        <w:t>，</w:t>
      </w:r>
      <w:r>
        <w:pict>
          <v:shape id="_x0000_i714456" o:spt="75" alt="学科网(www.zxxk.com)--教育资源门户，提供试卷、教案、课件、论文、素材以及各类教学资源下载，还有大量而丰富的教学相关资讯！" type="#_x0000_t75" style="height:14pt;width:57.5pt;" o:ole="t" filled="f" o:preferrelative="t" stroked="f" coordsize="21600,21600">
            <v:path/>
            <v:fill on="f" focussize="0,0"/>
            <v:stroke on="f" joinstyle="miter"/>
            <v:imagedata r:id="rId4584" o:title="eqIdb2b32f2c0e471f95ab147e599592c819"/>
            <o:lock v:ext="edit" aspectratio="t"/>
            <w10:wrap type="none"/>
            <w10:anchorlock/>
          </v:shape>
        </w:pict>
      </w:r>
      <w:r>
        <w:rPr>
          <w:rFonts w:ascii="宋体" w:hAnsi="宋体" w:eastAsia="宋体" w:cs="宋体"/>
          <w:color w:val="000000"/>
        </w:rPr>
        <w:t>，</w:t>
      </w:r>
      <w:r>
        <w:pict>
          <v:shape id="_x0000_i714457" o:spt="75" alt="学科网(www.zxxk.com)--教育资源门户，提供试卷、教案、课件、论文、素材以及各类教学资源下载，还有大量而丰富的教学相关资讯！" type="#_x0000_t75" style="height:14pt;width:58pt;" o:ole="t" filled="f" o:preferrelative="t" stroked="f" coordsize="21600,21600">
            <v:path/>
            <v:fill on="f" focussize="0,0"/>
            <v:stroke on="f" joinstyle="miter"/>
            <v:imagedata r:id="rId4585" o:title="eqIdd80333c05f21290aa18b73c67f384874"/>
            <o:lock v:ext="edit" aspectratio="t"/>
            <w10:wrap type="none"/>
            <w10:anchorlock/>
          </v:shape>
        </w:pict>
      </w:r>
      <w:r>
        <w:rPr>
          <w:rFonts w:ascii="宋体" w:hAnsi="宋体" w:eastAsia="宋体" w:cs="宋体"/>
          <w:color w:val="000000"/>
        </w:rPr>
        <w:t>（其中</w:t>
      </w:r>
      <w:r>
        <w:pict>
          <v:shape id="_x0000_i714458"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4586" o:title="eqId58b140e221ddf537b8964fff8557cca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4459" o:spt="75" alt="学科网(www.zxxk.com)--教育资源门户，提供试卷、教案、课件、论文、素材以及各类教学资源下载，还有大量而丰富的教学相关资讯！" type="#_x0000_t75" style="height:14.15pt;width:30.05pt;" o:ole="t" filled="f" o:preferrelative="t" stroked="f" coordsize="21600,21600">
            <v:path/>
            <v:fill on="f" focussize="0,0"/>
            <v:stroke on="f" joinstyle="miter"/>
            <v:imagedata r:id="rId4588" o:title="eqId6c7a1d739890a8951586e23b78b035bc"/>
            <o:lock v:ext="edit" aspectratio="t"/>
            <w10:wrap type="none"/>
            <w10:anchorlock/>
          </v:shape>
        </w:pict>
      </w:r>
      <w:r>
        <w:rPr>
          <w:rFonts w:ascii="宋体" w:hAnsi="宋体" w:eastAsia="宋体" w:cs="宋体"/>
          <w:color w:val="000000"/>
        </w:rPr>
        <w:t>，</w:t>
      </w:r>
      <w:r>
        <w:pict>
          <v:shape id="_x0000_i71446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589" o:title="eqId0a6936d370d6a238a608ca56f87198de"/>
            <o:lock v:ext="edit" aspectratio="t"/>
            <w10:wrap type="none"/>
            <w10:anchorlock/>
          </v:shape>
        </w:pict>
      </w:r>
      <w:r>
        <w:rPr>
          <w:rFonts w:ascii="宋体" w:hAnsi="宋体" w:eastAsia="宋体" w:cs="宋体"/>
          <w:color w:val="000000"/>
        </w:rPr>
        <w:t>为任意</w:t>
      </w:r>
      <w:r>
        <w:rPr>
          <w:rFonts w:ascii="宋体" w:hAnsi="宋体" w:eastAsia="宋体" w:cs="宋体"/>
          <w:color w:val="000000"/>
          <w:position w:val="0"/>
        </w:rPr>
        <w:drawing>
          <wp:inline distT="0" distB="0" distL="114300" distR="114300">
            <wp:extent cx="133350" cy="177800"/>
            <wp:effectExtent l="0" t="0" r="0" b="0"/>
            <wp:docPr id="3513" name="图片 107610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 name="图片 1076109255"/>
                    <pic:cNvPicPr>
                      <a:picLocks noChangeAspect="1"/>
                    </pic:cNvPicPr>
                  </pic:nvPicPr>
                  <pic:blipFill>
                    <a:blip r:embed="rId458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整数．</w:t>
      </w:r>
    </w:p>
    <w:p>
      <w:pPr>
        <w:spacing w:line="360" w:lineRule="auto"/>
        <w:jc w:val="left"/>
        <w:textAlignment w:val="center"/>
        <w:rPr>
          <w:color w:val="000000"/>
        </w:rPr>
      </w:pPr>
      <w:r>
        <w:pict>
          <v:shape id="_x0000_i714461"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90" o:title="eqId6e1c9ae241fd78126274c65e17990c88"/>
            <o:lock v:ext="edit" aspectratio="t"/>
            <w10:wrap type="none"/>
            <w10:anchorlock/>
          </v:shape>
        </w:pict>
      </w:r>
      <w:r>
        <w:rPr>
          <w:rFonts w:ascii="宋体" w:hAnsi="宋体" w:eastAsia="宋体" w:cs="宋体"/>
          <w:color w:val="000000"/>
        </w:rPr>
        <w:t>用含</w:t>
      </w:r>
      <w:r>
        <w:pict>
          <v:shape id="_x0000_i71446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591" o:title="eqId0a6936d370d6a238a608ca56f87198de"/>
            <o:lock v:ext="edit" aspectratio="t"/>
            <w10:wrap type="none"/>
            <w10:anchorlock/>
          </v:shape>
        </w:pict>
      </w:r>
      <w:r>
        <w:rPr>
          <w:rFonts w:ascii="宋体" w:hAnsi="宋体" w:eastAsia="宋体" w:cs="宋体"/>
          <w:color w:val="000000"/>
        </w:rPr>
        <w:t>的式子表示</w:t>
      </w:r>
      <w:r>
        <w:pict>
          <v:shape id="_x0000_i714463"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4592" o:title="eqId071a7e733d466949ac935b4b8ee8d1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464"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93" o:title="eqId5c650fe55b7603f106c53ca2423451c6"/>
            <o:lock v:ext="edit" aspectratio="t"/>
            <w10:wrap type="none"/>
            <w10:anchorlock/>
          </v:shape>
        </w:pict>
      </w:r>
      <w:r>
        <w:rPr>
          <w:rFonts w:ascii="宋体" w:hAnsi="宋体" w:eastAsia="宋体" w:cs="宋体"/>
          <w:color w:val="000000"/>
        </w:rPr>
        <w:t>试说明</w:t>
      </w:r>
      <w:r>
        <w:pict>
          <v:shape id="_x0000_i714465"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4594" o:title="eqIde6bb99e2251df1777c5288d603170bd2"/>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4</w:t>
      </w:r>
      <w:r>
        <w:rPr>
          <w:rFonts w:ascii="宋体" w:hAnsi="宋体" w:eastAsia="宋体" w:cs="宋体"/>
          <w:color w:val="000000"/>
        </w:rPr>
        <w:t>整除；</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4466" o:spt="75" alt="学科网(www.zxxk.com)--教育资源门户，提供试卷、教案、课件、论文、素材以及各类教学资源下载，还有大量而丰富的教学相关资讯！" type="#_x0000_t75" style="height:14.4pt;width:45.6pt;" o:ole="t" filled="f" o:preferrelative="t" stroked="f" coordsize="21600,21600">
            <v:path/>
            <v:fill on="f" focussize="0,0"/>
            <v:stroke on="f" joinstyle="miter"/>
            <v:imagedata r:id="rId4595" o:title="eqId3bc1df08b6bc3fe7fa09b3373b2a2f89"/>
            <o:lock v:ext="edit" aspectratio="t"/>
            <w10:wrap type="none"/>
            <w10:anchorlock/>
          </v:shape>
        </w:pict>
      </w:r>
      <w:r>
        <w:rPr>
          <w:rFonts w:ascii="宋体" w:hAnsi="宋体" w:eastAsia="宋体" w:cs="宋体"/>
          <w:color w:val="000000"/>
        </w:rPr>
        <w:t>，且</w:t>
      </w:r>
      <w:r>
        <w:pict>
          <v:shape id="_x0000_i714467" o:spt="75" alt="学科网(www.zxxk.com)--教育资源门户，提供试卷、教案、课件、论文、素材以及各类教学资源下载，还有大量而丰富的教学相关资讯！" type="#_x0000_t75" style="height:13.95pt;width:60.95pt;" o:ole="t" filled="f" o:preferrelative="t" stroked="f" coordsize="21600,21600">
            <v:path/>
            <v:fill on="f" focussize="0,0"/>
            <v:stroke on="f" joinstyle="miter"/>
            <v:imagedata r:id="rId4596" o:title="eqId1d5e806433a8e6e9dafcee9807519d7b"/>
            <o:lock v:ext="edit" aspectratio="t"/>
            <w10:wrap type="none"/>
            <w10:anchorlock/>
          </v:shape>
        </w:pict>
      </w:r>
      <w:r>
        <w:rPr>
          <w:rFonts w:ascii="宋体" w:hAnsi="宋体" w:eastAsia="宋体" w:cs="宋体"/>
          <w:color w:val="000000"/>
        </w:rPr>
        <w:t>中有两个数的和与</w:t>
      </w:r>
      <w:r>
        <w:pict>
          <v:shape id="_x0000_i714468"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4597" o:title="eqIde6bb99e2251df1777c5288d603170bd2"/>
            <o:lock v:ext="edit" aspectratio="t"/>
            <w10:wrap type="none"/>
            <w10:anchorlock/>
          </v:shape>
        </w:pict>
      </w:r>
      <w:r>
        <w:rPr>
          <w:rFonts w:ascii="宋体" w:hAnsi="宋体" w:eastAsia="宋体" w:cs="宋体"/>
          <w:color w:val="000000"/>
        </w:rPr>
        <w:t>相等．</w:t>
      </w:r>
    </w:p>
    <w:p>
      <w:pPr>
        <w:spacing w:line="360" w:lineRule="auto"/>
        <w:jc w:val="left"/>
        <w:textAlignment w:val="center"/>
        <w:rPr>
          <w:color w:val="000000"/>
        </w:rPr>
      </w:pPr>
      <w:r>
        <w:pict>
          <v:shape id="_x0000_i714469"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598" o:title="eqId6e1c9ae241fd78126274c65e17990c88"/>
            <o:lock v:ext="edit" aspectratio="t"/>
            <w10:wrap type="none"/>
            <w10:anchorlock/>
          </v:shape>
        </w:pict>
      </w:r>
      <w:r>
        <w:rPr>
          <w:rFonts w:ascii="宋体" w:hAnsi="宋体" w:eastAsia="宋体" w:cs="宋体"/>
          <w:color w:val="000000"/>
        </w:rPr>
        <w:t>有如下四个结论：</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．原点</w:t>
      </w:r>
      <w:r>
        <w:pict>
          <v:shape id="_x0000_i714470"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599" o:title="eqId1dde8112e8eb968fd042418dd632759e"/>
            <o:lock v:ext="edit" aspectratio="t"/>
            <w10:wrap type="none"/>
            <w10:anchorlock/>
          </v:shape>
        </w:pict>
      </w:r>
      <w:r>
        <w:rPr>
          <w:rFonts w:ascii="宋体" w:hAnsi="宋体" w:eastAsia="宋体" w:cs="宋体"/>
          <w:color w:val="000000"/>
        </w:rPr>
        <w:t>可能与点</w:t>
      </w:r>
      <w:r>
        <w:pict>
          <v:shape id="_x0000_i71447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600" o:title="eqId7f9e8449aad35c5d840a3395ea86df6d"/>
            <o:lock v:ext="edit" aspectratio="t"/>
            <w10:wrap type="none"/>
            <w10:anchorlock/>
          </v:shape>
        </w:pict>
      </w:r>
      <w:r>
        <w:rPr>
          <w:rFonts w:ascii="宋体" w:hAnsi="宋体" w:eastAsia="宋体" w:cs="宋体"/>
          <w:color w:val="000000"/>
        </w:rPr>
        <w:t>重合；</w:t>
      </w:r>
      <w:r>
        <w:rPr>
          <w:rFonts w:ascii="Times New Roman" w:hAnsi="Times New Roman" w:eastAsia="Times New Roman" w:cs="Times New Roman"/>
          <w:color w:val="000000"/>
        </w:rPr>
        <w:t xml:space="preserve">         B</w:t>
      </w:r>
      <w:r>
        <w:rPr>
          <w:rFonts w:ascii="宋体" w:hAnsi="宋体" w:eastAsia="宋体" w:cs="宋体"/>
          <w:color w:val="000000"/>
        </w:rPr>
        <w:t>．原点</w:t>
      </w:r>
      <w:r>
        <w:pict>
          <v:shape id="_x0000_i71447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599" o:title="eqId1dde8112e8eb968fd042418dd632759e"/>
            <o:lock v:ext="edit" aspectratio="t"/>
            <w10:wrap type="none"/>
            <w10:anchorlock/>
          </v:shape>
        </w:pict>
      </w:r>
      <w:r>
        <w:rPr>
          <w:rFonts w:ascii="宋体" w:hAnsi="宋体" w:eastAsia="宋体" w:cs="宋体"/>
          <w:color w:val="000000"/>
        </w:rPr>
        <w:t>不可能在点</w:t>
      </w:r>
      <w:r>
        <w:pict>
          <v:shape id="_x0000_i71447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601" o:title="eqId8455657dde27aabe6adb7b188e031c11"/>
            <o:lock v:ext="edit" aspectratio="t"/>
            <w10:wrap type="none"/>
            <w10:anchorlock/>
          </v:shape>
        </w:pict>
      </w:r>
      <w:r>
        <w:rPr>
          <w:rFonts w:ascii="宋体" w:hAnsi="宋体" w:eastAsia="宋体" w:cs="宋体"/>
          <w:color w:val="000000"/>
        </w:rPr>
        <w:t>的右侧；</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．原点</w:t>
      </w:r>
      <w:r>
        <w:pict>
          <v:shape id="_x0000_i714474"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602" o:title="eqId1dde8112e8eb968fd042418dd632759e"/>
            <o:lock v:ext="edit" aspectratio="t"/>
            <w10:wrap type="none"/>
            <w10:anchorlock/>
          </v:shape>
        </w:pict>
      </w:r>
      <w:r>
        <w:rPr>
          <w:rFonts w:ascii="宋体" w:hAnsi="宋体" w:eastAsia="宋体" w:cs="宋体"/>
          <w:color w:val="000000"/>
        </w:rPr>
        <w:t>可能是线段</w:t>
      </w:r>
      <w:r>
        <w:pict>
          <v:shape id="_x0000_i71447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603" o:title="eqId03902478df1a55bc99703210bccab910"/>
            <o:lock v:ext="edit" aspectratio="t"/>
            <w10:wrap type="none"/>
            <w10:anchorlock/>
          </v:shape>
        </w:pict>
      </w:r>
      <w:r>
        <w:rPr>
          <w:rFonts w:ascii="宋体" w:hAnsi="宋体" w:eastAsia="宋体" w:cs="宋体"/>
          <w:color w:val="000000"/>
        </w:rPr>
        <w:t>的中点；</w:t>
      </w:r>
      <w:r>
        <w:rPr>
          <w:rFonts w:ascii="Times New Roman" w:hAnsi="Times New Roman" w:eastAsia="Times New Roman" w:cs="Times New Roman"/>
          <w:color w:val="000000"/>
        </w:rPr>
        <w:t xml:space="preserve">    D</w:t>
      </w:r>
      <w:r>
        <w:rPr>
          <w:rFonts w:ascii="宋体" w:hAnsi="宋体" w:eastAsia="宋体" w:cs="宋体"/>
          <w:color w:val="000000"/>
        </w:rPr>
        <w:t>．原点</w:t>
      </w:r>
      <w:r>
        <w:pict>
          <v:shape id="_x0000_i714476"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602" o:title="eqId1dde8112e8eb968fd042418dd632759e"/>
            <o:lock v:ext="edit" aspectratio="t"/>
            <w10:wrap type="none"/>
            <w10:anchorlock/>
          </v:shape>
        </w:pict>
      </w:r>
      <w:r>
        <w:rPr>
          <w:rFonts w:ascii="宋体" w:hAnsi="宋体" w:eastAsia="宋体" w:cs="宋体"/>
          <w:color w:val="000000"/>
        </w:rPr>
        <w:t>可能是线段</w:t>
      </w:r>
      <w:r>
        <w:pict>
          <v:shape id="_x0000_i714477"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604" o:title="eqId0dc5c9827dfd0be5a9c85962d6ccbfb1"/>
            <o:lock v:ext="edit" aspectratio="t"/>
            <w10:wrap type="none"/>
            <w10:anchorlock/>
          </v:shape>
        </w:pict>
      </w:r>
      <w:r>
        <w:rPr>
          <w:rFonts w:ascii="宋体" w:hAnsi="宋体" w:eastAsia="宋体" w:cs="宋体"/>
          <w:color w:val="000000"/>
        </w:rPr>
        <w:t>的中点；</w:t>
      </w:r>
    </w:p>
    <w:p>
      <w:pPr>
        <w:spacing w:line="360" w:lineRule="auto"/>
        <w:jc w:val="left"/>
        <w:textAlignment w:val="center"/>
        <w:rPr>
          <w:color w:val="000000"/>
        </w:rPr>
      </w:pPr>
      <w:r>
        <w:rPr>
          <w:rFonts w:ascii="宋体" w:hAnsi="宋体" w:eastAsia="宋体" w:cs="宋体"/>
          <w:color w:val="000000"/>
        </w:rPr>
        <w:t>其中所有正确的结论是</w:t>
      </w:r>
      <w:r>
        <w:rPr>
          <w:rFonts w:ascii="Times New Roman" w:hAnsi="Times New Roman" w:eastAsia="Times New Roman" w:cs="Times New Roman"/>
          <w:color w:val="000000"/>
        </w:rPr>
        <w:t>______</w:t>
      </w:r>
      <w:r>
        <w:rPr>
          <w:rFonts w:ascii="宋体" w:hAnsi="宋体" w:eastAsia="宋体" w:cs="宋体"/>
          <w:color w:val="000000"/>
        </w:rPr>
        <w:t>．（填选项字母即可）</w:t>
      </w:r>
    </w:p>
    <w:p>
      <w:pPr>
        <w:spacing w:line="360" w:lineRule="auto"/>
        <w:jc w:val="left"/>
        <w:textAlignment w:val="center"/>
        <w:rPr>
          <w:color w:val="000000"/>
        </w:rPr>
      </w:pPr>
      <w:r>
        <w:pict>
          <v:shape id="_x0000_i714478"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05" o:title="eqId5c650fe55b7603f106c53ca2423451c6"/>
            <o:lock v:ext="edit" aspectratio="t"/>
            <w10:wrap type="none"/>
            <w10:anchorlock/>
          </v:shape>
        </w:pict>
      </w:r>
      <w:r>
        <w:rPr>
          <w:rFonts w:ascii="宋体" w:hAnsi="宋体" w:eastAsia="宋体" w:cs="宋体"/>
          <w:color w:val="000000"/>
        </w:rPr>
        <w:t>用含</w:t>
      </w:r>
      <w:r>
        <w:pict>
          <v:shape id="_x0000_i714479"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4606" o:title="eqId294f5ba74cdf695fc9a8a8e52f421328"/>
            <o:lock v:ext="edit" aspectratio="t"/>
            <w10:wrap type="none"/>
            <w10:anchorlock/>
          </v:shape>
        </w:pict>
      </w:r>
      <w:r>
        <w:rPr>
          <w:rFonts w:ascii="宋体" w:hAnsi="宋体" w:eastAsia="宋体" w:cs="宋体"/>
          <w:color w:val="000000"/>
        </w:rPr>
        <w:t>的式子表示</w:t>
      </w:r>
      <w:r>
        <w:pict>
          <v:shape id="_x0000_i71448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607" o:title="eqId0a6936d370d6a238a608ca56f87198de"/>
            <o:lock v:ext="edit" aspectratio="t"/>
            <w10:wrap type="none"/>
            <w10:anchorlock/>
          </v:shape>
        </w:pict>
      </w:r>
      <w:r>
        <w:rPr>
          <w:rFonts w:ascii="宋体" w:hAnsi="宋体" w:eastAsia="宋体" w:cs="宋体"/>
          <w:color w:val="000000"/>
        </w:rPr>
        <w:t>，并直接写出结果．</w:t>
      </w:r>
    </w:p>
    <w:p>
      <w:pPr>
        <w:spacing w:line="360" w:lineRule="auto"/>
        <w:textAlignment w:val="center"/>
        <w:rPr>
          <w:color w:val="000000"/>
        </w:rPr>
      </w:pPr>
      <w:r>
        <w:rPr>
          <w:color w:val="2E75B6"/>
        </w:rPr>
        <w:t>【答案】</w:t>
      </w:r>
      <w:r>
        <w:rPr>
          <w:color w:val="000000"/>
        </w:rPr>
        <w:t>（1）</w:t>
      </w:r>
      <w:r>
        <w:pict>
          <v:shape id="_x0000_i714481"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08" o:title="eqId6e1c9ae241fd78126274c65e17990c88"/>
            <o:lock v:ext="edit" aspectratio="t"/>
            <w10:wrap type="none"/>
            <w10:anchorlock/>
          </v:shape>
        </w:pict>
      </w:r>
      <w:r>
        <w:pict>
          <v:shape id="_x0000_i714482" o:spt="75" alt="学科网(www.zxxk.com)--教育资源门户，提供试卷、教案、课件、论文、素材以及各类教学资源下载，还有大量而丰富的教学相关资讯！" type="#_x0000_t75" style="height:14pt;width:44pt;" o:ole="t" filled="f" o:preferrelative="t" stroked="f" coordsize="21600,21600">
            <v:path/>
            <v:fill on="f" focussize="0,0"/>
            <v:stroke on="f" joinstyle="miter"/>
            <v:imagedata r:id="rId4609" o:title="eqId68b5beb9ca9a72f7fc2b59b80929d9b3"/>
            <o:lock v:ext="edit" aspectratio="t"/>
            <w10:wrap type="none"/>
            <w10:anchorlock/>
          </v:shape>
        </w:pict>
      </w:r>
      <w:r>
        <w:pict>
          <v:shape id="_x0000_i714483"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10" o:title="eqId5c650fe55b7603f106c53ca2423451c6"/>
            <o:lock v:ext="edit" aspectratio="t"/>
            <w10:wrap type="none"/>
            <w10:anchorlock/>
          </v:shape>
        </w:pict>
      </w:r>
      <w:r>
        <w:rPr>
          <w:rFonts w:ascii="宋体" w:hAnsi="宋体" w:eastAsia="宋体" w:cs="宋体"/>
          <w:color w:val="000000"/>
        </w:rPr>
        <w:t>见解析</w:t>
      </w:r>
      <w:r>
        <w:rPr>
          <w:color w:val="000000"/>
        </w:rPr>
        <w:t xml:space="preserve">    </w:t>
      </w:r>
    </w:p>
    <w:p>
      <w:pPr>
        <w:spacing w:line="360" w:lineRule="auto"/>
        <w:textAlignment w:val="center"/>
        <w:rPr>
          <w:color w:val="000000"/>
        </w:rPr>
      </w:pPr>
      <w:r>
        <w:rPr>
          <w:color w:val="000000"/>
        </w:rPr>
        <w:t>（2）</w:t>
      </w:r>
      <w:r>
        <w:pict>
          <v:shape id="_x0000_i714484"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11" o:title="eqId6e1c9ae241fd78126274c65e17990c88"/>
            <o:lock v:ext="edit" aspectratio="t"/>
            <w10:wrap type="none"/>
            <w10:anchorlock/>
          </v:shape>
        </w:pic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w:t>
      </w:r>
      <w:r>
        <w:pict>
          <v:shape id="_x0000_i714485"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12" o:title="eqId5c650fe55b7603f106c53ca2423451c6"/>
            <o:lock v:ext="edit" aspectratio="t"/>
            <w10:wrap type="none"/>
            <w10:anchorlock/>
          </v:shape>
        </w:pict>
      </w:r>
      <w:r>
        <w:rPr>
          <w:rFonts w:ascii="Times New Roman" w:hAnsi="Times New Roman" w:eastAsia="Times New Roman" w:cs="Times New Roman"/>
          <w:color w:val="000000"/>
        </w:rPr>
        <w:t xml:space="preserve"> </w:t>
      </w:r>
      <w:r>
        <w:pict>
          <v:shape id="_x0000_i714486" o:spt="75" alt="学科网(www.zxxk.com)--教育资源门户，提供试卷、教案、课件、论文、素材以及各类教学资源下载，还有大量而丰富的教学相关资讯！" type="#_x0000_t75" style="height:31pt;width:56pt;" o:ole="t" filled="f" o:preferrelative="t" stroked="f" coordsize="21600,21600">
            <v:path/>
            <v:fill on="f" focussize="0,0"/>
            <v:stroke on="f" joinstyle="miter"/>
            <v:imagedata r:id="rId4613" o:title="eqId3669a23f81229e02c085ddc8fe711836"/>
            <o:lock v:ext="edit" aspectratio="t"/>
            <w10:wrap type="none"/>
            <w10:anchorlock/>
          </v:shape>
        </w:pict>
      </w:r>
      <w:r>
        <w:rPr>
          <w:rFonts w:ascii="宋体" w:hAnsi="宋体" w:eastAsia="宋体" w:cs="宋体"/>
          <w:color w:val="000000"/>
        </w:rPr>
        <w:t>或</w:t>
      </w:r>
      <w:r>
        <w:pict>
          <v:shape id="_x0000_i714487" o:spt="75" alt="学科网(www.zxxk.com)--教育资源门户，提供试卷、教案、课件、论文、素材以及各类教学资源下载，还有大量而丰富的教学相关资讯！" type="#_x0000_t75" style="height:31pt;width:38pt;" o:ole="t" filled="f" o:preferrelative="t" stroked="f" coordsize="21600,21600">
            <v:path/>
            <v:fill on="f" focussize="0,0"/>
            <v:stroke on="f" joinstyle="miter"/>
            <v:imagedata r:id="rId4614" o:title="eqId4023c414e42182d2b292ba3f926b2ccd"/>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4488"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15" o:title="eqId6e1c9ae241fd78126274c65e17990c88"/>
            <o:lock v:ext="edit" aspectratio="t"/>
            <w10:wrap type="none"/>
            <w10:anchorlock/>
          </v:shape>
        </w:pict>
      </w:r>
      <w:r>
        <w:rPr>
          <w:rFonts w:ascii="宋体" w:hAnsi="宋体" w:eastAsia="宋体" w:cs="宋体"/>
          <w:color w:val="000000"/>
        </w:rPr>
        <w:t>由</w:t>
      </w:r>
      <w:r>
        <w:pict>
          <v:shape id="_x0000_i714489" o:spt="75" alt="学科网(www.zxxk.com)--教育资源门户，提供试卷、教案、课件、论文、素材以及各类教学资源下载，还有大量而丰富的教学相关资讯！" type="#_x0000_t75" style="height:12.6pt;width:35.4pt;" o:ole="t" filled="f" o:preferrelative="t" stroked="f" coordsize="21600,21600">
            <v:path/>
            <v:fill on="f" focussize="0,0"/>
            <v:stroke on="f" joinstyle="miter"/>
            <v:imagedata r:id="rId4616" o:title="eqIdced06b71073e1bb777f326f06016ce17"/>
            <o:lock v:ext="edit" aspectratio="t"/>
            <w10:wrap type="none"/>
            <w10:anchorlock/>
          </v:shape>
        </w:pict>
      </w:r>
      <w:r>
        <w:rPr>
          <w:rFonts w:ascii="宋体" w:hAnsi="宋体" w:eastAsia="宋体" w:cs="宋体"/>
          <w:color w:val="000000"/>
        </w:rPr>
        <w:t>可以得到</w:t>
      </w:r>
      <w:r>
        <w:pict>
          <v:shape id="_x0000_i714490"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4617" o:title="eqId154c0fe2aaaa1f7c3bdde6db950e6583"/>
            <o:lock v:ext="edit" aspectratio="t"/>
            <w10:wrap type="none"/>
            <w10:anchorlock/>
          </v:shape>
        </w:pict>
      </w:r>
      <w:r>
        <w:rPr>
          <w:rFonts w:ascii="宋体" w:hAnsi="宋体" w:eastAsia="宋体" w:cs="宋体"/>
          <w:color w:val="000000"/>
        </w:rPr>
        <w:t>，由</w:t>
      </w:r>
      <w:r>
        <w:pict>
          <v:shape id="_x0000_i714491" o:spt="75" alt="学科网(www.zxxk.com)--教育资源门户，提供试卷、教案、课件、论文、素材以及各类教学资源下载，还有大量而丰富的教学相关资讯！" type="#_x0000_t75" style="height:14.15pt;width:30.05pt;" o:ole="t" filled="f" o:preferrelative="t" stroked="f" coordsize="21600,21600">
            <v:path/>
            <v:fill on="f" focussize="0,0"/>
            <v:stroke on="f" joinstyle="miter"/>
            <v:imagedata r:id="rId4618" o:title="eqId6c7a1d739890a8951586e23b78b035bc"/>
            <o:lock v:ext="edit" aspectratio="t"/>
            <w10:wrap type="none"/>
            <w10:anchorlock/>
          </v:shape>
        </w:pict>
      </w:r>
      <w:r>
        <w:rPr>
          <w:rFonts w:ascii="宋体" w:hAnsi="宋体" w:eastAsia="宋体" w:cs="宋体"/>
          <w:color w:val="000000"/>
        </w:rPr>
        <w:t>，可得到</w:t>
      </w:r>
      <w:r>
        <w:pict>
          <v:shape id="_x0000_i714492" o:spt="75" alt="学科网(www.zxxk.com)--教育资源门户，提供试卷、教案、课件、论文、素材以及各类教学资源下载，还有大量而丰富的教学相关资讯！" type="#_x0000_t75" style="height:14pt;width:71pt;" o:ole="t" filled="f" o:preferrelative="t" stroked="f" coordsize="21600,21600">
            <v:path/>
            <v:fill on="f" focussize="0,0"/>
            <v:stroke on="f" joinstyle="miter"/>
            <v:imagedata r:id="rId4619" o:title="eqIdd9104747bc68d4187b1627673db902b6"/>
            <o:lock v:ext="edit" aspectratio="t"/>
            <w10:wrap type="none"/>
            <w10:anchorlock/>
          </v:shape>
        </w:pict>
      </w:r>
      <w:r>
        <w:rPr>
          <w:rFonts w:ascii="宋体" w:hAnsi="宋体" w:eastAsia="宋体" w:cs="宋体"/>
          <w:color w:val="000000"/>
        </w:rPr>
        <w:t>，从而可得到</w:t>
      </w:r>
      <w:r>
        <w:pict>
          <v:shape id="_x0000_i71449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620" o:title="eqId0a6936d370d6a238a608ca56f87198de"/>
            <o:lock v:ext="edit" aspectratio="t"/>
            <w10:wrap type="none"/>
            <w10:anchorlock/>
          </v:shape>
        </w:pict>
      </w:r>
      <w:r>
        <w:rPr>
          <w:rFonts w:ascii="宋体" w:hAnsi="宋体" w:eastAsia="宋体" w:cs="宋体"/>
          <w:color w:val="000000"/>
        </w:rPr>
        <w:t>与</w:t>
      </w:r>
      <w:r>
        <w:pict>
          <v:shape id="_x0000_i714494"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4621" o:title="eqId071a7e733d466949ac935b4b8ee8d183"/>
            <o:lock v:ext="edit" aspectratio="t"/>
            <w10:wrap type="none"/>
            <w10:anchorlock/>
          </v:shape>
        </w:pict>
      </w:r>
      <w:r>
        <w:rPr>
          <w:rFonts w:ascii="宋体" w:hAnsi="宋体" w:eastAsia="宋体" w:cs="宋体"/>
          <w:color w:val="000000"/>
        </w:rPr>
        <w:t>的关系；</w:t>
      </w:r>
      <w:r>
        <w:pict>
          <v:shape id="_x0000_i714495"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22" o:title="eqId5c650fe55b7603f106c53ca2423451c6"/>
            <o:lock v:ext="edit" aspectratio="t"/>
            <w10:wrap type="none"/>
            <w10:anchorlock/>
          </v:shape>
        </w:pict>
      </w:r>
      <w:r>
        <w:rPr>
          <w:rFonts w:ascii="宋体" w:hAnsi="宋体" w:eastAsia="宋体" w:cs="宋体"/>
          <w:color w:val="000000"/>
        </w:rPr>
        <w:t>根据</w:t>
      </w:r>
      <w:r>
        <w:pict>
          <v:shape id="_x0000_i714496" o:spt="75" alt="学科网(www.zxxk.com)--教育资源门户，提供试卷、教案、课件、论文、素材以及各类教学资源下载，还有大量而丰富的教学相关资讯！" type="#_x0000_t75" style="height:14pt;width:58pt;" o:ole="t" filled="f" o:preferrelative="t" stroked="f" coordsize="21600,21600">
            <v:path/>
            <v:fill on="f" focussize="0,0"/>
            <v:stroke on="f" joinstyle="miter"/>
            <v:imagedata r:id="rId4623" o:title="eqIdd80333c05f21290aa18b73c67f384874"/>
            <o:lock v:ext="edit" aspectratio="t"/>
            <w10:wrap type="none"/>
            <w10:anchorlock/>
          </v:shape>
        </w:pict>
      </w:r>
      <w:r>
        <w:rPr>
          <w:rFonts w:ascii="宋体" w:hAnsi="宋体" w:eastAsia="宋体" w:cs="宋体"/>
          <w:color w:val="000000"/>
        </w:rPr>
        <w:t>，找出</w:t>
      </w:r>
      <w:r>
        <w:pict>
          <v:shape id="_x0000_i714497"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4624" o:title="eqId5c02bc0c74292b1e8f395f90935d3174"/>
            <o:lock v:ext="edit" aspectratio="t"/>
            <w10:wrap type="none"/>
            <w10:anchorlock/>
          </v:shape>
        </w:pict>
      </w:r>
      <w:r>
        <w:rPr>
          <w:rFonts w:ascii="宋体" w:hAnsi="宋体" w:eastAsia="宋体" w:cs="宋体"/>
          <w:color w:val="000000"/>
        </w:rPr>
        <w:t>与</w:t>
      </w:r>
      <w:r>
        <w:pict>
          <v:shape id="_x0000_i71449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620" o:title="eqId0a6936d370d6a238a608ca56f87198de"/>
            <o:lock v:ext="edit" aspectratio="t"/>
            <w10:wrap type="none"/>
            <w10:anchorlock/>
          </v:shape>
        </w:pict>
      </w:r>
      <w:r>
        <w:rPr>
          <w:rFonts w:ascii="宋体" w:hAnsi="宋体" w:eastAsia="宋体" w:cs="宋体"/>
          <w:color w:val="000000"/>
        </w:rPr>
        <w:t>的关系，然后将所有用</w:t>
      </w:r>
      <w:r>
        <w:pict>
          <v:shape id="_x0000_i71449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620" o:title="eqId0a6936d370d6a238a608ca56f87198de"/>
            <o:lock v:ext="edit" aspectratio="t"/>
            <w10:wrap type="none"/>
            <w10:anchorlock/>
          </v:shape>
        </w:pict>
      </w:r>
      <w:r>
        <w:rPr>
          <w:rFonts w:ascii="宋体" w:hAnsi="宋体" w:eastAsia="宋体" w:cs="宋体"/>
          <w:color w:val="000000"/>
        </w:rPr>
        <w:t>表示的式子代入得，</w:t>
      </w:r>
      <w:r>
        <w:pict>
          <v:shape id="_x0000_i714500" o:spt="75" alt="学科网(www.zxxk.com)--教育资源门户，提供试卷、教案、课件、论文、素材以及各类教学资源下载，还有大量而丰富的教学相关资讯！" type="#_x0000_t75" style="height:20pt;width:308.6pt;" o:ole="t" filled="f" o:preferrelative="t" stroked="f" coordsize="21600,21600">
            <v:path/>
            <v:fill on="f" focussize="0,0"/>
            <v:stroke on="f" joinstyle="miter"/>
            <v:imagedata r:id="rId4625" o:title="eqIdd8b1fa9181a2189d70f2ccf89ac46e61"/>
            <o:lock v:ext="edit" aspectratio="t"/>
            <w10:wrap type="none"/>
            <w10:anchorlock/>
          </v:shape>
        </w:pict>
      </w:r>
      <w:r>
        <w:rPr>
          <w:rFonts w:ascii="宋体" w:hAnsi="宋体" w:eastAsia="宋体" w:cs="宋体"/>
          <w:color w:val="000000"/>
        </w:rPr>
        <w:t>，从而即可得到答案；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4501"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26" o:title="eqId6e1c9ae241fd78126274c65e17990c88"/>
            <o:lock v:ext="edit" aspectratio="t"/>
            <w10:wrap type="none"/>
            <w10:anchorlock/>
          </v:shape>
        </w:pict>
      </w:r>
      <w:r>
        <w:rPr>
          <w:rFonts w:ascii="宋体" w:hAnsi="宋体" w:eastAsia="宋体" w:cs="宋体"/>
          <w:color w:val="000000"/>
        </w:rPr>
        <w:t>根据</w:t>
      </w:r>
      <w:r>
        <w:pict>
          <v:shape id="_x0000_i714502" o:spt="75" alt="学科网(www.zxxk.com)--教育资源门户，提供试卷、教案、课件、论文、素材以及各类教学资源下载，还有大量而丰富的教学相关资讯！" type="#_x0000_t75" style="height:14.4pt;width:45.6pt;" o:ole="t" filled="f" o:preferrelative="t" stroked="f" coordsize="21600,21600">
            <v:path/>
            <v:fill on="f" focussize="0,0"/>
            <v:stroke on="f" joinstyle="miter"/>
            <v:imagedata r:id="rId4627" o:title="eqId3bc1df08b6bc3fe7fa09b3373b2a2f89"/>
            <o:lock v:ext="edit" aspectratio="t"/>
            <w10:wrap type="none"/>
            <w10:anchorlock/>
          </v:shape>
        </w:pict>
      </w:r>
      <w:r>
        <w:rPr>
          <w:rFonts w:ascii="宋体" w:hAnsi="宋体" w:eastAsia="宋体" w:cs="宋体"/>
          <w:color w:val="000000"/>
        </w:rPr>
        <w:t>，且</w:t>
      </w:r>
      <w:r>
        <w:pict>
          <v:shape id="_x0000_i714503" o:spt="75" alt="学科网(www.zxxk.com)--教育资源门户，提供试卷、教案、课件、论文、素材以及各类教学资源下载，还有大量而丰富的教学相关资讯！" type="#_x0000_t75" style="height:13.95pt;width:60.95pt;" o:ole="t" filled="f" o:preferrelative="t" stroked="f" coordsize="21600,21600">
            <v:path/>
            <v:fill on="f" focussize="0,0"/>
            <v:stroke on="f" joinstyle="miter"/>
            <v:imagedata r:id="rId4628" o:title="eqId1d5e806433a8e6e9dafcee9807519d7b"/>
            <o:lock v:ext="edit" aspectratio="t"/>
            <w10:wrap type="none"/>
            <w10:anchorlock/>
          </v:shape>
        </w:pict>
      </w:r>
      <w:r>
        <w:rPr>
          <w:rFonts w:ascii="宋体" w:hAnsi="宋体" w:eastAsia="宋体" w:cs="宋体"/>
          <w:color w:val="000000"/>
        </w:rPr>
        <w:t>中有两个数的和与</w:t>
      </w:r>
      <w:r>
        <w:pict>
          <v:shape id="_x0000_i714504"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4629" o:title="eqIde6bb99e2251df1777c5288d603170bd2"/>
            <o:lock v:ext="edit" aspectratio="t"/>
            <w10:wrap type="none"/>
            <w10:anchorlock/>
          </v:shape>
        </w:pict>
      </w:r>
      <w:r>
        <w:rPr>
          <w:rFonts w:ascii="宋体" w:hAnsi="宋体" w:eastAsia="宋体" w:cs="宋体"/>
          <w:color w:val="000000"/>
        </w:rPr>
        <w:t>相等，可以判断出</w:t>
      </w:r>
      <w:r>
        <w:pict>
          <v:shape id="_x0000_i714505"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4630" o:title="eqId2a48df0f4773408759069a7c59e336f4"/>
            <o:lock v:ext="edit" aspectratio="t"/>
            <w10:wrap type="none"/>
            <w10:anchorlock/>
          </v:shape>
        </w:pict>
      </w:r>
      <w:r>
        <w:rPr>
          <w:rFonts w:ascii="宋体" w:hAnsi="宋体" w:eastAsia="宋体" w:cs="宋体"/>
          <w:color w:val="000000"/>
        </w:rPr>
        <w:t>，从而可以判断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正确与否，再由于</w:t>
      </w:r>
      <w:r>
        <w:pict>
          <v:shape id="_x0000_i714506" o:spt="75" alt="学科网(www.zxxk.com)--教育资源门户，提供试卷、教案、课件、论文、素材以及各类教学资源下载，还有大量而丰富的教学相关资讯！" type="#_x0000_t75" style="height:12.6pt;width:35.4pt;" o:ole="t" filled="f" o:preferrelative="t" stroked="f" coordsize="21600,21600">
            <v:path/>
            <v:fill on="f" focussize="0,0"/>
            <v:stroke on="f" joinstyle="miter"/>
            <v:imagedata r:id="rId4631" o:title="eqIdced06b71073e1bb777f326f06016ce17"/>
            <o:lock v:ext="edit" aspectratio="t"/>
            <w10:wrap type="none"/>
            <w10:anchorlock/>
          </v:shape>
        </w:pict>
      </w:r>
      <w:r>
        <w:rPr>
          <w:rFonts w:ascii="宋体" w:hAnsi="宋体" w:eastAsia="宋体" w:cs="宋体"/>
          <w:color w:val="000000"/>
        </w:rPr>
        <w:t>，</w:t>
      </w:r>
      <w:r>
        <w:pict>
          <v:shape id="_x0000_i714507" o:spt="75" alt="学科网(www.zxxk.com)--教育资源门户，提供试卷、教案、课件、论文、素材以及各类教学资源下载，还有大量而丰富的教学相关资讯！" type="#_x0000_t75" style="height:14pt;width:57.5pt;" o:ole="t" filled="f" o:preferrelative="t" stroked="f" coordsize="21600,21600">
            <v:path/>
            <v:fill on="f" focussize="0,0"/>
            <v:stroke on="f" joinstyle="miter"/>
            <v:imagedata r:id="rId4632" o:title="eqIdb2b32f2c0e471f95ab147e599592c819"/>
            <o:lock v:ext="edit" aspectratio="t"/>
            <w10:wrap type="none"/>
            <w10:anchorlock/>
          </v:shape>
        </w:pict>
      </w:r>
      <w:r>
        <w:rPr>
          <w:rFonts w:ascii="宋体" w:hAnsi="宋体" w:eastAsia="宋体" w:cs="宋体"/>
          <w:color w:val="000000"/>
        </w:rPr>
        <w:t>，</w:t>
      </w:r>
      <w:r>
        <w:pict>
          <v:shape id="_x0000_i714508" o:spt="75" alt="学科网(www.zxxk.com)--教育资源门户，提供试卷、教案、课件、论文、素材以及各类教学资源下载，还有大量而丰富的教学相关资讯！" type="#_x0000_t75" style="height:14pt;width:58pt;" o:ole="t" filled="f" o:preferrelative="t" stroked="f" coordsize="21600,21600">
            <v:path/>
            <v:fill on="f" focussize="0,0"/>
            <v:stroke on="f" joinstyle="miter"/>
            <v:imagedata r:id="rId4633" o:title="eqIdd80333c05f21290aa18b73c67f384874"/>
            <o:lock v:ext="edit" aspectratio="t"/>
            <w10:wrap type="none"/>
            <w10:anchorlock/>
          </v:shape>
        </w:pict>
      </w:r>
      <w:r>
        <w:rPr>
          <w:rFonts w:ascii="宋体" w:hAnsi="宋体" w:eastAsia="宋体" w:cs="宋体"/>
          <w:color w:val="000000"/>
        </w:rPr>
        <w:t>，可得到</w:t>
      </w:r>
      <w:r>
        <w:pict>
          <v:shape id="_x0000_i71450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634" o:title="eqId03902478df1a55bc99703210bccab910"/>
            <o:lock v:ext="edit" aspectratio="t"/>
            <w10:wrap type="none"/>
            <w10:anchorlock/>
          </v:shape>
        </w:pict>
      </w:r>
      <w:r>
        <w:rPr>
          <w:rFonts w:ascii="宋体" w:hAnsi="宋体" w:eastAsia="宋体" w:cs="宋体"/>
          <w:color w:val="000000"/>
        </w:rPr>
        <w:t>的中点为</w:t>
      </w:r>
      <w:r>
        <w:pict>
          <v:shape id="_x0000_i71451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635" o:title="eqIdc5db41a1f31d6baee7c69990811edb9f"/>
            <o:lock v:ext="edit" aspectratio="t"/>
            <w10:wrap type="none"/>
            <w10:anchorlock/>
          </v:shape>
        </w:pict>
      </w:r>
      <w:r>
        <w:rPr>
          <w:rFonts w:ascii="宋体" w:hAnsi="宋体" w:eastAsia="宋体" w:cs="宋体"/>
          <w:color w:val="000000"/>
        </w:rPr>
        <w:t>点，可判断出</w:t>
      </w:r>
      <w:r>
        <w:rPr>
          <w:rFonts w:ascii="Times New Roman" w:hAnsi="Times New Roman" w:eastAsia="Times New Roman" w:cs="Times New Roman"/>
          <w:color w:val="000000"/>
        </w:rPr>
        <w:t>C</w:t>
      </w:r>
      <w:r>
        <w:rPr>
          <w:rFonts w:ascii="宋体" w:hAnsi="宋体" w:eastAsia="宋体" w:cs="宋体"/>
          <w:color w:val="000000"/>
        </w:rPr>
        <w:t>正确与否；</w:t>
      </w:r>
      <w:r>
        <w:pict>
          <v:shape id="_x0000_i714511"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36" o:title="eqId5c650fe55b7603f106c53ca2423451c6"/>
            <o:lock v:ext="edit" aspectratio="t"/>
            <w10:wrap type="none"/>
            <w10:anchorlock/>
          </v:shape>
        </w:pict>
      </w:r>
      <w:r>
        <w:rPr>
          <w:rFonts w:ascii="宋体" w:hAnsi="宋体" w:eastAsia="宋体" w:cs="宋体"/>
          <w:color w:val="000000"/>
        </w:rPr>
        <w:t>分两种情况：</w:t>
      </w:r>
      <w:r>
        <w:pict>
          <v:shape id="_x0000_i714512"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4637" o:title="eqId62e478787ebfeb68a5a7594dbd9eecd4"/>
            <o:lock v:ext="edit" aspectratio="t"/>
            <w10:wrap type="none"/>
            <w10:anchorlock/>
          </v:shape>
        </w:pict>
      </w:r>
      <w:r>
        <w:rPr>
          <w:rFonts w:ascii="宋体" w:hAnsi="宋体" w:eastAsia="宋体" w:cs="宋体"/>
          <w:color w:val="000000"/>
        </w:rPr>
        <w:t>互为相反数；</w:t>
      </w:r>
      <w:r>
        <w:pict>
          <v:shape id="_x0000_i714513" o:spt="75" alt="学科网(www.zxxk.com)--教育资源门户，提供试卷、教案、课件、论文、素材以及各类教学资源下载，还有大量而丰富的教学相关资讯！" type="#_x0000_t75" style="height:12.8pt;width:26.9pt;" o:ole="t" filled="f" o:preferrelative="t" stroked="f" coordsize="21600,21600">
            <v:path/>
            <v:fill on="f" focussize="0,0"/>
            <v:stroke on="f" joinstyle="miter"/>
            <v:imagedata r:id="rId4638" o:title="eqIdda6b93dbe5272a5167ff4e2918bec864"/>
            <o:lock v:ext="edit" aspectratio="t"/>
            <w10:wrap type="none"/>
            <w10:anchorlock/>
          </v:shape>
        </w:pict>
      </w:r>
      <w:r>
        <w:rPr>
          <w:rFonts w:ascii="宋体" w:hAnsi="宋体" w:eastAsia="宋体" w:cs="宋体"/>
          <w:color w:val="000000"/>
        </w:rPr>
        <w:t>互为相反数，讨论即可得到答案．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4514"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39" o:title="eqId6e1c9ae241fd78126274c65e17990c88"/>
            <o:lock v:ext="edit" aspectratio="t"/>
            <w10:wrap type="none"/>
            <w10:anchorlock/>
          </v:shape>
        </w:pict>
      </w:r>
      <w:r>
        <w:pict>
          <v:shape id="_x0000_i71451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640" o:title="eqId16f3d198e76391779fa3badc848c8ac8"/>
            <o:lock v:ext="edit" aspectratio="t"/>
            <w10:wrap type="none"/>
            <w10:anchorlock/>
          </v:shape>
        </w:pict>
      </w:r>
      <w:r>
        <w:pict>
          <v:shape id="_x0000_i714516" o:spt="75" alt="学科网(www.zxxk.com)--教育资源门户，提供试卷、教案、课件、论文、素材以及各类教学资源下载，还有大量而丰富的教学相关资讯！" type="#_x0000_t75" style="height:12.6pt;width:35.4pt;" o:ole="t" filled="f" o:preferrelative="t" stroked="f" coordsize="21600,21600">
            <v:path/>
            <v:fill on="f" focussize="0,0"/>
            <v:stroke on="f" joinstyle="miter"/>
            <v:imagedata r:id="rId4641" o:title="eqIdced06b71073e1bb777f326f06016ce1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17" o:spt="75" alt="学科网(www.zxxk.com)--教育资源门户，提供试卷、教案、课件、论文、素材以及各类教学资源下载，还有大量而丰富的教学相关资讯！" type="#_x0000_t75" style="height:14.25pt;width:52.3pt;" o:ole="t" filled="f" o:preferrelative="t" stroked="f" coordsize="21600,21600">
            <v:path/>
            <v:fill on="f" focussize="0,0"/>
            <v:stroke on="f" joinstyle="miter"/>
            <v:imagedata r:id="rId4642" o:title="eqId3b8fc9aed1a1ca4e91972036e7a1e58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1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43" o:title="eqId2de0d10ef8b748d4531250c37c5d3f9e"/>
            <o:lock v:ext="edit" aspectratio="t"/>
            <w10:wrap type="none"/>
            <w10:anchorlock/>
          </v:shape>
        </w:pict>
      </w:r>
      <w:r>
        <w:pict>
          <v:shape id="_x0000_i714519"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4644" o:title="eqId154c0fe2aaaa1f7c3bdde6db950e65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20"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645" o:title="eqId16f3d198e76391779fa3badc848c8ac8"/>
            <o:lock v:ext="edit" aspectratio="t"/>
            <w10:wrap type="none"/>
            <w10:anchorlock/>
          </v:shape>
        </w:pict>
      </w:r>
      <w:r>
        <w:pict>
          <v:shape id="_x0000_i714521" o:spt="75" alt="学科网(www.zxxk.com)--教育资源门户，提供试卷、教案、课件、论文、素材以及各类教学资源下载，还有大量而丰富的教学相关资讯！" type="#_x0000_t75" style="height:14.15pt;width:30.05pt;" o:ole="t" filled="f" o:preferrelative="t" stroked="f" coordsize="21600,21600">
            <v:path/>
            <v:fill on="f" focussize="0,0"/>
            <v:stroke on="f" joinstyle="miter"/>
            <v:imagedata r:id="rId4646" o:title="eqId6c7a1d739890a8951586e23b78b035b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2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47" o:title="eqId2de0d10ef8b748d4531250c37c5d3f9e"/>
            <o:lock v:ext="edit" aspectratio="t"/>
            <w10:wrap type="none"/>
            <w10:anchorlock/>
          </v:shape>
        </w:pict>
      </w:r>
      <w:r>
        <w:pict>
          <v:shape id="_x0000_i714523" o:spt="75" alt="学科网(www.zxxk.com)--教育资源门户，提供试卷、教案、课件、论文、素材以及各类教学资源下载，还有大量而丰富的教学相关资讯！" type="#_x0000_t75" style="height:14pt;width:74pt;" o:ole="t" filled="f" o:preferrelative="t" stroked="f" coordsize="21600,21600">
            <v:path/>
            <v:fill on="f" focussize="0,0"/>
            <v:stroke on="f" joinstyle="miter"/>
            <v:imagedata r:id="rId4648" o:title="eqId49c7431c616d28ce0d417b3ac1ccbcc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24" o:spt="75" alt="学科网(www.zxxk.com)--教育资源门户，提供试卷、教案、课件、论文、素材以及各类教学资源下载，还有大量而丰富的教学相关资讯！" type="#_x0000_t75" style="height:14pt;width:81pt;" o:ole="t" filled="f" o:preferrelative="t" stroked="f" coordsize="21600,21600">
            <v:path/>
            <v:fill on="f" focussize="0,0"/>
            <v:stroke on="f" joinstyle="miter"/>
            <v:imagedata r:id="rId4649" o:title="eqId88ac4c591ecbaee511c72fc0213bd70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25" o:spt="75" alt="学科网(www.zxxk.com)--教育资源门户，提供试卷、教案、课件、论文、素材以及各类教学资源下载，还有大量而丰富的教学相关资讯！" type="#_x0000_t75" style="height:14pt;width:136pt;" o:ole="t" filled="f" o:preferrelative="t" stroked="f" coordsize="21600,21600">
            <v:path/>
            <v:fill on="f" focussize="0,0"/>
            <v:stroke on="f" joinstyle="miter"/>
            <v:imagedata r:id="rId4650" o:title="eqIdbced115ebb9e4d8663a1492b700a3e1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2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51" o:title="eqId2de0d10ef8b748d4531250c37c5d3f9e"/>
            <o:lock v:ext="edit" aspectratio="t"/>
            <w10:wrap type="none"/>
            <w10:anchorlock/>
          </v:shape>
        </w:pict>
      </w:r>
      <w:r>
        <w:rPr>
          <w:rFonts w:ascii="宋体" w:hAnsi="宋体" w:eastAsia="宋体" w:cs="宋体"/>
          <w:color w:val="000000"/>
        </w:rPr>
        <w:t>用含</w:t>
      </w:r>
      <w:r>
        <w:pict>
          <v:shape id="_x0000_i71452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652" o:title="eqId0a6936d370d6a238a608ca56f87198de"/>
            <o:lock v:ext="edit" aspectratio="t"/>
            <w10:wrap type="none"/>
            <w10:anchorlock/>
          </v:shape>
        </w:pict>
      </w:r>
      <w:r>
        <w:rPr>
          <w:rFonts w:ascii="宋体" w:hAnsi="宋体" w:eastAsia="宋体" w:cs="宋体"/>
          <w:color w:val="000000"/>
        </w:rPr>
        <w:t>的式子表示</w:t>
      </w:r>
      <w:r>
        <w:pict>
          <v:shape id="_x0000_i714528"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4653" o:title="eqId071a7e733d466949ac935b4b8ee8d183"/>
            <o:lock v:ext="edit" aspectratio="t"/>
            <w10:wrap type="none"/>
            <w10:anchorlock/>
          </v:shape>
        </w:pict>
      </w:r>
      <w:r>
        <w:rPr>
          <w:rFonts w:ascii="宋体" w:hAnsi="宋体" w:eastAsia="宋体" w:cs="宋体"/>
          <w:color w:val="000000"/>
        </w:rPr>
        <w:t>为：</w:t>
      </w:r>
      <w:r>
        <w:pict>
          <v:shape id="_x0000_i714529" o:spt="75" alt="学科网(www.zxxk.com)--教育资源门户，提供试卷、教案、课件、论文、素材以及各类教学资源下载，还有大量而丰富的教学相关资讯！" type="#_x0000_t75" style="height:14pt;width:44pt;" o:ole="t" filled="f" o:preferrelative="t" stroked="f" coordsize="21600,21600">
            <v:path/>
            <v:fill on="f" focussize="0,0"/>
            <v:stroke on="f" joinstyle="miter"/>
            <v:imagedata r:id="rId4654" o:title="eqId68b5beb9ca9a72f7fc2b59b80929d9b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30"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55" o:title="eqId5c650fe55b7603f106c53ca2423451c6"/>
            <o:lock v:ext="edit" aspectratio="t"/>
            <w10:wrap type="none"/>
            <w10:anchorlock/>
          </v:shape>
        </w:pict>
      </w:r>
      <w:r>
        <w:pict>
          <v:shape id="_x0000_i714531"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656" o:title="eqId16f3d198e76391779fa3badc848c8ac8"/>
            <o:lock v:ext="edit" aspectratio="t"/>
            <w10:wrap type="none"/>
            <w10:anchorlock/>
          </v:shape>
        </w:pict>
      </w:r>
      <w:r>
        <w:pict>
          <v:shape id="_x0000_i714532" o:spt="75" alt="学科网(www.zxxk.com)--教育资源门户，提供试卷、教案、课件、论文、素材以及各类教学资源下载，还有大量而丰富的教学相关资讯！" type="#_x0000_t75" style="height:14pt;width:110pt;" o:ole="t" filled="f" o:preferrelative="t" stroked="f" coordsize="21600,21600">
            <v:path/>
            <v:fill on="f" focussize="0,0"/>
            <v:stroke on="f" joinstyle="miter"/>
            <v:imagedata r:id="rId4657" o:title="eqId2fdcc892757e7873e221d17a69f43e9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33" o:spt="75" alt="学科网(www.zxxk.com)--教育资源门户，提供试卷、教案、课件、论文、素材以及各类教学资源下载，还有大量而丰富的教学相关资讯！" type="#_x0000_t75" style="height:14pt;width:54pt;" o:ole="t" filled="f" o:preferrelative="t" stroked="f" coordsize="21600,21600">
            <v:path/>
            <v:fill on="f" focussize="0,0"/>
            <v:stroke on="f" joinstyle="miter"/>
            <v:imagedata r:id="rId4658" o:title="eqIdcc80f561b48a25af2b0536c842e55ee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3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59" o:title="eqId2de0d10ef8b748d4531250c37c5d3f9e"/>
            <o:lock v:ext="edit" aspectratio="t"/>
            <w10:wrap type="none"/>
            <w10:anchorlock/>
          </v:shape>
        </w:pict>
      </w:r>
      <w:r>
        <w:pict>
          <v:shape id="_x0000_i714535" o:spt="75" alt="学科网(www.zxxk.com)--教育资源门户，提供试卷、教案、课件、论文、素材以及各类教学资源下载，还有大量而丰富的教学相关资讯！" type="#_x0000_t75" style="height:14pt;width:135pt;" o:ole="t" filled="f" o:preferrelative="t" stroked="f" coordsize="21600,21600">
            <v:path/>
            <v:fill on="f" focussize="0,0"/>
            <v:stroke on="f" joinstyle="miter"/>
            <v:imagedata r:id="rId4660" o:title="eqId33006544f11926dc568f1b120b6005c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3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61" o:title="eqId2de0d10ef8b748d4531250c37c5d3f9e"/>
            <o:lock v:ext="edit" aspectratio="t"/>
            <w10:wrap type="none"/>
            <w10:anchorlock/>
          </v:shape>
        </w:pict>
      </w:r>
      <w:r>
        <w:pict>
          <v:shape id="_x0000_i714537" o:spt="75" alt="学科网(www.zxxk.com)--教育资源门户，提供试卷、教案、课件、论文、素材以及各类教学资源下载，还有大量而丰富的教学相关资讯！" type="#_x0000_t75" style="height:20pt;width:308.6pt;" o:ole="t" filled="f" o:preferrelative="t" stroked="f" coordsize="21600,21600">
            <v:path/>
            <v:fill on="f" focussize="0,0"/>
            <v:stroke on="f" joinstyle="miter"/>
            <v:imagedata r:id="rId4662" o:title="eqIdd8b1fa9181a2189d70f2ccf89ac46e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38"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663" o:title="eqId16f3d198e76391779fa3badc848c8ac8"/>
            <o:lock v:ext="edit" aspectratio="t"/>
            <w10:wrap type="none"/>
            <w10:anchorlock/>
          </v:shape>
        </w:pict>
      </w:r>
      <w:r>
        <w:pict>
          <v:shape id="_x0000_i71453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664" o:title="eqId0a6936d370d6a238a608ca56f87198de"/>
            <o:lock v:ext="edit" aspectratio="t"/>
            <w10:wrap type="none"/>
            <w10:anchorlock/>
          </v:shape>
        </w:pict>
      </w:r>
      <w:r>
        <w:rPr>
          <w:rFonts w:ascii="宋体" w:hAnsi="宋体" w:eastAsia="宋体" w:cs="宋体"/>
          <w:color w:val="000000"/>
        </w:rPr>
        <w:t>为整数，</w:t>
      </w:r>
    </w:p>
    <w:p>
      <w:pPr>
        <w:spacing w:line="360" w:lineRule="auto"/>
        <w:jc w:val="left"/>
        <w:textAlignment w:val="center"/>
        <w:rPr>
          <w:color w:val="000000"/>
        </w:rPr>
      </w:pPr>
      <w:r>
        <w:pict>
          <v:shape id="_x0000_i71454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65" o:title="eqId2de0d10ef8b748d4531250c37c5d3f9e"/>
            <o:lock v:ext="edit" aspectratio="t"/>
            <w10:wrap type="none"/>
            <w10:anchorlock/>
          </v:shape>
        </w:pict>
      </w:r>
      <w:r>
        <w:pict>
          <v:shape id="_x0000_i714541"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4666" o:title="eqIde6bb99e2251df1777c5288d603170bd2"/>
            <o:lock v:ext="edit" aspectratio="t"/>
            <w10:wrap type="none"/>
            <w10:anchorlock/>
          </v:shape>
        </w:pict>
      </w:r>
      <w:r>
        <w:rPr>
          <w:rFonts w:ascii="宋体" w:hAnsi="宋体" w:eastAsia="宋体" w:cs="宋体"/>
          <w:color w:val="000000"/>
        </w:rPr>
        <w:t>能被</w:t>
      </w:r>
      <w:r>
        <w:rPr>
          <w:rFonts w:ascii="Times New Roman" w:hAnsi="Times New Roman" w:eastAsia="Times New Roman" w:cs="Times New Roman"/>
          <w:color w:val="000000"/>
        </w:rPr>
        <w:t>4</w:t>
      </w:r>
      <w:r>
        <w:rPr>
          <w:rFonts w:ascii="宋体" w:hAnsi="宋体" w:eastAsia="宋体" w:cs="宋体"/>
          <w:color w:val="000000"/>
        </w:rPr>
        <w:t>整除；</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pict>
          <v:shape id="_x0000_i714542"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67" o:title="eqId6e1c9ae241fd78126274c65e17990c88"/>
            <o:lock v:ext="edit" aspectratio="t"/>
            <w10:wrap type="none"/>
            <w10:anchorlock/>
          </v:shape>
        </w:pict>
      </w:r>
      <w:r>
        <w:pict>
          <v:shape id="_x0000_i71454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668" o:title="eqId16f3d198e76391779fa3badc848c8ac8"/>
            <o:lock v:ext="edit" aspectratio="t"/>
            <w10:wrap type="none"/>
            <w10:anchorlock/>
          </v:shape>
        </w:pict>
      </w:r>
      <w:r>
        <w:pict>
          <v:shape id="_x0000_i714544" o:spt="75" alt="学科网(www.zxxk.com)--教育资源门户，提供试卷、教案、课件、论文、素材以及各类教学资源下载，还有大量而丰富的教学相关资讯！" type="#_x0000_t75" style="height:14.4pt;width:45.6pt;" o:ole="t" filled="f" o:preferrelative="t" stroked="f" coordsize="21600,21600">
            <v:path/>
            <v:fill on="f" focussize="0,0"/>
            <v:stroke on="f" joinstyle="miter"/>
            <v:imagedata r:id="rId4669" o:title="eqId3bc1df08b6bc3fe7fa09b3373b2a2f8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4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70" o:title="eqId2de0d10ef8b748d4531250c37c5d3f9e"/>
            <o:lock v:ext="edit" aspectratio="t"/>
            <w10:wrap type="none"/>
            <w10:anchorlock/>
          </v:shape>
        </w:pict>
      </w:r>
      <w:r>
        <w:pict>
          <v:shape id="_x0000_i714546" o:spt="75" alt="学科网(www.zxxk.com)--教育资源门户，提供试卷、教案、课件、论文、素材以及各类教学资源下载，还有大量而丰富的教学相关资讯！" type="#_x0000_t75" style="height:13.95pt;width:60.95pt;" o:ole="t" filled="f" o:preferrelative="t" stroked="f" coordsize="21600,21600">
            <v:path/>
            <v:fill on="f" focussize="0,0"/>
            <v:stroke on="f" joinstyle="miter"/>
            <v:imagedata r:id="rId4671" o:title="eqId1d5e806433a8e6e9dafcee9807519d7b"/>
            <o:lock v:ext="edit" aspectratio="t"/>
            <w10:wrap type="none"/>
            <w10:anchorlock/>
          </v:shape>
        </w:pict>
      </w:r>
      <w:r>
        <w:rPr>
          <w:rFonts w:ascii="宋体" w:hAnsi="宋体" w:eastAsia="宋体" w:cs="宋体"/>
          <w:color w:val="000000"/>
        </w:rPr>
        <w:t>全为负或者全为正或者两负两正，</w:t>
      </w:r>
    </w:p>
    <w:p>
      <w:pPr>
        <w:spacing w:line="360" w:lineRule="auto"/>
        <w:jc w:val="left"/>
        <w:textAlignment w:val="center"/>
        <w:rPr>
          <w:color w:val="000000"/>
        </w:rPr>
      </w:pPr>
      <w:r>
        <w:pict>
          <v:shape id="_x0000_i71454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672" o:title="eqId16f3d198e76391779fa3badc848c8ac8"/>
            <o:lock v:ext="edit" aspectratio="t"/>
            <w10:wrap type="none"/>
            <w10:anchorlock/>
          </v:shape>
        </w:pict>
      </w:r>
      <w:r>
        <w:pict>
          <v:shape id="_x0000_i714548" o:spt="75" alt="学科网(www.zxxk.com)--教育资源门户，提供试卷、教案、课件、论文、素材以及各类教学资源下载，还有大量而丰富的教学相关资讯！" type="#_x0000_t75" style="height:13.95pt;width:60.95pt;" o:ole="t" filled="f" o:preferrelative="t" stroked="f" coordsize="21600,21600">
            <v:path/>
            <v:fill on="f" focussize="0,0"/>
            <v:stroke on="f" joinstyle="miter"/>
            <v:imagedata r:id="rId4673" o:title="eqId1d5e806433a8e6e9dafcee9807519d7b"/>
            <o:lock v:ext="edit" aspectratio="t"/>
            <w10:wrap type="none"/>
            <w10:anchorlock/>
          </v:shape>
        </w:pict>
      </w:r>
      <w:r>
        <w:rPr>
          <w:rFonts w:ascii="宋体" w:hAnsi="宋体" w:eastAsia="宋体" w:cs="宋体"/>
          <w:color w:val="000000"/>
        </w:rPr>
        <w:t>中有两个数的和与</w:t>
      </w:r>
      <w:r>
        <w:pict>
          <v:shape id="_x0000_i714549"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4674" o:title="eqIde6bb99e2251df1777c5288d603170bd2"/>
            <o:lock v:ext="edit" aspectratio="t"/>
            <w10:wrap type="none"/>
            <w10:anchorlock/>
          </v:shape>
        </w:pict>
      </w:r>
      <w:r>
        <w:rPr>
          <w:rFonts w:ascii="宋体" w:hAnsi="宋体" w:eastAsia="宋体" w:cs="宋体"/>
          <w:color w:val="000000"/>
        </w:rPr>
        <w:t>相等，</w:t>
      </w:r>
    </w:p>
    <w:p>
      <w:pPr>
        <w:spacing w:line="360" w:lineRule="auto"/>
        <w:jc w:val="left"/>
        <w:textAlignment w:val="center"/>
        <w:rPr>
          <w:color w:val="000000"/>
        </w:rPr>
      </w:pPr>
      <w:r>
        <w:pict>
          <v:shape id="_x0000_i71455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75" o:title="eqId2de0d10ef8b748d4531250c37c5d3f9e"/>
            <o:lock v:ext="edit" aspectratio="t"/>
            <w10:wrap type="none"/>
            <w10:anchorlock/>
          </v:shape>
        </w:pict>
      </w:r>
      <w:r>
        <w:pict>
          <v:shape id="_x0000_i714551" o:spt="75" alt="学科网(www.zxxk.com)--教育资源门户，提供试卷、教案、课件、论文、素材以及各类教学资源下载，还有大量而丰富的教学相关资讯！" type="#_x0000_t75" style="height:13.95pt;width:60.95pt;" o:ole="t" filled="f" o:preferrelative="t" stroked="f" coordsize="21600,21600">
            <v:path/>
            <v:fill on="f" focussize="0,0"/>
            <v:stroke on="f" joinstyle="miter"/>
            <v:imagedata r:id="rId4676" o:title="eqId1d5e806433a8e6e9dafcee9807519d7b"/>
            <o:lock v:ext="edit" aspectratio="t"/>
            <w10:wrap type="none"/>
            <w10:anchorlock/>
          </v:shape>
        </w:pict>
      </w:r>
      <w:r>
        <w:rPr>
          <w:rFonts w:ascii="宋体" w:hAnsi="宋体" w:eastAsia="宋体" w:cs="宋体"/>
          <w:color w:val="000000"/>
        </w:rPr>
        <w:t>只能是两正两负，</w:t>
      </w:r>
    </w:p>
    <w:p>
      <w:pPr>
        <w:spacing w:line="360" w:lineRule="auto"/>
        <w:jc w:val="left"/>
        <w:textAlignment w:val="center"/>
        <w:rPr>
          <w:color w:val="000000"/>
        </w:rPr>
      </w:pPr>
      <w:r>
        <w:pict>
          <v:shape id="_x0000_i714552" o:spt="75" alt="学科网(www.zxxk.com)--教育资源门户，提供试卷、教案、课件、论文、素材以及各类教学资源下载，还有大量而丰富的教学相关资讯！" type="#_x0000_t75" style="height:12.75pt;width:81pt;" o:ole="t" filled="f" o:preferrelative="t" stroked="f" coordsize="21600,21600">
            <v:path/>
            <v:fill on="f" focussize="0,0"/>
            <v:stroke on="f" joinstyle="miter"/>
            <v:imagedata r:id="rId4677" o:title="eqId0ffd7058cfd289aa16fab43b4fc34381"/>
            <o:lock v:ext="edit" aspectratio="t"/>
            <w10:wrap type="none"/>
            <w10:anchorlock/>
          </v:shape>
        </w:pic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错误，</w:t>
      </w:r>
      <w:r>
        <w:rPr>
          <w:rFonts w:ascii="Times New Roman" w:hAnsi="Times New Roman" w:eastAsia="Times New Roman" w:cs="Times New Roman"/>
          <w:color w:val="000000"/>
        </w:rPr>
        <w:t>B</w:t>
      </w:r>
      <w:r>
        <w:rPr>
          <w:rFonts w:ascii="宋体" w:hAnsi="宋体" w:eastAsia="宋体" w:cs="宋体"/>
          <w:color w:val="000000"/>
        </w:rPr>
        <w:t>正确，</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pict>
          <v:shape id="_x0000_i714553" o:spt="75" alt="学科网(www.zxxk.com)--教育资源门户，提供试卷、教案、课件、论文、素材以及各类教学资源下载，还有大量而丰富的教学相关资讯！" type="#_x0000_t75" style="height:14pt;width:43pt;" o:ole="t" filled="f" o:preferrelative="t" stroked="f" coordsize="21600,21600">
            <v:path/>
            <v:fill on="f" focussize="0,0"/>
            <v:stroke on="f" joinstyle="miter"/>
            <v:imagedata r:id="rId4678" o:title="eqIdada84681802b532a57e7d49a267f78fc"/>
            <o:lock v:ext="edit" aspectratio="t"/>
            <w10:wrap type="none"/>
            <w10:anchorlock/>
          </v:shape>
        </w:pict>
      </w:r>
      <w:r>
        <w:pict>
          <v:shape id="_x0000_i714554" o:spt="75" alt="学科网(www.zxxk.com)--教育资源门户，提供试卷、教案、课件、论文、素材以及各类教学资源下载，还有大量而丰富的教学相关资讯！" type="#_x0000_t75" style="height:12.6pt;width:35.4pt;" o:ole="t" filled="f" o:preferrelative="t" stroked="f" coordsize="21600,21600">
            <v:path/>
            <v:fill on="f" focussize="0,0"/>
            <v:stroke on="f" joinstyle="miter"/>
            <v:imagedata r:id="rId4679" o:title="eqIdced06b71073e1bb777f326f06016ce17"/>
            <o:lock v:ext="edit" aspectratio="t"/>
            <w10:wrap type="none"/>
            <w10:anchorlock/>
          </v:shape>
        </w:pict>
      </w:r>
      <w:r>
        <w:rPr>
          <w:rFonts w:ascii="宋体" w:hAnsi="宋体" w:eastAsia="宋体" w:cs="宋体"/>
          <w:color w:val="000000"/>
        </w:rPr>
        <w:t>，</w:t>
      </w:r>
      <w:r>
        <w:pict>
          <v:shape id="_x0000_i714555" o:spt="75" alt="学科网(www.zxxk.com)--教育资源门户，提供试卷、教案、课件、论文、素材以及各类教学资源下载，还有大量而丰富的教学相关资讯！" type="#_x0000_t75" style="height:14pt;width:57.5pt;" o:ole="t" filled="f" o:preferrelative="t" stroked="f" coordsize="21600,21600">
            <v:path/>
            <v:fill on="f" focussize="0,0"/>
            <v:stroke on="f" joinstyle="miter"/>
            <v:imagedata r:id="rId4680" o:title="eqIdb2b32f2c0e471f95ab147e599592c819"/>
            <o:lock v:ext="edit" aspectratio="t"/>
            <w10:wrap type="none"/>
            <w10:anchorlock/>
          </v:shape>
        </w:pict>
      </w:r>
      <w:r>
        <w:rPr>
          <w:rFonts w:ascii="宋体" w:hAnsi="宋体" w:eastAsia="宋体" w:cs="宋体"/>
          <w:color w:val="000000"/>
        </w:rPr>
        <w:t>，</w:t>
      </w:r>
      <w:r>
        <w:pict>
          <v:shape id="_x0000_i714556" o:spt="75" alt="学科网(www.zxxk.com)--教育资源门户，提供试卷、教案、课件、论文、素材以及各类教学资源下载，还有大量而丰富的教学相关资讯！" type="#_x0000_t75" style="height:14pt;width:58pt;" o:ole="t" filled="f" o:preferrelative="t" stroked="f" coordsize="21600,21600">
            <v:path/>
            <v:fill on="f" focussize="0,0"/>
            <v:stroke on="f" joinstyle="miter"/>
            <v:imagedata r:id="rId4681" o:title="eqIdd80333c05f21290aa18b73c67f3848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5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82" o:title="eqId2de0d10ef8b748d4531250c37c5d3f9e"/>
            <o:lock v:ext="edit" aspectratio="t"/>
            <w10:wrap type="none"/>
            <w10:anchorlock/>
          </v:shape>
        </w:pict>
      </w:r>
      <w:r>
        <w:pict>
          <v:shape id="_x0000_i71455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683" o:title="eqId03902478df1a55bc99703210bccab910"/>
            <o:lock v:ext="edit" aspectratio="t"/>
            <w10:wrap type="none"/>
            <w10:anchorlock/>
          </v:shape>
        </w:pict>
      </w:r>
      <w:r>
        <w:rPr>
          <w:rFonts w:ascii="宋体" w:hAnsi="宋体" w:eastAsia="宋体" w:cs="宋体"/>
          <w:color w:val="000000"/>
        </w:rPr>
        <w:t>的中点为</w:t>
      </w:r>
      <w:r>
        <w:pict>
          <v:shape id="_x0000_i71455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684" o:title="eqIdc5db41a1f31d6baee7c69990811edb9f"/>
            <o:lock v:ext="edit" aspectratio="t"/>
            <w10:wrap type="none"/>
            <w10:anchorlock/>
          </v:shape>
        </w:pict>
      </w:r>
      <w:r>
        <w:rPr>
          <w:rFonts w:ascii="宋体" w:hAnsi="宋体" w:eastAsia="宋体" w:cs="宋体"/>
          <w:color w:val="000000"/>
        </w:rPr>
        <w:t>点，故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pict>
          <v:shape id="_x0000_i71456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685" o:title="eqId2de0d10ef8b748d4531250c37c5d3f9e"/>
            <o:lock v:ext="edit" aspectratio="t"/>
            <w10:wrap type="none"/>
            <w10:anchorlock/>
          </v:shape>
        </w:pic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pict>
          <v:shape id="_x0000_i714561"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4686" o:title="eqId5c650fe55b7603f106c53ca2423451c6"/>
            <o:lock v:ext="edit" aspectratio="t"/>
            <w10:wrap type="none"/>
            <w10:anchorlock/>
          </v:shape>
        </w:pict>
      </w:r>
      <w:r>
        <w:pict>
          <v:shape id="_x0000_i714562"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687" o:title="eqIde219f67a38bcbec6843065704a74ea1a"/>
            <o:lock v:ext="edit" aspectratio="t"/>
            <w10:wrap type="none"/>
            <w10:anchorlock/>
          </v:shape>
        </w:pict>
      </w:r>
      <w:r>
        <w:rPr>
          <w:rFonts w:ascii="宋体" w:hAnsi="宋体" w:eastAsia="宋体" w:cs="宋体"/>
          <w:color w:val="000000"/>
        </w:rPr>
        <w:t>，</w:t>
      </w:r>
      <w:r>
        <w:pict>
          <v:shape id="_x0000_i714563" o:spt="75" alt="学科网(www.zxxk.com)--教育资源门户，提供试卷、教案、课件、论文、素材以及各类教学资源下载，还有大量而丰富的教学相关资讯！" type="#_x0000_t75" style="height:14pt;width:185pt;" o:ole="t" filled="f" o:preferrelative="t" stroked="f" coordsize="21600,21600">
            <v:path/>
            <v:fill on="f" focussize="0,0"/>
            <v:stroke on="f" joinstyle="miter"/>
            <v:imagedata r:id="rId4688" o:title="eqIdd61e2dbd722d712586e0413321826723"/>
            <o:lock v:ext="edit" aspectratio="t"/>
            <w10:wrap type="none"/>
            <w10:anchorlock/>
          </v:shape>
        </w:pict>
      </w:r>
      <w:r>
        <w:rPr>
          <w:rFonts w:ascii="宋体" w:hAnsi="宋体" w:eastAsia="宋体" w:cs="宋体"/>
          <w:color w:val="000000"/>
        </w:rPr>
        <w:t>，</w:t>
      </w:r>
      <w:r>
        <w:pict>
          <v:shape id="_x0000_i714564" o:spt="75" alt="学科网(www.zxxk.com)--教育资源门户，提供试卷、教案、课件、论文、素材以及各类教学资源下载，还有大量而丰富的教学相关资讯！" type="#_x0000_t75" style="height:14pt;width:215pt;" o:ole="t" filled="f" o:preferrelative="t" stroked="f" coordsize="21600,21600">
            <v:path/>
            <v:fill on="f" focussize="0,0"/>
            <v:stroke on="f" joinstyle="miter"/>
            <v:imagedata r:id="rId4689" o:title="eqId5c531e48b4fbe8332f1c2cc647faf3b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pict>
          <v:shape id="_x0000_i71456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690" o:title="eqId16f3d198e76391779fa3badc848c8ac8"/>
            <o:lock v:ext="edit" aspectratio="t"/>
            <w10:wrap type="none"/>
            <w10:anchorlock/>
          </v:shape>
        </w:pict>
      </w:r>
      <w:r>
        <w:pict>
          <v:shape id="_x0000_i714566" o:spt="75" alt="学科网(www.zxxk.com)--教育资源门户，提供试卷、教案、课件、论文、素材以及各类教学资源下载，还有大量而丰富的教学相关资讯！" type="#_x0000_t75" style="height:13.95pt;width:60.95pt;" o:ole="t" filled="f" o:preferrelative="t" stroked="f" coordsize="21600,21600">
            <v:path/>
            <v:fill on="f" focussize="0,0"/>
            <v:stroke on="f" joinstyle="miter"/>
            <v:imagedata r:id="rId4691" o:title="eqId1d5e806433a8e6e9dafcee9807519d7b"/>
            <o:lock v:ext="edit" aspectratio="t"/>
            <w10:wrap type="none"/>
            <w10:anchorlock/>
          </v:shape>
        </w:pict>
      </w:r>
      <w:r>
        <w:rPr>
          <w:rFonts w:ascii="宋体" w:hAnsi="宋体" w:eastAsia="宋体" w:cs="宋体"/>
          <w:color w:val="000000"/>
        </w:rPr>
        <w:t>中有两个数的和与</w:t>
      </w:r>
      <w:r>
        <w:pict>
          <v:shape id="_x0000_i714567"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4692" o:title="eqIde6bb99e2251df1777c5288d603170bd2"/>
            <o:lock v:ext="edit" aspectratio="t"/>
            <w10:wrap type="none"/>
            <w10:anchorlock/>
          </v:shape>
        </w:pict>
      </w:r>
      <w:r>
        <w:rPr>
          <w:rFonts w:ascii="宋体" w:hAnsi="宋体" w:eastAsia="宋体" w:cs="宋体"/>
          <w:color w:val="000000"/>
        </w:rPr>
        <w:t>相等，</w:t>
      </w:r>
    </w:p>
    <w:p>
      <w:pPr>
        <w:spacing w:line="360" w:lineRule="auto"/>
        <w:jc w:val="left"/>
        <w:textAlignment w:val="center"/>
        <w:rPr>
          <w:color w:val="000000"/>
        </w:rPr>
      </w:pPr>
      <w:r>
        <w:pict>
          <v:shape id="_x0000_i714568" o:spt="75" alt="学科网(www.zxxk.com)--教育资源门户，提供试卷、教案、课件、论文、素材以及各类教学资源下载，还有大量而丰富的教学相关资讯！" type="#_x0000_t75" style="height:12.75pt;width:81pt;" o:ole="t" filled="f" o:preferrelative="t" stroked="f" coordsize="21600,21600">
            <v:path/>
            <v:fill on="f" focussize="0,0"/>
            <v:stroke on="f" joinstyle="miter"/>
            <v:imagedata r:id="rId4693" o:title="eqId0ffd7058cfd289aa16fab43b4fc3438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w:t>
      </w:r>
      <w:r>
        <w:pict>
          <v:shape id="_x0000_i714569"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4694" o:title="eqId62e478787ebfeb68a5a7594dbd9eecd4"/>
            <o:lock v:ext="edit" aspectratio="t"/>
            <w10:wrap type="none"/>
            <w10:anchorlock/>
          </v:shape>
        </w:pict>
      </w:r>
      <w:r>
        <w:rPr>
          <w:rFonts w:ascii="宋体" w:hAnsi="宋体" w:eastAsia="宋体" w:cs="宋体"/>
          <w:color w:val="000000"/>
        </w:rPr>
        <w:t>互为相反数，则</w:t>
      </w:r>
      <w:r>
        <w:pict>
          <v:shape id="_x0000_i714570" o:spt="75" alt="学科网(www.zxxk.com)--教育资源门户，提供试卷、教案、课件、论文、素材以及各类教学资源下载，还有大量而丰富的教学相关资讯！" type="#_x0000_t75" style="height:14pt;width:81pt;" o:ole="t" filled="f" o:preferrelative="t" stroked="f" coordsize="21600,21600">
            <v:path/>
            <v:fill on="f" focussize="0,0"/>
            <v:stroke on="f" joinstyle="miter"/>
            <v:imagedata r:id="rId4695" o:title="eqIde6fd32865b1f0db81f6c8d9add9cebc4"/>
            <o:lock v:ext="edit" aspectratio="t"/>
            <w10:wrap type="none"/>
            <w10:anchorlock/>
          </v:shape>
        </w:pict>
      </w:r>
      <w:r>
        <w:rPr>
          <w:rFonts w:ascii="宋体" w:hAnsi="宋体" w:eastAsia="宋体" w:cs="宋体"/>
          <w:color w:val="000000"/>
        </w:rPr>
        <w:t>，解得</w:t>
      </w:r>
      <w:r>
        <w:pict>
          <v:shape id="_x0000_i714571" o:spt="75" alt="学科网(www.zxxk.com)--教育资源门户，提供试卷、教案、课件、论文、素材以及各类教学资源下载，还有大量而丰富的教学相关资讯！" type="#_x0000_t75" style="height:31pt;width:56pt;" o:ole="t" filled="f" o:preferrelative="t" stroked="f" coordsize="21600,21600">
            <v:path/>
            <v:fill on="f" focussize="0,0"/>
            <v:stroke on="f" joinstyle="miter"/>
            <v:imagedata r:id="rId4696" o:title="eqId6fd920a63b13ee76add006f69542a25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w:t>
      </w:r>
      <w:r>
        <w:pict>
          <v:shape id="_x0000_i714572" o:spt="75" alt="学科网(www.zxxk.com)--教育资源门户，提供试卷、教案、课件、论文、素材以及各类教学资源下载，还有大量而丰富的教学相关资讯！" type="#_x0000_t75" style="height:12.8pt;width:26.9pt;" o:ole="t" filled="f" o:preferrelative="t" stroked="f" coordsize="21600,21600">
            <v:path/>
            <v:fill on="f" focussize="0,0"/>
            <v:stroke on="f" joinstyle="miter"/>
            <v:imagedata r:id="rId4697" o:title="eqIdda6b93dbe5272a5167ff4e2918bec864"/>
            <o:lock v:ext="edit" aspectratio="t"/>
            <w10:wrap type="none"/>
            <w10:anchorlock/>
          </v:shape>
        </w:pict>
      </w:r>
      <w:r>
        <w:rPr>
          <w:rFonts w:ascii="宋体" w:hAnsi="宋体" w:eastAsia="宋体" w:cs="宋体"/>
          <w:color w:val="000000"/>
        </w:rPr>
        <w:t>互为相反数，则</w:t>
      </w:r>
      <w:r>
        <w:pict>
          <v:shape id="_x0000_i714573" o:spt="75" alt="学科网(www.zxxk.com)--教育资源门户，提供试卷、教案、课件、论文、素材以及各类教学资源下载，还有大量而丰富的教学相关资讯！" type="#_x0000_t75" style="height:14pt;width:96pt;" o:ole="t" filled="f" o:preferrelative="t" stroked="f" coordsize="21600,21600">
            <v:path/>
            <v:fill on="f" focussize="0,0"/>
            <v:stroke on="f" joinstyle="miter"/>
            <v:imagedata r:id="rId4698" o:title="eqId2f1efebff349ec67fafefd3bab68fe76"/>
            <o:lock v:ext="edit" aspectratio="t"/>
            <w10:wrap type="none"/>
            <w10:anchorlock/>
          </v:shape>
        </w:pict>
      </w:r>
      <w:r>
        <w:rPr>
          <w:rFonts w:ascii="宋体" w:hAnsi="宋体" w:eastAsia="宋体" w:cs="宋体"/>
          <w:color w:val="000000"/>
        </w:rPr>
        <w:t>，解得</w:t>
      </w:r>
      <w:r>
        <w:pict>
          <v:shape id="_x0000_i714574" o:spt="75" alt="学科网(www.zxxk.com)--教育资源门户，提供试卷、教案、课件、论文、素材以及各类教学资源下载，还有大量而丰富的教学相关资讯！" type="#_x0000_t75" style="height:31pt;width:56pt;" o:ole="t" filled="f" o:preferrelative="t" stroked="f" coordsize="21600,21600">
            <v:path/>
            <v:fill on="f" focussize="0,0"/>
            <v:stroke on="f" joinstyle="miter"/>
            <v:imagedata r:id="rId4699" o:title="eqIdb1463aa0e6c690ae49963e8b83fbc29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57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700" o:title="eqId2de0d10ef8b748d4531250c37c5d3f9e"/>
            <o:lock v:ext="edit" aspectratio="t"/>
            <w10:wrap type="none"/>
            <w10:anchorlock/>
          </v:shape>
        </w:pict>
      </w:r>
      <w:r>
        <w:rPr>
          <w:rFonts w:ascii="宋体" w:hAnsi="宋体" w:eastAsia="宋体" w:cs="宋体"/>
          <w:color w:val="000000"/>
        </w:rPr>
        <w:t>用含</w:t>
      </w:r>
      <w:r>
        <w:pict>
          <v:shape id="_x0000_i714576"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4701" o:title="eqId294f5ba74cdf695fc9a8a8e52f421328"/>
            <o:lock v:ext="edit" aspectratio="t"/>
            <w10:wrap type="none"/>
            <w10:anchorlock/>
          </v:shape>
        </w:pict>
      </w:r>
      <w:r>
        <w:rPr>
          <w:rFonts w:ascii="宋体" w:hAnsi="宋体" w:eastAsia="宋体" w:cs="宋体"/>
          <w:color w:val="000000"/>
        </w:rPr>
        <w:t>的式子表示</w:t>
      </w:r>
      <w:r>
        <w:pict>
          <v:shape id="_x0000_i71457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702" o:title="eqId0a6936d370d6a238a608ca56f87198de"/>
            <o:lock v:ext="edit" aspectratio="t"/>
            <w10:wrap type="none"/>
            <w10:anchorlock/>
          </v:shape>
        </w:pict>
      </w:r>
      <w:r>
        <w:rPr>
          <w:rFonts w:ascii="宋体" w:hAnsi="宋体" w:eastAsia="宋体" w:cs="宋体"/>
          <w:color w:val="000000"/>
        </w:rPr>
        <w:t>为：</w:t>
      </w:r>
      <w:r>
        <w:pict>
          <v:shape id="_x0000_i714578" o:spt="75" alt="学科网(www.zxxk.com)--教育资源门户，提供试卷、教案、课件、论文、素材以及各类教学资源下载，还有大量而丰富的教学相关资讯！" type="#_x0000_t75" style="height:31pt;width:56pt;" o:ole="t" filled="f" o:preferrelative="t" stroked="f" coordsize="21600,21600">
            <v:path/>
            <v:fill on="f" focussize="0,0"/>
            <v:stroke on="f" joinstyle="miter"/>
            <v:imagedata r:id="rId4703" o:title="eqId3669a23f81229e02c085ddc8fe711836"/>
            <o:lock v:ext="edit" aspectratio="t"/>
            <w10:wrap type="none"/>
            <w10:anchorlock/>
          </v:shape>
        </w:pict>
      </w:r>
      <w:r>
        <w:rPr>
          <w:rFonts w:ascii="宋体" w:hAnsi="宋体" w:eastAsia="宋体" w:cs="宋体"/>
          <w:color w:val="000000"/>
        </w:rPr>
        <w:t>或</w:t>
      </w:r>
      <w:r>
        <w:pict>
          <v:shape id="_x0000_i714579" o:spt="75" alt="学科网(www.zxxk.com)--教育资源门户，提供试卷、教案、课件、论文、素材以及各类教学资源下载，还有大量而丰富的教学相关资讯！" type="#_x0000_t75" style="height:31pt;width:38pt;" o:ole="t" filled="f" o:preferrelative="t" stroked="f" coordsize="21600,21600">
            <v:path/>
            <v:fill on="f" focussize="0,0"/>
            <v:stroke on="f" joinstyle="miter"/>
            <v:imagedata r:id="rId4704" o:title="eqId4023c414e42182d2b292ba3f926b2cc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本题考查了数轴上两点间的距离，线段的计算，学会运用数形结合思想和分类讨论思想是解题的关键．</w:t>
      </w:r>
    </w:p>
    <w:p>
      <w:pPr>
        <w:pStyle w:val="Heading2"/>
      </w:pPr>
      <w:r>
        <w:t>通州区</w:t>
      </w:r>
    </w:p>
    <w:p>
      <w:pPr>
        <w:spacing w:line="360" w:lineRule="auto"/>
        <w:jc w:val="left"/>
        <w:textAlignment w:val="center"/>
        <w:rPr>
          <w:color w:val="000000"/>
        </w:rPr>
      </w:pPr>
      <w:r>
        <w:rPr>
          <w:color w:val="000000"/>
        </w:rPr>
        <w:t xml:space="preserve">26. </w:t>
      </w:r>
      <w:r>
        <w:rPr>
          <w:rFonts w:ascii="宋体" w:eastAsia="宋体" w:hAnsi="宋体" w:cs="宋体"/>
          <w:color w:val="000000"/>
        </w:rPr>
        <w:t>现有一个长方形</w:t>
      </w:r>
      <w:r>
        <w:pict>
          <v:shape id="_x0000_i714580" type="#_x0000_t75" alt="学科网(www.zxxk.com)--教育资源门户，提供试卷、教案、课件、论文、素材以及各类教学资源下载，还有大量而丰富的教学相关资讯！" style="width:36pt;height:14.5pt" o:oleicon="f" o:ole="">
            <v:imagedata r:id="rId4705" o:title="eqId411b38a18046fea8e9fab1f9f9b80a5f"/>
          </v:shape>
        </w:pict>
      </w:r>
      <w:r>
        <w:rPr>
          <w:rFonts w:ascii="宋体" w:eastAsia="宋体" w:hAnsi="宋体" w:cs="宋体"/>
          <w:color w:val="000000"/>
        </w:rPr>
        <w:t>的宽为</w:t>
      </w:r>
      <w:r>
        <w:rPr>
          <w:rFonts w:ascii="Times New Roman" w:eastAsia="Times New Roman" w:hAnsi="Times New Roman" w:cs="Times New Roman"/>
          <w:color w:val="000000"/>
        </w:rPr>
        <w:t>1</w:t>
      </w:r>
      <w:r>
        <w:rPr>
          <w:rFonts w:ascii="宋体" w:eastAsia="宋体" w:hAnsi="宋体" w:cs="宋体"/>
          <w:color w:val="000000"/>
        </w:rPr>
        <w:t>，长为</w:t>
      </w:r>
      <w:r>
        <w:pict>
          <v:shape id="_x0000_i714581" type="#_x0000_t75" alt="学科网(www.zxxk.com)--教育资源门户，提供试卷、教案、课件、论文、素材以及各类教学资源下载，还有大量而丰富的教学相关资讯！" style="width:43.5pt;height:20.25pt" o:oleicon="f" o:ole="">
            <v:imagedata r:id="rId4706" o:title="eqId0c74a63a2ae88a5dcbcef31e49dae4b3"/>
          </v:shape>
        </w:pict>
      </w:r>
      <w:r>
        <w:rPr>
          <w:rFonts w:ascii="宋体" w:eastAsia="宋体" w:hAnsi="宋体" w:cs="宋体"/>
          <w:color w:val="000000"/>
        </w:rPr>
        <w:t>的纸片，先剪去一个正方形，余下一个长方形，在余下的长方形纸片中再剪去一个正方形，又余下一个长方形</w:t>
      </w:r>
      <w:r>
        <w:rPr>
          <w:rFonts w:ascii="Times New Roman" w:eastAsia="Times New Roman" w:hAnsi="Times New Roman" w:cs="Times New Roman"/>
          <w:color w:val="000000"/>
        </w:rPr>
        <w:t>……</w:t>
      </w:r>
      <w:r>
        <w:rPr>
          <w:rFonts w:ascii="宋体" w:eastAsia="宋体" w:hAnsi="宋体" w:cs="宋体"/>
          <w:color w:val="000000"/>
        </w:rPr>
        <w:t>，依此类推，如图是剪</w:t>
      </w:r>
      <w:r>
        <w:rPr>
          <w:rFonts w:ascii="Times New Roman" w:eastAsia="Times New Roman" w:hAnsi="Times New Roman" w:cs="Times New Roman"/>
          <w:color w:val="000000"/>
        </w:rPr>
        <w:t>3</w:t>
      </w:r>
      <w:r>
        <w:rPr>
          <w:rFonts w:ascii="宋体" w:eastAsia="宋体" w:hAnsi="宋体" w:cs="宋体"/>
          <w:color w:val="000000"/>
        </w:rPr>
        <w:t>次后余下的长方形恰好是正方形的其中一种示意图及相应</w:t>
      </w:r>
      <w:r>
        <w:pict>
          <v:shape id="_x0000_i714582" type="#_x0000_t75" alt="学科网(www.zxxk.com)--教育资源门户，提供试卷、教案、课件、论文、素材以及各类教学资源下载，还有大量而丰富的教学相关资讯！" style="width:9pt;height:9.75pt" o:oleicon="f" o:ole="">
            <v:imagedata r:id="rId4707" o:title="eqId0a6936d370d6a238a608ca56f87198de"/>
          </v:shape>
        </w:pict>
      </w:r>
      <w:r>
        <w:rPr>
          <w:rFonts w:ascii="宋体" w:eastAsia="宋体" w:hAnsi="宋体" w:cs="宋体"/>
          <w:color w:val="000000"/>
        </w:rPr>
        <w:t>的值，请画出（与示意图不同）剪</w:t>
      </w:r>
      <w:r>
        <w:rPr>
          <w:rFonts w:ascii="Times New Roman" w:eastAsia="Times New Roman" w:hAnsi="Times New Roman" w:cs="Times New Roman"/>
          <w:color w:val="000000"/>
        </w:rPr>
        <w:t>3</w:t>
      </w:r>
      <w:r>
        <w:rPr>
          <w:rFonts w:ascii="宋体" w:eastAsia="宋体" w:hAnsi="宋体" w:cs="宋体"/>
          <w:color w:val="000000"/>
        </w:rPr>
        <w:t>次后余下的长方形恰好是正方形的示意图，并写出相应</w:t>
      </w:r>
      <w:r>
        <w:pict>
          <v:shape id="_x0000_i714583" type="#_x0000_t75" alt="学科网(www.zxxk.com)--教育资源门户，提供试卷、教案、课件、论文、素材以及各类教学资源下载，还有大量而丰富的教学相关资讯！" style="width:9pt;height:9.75pt" o:oleicon="f" o:ole="">
            <v:imagedata r:id="rId4707" o:title="eqId0a6936d370d6a238a608ca56f87198de"/>
          </v:shape>
        </w:pic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4876800" cy="1133475"/>
            <wp:docPr id="35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 name=""/>
                    <pic:cNvPicPr>
                      <a:picLocks noChangeAspect="1"/>
                    </pic:cNvPicPr>
                  </pic:nvPicPr>
                  <pic:blipFill>
                    <a:blip r:embed="rId4708"/>
                    <a:stretch>
                      <a:fillRect/>
                    </a:stretch>
                  </pic:blipFill>
                  <pic:spPr>
                    <a:xfrm>
                      <a:off x="0" y="0"/>
                      <a:ext cx="4876800" cy="11334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pict>
          <v:shape id="_x0000_i714584" type="#_x0000_t75" alt="学科网(www.zxxk.com)--教育资源门户，提供试卷、教案、课件、论文、素材以及各类教学资源下载，还有大量而丰富的教学相关资讯！" style="width:9pt;height:9.75pt" o:oleicon="f" o:ole="">
            <v:imagedata r:id="rId4709" o:title="eqId0a6936d370d6a238a608ca56f87198de"/>
          </v:shape>
        </w:pict>
      </w:r>
      <w:r>
        <w:rPr>
          <w:rFonts w:ascii="宋体" w:eastAsia="宋体" w:hAnsi="宋体" w:cs="宋体"/>
          <w:color w:val="000000"/>
        </w:rPr>
        <w:t>有四个值：当</w:t>
      </w:r>
      <w:r>
        <w:pict>
          <v:shape id="_x0000_i714585" type="#_x0000_t75" alt="学科网(www.zxxk.com)--教育资源门户，提供试卷、教案、课件、论文、素材以及各类教学资源下载，还有大量而丰富的教学相关资讯！" style="width:28.35pt;height:13.6pt" o:oleicon="f" o:ole="">
            <v:imagedata r:id="rId4710" o:title="eqIdaa4c355f11471a38f5583a434a1ddeb3"/>
          </v:shape>
        </w:pict>
      </w:r>
      <w:r>
        <w:rPr>
          <w:rFonts w:ascii="宋体" w:eastAsia="宋体" w:hAnsi="宋体" w:cs="宋体"/>
          <w:color w:val="000000"/>
        </w:rPr>
        <w:t>时，三个最大的正方形边长都为</w:t>
      </w:r>
      <w:r>
        <w:rPr>
          <w:rFonts w:ascii="Times New Roman" w:eastAsia="Times New Roman" w:hAnsi="Times New Roman" w:cs="Times New Roman"/>
          <w:color w:val="000000"/>
        </w:rPr>
        <w:t>1</w:t>
      </w:r>
      <w:r>
        <w:rPr>
          <w:rFonts w:ascii="宋体" w:eastAsia="宋体" w:hAnsi="宋体" w:cs="宋体"/>
          <w:color w:val="000000"/>
        </w:rPr>
        <w:t>，余下的正方形边长为</w:t>
      </w:r>
      <w:r>
        <w:rPr>
          <w:rFonts w:ascii="Times New Roman" w:eastAsia="Times New Roman" w:hAnsi="Times New Roman" w:cs="Times New Roman"/>
          <w:color w:val="000000"/>
        </w:rPr>
        <w:t>1</w:t>
      </w:r>
      <w:r>
        <w:rPr>
          <w:rFonts w:ascii="宋体" w:eastAsia="宋体" w:hAnsi="宋体" w:cs="宋体"/>
          <w:color w:val="000000"/>
        </w:rPr>
        <w:t>；当</w:t>
      </w:r>
      <w:r>
        <w:pict>
          <v:shape id="_x0000_i714586" type="#_x0000_t75" alt="学科网(www.zxxk.com)--教育资源门户，提供试卷、教案、课件、论文、素材以及各类教学资源下载，还有大量而丰富的教学相关资讯！" style="width:30pt;height:30.75pt" o:oleicon="f" o:ole="">
            <v:imagedata r:id="rId4711" o:title="eqIdcbf785616045d41f62917779d91d4976"/>
          </v:shape>
        </w:pict>
      </w:r>
      <w:r>
        <w:rPr>
          <w:rFonts w:ascii="宋体" w:eastAsia="宋体" w:hAnsi="宋体" w:cs="宋体"/>
          <w:color w:val="000000"/>
        </w:rPr>
        <w:t>时，第一个和第二个正方形边长都为</w:t>
      </w:r>
      <w:r>
        <w:rPr>
          <w:rFonts w:ascii="Times New Roman" w:eastAsia="Times New Roman" w:hAnsi="Times New Roman" w:cs="Times New Roman"/>
          <w:color w:val="000000"/>
        </w:rPr>
        <w:t>1</w:t>
      </w:r>
      <w:r>
        <w:rPr>
          <w:rFonts w:ascii="宋体" w:eastAsia="宋体" w:hAnsi="宋体" w:cs="宋体"/>
          <w:color w:val="000000"/>
        </w:rPr>
        <w:t>，第三个正方形边长为</w:t>
      </w:r>
      <w:r>
        <w:pict>
          <v:shape id="_x0000_i714587" type="#_x0000_t75" alt="学科网(www.zxxk.com)--教育资源门户，提供试卷、教案、课件、论文、素材以及各类教学资源下载，还有大量而丰富的教学相关资讯！" style="width:10.5pt;height:21pt" o:oleicon="f" o:ole="">
            <v:imagedata r:id="rId4712" o:title="eqIdf89eef3148f2d4d09379767b4af69132"/>
          </v:shape>
        </w:pict>
      </w:r>
      <w:r>
        <w:rPr>
          <w:rFonts w:ascii="宋体" w:eastAsia="宋体" w:hAnsi="宋体" w:cs="宋体"/>
          <w:color w:val="000000"/>
        </w:rPr>
        <w:t>，余下的正方形边长为</w:t>
      </w:r>
      <w:r>
        <w:pict>
          <v:shape id="_x0000_i714588" type="#_x0000_t75" alt="学科网(www.zxxk.com)--教育资源门户，提供试卷、教案、课件、论文、素材以及各类教学资源下载，还有大量而丰富的教学相关资讯！" style="width:10.5pt;height:21pt" o:oleicon="f" o:ole="">
            <v:imagedata r:id="rId4712" o:title="eqIdf89eef3148f2d4d09379767b4af69132"/>
          </v:shape>
        </w:pict>
      </w:r>
      <w:r>
        <w:rPr>
          <w:rFonts w:ascii="宋体" w:eastAsia="宋体" w:hAnsi="宋体" w:cs="宋体"/>
          <w:color w:val="000000"/>
        </w:rPr>
        <w:t>；当</w:t>
      </w:r>
      <w:r>
        <w:pict>
          <v:shape id="_x0000_i714589" type="#_x0000_t75" alt="学科网(www.zxxk.com)--教育资源门户，提供试卷、教案、课件、论文、素材以及各类教学资源下载，还有大量而丰富的教学相关资讯！" style="width:29.25pt;height:30.75pt" o:oleicon="f" o:ole="">
            <v:imagedata r:id="rId4713" o:title="eqId5fff5e778a4fdbde315d173810e6b6f7"/>
          </v:shape>
        </w:pict>
      </w:r>
      <w:r>
        <w:rPr>
          <w:rFonts w:ascii="宋体" w:eastAsia="宋体" w:hAnsi="宋体" w:cs="宋体"/>
          <w:color w:val="000000"/>
        </w:rPr>
        <w:t>时，第一个正方形边长为</w:t>
      </w:r>
      <w:r>
        <w:rPr>
          <w:rFonts w:ascii="Times New Roman" w:eastAsia="Times New Roman" w:hAnsi="Times New Roman" w:cs="Times New Roman"/>
          <w:color w:val="000000"/>
        </w:rPr>
        <w:t>1</w:t>
      </w:r>
      <w:r>
        <w:rPr>
          <w:rFonts w:ascii="宋体" w:eastAsia="宋体" w:hAnsi="宋体" w:cs="宋体"/>
          <w:color w:val="000000"/>
        </w:rPr>
        <w:t>，第二个正方形边长为</w:t>
      </w:r>
      <w:r>
        <w:pict>
          <v:shape id="_x0000_i714590" type="#_x0000_t75" alt="学科网(www.zxxk.com)--教育资源门户，提供试卷、教案、课件、论文、素材以及各类教学资源下载，还有大量而丰富的教学相关资讯！" style="width:11.25pt;height:27.75pt" o:oleicon="f" o:ole="">
            <v:imagedata r:id="rId4714" o:title="eqIdbf31876698721a199c7c53c6b320aa86"/>
          </v:shape>
        </w:pict>
      </w:r>
      <w:r>
        <w:rPr>
          <w:rFonts w:ascii="宋体" w:eastAsia="宋体" w:hAnsi="宋体" w:cs="宋体"/>
          <w:color w:val="000000"/>
        </w:rPr>
        <w:t>，第三个正方形边长为</w:t>
      </w:r>
      <w:r>
        <w:pict>
          <v:shape id="_x0000_i714591" type="#_x0000_t75" alt="学科网(www.zxxk.com)--教育资源门户，提供试卷、教案、课件、论文、素材以及各类教学资源下载，还有大量而丰富的教学相关资讯！" style="width:11.25pt;height:30.75pt" o:oleicon="f" o:ole="">
            <v:imagedata r:id="rId4715" o:title="eqId4dac452fbb5ef6dd653e7fbbef639484"/>
          </v:shape>
        </w:pict>
      </w:r>
      <w:r>
        <w:rPr>
          <w:rFonts w:ascii="宋体" w:eastAsia="宋体" w:hAnsi="宋体" w:cs="宋体"/>
          <w:color w:val="000000"/>
        </w:rPr>
        <w:t>，余下的正方形边长为</w:t>
      </w:r>
      <w:r>
        <w:pict>
          <v:shape id="_x0000_i714592" type="#_x0000_t75" alt="学科网(www.zxxk.com)--教育资源门户，提供试卷、教案、课件、论文、素材以及各类教学资源下载，还有大量而丰富的教学相关资讯！" style="width:11.25pt;height:30.75pt" o:oleicon="f" o:ole="">
            <v:imagedata r:id="rId4715" o:title="eqId4dac452fbb5ef6dd653e7fbbef639484"/>
          </v:shape>
        </w:pict>
      </w:r>
      <w:r>
        <w:rPr>
          <w:rFonts w:ascii="宋体" w:eastAsia="宋体" w:hAnsi="宋体" w:cs="宋体"/>
          <w:color w:val="000000"/>
        </w:rPr>
        <w:t>；当</w:t>
      </w:r>
      <w:r>
        <w:pict>
          <v:shape id="_x0000_i714593" type="#_x0000_t75" alt="学科网(www.zxxk.com)--教育资源门户，提供试卷、教案、课件、论文、素材以及各类教学资源下载，还有大量而丰富的教学相关资讯！" style="width:29.95pt;height:30.95pt" o:oleicon="f" o:ole="">
            <v:imagedata r:id="rId4716" o:title="eqId191d9381c4f252fbb5553ba72462d0aa"/>
          </v:shape>
        </w:pict>
      </w:r>
      <w:r>
        <w:rPr>
          <w:rFonts w:ascii="宋体" w:eastAsia="宋体" w:hAnsi="宋体" w:cs="宋体"/>
          <w:color w:val="000000"/>
        </w:rPr>
        <w:t>时，第一个正方形边长为</w:t>
      </w:r>
      <w:r>
        <w:rPr>
          <w:rFonts w:ascii="Times New Roman" w:eastAsia="Times New Roman" w:hAnsi="Times New Roman" w:cs="Times New Roman"/>
          <w:color w:val="000000"/>
        </w:rPr>
        <w:t>1</w:t>
      </w:r>
      <w:r>
        <w:rPr>
          <w:rFonts w:ascii="宋体" w:eastAsia="宋体" w:hAnsi="宋体" w:cs="宋体"/>
          <w:color w:val="000000"/>
        </w:rPr>
        <w:t>，第二个和第三个正方形边长都为</w:t>
      </w:r>
      <w:r>
        <w:pict>
          <v:shape id="_x0000_i714594" type="#_x0000_t75" alt="学科网(www.zxxk.com)--教育资源门户，提供试卷、教案、课件、论文、素材以及各类教学资源下载，还有大量而丰富的教学相关资讯！" style="width:11.25pt;height:30.75pt" o:oleicon="f" o:ole="">
            <v:imagedata r:id="rId4715" o:title="eqId4dac452fbb5ef6dd653e7fbbef639484"/>
          </v:shape>
        </w:pict>
      </w:r>
      <w:r>
        <w:rPr>
          <w:rFonts w:ascii="宋体" w:eastAsia="宋体" w:hAnsi="宋体" w:cs="宋体"/>
          <w:color w:val="000000"/>
        </w:rPr>
        <w:t>，余下的正方形边长为</w:t>
      </w:r>
      <w:r>
        <w:pict>
          <v:shape id="_x0000_i714595" type="#_x0000_t75" alt="学科网(www.zxxk.com)--教育资源门户，提供试卷、教案、课件、论文、素材以及各类教学资源下载，还有大量而丰富的教学相关资讯！" style="width:11.25pt;height:30.75pt" o:oleicon="f" o:ole="">
            <v:imagedata r:id="rId4715" o:title="eqId4dac452fbb5ef6dd653e7fbbef639484"/>
          </v:shape>
        </w:pic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①如图，</w:t>
      </w:r>
    </w:p>
    <w:p>
      <w:pPr>
        <w:spacing w:line="360" w:lineRule="auto"/>
        <w:jc w:val="left"/>
        <w:textAlignment w:val="center"/>
        <w:rPr>
          <w:color w:val="000000"/>
        </w:rPr>
      </w:pPr>
      <w:r>
        <w:rPr>
          <w:color w:val="000000"/>
        </w:rPr>
        <w:drawing>
          <wp:inline>
            <wp:extent cx="1695450" cy="523875"/>
            <wp:docPr id="35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 name=""/>
                    <pic:cNvPicPr>
                      <a:picLocks noChangeAspect="1"/>
                    </pic:cNvPicPr>
                  </pic:nvPicPr>
                  <pic:blipFill>
                    <a:blip r:embed="rId4717"/>
                    <a:stretch>
                      <a:fillRect/>
                    </a:stretch>
                  </pic:blipFill>
                  <pic:spPr>
                    <a:xfrm>
                      <a:off x="0" y="0"/>
                      <a:ext cx="1695450" cy="523875"/>
                    </a:xfrm>
                    <a:prstGeom prst="rect">
                      <a:avLst/>
                    </a:prstGeom>
                  </pic:spPr>
                </pic:pic>
              </a:graphicData>
            </a:graphic>
          </wp:inline>
        </w:drawing>
      </w:r>
    </w:p>
    <w:p>
      <w:pPr>
        <w:spacing w:line="360" w:lineRule="auto"/>
        <w:jc w:val="left"/>
        <w:textAlignment w:val="center"/>
        <w:rPr>
          <w:color w:val="000000"/>
        </w:rPr>
      </w:pPr>
      <w:r>
        <w:pict>
          <v:shape id="_x0000_i714596" type="#_x0000_t75" alt="学科网(www.zxxk.com)--教育资源门户，提供试卷、教案、课件、论文、素材以及各类教学资源下载，还有大量而丰富的教学相关资讯！" style="width:87pt;height:13.8pt" o:oleicon="f" o:ole="">
            <v:imagedata r:id="rId4718" o:title="eqIda2701f324d7be6d94bc8ab7e0f2cc98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②如图，</w:t>
      </w:r>
    </w:p>
    <w:p>
      <w:pPr>
        <w:spacing w:line="360" w:lineRule="auto"/>
        <w:jc w:val="left"/>
        <w:textAlignment w:val="center"/>
        <w:rPr>
          <w:color w:val="000000"/>
        </w:rPr>
      </w:pPr>
      <w:r>
        <w:rPr>
          <w:color w:val="000000"/>
        </w:rPr>
        <w:drawing>
          <wp:inline>
            <wp:extent cx="1133475" cy="523875"/>
            <wp:docPr id="35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 name=""/>
                    <pic:cNvPicPr>
                      <a:picLocks noChangeAspect="1"/>
                    </pic:cNvPicPr>
                  </pic:nvPicPr>
                  <pic:blipFill>
                    <a:blip r:embed="rId4719"/>
                    <a:stretch>
                      <a:fillRect/>
                    </a:stretch>
                  </pic:blipFill>
                  <pic:spPr>
                    <a:xfrm>
                      <a:off x="0" y="0"/>
                      <a:ext cx="1133475" cy="523875"/>
                    </a:xfrm>
                    <a:prstGeom prst="rect">
                      <a:avLst/>
                    </a:prstGeom>
                  </pic:spPr>
                </pic:pic>
              </a:graphicData>
            </a:graphic>
          </wp:inline>
        </w:drawing>
      </w:r>
    </w:p>
    <w:p>
      <w:pPr>
        <w:spacing w:line="360" w:lineRule="auto"/>
        <w:jc w:val="left"/>
        <w:textAlignment w:val="center"/>
        <w:rPr>
          <w:color w:val="000000"/>
        </w:rPr>
      </w:pPr>
      <w:r>
        <w:pict>
          <v:shape id="_x0000_i714597" type="#_x0000_t75" alt="学科网(www.zxxk.com)--教育资源门户，提供试卷、教案、课件、论文、素材以及各类教学资源下载，还有大量而丰富的教学相关资讯！" style="width:79.2pt;height:31.2pt" o:oleicon="f" o:ole="">
            <v:imagedata r:id="rId4720" o:title="eqIdcedd757ff241ef939f8dae3c3d121bc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③如图，</w:t>
      </w:r>
    </w:p>
    <w:p>
      <w:pPr>
        <w:spacing w:line="360" w:lineRule="auto"/>
        <w:jc w:val="left"/>
        <w:textAlignment w:val="center"/>
        <w:rPr>
          <w:color w:val="000000"/>
        </w:rPr>
      </w:pPr>
      <w:r>
        <w:rPr>
          <w:color w:val="000000"/>
        </w:rPr>
        <w:drawing>
          <wp:inline>
            <wp:extent cx="800100" cy="523875"/>
            <wp:docPr id="35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 name=""/>
                    <pic:cNvPicPr>
                      <a:picLocks noChangeAspect="1"/>
                    </pic:cNvPicPr>
                  </pic:nvPicPr>
                  <pic:blipFill>
                    <a:blip r:embed="rId4721"/>
                    <a:stretch>
                      <a:fillRect/>
                    </a:stretch>
                  </pic:blipFill>
                  <pic:spPr>
                    <a:xfrm>
                      <a:off x="0" y="0"/>
                      <a:ext cx="800100" cy="523875"/>
                    </a:xfrm>
                    <a:prstGeom prst="rect">
                      <a:avLst/>
                    </a:prstGeom>
                  </pic:spPr>
                </pic:pic>
              </a:graphicData>
            </a:graphic>
          </wp:inline>
        </w:drawing>
      </w:r>
    </w:p>
    <w:p>
      <w:pPr>
        <w:spacing w:line="360" w:lineRule="auto"/>
        <w:jc w:val="left"/>
        <w:textAlignment w:val="center"/>
        <w:rPr>
          <w:color w:val="000000"/>
        </w:rPr>
      </w:pPr>
      <w:r>
        <w:pict>
          <v:shape id="_x0000_i714598" type="#_x0000_t75" alt="学科网(www.zxxk.com)--教育资源门户，提供试卷、教案、课件、论文、素材以及各类教学资源下载，还有大量而丰富的教学相关资讯！" style="width:81pt;height:31.2pt" o:oleicon="f" o:ole="">
            <v:imagedata r:id="rId4722" o:title="eqIdff0e8b1621a9735ae77f5d5f06bca7b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④如图，</w:t>
      </w:r>
    </w:p>
    <w:p>
      <w:pPr>
        <w:spacing w:line="360" w:lineRule="auto"/>
        <w:jc w:val="left"/>
        <w:textAlignment w:val="center"/>
        <w:rPr>
          <w:color w:val="000000"/>
        </w:rPr>
      </w:pPr>
      <w:r>
        <w:rPr>
          <w:color w:val="000000"/>
        </w:rPr>
        <w:drawing>
          <wp:inline>
            <wp:extent cx="666750" cy="533400"/>
            <wp:docPr id="35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 name=""/>
                    <pic:cNvPicPr>
                      <a:picLocks noChangeAspect="1"/>
                    </pic:cNvPicPr>
                  </pic:nvPicPr>
                  <pic:blipFill>
                    <a:blip r:embed="rId4723"/>
                    <a:stretch>
                      <a:fillRect/>
                    </a:stretch>
                  </pic:blipFill>
                  <pic:spPr>
                    <a:xfrm>
                      <a:off x="0" y="0"/>
                      <a:ext cx="666750" cy="533400"/>
                    </a:xfrm>
                    <a:prstGeom prst="rect">
                      <a:avLst/>
                    </a:prstGeom>
                  </pic:spPr>
                </pic:pic>
              </a:graphicData>
            </a:graphic>
          </wp:inline>
        </w:drawing>
      </w:r>
    </w:p>
    <w:p>
      <w:pPr>
        <w:spacing w:line="360" w:lineRule="auto"/>
        <w:jc w:val="left"/>
        <w:textAlignment w:val="center"/>
        <w:rPr>
          <w:color w:val="000000"/>
        </w:rPr>
      </w:pPr>
      <w:r>
        <w:pict>
          <v:shape id="_x0000_i714599" type="#_x0000_t75" alt="学科网(www.zxxk.com)--教育资源门户，提供试卷、教案、课件、论文、素材以及各类教学资源下载，还有大量而丰富的教学相关资讯！" style="width:65.25pt;height:30.75pt" o:oleicon="f" o:ole="">
            <v:imagedata r:id="rId4724" o:title="eqIdaf02cd8b871755e67fb4f98452765c86"/>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本题的关键是：依次找最大正方形，且最后余下的也是一个正方形；运用了数形结合的思想，使复杂问题简单化，抽象问题具体化．</w:t>
      </w:r>
    </w:p>
    <w:p>
      <w:pPr>
        <w:spacing w:line="360" w:lineRule="auto"/>
        <w:jc w:val="left"/>
        <w:textAlignment w:val="center"/>
        <w:rPr>
          <w:color w:val="000000"/>
        </w:rPr>
      </w:pPr>
      <w:r>
        <w:rPr>
          <w:color w:val="000000"/>
        </w:rPr>
        <w:t xml:space="preserve">27. </w:t>
      </w:r>
      <w:r>
        <w:rPr>
          <w:rFonts w:ascii="宋体" w:eastAsia="宋体" w:hAnsi="宋体" w:cs="宋体"/>
          <w:color w:val="000000"/>
        </w:rPr>
        <w:t>已知：点</w:t>
      </w:r>
      <w:r>
        <w:pict>
          <v:shape id="_x0000_i714600" type="#_x0000_t75" alt="学科网(www.zxxk.com)--教育资源门户，提供试卷、教案、课件、论文、素材以及各类教学资源下载，还有大量而丰富的教学相关资讯！" style="width:12pt;height:12pt" o:oleicon="f" o:ole="">
            <v:imagedata r:id="rId4725" o:title="eqId5963abe8f421bd99a2aaa94831a951e9"/>
          </v:shape>
        </w:pict>
      </w:r>
      <w:r>
        <w:rPr>
          <w:rFonts w:ascii="宋体" w:eastAsia="宋体" w:hAnsi="宋体" w:cs="宋体"/>
          <w:color w:val="000000"/>
        </w:rPr>
        <w:t>、</w:t>
      </w:r>
      <w:r>
        <w:pict>
          <v:shape id="_x0000_i714601" type="#_x0000_t75" alt="学科网(www.zxxk.com)--教育资源门户，提供试卷、教案、课件、论文、素材以及各类教学资源下载，还有大量而丰富的教学相关资讯！" style="width:9.75pt;height:10.5pt" o:oleicon="f" o:ole="">
            <v:imagedata r:id="rId4726" o:title="eqId7f9e8449aad35c5d840a3395ea86df6d"/>
          </v:shape>
        </w:pict>
      </w:r>
      <w:r>
        <w:rPr>
          <w:rFonts w:ascii="宋体" w:eastAsia="宋体" w:hAnsi="宋体" w:cs="宋体"/>
          <w:color w:val="000000"/>
        </w:rPr>
        <w:t>、</w:t>
      </w:r>
      <w:r>
        <w:pict>
          <v:shape id="_x0000_i714602" type="#_x0000_t75" alt="学科网(www.zxxk.com)--教育资源门户，提供试卷、教案、课件、论文、素材以及各类教学资源下载，还有大量而丰富的教学相关资讯！" style="width:11.25pt;height:12pt" o:oleicon="f" o:ole="">
            <v:imagedata r:id="rId4727" o:title="eqIddad2a36927223bd70f426ba06aea4b45"/>
          </v:shape>
        </w:pict>
      </w:r>
      <w:r>
        <w:rPr>
          <w:rFonts w:ascii="宋体" w:eastAsia="宋体" w:hAnsi="宋体" w:cs="宋体"/>
          <w:color w:val="000000"/>
        </w:rPr>
        <w:t>为数轴上三点，我们规定：点</w:t>
      </w:r>
      <w:r>
        <w:pict>
          <v:shape id="_x0000_i714603" type="#_x0000_t75" alt="学科网(www.zxxk.com)--教育资源门户，提供试卷、教案、课件、论文、素材以及各类教学资源下载，还有大量而丰富的教学相关资讯！" style="width:11.25pt;height:12pt" o:oleicon="f" o:ole="">
            <v:imagedata r:id="rId4727" o:title="eqIddad2a36927223bd70f426ba06aea4b45"/>
          </v:shape>
        </w:pict>
      </w:r>
      <w:r>
        <w:rPr>
          <w:rFonts w:ascii="宋体" w:eastAsia="宋体" w:hAnsi="宋体" w:cs="宋体"/>
          <w:color w:val="000000"/>
        </w:rPr>
        <w:t>到点</w:t>
      </w:r>
      <w:r>
        <w:pict>
          <v:shape id="_x0000_i714604" type="#_x0000_t75" alt="学科网(www.zxxk.com)--教育资源门户，提供试卷、教案、课件、论文、素材以及各类教学资源下载，还有大量而丰富的教学相关资讯！" style="width:12pt;height:12pt" o:oleicon="f" o:ole="">
            <v:imagedata r:id="rId4725" o:title="eqId5963abe8f421bd99a2aaa94831a951e9"/>
          </v:shape>
        </w:pict>
      </w:r>
      <w:r>
        <w:rPr>
          <w:rFonts w:ascii="宋体" w:eastAsia="宋体" w:hAnsi="宋体" w:cs="宋体"/>
          <w:color w:val="000000"/>
        </w:rPr>
        <w:t>的距离是点</w:t>
      </w:r>
      <w:r>
        <w:pict>
          <v:shape id="_x0000_i714605" type="#_x0000_t75" alt="学科网(www.zxxk.com)--教育资源门户，提供试卷、教案、课件、论文、素材以及各类教学资源下载，还有大量而丰富的教学相关资讯！" style="width:11.25pt;height:12pt" o:oleicon="f" o:ole="">
            <v:imagedata r:id="rId4727" o:title="eqIddad2a36927223bd70f426ba06aea4b45"/>
          </v:shape>
        </w:pict>
      </w:r>
      <w:r>
        <w:rPr>
          <w:rFonts w:ascii="宋体" w:eastAsia="宋体" w:hAnsi="宋体" w:cs="宋体"/>
          <w:color w:val="000000"/>
        </w:rPr>
        <w:t>到点</w:t>
      </w:r>
      <w:r>
        <w:pict>
          <v:shape id="_x0000_i714606" type="#_x0000_t75" alt="学科网(www.zxxk.com)--教育资源门户，提供试卷、教案、课件、论文、素材以及各类教学资源下载，还有大量而丰富的教学相关资讯！" style="width:9.75pt;height:10.5pt" o:oleicon="f" o:ole="">
            <v:imagedata r:id="rId4726" o:title="eqId7f9e8449aad35c5d840a3395ea86df6d"/>
          </v:shape>
        </w:pict>
      </w:r>
      <w:r>
        <w:rPr>
          <w:rFonts w:ascii="宋体" w:eastAsia="宋体" w:hAnsi="宋体" w:cs="宋体"/>
          <w:color w:val="000000"/>
        </w:rPr>
        <w:t>的距离的</w:t>
      </w:r>
      <w:r>
        <w:pict>
          <v:shape id="_x0000_i714607" type="#_x0000_t75" alt="学科网(www.zxxk.com)--教育资源门户，提供试卷、教案、课件、论文、素材以及各类教学资源下载，还有大量而丰富的教学相关资讯！" style="width:10pt;height:14.4pt" o:oleicon="f" o:ole="">
            <v:imagedata r:id="rId4728" o:title="eqIdf0a532e15e232cb4b99a8d4d07c89575"/>
          </v:shape>
        </w:pict>
      </w:r>
      <w:r>
        <w:rPr>
          <w:rFonts w:ascii="宋体" w:eastAsia="宋体" w:hAnsi="宋体" w:cs="宋体"/>
          <w:color w:val="000000"/>
        </w:rPr>
        <w:t>倍，则称</w:t>
      </w:r>
      <w:r>
        <w:pict>
          <v:shape id="_x0000_i714608" type="#_x0000_t75" alt="学科网(www.zxxk.com)--教育资源门户，提供试卷、教案、课件、论文、素材以及各类教学资源下载，还有大量而丰富的教学相关资讯！" style="width:11.25pt;height:12pt" o:oleicon="f" o:ole="">
            <v:imagedata r:id="rId4727" o:title="eqIddad2a36927223bd70f426ba06aea4b45"/>
          </v:shape>
        </w:pict>
      </w:r>
      <w:r>
        <w:rPr>
          <w:rFonts w:ascii="宋体" w:eastAsia="宋体" w:hAnsi="宋体" w:cs="宋体"/>
          <w:color w:val="000000"/>
        </w:rPr>
        <w:t>是</w:t>
      </w:r>
      <w:r>
        <w:pict>
          <v:shape id="_x0000_i714609" type="#_x0000_t75" alt="学科网(www.zxxk.com)--教育资源门户，提供试卷、教案、课件、论文、素材以及各类教学资源下载，还有大量而丰富的教学相关资讯！" style="width:32.25pt;height:20.25pt" o:oleicon="f" o:ole="">
            <v:imagedata r:id="rId4729" o:title="eqId13e82db0c7d2c362cf4a70027aaa19be"/>
          </v:shape>
        </w:pict>
      </w:r>
      <w:r>
        <w:rPr>
          <w:rFonts w:ascii="宋体" w:eastAsia="宋体" w:hAnsi="宋体" w:cs="宋体"/>
          <w:color w:val="000000"/>
        </w:rPr>
        <w:t>的“</w:t>
      </w:r>
      <w:r>
        <w:pict>
          <v:shape id="_x0000_i714610" type="#_x0000_t75" alt="学科网(www.zxxk.com)--教育资源门户，提供试卷、教案、课件、论文、素材以及各类教学资源下载，还有大量而丰富的教学相关资讯！" style="width:10pt;height:14.4pt" o:oleicon="f" o:ole="">
            <v:imagedata r:id="rId4728" o:title="eqIdf0a532e15e232cb4b99a8d4d07c89575"/>
          </v:shape>
        </w:pict>
      </w:r>
      <w:r>
        <w:rPr>
          <w:rFonts w:ascii="宋体" w:eastAsia="宋体" w:hAnsi="宋体" w:cs="宋体"/>
          <w:color w:val="000000"/>
        </w:rPr>
        <w:t>倍点”，记作：</w:t>
      </w:r>
      <w:r>
        <w:pict>
          <v:shape id="_x0000_i714611" type="#_x0000_t75" alt="学科网(www.zxxk.com)--教育资源门户，提供试卷、教案、课件、论文、素材以及各类教学资源下载，还有大量而丰富的教学相关资讯！" style="width:60pt;height:20.4pt" o:oleicon="f" o:ole="">
            <v:imagedata r:id="rId4730" o:title="eqId9acc38d7b4ab11b80e9f26c7eab7783d"/>
          </v:shape>
        </w:pict>
      </w:r>
      <w:r>
        <w:rPr>
          <w:rFonts w:ascii="宋体" w:eastAsia="宋体" w:hAnsi="宋体" w:cs="宋体"/>
          <w:color w:val="000000"/>
        </w:rPr>
        <w:t>，例如：若点</w:t>
      </w:r>
      <w:r>
        <w:pict>
          <v:shape id="_x0000_i714612" type="#_x0000_t75" alt="学科网(www.zxxk.com)--教育资源门户，提供试卷、教案、课件、论文、素材以及各类教学资源下载，还有大量而丰富的教学相关资讯！" style="width:11.25pt;height:12pt" o:oleicon="f" o:ole="">
            <v:imagedata r:id="rId4727" o:title="eqIddad2a36927223bd70f426ba06aea4b45"/>
          </v:shape>
        </w:pict>
      </w:r>
      <w:r>
        <w:rPr>
          <w:rFonts w:ascii="宋体" w:eastAsia="宋体" w:hAnsi="宋体" w:cs="宋体"/>
          <w:color w:val="000000"/>
        </w:rPr>
        <w:t>表示的数为</w:t>
      </w:r>
      <w:r>
        <w:rPr>
          <w:rFonts w:ascii="Times New Roman" w:eastAsia="Times New Roman" w:hAnsi="Times New Roman" w:cs="Times New Roman"/>
          <w:color w:val="000000"/>
        </w:rPr>
        <w:t>0</w:t>
      </w:r>
      <w:r>
        <w:rPr>
          <w:rFonts w:ascii="宋体" w:eastAsia="宋体" w:hAnsi="宋体" w:cs="宋体"/>
          <w:color w:val="000000"/>
        </w:rPr>
        <w:t>，点</w:t>
      </w:r>
      <w:r>
        <w:pict>
          <v:shape id="_x0000_i714613" type="#_x0000_t75" alt="学科网(www.zxxk.com)--教育资源门户，提供试卷、教案、课件、论文、素材以及各类教学资源下载，还有大量而丰富的教学相关资讯！" style="width:12pt;height:12pt" o:oleicon="f" o:ole="">
            <v:imagedata r:id="rId4725" o:title="eqId5963abe8f421bd99a2aaa94831a951e9"/>
          </v:shape>
        </w:pict>
      </w:r>
      <w:r>
        <w:rPr>
          <w:rFonts w:ascii="宋体" w:eastAsia="宋体" w:hAnsi="宋体" w:cs="宋体"/>
          <w:color w:val="000000"/>
        </w:rPr>
        <w:t>表示的数为</w:t>
      </w:r>
      <w:r>
        <w:pict>
          <v:shape id="_x0000_i714614" type="#_x0000_t75" alt="学科网(www.zxxk.com)--教育资源门户，提供试卷、教案、课件、论文、素材以及各类教学资源下载，还有大量而丰富的教学相关资讯！" style="width:15.75pt;height:12.75pt" o:oleicon="f" o:ole="">
            <v:imagedata r:id="rId4731" o:title="eqId274a9dc37509f01c2606fb3086a46f4f"/>
          </v:shape>
        </w:pict>
      </w:r>
      <w:r>
        <w:rPr>
          <w:rFonts w:ascii="宋体" w:eastAsia="宋体" w:hAnsi="宋体" w:cs="宋体"/>
          <w:color w:val="000000"/>
        </w:rPr>
        <w:t>，点</w:t>
      </w:r>
      <w:r>
        <w:pict>
          <v:shape id="_x0000_i714615" type="#_x0000_t75" alt="学科网(www.zxxk.com)--教育资源门户，提供试卷、教案、课件、论文、素材以及各类教学资源下载，还有大量而丰富的教学相关资讯！" style="width:9.75pt;height:10.5pt" o:oleicon="f" o:ole="">
            <v:imagedata r:id="rId4726" o:title="eqId7f9e8449aad35c5d840a3395ea86df6d"/>
          </v:shape>
        </w:pic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，则</w:t>
      </w:r>
      <w:r>
        <w:pict>
          <v:shape id="_x0000_i714616" type="#_x0000_t75" alt="学科网(www.zxxk.com)--教育资源门户，提供试卷、教案、课件、论文、素材以及各类教学资源下载，还有大量而丰富的教学相关资讯！" style="width:11.25pt;height:12pt" o:oleicon="f" o:ole="">
            <v:imagedata r:id="rId4727" o:title="eqIddad2a36927223bd70f426ba06aea4b45"/>
          </v:shape>
        </w:pict>
      </w:r>
      <w:r>
        <w:rPr>
          <w:rFonts w:ascii="宋体" w:eastAsia="宋体" w:hAnsi="宋体" w:cs="宋体"/>
          <w:color w:val="000000"/>
        </w:rPr>
        <w:t>是</w:t>
      </w:r>
      <w:r>
        <w:pict>
          <v:shape id="_x0000_i714617" type="#_x0000_t75" alt="学科网(www.zxxk.com)--教育资源门户，提供试卷、教案、课件、论文、素材以及各类教学资源下载，还有大量而丰富的教学相关资讯！" style="width:32.25pt;height:20.25pt" o:oleicon="f" o:ole="">
            <v:imagedata r:id="rId4729" o:title="eqId13e82db0c7d2c362cf4a70027aaa19be"/>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倍点”，记作：</w:t>
      </w:r>
      <w:r>
        <w:pict>
          <v:shape id="_x0000_i714618" type="#_x0000_t75" alt="学科网(www.zxxk.com)--教育资源门户，提供试卷、教案、课件、论文、素材以及各类教学资源下载，还有大量而丰富的教学相关资讯！" style="width:59.4pt;height:20.4pt" o:oleicon="f" o:ole="">
            <v:imagedata r:id="rId4732" o:title="eqId23a34fd9ff78ab9bd937553ba278a7b8"/>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如图，</w:t>
      </w:r>
      <w:r>
        <w:pict>
          <v:shape id="_x0000_i714619" type="#_x0000_t75" alt="学科网(www.zxxk.com)--教育资源门户，提供试卷、教案、课件、论文、素材以及各类教学资源下载，还有大量而丰富的教学相关资讯！" style="width:12pt;height:12pt" o:oleicon="f" o:ole="">
            <v:imagedata r:id="rId4733" o:title="eqId5963abe8f421bd99a2aaa94831a951e9"/>
          </v:shape>
        </w:pict>
      </w:r>
      <w:r>
        <w:rPr>
          <w:rFonts w:ascii="宋体" w:eastAsia="宋体" w:hAnsi="宋体" w:cs="宋体"/>
          <w:color w:val="000000"/>
        </w:rPr>
        <w:t>、</w:t>
      </w:r>
      <w:r>
        <w:pict>
          <v:shape id="_x0000_i714620" type="#_x0000_t75" alt="学科网(www.zxxk.com)--教育资源门户，提供试卷、教案、课件、论文、素材以及各类教学资源下载，还有大量而丰富的教学相关资讯！" style="width:9.75pt;height:10.5pt" o:oleicon="f" o:ole="">
            <v:imagedata r:id="rId4734" o:title="eqId7f9e8449aad35c5d840a3395ea86df6d"/>
          </v:shape>
        </w:pict>
      </w:r>
      <w:r>
        <w:rPr>
          <w:rFonts w:ascii="宋体" w:eastAsia="宋体" w:hAnsi="宋体" w:cs="宋体"/>
          <w:color w:val="000000"/>
        </w:rPr>
        <w:t>、</w:t>
      </w:r>
      <w:r>
        <w:pict>
          <v:shape id="_x0000_i714621" type="#_x0000_t75" alt="学科网(www.zxxk.com)--教育资源门户，提供试卷、教案、课件、论文、素材以及各类教学资源下载，还有大量而丰富的教学相关资讯！" style="width:11.25pt;height:12pt" o:oleicon="f" o:ole="">
            <v:imagedata r:id="rId4735" o:title="eqIddad2a36927223bd70f426ba06aea4b45"/>
          </v:shape>
        </w:pict>
      </w:r>
      <w:r>
        <w:rPr>
          <w:rFonts w:ascii="宋体" w:eastAsia="宋体" w:hAnsi="宋体" w:cs="宋体"/>
          <w:color w:val="000000"/>
        </w:rPr>
        <w:t>为数轴上三点，回答下面问题：</w:t>
      </w:r>
    </w:p>
    <w:p>
      <w:pPr>
        <w:spacing w:line="360" w:lineRule="auto"/>
        <w:jc w:val="left"/>
        <w:textAlignment w:val="center"/>
        <w:rPr>
          <w:color w:val="000000"/>
        </w:rPr>
      </w:pPr>
      <w:r>
        <w:rPr>
          <w:rFonts w:ascii="宋体" w:eastAsia="宋体" w:hAnsi="宋体" w:cs="宋体"/>
          <w:color w:val="000000"/>
        </w:rPr>
        <w:t>①</w:t>
      </w:r>
      <w:r>
        <w:pict>
          <v:shape id="_x0000_i714622" type="#_x0000_t75" alt="学科网(www.zxxk.com)--教育资源门户，提供试卷、教案、课件、论文、素材以及各类教学资源下载，还有大量而丰富的教学相关资讯！" style="width:51.2pt;height:20.4pt" o:oleicon="f" o:ole="">
            <v:imagedata r:id="rId4736" o:title="eqId0329447b7561c2c392729d01cdccdb03"/>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②若点</w:t>
      </w:r>
      <w:r>
        <w:pict>
          <v:shape id="_x0000_i714623" type="#_x0000_t75" alt="学科网(www.zxxk.com)--教育资源门户，提供试卷、教案、课件、论文、素材以及各类教学资源下载，还有大量而丰富的教学相关资讯！" style="width:11.9pt;height:14.4pt" o:oleicon="f" o:ole="">
            <v:imagedata r:id="rId4737" o:title="eqIdc5db41a1f31d6baee7c69990811edb9f"/>
          </v:shape>
        </w:pict>
      </w:r>
      <w:r>
        <w:rPr>
          <w:rFonts w:ascii="宋体" w:eastAsia="宋体" w:hAnsi="宋体" w:cs="宋体"/>
          <w:color w:val="000000"/>
        </w:rPr>
        <w:t>在数轴上且</w:t>
      </w:r>
      <w:r>
        <w:pict>
          <v:shape id="_x0000_i714624" type="#_x0000_t75" alt="学科网(www.zxxk.com)--教育资源门户，提供试卷、教案、课件、论文、素材以及各类教学资源下载，还有大量而丰富的教学相关资讯！" style="width:57pt;height:20.4pt" o:oleicon="f" o:ole="">
            <v:imagedata r:id="rId4738" o:title="eqId4a528db8edd07b12627963da08378f5a"/>
          </v:shape>
        </w:pict>
      </w:r>
      <w:r>
        <w:rPr>
          <w:rFonts w:ascii="宋体" w:eastAsia="宋体" w:hAnsi="宋体" w:cs="宋体"/>
          <w:color w:val="000000"/>
        </w:rPr>
        <w:t>，则点</w:t>
      </w:r>
      <w:r>
        <w:pict>
          <v:shape id="_x0000_i714625" type="#_x0000_t75" alt="学科网(www.zxxk.com)--教育资源门户，提供试卷、教案、课件、论文、素材以及各类教学资源下载，还有大量而丰富的教学相关资讯！" style="width:11.9pt;height:14.4pt" o:oleicon="f" o:ole="">
            <v:imagedata r:id="rId4737" o:title="eqIdc5db41a1f31d6baee7c69990811edb9f"/>
          </v:shape>
        </w:pict>
      </w:r>
      <w:r>
        <w:rPr>
          <w:rFonts w:ascii="宋体" w:eastAsia="宋体" w:hAnsi="宋体" w:cs="宋体"/>
          <w:color w:val="000000"/>
        </w:rPr>
        <w:t>表示的数为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③点</w:t>
      </w:r>
      <w:r>
        <w:pict>
          <v:shape id="_x0000_i714626" type="#_x0000_t75" alt="学科网(www.zxxk.com)--教育资源门户，提供试卷、教案、课件、论文、素材以及各类教学资源下载，还有大量而丰富的教学相关资讯！" style="width:11.25pt;height:11.25pt" o:oleicon="f" o:ole="">
            <v:imagedata r:id="rId4739" o:title="eqId8455657dde27aabe6adb7b188e031c11"/>
          </v:shape>
        </w:pict>
      </w:r>
      <w:r>
        <w:rPr>
          <w:rFonts w:ascii="宋体" w:eastAsia="宋体" w:hAnsi="宋体" w:cs="宋体"/>
          <w:color w:val="000000"/>
        </w:rPr>
        <w:t>是数轴上一点，且</w:t>
      </w:r>
      <w:r>
        <w:pict>
          <v:shape id="_x0000_i714627" type="#_x0000_t75" alt="学科网(www.zxxk.com)--教育资源门户，提供试卷、教案、课件、论文、素材以及各类教学资源下载，还有大量而丰富的教学相关资讯！" style="width:60.75pt;height:20.4pt" o:oleicon="f" o:ole="">
            <v:imagedata r:id="rId4740" o:title="eqIddb3a81e6317d24a9b14cc54e13b50346"/>
          </v:shape>
        </w:pict>
      </w:r>
      <w:r>
        <w:rPr>
          <w:rFonts w:ascii="宋体" w:eastAsia="宋体" w:hAnsi="宋体" w:cs="宋体"/>
          <w:color w:val="000000"/>
        </w:rPr>
        <w:t>，求点</w:t>
      </w:r>
      <w:r>
        <w:pict>
          <v:shape id="_x0000_i714628" type="#_x0000_t75" alt="学科网(www.zxxk.com)--教育资源门户，提供试卷、教案、课件、论文、素材以及各类教学资源下载，还有大量而丰富的教学相关资讯！" style="width:11.25pt;height:11.25pt" o:oleicon="f" o:ole="">
            <v:imagedata r:id="rId4739" o:title="eqId8455657dde27aabe6adb7b188e031c11"/>
          </v:shape>
        </w:pict>
      </w:r>
      <w:r>
        <w:rPr>
          <w:rFonts w:ascii="宋体" w:eastAsia="宋体" w:hAnsi="宋体" w:cs="宋体"/>
          <w:color w:val="000000"/>
        </w:rPr>
        <w:t>所表示的数．</w:t>
      </w:r>
    </w:p>
    <w:p>
      <w:pPr>
        <w:spacing w:line="360" w:lineRule="auto"/>
        <w:jc w:val="left"/>
        <w:textAlignment w:val="center"/>
        <w:rPr>
          <w:color w:val="000000"/>
        </w:rPr>
      </w:pPr>
      <w:r>
        <w:rPr>
          <w:color w:val="000000"/>
        </w:rPr>
        <w:drawing>
          <wp:inline>
            <wp:extent cx="3248025" cy="600075"/>
            <wp:docPr id="35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 name=""/>
                    <pic:cNvPicPr>
                      <a:picLocks noChangeAspect="1"/>
                    </pic:cNvPicPr>
                  </pic:nvPicPr>
                  <pic:blipFill>
                    <a:blip r:embed="rId4741"/>
                    <a:stretch>
                      <a:fillRect/>
                    </a:stretch>
                  </pic:blipFill>
                  <pic:spPr>
                    <a:xfrm>
                      <a:off x="0" y="0"/>
                      <a:ext cx="3248025" cy="60007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eastAsia="宋体" w:hAnsi="宋体" w:cs="宋体"/>
          <w:color w:val="000000"/>
        </w:rPr>
        <w:t>数轴上，点</w:t>
      </w:r>
      <w:r>
        <w:pict>
          <v:shape id="_x0000_i714629" type="#_x0000_t75" alt="学科网(www.zxxk.com)--教育资源门户，提供试卷、教案、课件、论文、素材以及各类教学资源下载，还有大量而丰富的教学相关资讯！" style="width:12pt;height:13pt" o:oleicon="f" o:ole="">
            <v:imagedata r:id="rId4742" o:title="eqId2a30f3a8b673cc28bd90c50cf1a35281"/>
          </v:shape>
        </w:pict>
      </w:r>
      <w:r>
        <w:rPr>
          <w:rFonts w:ascii="宋体" w:eastAsia="宋体" w:hAnsi="宋体" w:cs="宋体"/>
          <w:color w:val="000000"/>
        </w:rPr>
        <w:t>表示的数为</w:t>
      </w:r>
      <w:r>
        <w:pict>
          <v:shape id="_x0000_i714630" type="#_x0000_t75" alt="学科网(www.zxxk.com)--教育资源门户，提供试卷、教案、课件、论文、素材以及各类教学资源下载，还有大量而丰富的教学相关资讯！" style="width:19pt;height:12.5pt" o:oleicon="f" o:ole="">
            <v:imagedata r:id="rId4743" o:title="eqId32e22e1223baf7cb3d53e668c2449609"/>
          </v:shape>
        </w:pict>
      </w:r>
      <w:r>
        <w:rPr>
          <w:rFonts w:ascii="宋体" w:eastAsia="宋体" w:hAnsi="宋体" w:cs="宋体"/>
          <w:color w:val="000000"/>
        </w:rPr>
        <w:t>，点</w:t>
      </w:r>
      <w:r>
        <w:pict>
          <v:shape id="_x0000_i714631" type="#_x0000_t75" alt="学科网(www.zxxk.com)--教育资源门户，提供试卷、教案、课件、论文、素材以及各类教学资源下载，还有大量而丰富的教学相关资讯！" style="width:12.75pt;height:12.75pt" o:oleicon="f" o:ole="">
            <v:imagedata r:id="rId4744" o:title="eqIda0ed1ec316bc54c37c4286c208f55667"/>
          </v:shape>
        </w:pict>
      </w:r>
      <w:r>
        <w:rPr>
          <w:rFonts w:ascii="宋体" w:eastAsia="宋体" w:hAnsi="宋体" w:cs="宋体"/>
          <w:color w:val="000000"/>
        </w:rPr>
        <w:t>表示的数为</w:t>
      </w:r>
      <w:r>
        <w:rPr>
          <w:rFonts w:ascii="Times New Roman" w:eastAsia="Times New Roman" w:hAnsi="Times New Roman" w:cs="Times New Roman"/>
          <w:color w:val="000000"/>
        </w:rPr>
        <w:t>50</w:t>
      </w:r>
      <w:r>
        <w:rPr>
          <w:rFonts w:ascii="宋体" w:eastAsia="宋体" w:hAnsi="宋体" w:cs="宋体"/>
          <w:color w:val="000000"/>
        </w:rPr>
        <w:t>，从某时刻开始，若点</w:t>
      </w:r>
      <w:r>
        <w:pict>
          <v:shape id="_x0000_i714632" type="#_x0000_t75" alt="学科网(www.zxxk.com)--教育资源门户，提供试卷、教案、课件、论文、素材以及各类教学资源下载，还有大量而丰富的教学相关资讯！" style="width:14.25pt;height:10.5pt" o:oleicon="f" o:ole="">
            <v:imagedata r:id="rId4745" o:title="eqIdac047e91852b91af639feec23a9598b2"/>
          </v:shape>
        </w:pict>
      </w:r>
      <w:r>
        <w:rPr>
          <w:rFonts w:ascii="宋体" w:eastAsia="宋体" w:hAnsi="宋体" w:cs="宋体"/>
          <w:color w:val="000000"/>
        </w:rPr>
        <w:t>从原点</w:t>
      </w:r>
      <w:r>
        <w:pict>
          <v:shape id="_x0000_i714633" type="#_x0000_t75" alt="学科网(www.zxxk.com)--教育资源门户，提供试卷、教案、课件、论文、素材以及各类教学资源下载，还有大量而丰富的教学相关资讯！" style="width:12pt;height:14.25pt" o:oleicon="f" o:ole="">
            <v:imagedata r:id="rId4746" o:title="eqId1dde8112e8eb968fd042418dd632759e"/>
          </v:shape>
        </w:pict>
      </w:r>
      <w:r>
        <w:rPr>
          <w:rFonts w:ascii="宋体" w:eastAsia="宋体" w:hAnsi="宋体" w:cs="宋体"/>
          <w:color w:val="000000"/>
        </w:rPr>
        <w:t>出发向右在数轴上做匀速直线运动，且</w:t>
      </w:r>
      <w:r>
        <w:pict>
          <v:shape id="_x0000_i714634" type="#_x0000_t75" alt="学科网(www.zxxk.com)--教育资源门户，提供试卷、教案、课件、论文、素材以及各类教学资源下载，还有大量而丰富的教学相关资讯！" style="width:14.25pt;height:10.5pt" o:oleicon="f" o:ole="">
            <v:imagedata r:id="rId4745" o:title="eqIdac047e91852b91af639feec23a9598b2"/>
          </v:shape>
        </w:pict>
      </w:r>
      <w:r>
        <w:rPr>
          <w:rFonts w:ascii="宋体" w:eastAsia="宋体" w:hAnsi="宋体" w:cs="宋体"/>
          <w:color w:val="000000"/>
        </w:rPr>
        <w:t>的速度为</w:t>
      </w:r>
      <w:r>
        <w:rPr>
          <w:rFonts w:ascii="Times New Roman" w:eastAsia="Times New Roman" w:hAnsi="Times New Roman" w:cs="Times New Roman"/>
          <w:color w:val="000000"/>
        </w:rPr>
        <w:t>5</w:t>
      </w:r>
      <w:r>
        <w:rPr>
          <w:rFonts w:ascii="宋体" w:eastAsia="宋体" w:hAnsi="宋体" w:cs="宋体"/>
          <w:color w:val="000000"/>
        </w:rPr>
        <w:t>单位</w:t>
      </w:r>
      <w:r>
        <w:rPr>
          <w:rFonts w:ascii="Times New Roman" w:eastAsia="Times New Roman" w:hAnsi="Times New Roman" w:cs="Times New Roman"/>
          <w:color w:val="000000"/>
        </w:rPr>
        <w:t>/</w:t>
      </w:r>
      <w:r>
        <w:rPr>
          <w:rFonts w:ascii="宋体" w:eastAsia="宋体" w:hAnsi="宋体" w:cs="宋体"/>
          <w:color w:val="000000"/>
        </w:rPr>
        <w:t>秒，设运动时间为</w:t>
      </w:r>
      <w:r>
        <w:pict>
          <v:shape id="_x0000_i714635" type="#_x0000_t75" alt="学科网(www.zxxk.com)--教育资源门户，提供试卷、教案、课件、论文、素材以及各类教学资源下载，还有大量而丰富的教学相关资讯！" style="width:7.35pt;height:11.9pt" o:oleicon="f" o:ole="">
            <v:imagedata r:id="rId4747" o:title="eqId36a1b09c653185842513e24ebba60bb3"/>
          </v:shape>
        </w:pict>
      </w:r>
      <w:r>
        <w:rPr>
          <w:rFonts w:ascii="宋体" w:eastAsia="宋体" w:hAnsi="宋体" w:cs="宋体"/>
          <w:color w:val="000000"/>
        </w:rPr>
        <w:t>秒</w:t>
      </w:r>
      <w:r>
        <w:pict>
          <v:shape id="_x0000_i714636" type="#_x0000_t75" alt="学科网(www.zxxk.com)--教育资源门户，提供试卷、教案、课件、论文、素材以及各类教学资源下载，还有大量而丰富的教学相关资讯！" style="width:34.4pt;height:19.6pt" o:oleicon="f" o:ole="">
            <v:imagedata r:id="rId4748" o:title="eqId6cea72e0c37257bcfd85a59ef8dd0f80"/>
          </v:shape>
        </w:pict>
      </w:r>
      <w:r>
        <w:rPr>
          <w:rFonts w:ascii="宋体" w:eastAsia="宋体" w:hAnsi="宋体" w:cs="宋体"/>
          <w:color w:val="000000"/>
        </w:rPr>
        <w:t>，当</w:t>
      </w:r>
      <w:r>
        <w:pict>
          <v:shape id="_x0000_i714637" type="#_x0000_t75" alt="学科网(www.zxxk.com)--教育资源门户，提供试卷、教案、课件、论文、素材以及各类教学资源下载，还有大量而丰富的教学相关资讯！" style="width:63.7pt;height:20.4pt" o:oleicon="f" o:ole="">
            <v:imagedata r:id="rId4749" o:title="eqId5d230b257d5a902207922e097758aa4e"/>
          </v:shape>
        </w:pict>
      </w:r>
      <w:r>
        <w:rPr>
          <w:rFonts w:ascii="宋体" w:eastAsia="宋体" w:hAnsi="宋体" w:cs="宋体"/>
          <w:color w:val="000000"/>
        </w:rPr>
        <w:t>时，请直接写出</w:t>
      </w:r>
      <w:r>
        <w:pict>
          <v:shape id="_x0000_i714638" type="#_x0000_t75" alt="学科网(www.zxxk.com)--教育资源门户，提供试卷、教案、课件、论文、素材以及各类教学资源下载，还有大量而丰富的教学相关资讯！" style="width:7.35pt;height:11.9pt" o:oleicon="f" o:ole="">
            <v:imagedata r:id="rId4747" o:title="eqId36a1b09c653185842513e24ebba60bb3"/>
          </v:shape>
        </w:pic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3419475" cy="657225"/>
            <wp:docPr id="35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 name=""/>
                    <pic:cNvPicPr>
                      <a:picLocks noChangeAspect="1"/>
                    </pic:cNvPicPr>
                  </pic:nvPicPr>
                  <pic:blipFill>
                    <a:blip r:embed="rId4750"/>
                    <a:stretch>
                      <a:fillRect/>
                    </a:stretch>
                  </pic:blipFill>
                  <pic:spPr>
                    <a:xfrm>
                      <a:off x="0" y="0"/>
                      <a:ext cx="3419475" cy="6572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rPr>
          <w:rFonts w:ascii="Times New Roman" w:eastAsia="Times New Roman" w:hAnsi="Times New Roman" w:cs="Times New Roman"/>
          <w:color w:val="000000"/>
        </w:rPr>
        <w:t>4</w:t>
      </w:r>
      <w:r>
        <w:rPr>
          <w:rFonts w:ascii="宋体" w:eastAsia="宋体" w:hAnsi="宋体" w:cs="宋体"/>
          <w:color w:val="000000"/>
        </w:rPr>
        <w:t>；②</w:t>
      </w:r>
      <w:r>
        <w:rPr>
          <w:rFonts w:ascii="Times New Roman" w:eastAsia="Times New Roman" w:hAnsi="Times New Roman" w:cs="Times New Roman"/>
          <w:color w:val="000000"/>
        </w:rPr>
        <w:t>2</w:t>
      </w:r>
      <w:r>
        <w:rPr>
          <w:rFonts w:ascii="宋体" w:eastAsia="宋体" w:hAnsi="宋体" w:cs="宋体"/>
          <w:color w:val="000000"/>
        </w:rPr>
        <w:t>；③</w:t>
      </w:r>
      <w:r>
        <w:rPr>
          <w:rFonts w:ascii="Times New Roman" w:eastAsia="Times New Roman" w:hAnsi="Times New Roman" w:cs="Times New Roman"/>
          <w:color w:val="000000"/>
        </w:rPr>
        <w:t>11</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pict>
          <v:shape id="_x0000_i714639" type="#_x0000_t75" alt="学科网(www.zxxk.com)--教育资源门户，提供试卷、教案、课件、论文、素材以及各类教学资源下载，还有大量而丰富的教学相关资讯！" style="width:7.35pt;height:11.9pt" o:oleicon="f" o:ole="">
            <v:imagedata r:id="rId4751" o:title="eqId36a1b09c653185842513e24ebba60bb3"/>
          </v:shape>
        </w:pict>
      </w:r>
      <w:r>
        <w:rPr>
          <w:rFonts w:ascii="宋体" w:eastAsia="宋体" w:hAnsi="宋体" w:cs="宋体"/>
          <w:color w:val="000000"/>
        </w:rPr>
        <w:t>的值为</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16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）分别根据新定义可解答；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）根据点</w:t>
      </w:r>
      <w:r>
        <w:pict>
          <v:shape id="_x0000_i714640" type="#_x0000_t75" alt="学科网(www.zxxk.com)--教育资源门户，提供试卷、教案、课件、论文、素材以及各类教学资源下载，还有大量而丰富的教学相关资讯！" style="width:14.25pt;height:10.5pt" o:oleicon="f" o:ole="">
            <v:imagedata r:id="rId4752" o:title="eqIdac047e91852b91af639feec23a9598b2"/>
          </v:shape>
        </w:pict>
      </w:r>
      <w:r>
        <w:rPr>
          <w:rFonts w:ascii="宋体" w:eastAsia="宋体" w:hAnsi="宋体" w:cs="宋体"/>
          <w:color w:val="000000"/>
        </w:rPr>
        <w:t>运动的速度可得</w:t>
      </w:r>
      <w:r>
        <w:pict>
          <v:shape id="_x0000_i714641" type="#_x0000_t75" alt="学科网(www.zxxk.com)--教育资源门户，提供试卷、教案、课件、论文、素材以及各类教学资源下载，还有大量而丰富的教学相关资讯！" style="width:14.25pt;height:10.5pt" o:oleicon="f" o:ole="">
            <v:imagedata r:id="rId4752" o:title="eqIdac047e91852b91af639feec23a9598b2"/>
          </v:shape>
        </w:pict>
      </w:r>
      <w:r>
        <w:rPr>
          <w:rFonts w:ascii="宋体" w:eastAsia="宋体" w:hAnsi="宋体" w:cs="宋体"/>
          <w:color w:val="000000"/>
        </w:rPr>
        <w:t>运动</w:t>
      </w:r>
      <w:r>
        <w:pict>
          <v:shape id="_x0000_i714642" type="#_x0000_t75" alt="学科网(www.zxxk.com)--教育资源门户，提供试卷、教案、课件、论文、素材以及各类教学资源下载，还有大量而丰富的教学相关资讯！" style="width:7.35pt;height:11.9pt" o:oleicon="f" o:ole="">
            <v:imagedata r:id="rId4753" o:title="eqId36a1b09c653185842513e24ebba60bb3"/>
          </v:shape>
        </w:pict>
      </w:r>
      <w:r>
        <w:rPr>
          <w:rFonts w:ascii="宋体" w:eastAsia="宋体" w:hAnsi="宋体" w:cs="宋体"/>
          <w:color w:val="000000"/>
        </w:rPr>
        <w:t>秒表示的数为</w:t>
      </w:r>
      <w:r>
        <w:pict>
          <v:shape id="_x0000_i714643" type="#_x0000_t75" alt="学科网(www.zxxk.com)--教育资源门户，提供试卷、教案、课件、论文、素材以及各类教学资源下载，还有大量而丰富的教学相关资讯！" style="width:12.75pt;height:14.25pt" o:oleicon="f" o:ole="">
            <v:imagedata r:id="rId4754" o:title="eqId1615241936780e83eb45e6166717161c"/>
          </v:shape>
        </w:pict>
      </w:r>
      <w:r>
        <w:rPr>
          <w:rFonts w:ascii="宋体" w:eastAsia="宋体" w:hAnsi="宋体" w:cs="宋体"/>
          <w:color w:val="000000"/>
        </w:rPr>
        <w:t>，分点</w:t>
      </w:r>
      <w:r>
        <w:pict>
          <v:shape id="_x0000_i714644" type="#_x0000_t75" alt="学科网(www.zxxk.com)--教育资源门户，提供试卷、教案、课件、论文、素材以及各类教学资源下载，还有大量而丰富的教学相关资讯！" style="width:14.25pt;height:10.5pt" o:oleicon="f" o:ole="">
            <v:imagedata r:id="rId4752" o:title="eqIdac047e91852b91af639feec23a9598b2"/>
          </v:shape>
        </w:pict>
      </w:r>
      <w:r>
        <w:rPr>
          <w:rFonts w:ascii="宋体" w:eastAsia="宋体" w:hAnsi="宋体" w:cs="宋体"/>
          <w:color w:val="000000"/>
        </w:rPr>
        <w:t>在</w:t>
      </w:r>
      <w:r>
        <w:pict>
          <v:shape id="_x0000_i714645" type="#_x0000_t75" alt="学科网(www.zxxk.com)--教育资源门户，提供试卷、教案、课件、论文、素材以及各类教学资源下载，还有大量而丰富的教学相关资讯！" style="width:12.75pt;height:12.75pt" o:oleicon="f" o:ole="">
            <v:imagedata r:id="rId4755" o:title="eqIda0ed1ec316bc54c37c4286c208f55667"/>
          </v:shape>
        </w:pict>
      </w:r>
      <w:r>
        <w:rPr>
          <w:rFonts w:ascii="宋体" w:eastAsia="宋体" w:hAnsi="宋体" w:cs="宋体"/>
          <w:color w:val="000000"/>
        </w:rPr>
        <w:t>的左边和右边，根据新定义列方程可解答．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解：①∵点</w:t>
      </w:r>
      <w:r>
        <w:pict>
          <v:shape id="_x0000_i714646" type="#_x0000_t75" alt="学科网(www.zxxk.com)--教育资源门户，提供试卷、教案、课件、论文、素材以及各类教学资源下载，还有大量而丰富的教学相关资讯！" style="width:11.25pt;height:12pt" o:oleicon="f" o:ole="">
            <v:imagedata r:id="rId4756" o:title="eqIddad2a36927223bd70f426ba06aea4b45"/>
          </v:shape>
        </w:pict>
      </w:r>
      <w:r>
        <w:rPr>
          <w:rFonts w:ascii="宋体" w:eastAsia="宋体" w:hAnsi="宋体" w:cs="宋体"/>
          <w:color w:val="000000"/>
        </w:rPr>
        <w:t>表示</w:t>
      </w:r>
      <w:r>
        <w:pict>
          <v:shape id="_x0000_i714647" type="#_x0000_t75" alt="学科网(www.zxxk.com)--教育资源门户，提供试卷、教案、课件、论文、素材以及各类教学资源下载，还有大量而丰富的教学相关资讯！" style="width:16.05pt;height:13.9pt" o:oleicon="f" o:ole="">
            <v:imagedata r:id="rId4757" o:title="eqId81fb134b2b48acc99213fff6ccfee65f"/>
          </v:shape>
        </w:pict>
      </w:r>
      <w:r>
        <w:rPr>
          <w:rFonts w:ascii="宋体" w:eastAsia="宋体" w:hAnsi="宋体" w:cs="宋体"/>
          <w:color w:val="000000"/>
        </w:rPr>
        <w:t>，点</w:t>
      </w:r>
      <w:r>
        <w:pict>
          <v:shape id="_x0000_i714648" type="#_x0000_t75" alt="学科网(www.zxxk.com)--教育资源门户，提供试卷、教案、课件、论文、素材以及各类教学资源下载，还有大量而丰富的教学相关资讯！" style="width:12pt;height:12pt" o:oleicon="f" o:ole="">
            <v:imagedata r:id="rId4758" o:title="eqId5963abe8f421bd99a2aaa94831a951e9"/>
          </v:shape>
        </w:pict>
      </w:r>
      <w:r>
        <w:rPr>
          <w:rFonts w:ascii="宋体" w:eastAsia="宋体" w:hAnsi="宋体" w:cs="宋体"/>
          <w:color w:val="000000"/>
        </w:rPr>
        <w:t>表示</w:t>
      </w:r>
      <w:r>
        <w:pict>
          <v:shape id="_x0000_i714649" type="#_x0000_t75" alt="学科网(www.zxxk.com)--教育资源门户，提供试卷、教案、课件、论文、素材以及各类教学资源下载，还有大量而丰富的教学相关资讯！" style="width:12pt;height:10.5pt" o:oleicon="f" o:ole="">
            <v:imagedata r:id="rId4759" o:title="eqIdacbc6a613224461ade69362d46550474"/>
          </v:shape>
        </w:pict>
      </w:r>
      <w:r>
        <w:rPr>
          <w:rFonts w:ascii="宋体" w:eastAsia="宋体" w:hAnsi="宋体" w:cs="宋体"/>
          <w:color w:val="000000"/>
        </w:rPr>
        <w:t>，点</w:t>
      </w:r>
      <w:r>
        <w:pict>
          <v:shape id="_x0000_i714650" type="#_x0000_t75" alt="学科网(www.zxxk.com)--教育资源门户，提供试卷、教案、课件、论文、素材以及各类教学资源下载，还有大量而丰富的教学相关资讯！" style="width:9.75pt;height:10.5pt" o:oleicon="f" o:ole="">
            <v:imagedata r:id="rId4760" o:title="eqId7f9e8449aad35c5d840a3395ea86df6d"/>
          </v:shape>
        </w:pic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651" type="#_x0000_t75" alt="学科网(www.zxxk.com)--教育资源门户，提供试卷、教案、课件、论文、素材以及各类教学资源下载，还有大量而丰富的教学相关资讯！" style="width:91.8pt;height:19.8pt" o:oleicon="f" o:ole="">
            <v:imagedata r:id="rId4761" o:title="eqIde481fe855846ca6a0d1799bbd31110fd"/>
          </v:shape>
        </w:pict>
      </w:r>
      <w:r>
        <w:rPr>
          <w:rFonts w:ascii="宋体" w:eastAsia="宋体" w:hAnsi="宋体" w:cs="宋体"/>
          <w:color w:val="000000"/>
        </w:rPr>
        <w:t>，</w:t>
      </w:r>
      <w:r>
        <w:pict>
          <v:shape id="_x0000_i714652" type="#_x0000_t75" alt="学科网(www.zxxk.com)--教育资源门户，提供试卷、教案、课件、论文、素材以及各类教学资源下载，还有大量而丰富的教学相关资讯！" style="width:85.8pt;height:19.8pt" o:oleicon="f" o:ole="">
            <v:imagedata r:id="rId4762" o:title="eqId5f152bef2e991e833ae3b57f068958f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pict>
          <v:shape id="_x0000_i714653" type="#_x0000_t75" alt="学科网(www.zxxk.com)--教育资源门户，提供试卷、教案、课件、论文、素材以及各类教学资源下载，还有大量而丰富的教学相关资讯！" style="width:11.25pt;height:12pt" o:oleicon="f" o:ole="">
            <v:imagedata r:id="rId4763" o:title="eqIddad2a36927223bd70f426ba06aea4b45"/>
          </v:shape>
        </w:pict>
      </w:r>
      <w:r>
        <w:rPr>
          <w:rFonts w:ascii="宋体" w:eastAsia="宋体" w:hAnsi="宋体" w:cs="宋体"/>
          <w:color w:val="000000"/>
        </w:rPr>
        <w:t>是</w:t>
      </w:r>
      <w:r>
        <w:pict>
          <v:shape id="_x0000_i714654" type="#_x0000_t75" alt="学科网(www.zxxk.com)--教育资源门户，提供试卷、教案、课件、论文、素材以及各类教学资源下载，还有大量而丰富的教学相关资讯！" style="width:32.25pt;height:20.25pt" o:oleicon="f" o:ole="">
            <v:imagedata r:id="rId4764" o:title="eqIdb2fc5eea070926e164331a5b76076e9f"/>
          </v:shape>
        </w:pict>
      </w:r>
      <w:r>
        <w:rPr>
          <w:rFonts w:ascii="宋体" w:eastAsia="宋体" w:hAnsi="宋体" w:cs="宋体"/>
          <w:color w:val="000000"/>
        </w:rPr>
        <w:t>的“</w:t>
      </w:r>
      <w:r>
        <w:rPr>
          <w:rFonts w:ascii="Times New Roman" w:eastAsia="Times New Roman" w:hAnsi="Times New Roman" w:cs="Times New Roman"/>
          <w:color w:val="000000"/>
        </w:rPr>
        <w:t>4</w:t>
      </w:r>
      <w:r>
        <w:rPr>
          <w:rFonts w:ascii="宋体" w:eastAsia="宋体" w:hAnsi="宋体" w:cs="宋体"/>
          <w:color w:val="000000"/>
        </w:rPr>
        <w:t>倍点”，记作：</w:t>
      </w:r>
      <w:r>
        <w:pict>
          <v:shape id="_x0000_i714655" type="#_x0000_t75" alt="学科网(www.zxxk.com)--教育资源门户，提供试卷、教案、课件、论文、素材以及各类教学资源下载，还有大量而丰富的教学相关资讯！" style="width:58.8pt;height:19.8pt" o:oleicon="f" o:ole="">
            <v:imagedata r:id="rId4765" o:title="eqId76a304fb44ca358378239b9b8ea79f2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14656" type="#_x0000_t75" alt="学科网(www.zxxk.com)--教育资源门户，提供试卷、教案、课件、论文、素材以及各类教学资源下载，还有大量而丰富的教学相关资讯！" style="width:57pt;height:20.4pt" o:oleicon="f" o:ole="">
            <v:imagedata r:id="rId4766" o:title="eqId4a528db8edd07b12627963da08378f5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657" type="#_x0000_t75" alt="学科网(www.zxxk.com)--教育资源门户，提供试卷、教案、课件、论文、素材以及各类教学资源下载，还有大量而丰富的教学相关资讯！" style="width:46pt;height:13.95pt" o:oleicon="f" o:ole="">
            <v:imagedata r:id="rId4767" o:title="eqId3d89ba4036a5d18ec4abed44d7fd8e8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14658" type="#_x0000_t75" alt="学科网(www.zxxk.com)--教育资源门户，提供试卷、教案、课件、论文、素材以及各类教学资源下载，还有大量而丰富的教学相关资讯！" style="width:12pt;height:12pt" o:oleicon="f" o:ole="">
            <v:imagedata r:id="rId4768" o:title="eqId5963abe8f421bd99a2aaa94831a951e9"/>
          </v:shape>
        </w:pict>
      </w:r>
      <w:r>
        <w:rPr>
          <w:rFonts w:ascii="宋体" w:eastAsia="宋体" w:hAnsi="宋体" w:cs="宋体"/>
          <w:color w:val="000000"/>
        </w:rPr>
        <w:t>表示</w:t>
      </w:r>
      <w:r>
        <w:pict>
          <v:shape id="_x0000_i714659" type="#_x0000_t75" alt="学科网(www.zxxk.com)--教育资源门户，提供试卷、教案、课件、论文、素材以及各类教学资源下载，还有大量而丰富的教学相关资讯！" style="width:12pt;height:10.5pt" o:oleicon="f" o:ole="">
            <v:imagedata r:id="rId4769" o:title="eqIdacbc6a613224461ade69362d46550474"/>
          </v:shape>
        </w:pict>
      </w:r>
      <w:r>
        <w:rPr>
          <w:rFonts w:ascii="宋体" w:eastAsia="宋体" w:hAnsi="宋体" w:cs="宋体"/>
          <w:color w:val="000000"/>
        </w:rPr>
        <w:t>，点</w:t>
      </w:r>
      <w:r>
        <w:pict>
          <v:shape id="_x0000_i714660" type="#_x0000_t75" alt="学科网(www.zxxk.com)--教育资源门户，提供试卷、教案、课件、论文、素材以及各类教学资源下载，还有大量而丰富的教学相关资讯！" style="width:9.75pt;height:10.5pt" o:oleicon="f" o:ole="">
            <v:imagedata r:id="rId4770" o:title="eqId7f9e8449aad35c5d840a3395ea86df6d"/>
          </v:shape>
        </w:pic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661" type="#_x0000_t75" alt="学科网(www.zxxk.com)--教育资源门户，提供试卷、教案、课件、论文、素材以及各类教学资源下载，还有大量而丰富的教学相关资讯！" style="width:11.9pt;height:14.4pt" o:oleicon="f" o:ole="">
            <v:imagedata r:id="rId4771" o:title="eqIdc5db41a1f31d6baee7c69990811edb9f"/>
          </v:shape>
        </w:pic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35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 name=""/>
                    <pic:cNvPicPr>
                      <a:picLocks noChangeAspect="1"/>
                    </pic:cNvPicPr>
                  </pic:nvPicPr>
                  <pic:blipFill>
                    <a:blip r:embed="rId4772"/>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w:t>
      </w:r>
      <w:r>
        <w:pict>
          <v:shape id="_x0000_i714662" type="#_x0000_t75" alt="学科网(www.zxxk.com)--教育资源门户，提供试卷、教案、课件、论文、素材以及各类教学资源下载，还有大量而丰富的教学相关资讯！" style="width:60.75pt;height:20.4pt" o:oleicon="f" o:ole="">
            <v:imagedata r:id="rId4773" o:title="eqIddb3a81e6317d24a9b14cc54e13b5034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663" type="#_x0000_t75" alt="学科网(www.zxxk.com)--教育资源门户，提供试卷、教案、课件、论文、素材以及各类教学资源下载，还有大量而丰富的教学相关资讯！" style="width:54.4pt;height:13.1pt" o:oleicon="f" o:ole="">
            <v:imagedata r:id="rId4774" o:title="eqIdef4f7affb834813143bf8c6bcd69639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pict>
          <v:shape id="_x0000_i714664" type="#_x0000_t75" alt="学科网(www.zxxk.com)--教育资源门户，提供试卷、教案、课件、论文、素材以及各类教学资源下载，还有大量而丰富的教学相关资讯！" style="width:11.25pt;height:11.25pt" o:oleicon="f" o:ole="">
            <v:imagedata r:id="rId4775" o:title="eqId8455657dde27aabe6adb7b188e031c11"/>
          </v:shape>
        </w:pict>
      </w:r>
      <w:r>
        <w:rPr>
          <w:rFonts w:ascii="宋体" w:eastAsia="宋体" w:hAnsi="宋体" w:cs="宋体"/>
          <w:color w:val="000000"/>
        </w:rPr>
        <w:t>在点</w:t>
      </w:r>
      <w:r>
        <w:pict>
          <v:shape id="_x0000_i714665" type="#_x0000_t75" alt="学科网(www.zxxk.com)--教育资源门户，提供试卷、教案、课件、论文、素材以及各类教学资源下载，还有大量而丰富的教学相关资讯！" style="width:12pt;height:12pt" o:oleicon="f" o:ole="">
            <v:imagedata r:id="rId4776" o:title="eqId5963abe8f421bd99a2aaa94831a951e9"/>
          </v:shape>
        </w:pict>
      </w:r>
      <w:r>
        <w:rPr>
          <w:rFonts w:ascii="宋体" w:eastAsia="宋体" w:hAnsi="宋体" w:cs="宋体"/>
          <w:color w:val="000000"/>
        </w:rPr>
        <w:t xml:space="preserve"> 和点</w:t>
      </w:r>
      <w:r>
        <w:pict>
          <v:shape id="_x0000_i714666" type="#_x0000_t75" alt="学科网(www.zxxk.com)--教育资源门户，提供试卷、教案、课件、论文、素材以及各类教学资源下载，还有大量而丰富的教学相关资讯！" style="width:9.75pt;height:10.5pt" o:oleicon="f" o:ole="">
            <v:imagedata r:id="rId4777" o:title="eqId7f9e8449aad35c5d840a3395ea86df6d"/>
          </v:shape>
        </w:pict>
      </w:r>
      <w:r>
        <w:rPr>
          <w:color w:val="000000"/>
        </w:rPr>
        <w:t>之间</w: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则</w:t>
      </w:r>
      <w:r>
        <w:pict>
          <v:shape id="_x0000_i714667" type="#_x0000_t75" alt="学科网(www.zxxk.com)--教育资源门户，提供试卷、教案、课件、论文、素材以及各类教学资源下载，还有大量而丰富的教学相关资讯！" style="width:75pt;height:13.2pt" o:oleicon="f" o:ole="">
            <v:imagedata r:id="rId4778" o:title="eqId7c66b4d306ffe938cb584c54700760c0"/>
          </v:shape>
        </w:pict>
      </w:r>
    </w:p>
    <w:p>
      <w:pPr>
        <w:spacing w:line="360" w:lineRule="auto"/>
        <w:jc w:val="left"/>
        <w:textAlignment w:val="center"/>
        <w:rPr>
          <w:color w:val="000000"/>
        </w:rPr>
      </w:pPr>
      <w:r>
        <w:rPr>
          <w:rFonts w:ascii="宋体" w:eastAsia="宋体" w:hAnsi="宋体" w:cs="宋体"/>
          <w:color w:val="000000"/>
        </w:rPr>
        <w:t>∴</w:t>
      </w:r>
      <w:r>
        <w:pict>
          <v:shape id="_x0000_i714668" type="#_x0000_t75" alt="学科网(www.zxxk.com)--教育资源门户，提供试卷、教案、课件、论文、素材以及各类教学资源下载，还有大量而丰富的教学相关资讯！" style="width:48pt;height:12.75pt" o:oleicon="f" o:ole="">
            <v:imagedata r:id="rId4779" o:title="eqId7059ac1fdadf0bc6474d78c03ac7e121"/>
          </v:shape>
        </w:pict>
      </w:r>
    </w:p>
    <w:p>
      <w:pPr>
        <w:spacing w:line="360" w:lineRule="auto"/>
        <w:jc w:val="left"/>
        <w:textAlignment w:val="center"/>
        <w:rPr>
          <w:color w:val="000000"/>
        </w:rPr>
      </w:pPr>
      <w:r>
        <w:rPr>
          <w:rFonts w:ascii="宋体" w:eastAsia="宋体" w:hAnsi="宋体" w:cs="宋体"/>
          <w:color w:val="000000"/>
        </w:rPr>
        <w:t>∵点</w:t>
      </w:r>
      <w:r>
        <w:pict>
          <v:shape id="_x0000_i714669" type="#_x0000_t75" alt="学科网(www.zxxk.com)--教育资源门户，提供试卷、教案、课件、论文、素材以及各类教学资源下载，还有大量而丰富的教学相关资讯！" style="width:12pt;height:12pt" o:oleicon="f" o:ole="">
            <v:imagedata r:id="rId4780" o:title="eqId5963abe8f421bd99a2aaa94831a951e9"/>
          </v:shape>
        </w:pict>
      </w:r>
      <w:r>
        <w:rPr>
          <w:rFonts w:ascii="宋体" w:eastAsia="宋体" w:hAnsi="宋体" w:cs="宋体"/>
          <w:color w:val="000000"/>
        </w:rPr>
        <w:t>表示</w:t>
      </w:r>
      <w:r>
        <w:pict>
          <v:shape id="_x0000_i714670" type="#_x0000_t75" alt="学科网(www.zxxk.com)--教育资源门户，提供试卷、教案、课件、论文、素材以及各类教学资源下载，还有大量而丰富的教学相关资讯！" style="width:12pt;height:10.5pt" o:oleicon="f" o:ole="">
            <v:imagedata r:id="rId4781" o:title="eqIdacbc6a613224461ade69362d46550474"/>
          </v:shape>
        </w:pict>
      </w:r>
      <w:r>
        <w:rPr>
          <w:rFonts w:ascii="宋体" w:eastAsia="宋体" w:hAnsi="宋体" w:cs="宋体"/>
          <w:color w:val="000000"/>
        </w:rPr>
        <w:t>，点</w:t>
      </w:r>
      <w:r>
        <w:pict>
          <v:shape id="_x0000_i714671" type="#_x0000_t75" alt="学科网(www.zxxk.com)--教育资源门户，提供试卷、教案、课件、论文、素材以及各类教学资源下载，还有大量而丰富的教学相关资讯！" style="width:9.75pt;height:10.5pt" o:oleicon="f" o:ole="">
            <v:imagedata r:id="rId4782" o:title="eqId7f9e8449aad35c5d840a3395ea86df6d"/>
          </v:shape>
        </w:pic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672" type="#_x0000_t75" alt="学科网(www.zxxk.com)--教育资源门户，提供试卷、教案、课件、论文、素材以及各类教学资源下载，还有大量而丰富的教学相关资讯！" style="width:66pt;height:13.8pt" o:oleicon="f" o:ole="">
            <v:imagedata r:id="rId4783" o:title="eqId191eaf5020dce67601436b527ef44db6"/>
          </v:shape>
        </w:pict>
      </w:r>
    </w:p>
    <w:p>
      <w:pPr>
        <w:spacing w:line="360" w:lineRule="auto"/>
        <w:jc w:val="left"/>
        <w:textAlignment w:val="center"/>
        <w:rPr>
          <w:color w:val="000000"/>
        </w:rPr>
      </w:pPr>
      <w:r>
        <w:rPr>
          <w:rFonts w:ascii="宋体" w:eastAsia="宋体" w:hAnsi="宋体" w:cs="宋体"/>
          <w:color w:val="000000"/>
        </w:rPr>
        <w:t>∴</w:t>
      </w:r>
      <w:r>
        <w:pict>
          <v:shape id="_x0000_i714673" type="#_x0000_t75" alt="学科网(www.zxxk.com)--教育资源门户，提供试卷、教案、课件、论文、素材以及各类教学资源下载，还有大量而丰富的教学相关资讯！" style="width:11.25pt;height:11.25pt" o:oleicon="f" o:ole="">
            <v:imagedata r:id="rId4784" o:title="eqId8455657dde27aabe6adb7b188e031c11"/>
          </v:shape>
        </w:pict>
      </w:r>
      <w:r>
        <w:rPr>
          <w:rFonts w:ascii="宋体" w:eastAsia="宋体" w:hAnsi="宋体" w:cs="宋体"/>
          <w:color w:val="000000"/>
        </w:rPr>
        <w:t>表示的数为</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pict>
          <v:shape id="_x0000_i714674" type="#_x0000_t75" alt="学科网(www.zxxk.com)--教育资源门户，提供试卷、教案、课件、论文、素材以及各类教学资源下载，还有大量而丰富的教学相关资讯！" style="width:11.25pt;height:11.25pt" o:oleicon="f" o:ole="">
            <v:imagedata r:id="rId4785" o:title="eqId8455657dde27aabe6adb7b188e031c11"/>
          </v:shape>
        </w:pict>
      </w:r>
      <w:r>
        <w:rPr>
          <w:rFonts w:ascii="宋体" w:eastAsia="宋体" w:hAnsi="宋体" w:cs="宋体"/>
          <w:color w:val="000000"/>
        </w:rPr>
        <w:t>在点</w:t>
      </w:r>
      <w:r>
        <w:pict>
          <v:shape id="_x0000_i714675" type="#_x0000_t75" alt="学科网(www.zxxk.com)--教育资源门户，提供试卷、教案、课件、论文、素材以及各类教学资源下载，还有大量而丰富的教学相关资讯！" style="width:9.75pt;height:10.5pt" o:oleicon="f" o:ole="">
            <v:imagedata r:id="rId4786" o:title="eqId7f9e8449aad35c5d840a3395ea86df6d"/>
          </v:shape>
        </w:pict>
      </w:r>
      <w:r>
        <w:rPr>
          <w:rFonts w:ascii="宋体" w:eastAsia="宋体" w:hAnsi="宋体" w:cs="宋体"/>
          <w:color w:val="000000"/>
        </w:rPr>
        <w:t>左侧，</w:t>
      </w:r>
    </w:p>
    <w:p>
      <w:pPr>
        <w:spacing w:line="360" w:lineRule="auto"/>
        <w:jc w:val="left"/>
        <w:textAlignment w:val="center"/>
        <w:rPr>
          <w:color w:val="000000"/>
        </w:rPr>
      </w:pPr>
      <w:r>
        <w:rPr>
          <w:rFonts w:ascii="宋体" w:eastAsia="宋体" w:hAnsi="宋体" w:cs="宋体"/>
          <w:color w:val="000000"/>
        </w:rPr>
        <w:t>则</w:t>
      </w:r>
      <w:r>
        <w:pict>
          <v:shape id="_x0000_i714676" type="#_x0000_t75" alt="学科网(www.zxxk.com)--教育资源门户，提供试卷、教案、课件、论文、素材以及各类教学资源下载，还有大量而丰富的教学相关资讯！" style="width:75pt;height:13.2pt" o:oleicon="f" o:ole="">
            <v:imagedata r:id="rId4787" o:title="eqId1a164c35e8a4c82823575f7864314300"/>
          </v:shape>
        </w:pict>
      </w:r>
    </w:p>
    <w:p>
      <w:pPr>
        <w:spacing w:line="360" w:lineRule="auto"/>
        <w:jc w:val="left"/>
        <w:textAlignment w:val="center"/>
        <w:rPr>
          <w:color w:val="000000"/>
        </w:rPr>
      </w:pPr>
      <w:r>
        <w:rPr>
          <w:rFonts w:ascii="宋体" w:eastAsia="宋体" w:hAnsi="宋体" w:cs="宋体"/>
          <w:color w:val="000000"/>
        </w:rPr>
        <w:t>∴</w:t>
      </w:r>
      <w:r>
        <w:pict>
          <v:shape id="_x0000_i714677" type="#_x0000_t75" alt="学科网(www.zxxk.com)--教育资源门户，提供试卷、教案、课件、论文、素材以及各类教学资源下载，还有大量而丰富的教学相关资讯！" style="width:75pt;height:31.2pt" o:oleicon="f" o:ole="">
            <v:imagedata r:id="rId4788" o:title="eqIded7069a62775ad8f9c6abfd89f5fa726"/>
          </v:shape>
        </w:pict>
      </w:r>
    </w:p>
    <w:p>
      <w:pPr>
        <w:spacing w:line="360" w:lineRule="auto"/>
        <w:jc w:val="left"/>
        <w:textAlignment w:val="center"/>
        <w:rPr>
          <w:color w:val="000000"/>
        </w:rPr>
      </w:pPr>
      <w:r>
        <w:rPr>
          <w:rFonts w:ascii="宋体" w:eastAsia="宋体" w:hAnsi="宋体" w:cs="宋体"/>
          <w:color w:val="000000"/>
        </w:rPr>
        <w:t>∴</w:t>
      </w:r>
      <w:r>
        <w:pict>
          <v:shape id="_x0000_i714678" type="#_x0000_t75" alt="学科网(www.zxxk.com)--教育资源门户，提供试卷、教案、课件、论文、素材以及各类教学资源下载，还有大量而丰富的教学相关资讯！" style="width:11.25pt;height:11.25pt" o:oleicon="f" o:ole="">
            <v:imagedata r:id="rId4789" o:title="eqId8455657dde27aabe6adb7b188e031c11"/>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故点</w:t>
      </w:r>
      <w:r>
        <w:pict>
          <v:shape id="_x0000_i714679" type="#_x0000_t75" alt="学科网(www.zxxk.com)--教育资源门户，提供试卷、教案、课件、论文、素材以及各类教学资源下载，还有大量而丰富的教学相关资讯！" style="width:11.25pt;height:11.25pt" o:oleicon="f" o:ole="">
            <v:imagedata r:id="rId4790" o:title="eqId8455657dde27aabe6adb7b188e031c11"/>
          </v:shape>
        </w:pict>
      </w:r>
      <w:r>
        <w:rPr>
          <w:rFonts w:ascii="宋体" w:eastAsia="宋体" w:hAnsi="宋体" w:cs="宋体"/>
          <w:color w:val="000000"/>
        </w:rPr>
        <w:t>所表示的数为：</w:t>
      </w:r>
      <w:r>
        <w:rPr>
          <w:rFonts w:ascii="Times New Roman" w:eastAsia="Times New Roman" w:hAnsi="Times New Roman" w:cs="Times New Roman"/>
          <w:color w:val="000000"/>
        </w:rPr>
        <w:t>11</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由题意可知，经过</w:t>
      </w:r>
      <w:r>
        <w:pict>
          <v:shape id="_x0000_i714680" type="#_x0000_t75" alt="学科网(www.zxxk.com)--教育资源门户，提供试卷、教案、课件、论文、素材以及各类教学资源下载，还有大量而丰富的教学相关资讯！" style="width:7.35pt;height:11.9pt" o:oleicon="f" o:ole="">
            <v:imagedata r:id="rId4791" o:title="eqId36a1b09c653185842513e24ebba60bb3"/>
          </v:shape>
        </w:pict>
      </w:r>
      <w:r>
        <w:rPr>
          <w:rFonts w:ascii="宋体" w:eastAsia="宋体" w:hAnsi="宋体" w:cs="宋体"/>
          <w:color w:val="000000"/>
        </w:rPr>
        <w:t>秒后，</w:t>
      </w:r>
      <w:r>
        <w:pict>
          <v:shape id="_x0000_i714681" type="#_x0000_t75" alt="学科网(www.zxxk.com)--教育资源门户，提供试卷、教案、课件、论文、素材以及各类教学资源下载，还有大量而丰富的教学相关资讯！" style="width:14.25pt;height:10.5pt" o:oleicon="f" o:ole="">
            <v:imagedata r:id="rId4792" o:title="eqIdac047e91852b91af639feec23a9598b2"/>
          </v:shape>
        </w:pict>
      </w:r>
      <w:r>
        <w:rPr>
          <w:rFonts w:ascii="宋体" w:eastAsia="宋体" w:hAnsi="宋体" w:cs="宋体"/>
          <w:color w:val="000000"/>
        </w:rPr>
        <w:t>表示的数为：</w:t>
      </w:r>
      <w:r>
        <w:pict>
          <v:shape id="_x0000_i714682" type="#_x0000_t75" alt="学科网(www.zxxk.com)--教育资源门户，提供试卷、教案、课件、论文、素材以及各类教学资源下载，还有大量而丰富的教学相关资讯！" style="width:12.75pt;height:14.25pt" o:oleicon="f" o:ole="">
            <v:imagedata r:id="rId4793" o:title="eqId1615241936780e83eb45e6166717161c"/>
          </v:shape>
        </w:pict>
      </w:r>
    </w:p>
    <w:p>
      <w:pPr>
        <w:spacing w:line="360" w:lineRule="auto"/>
        <w:jc w:val="left"/>
        <w:textAlignment w:val="center"/>
        <w:rPr>
          <w:color w:val="000000"/>
        </w:rPr>
      </w:pPr>
      <w:r>
        <w:rPr>
          <w:rFonts w:ascii="宋体" w:eastAsia="宋体" w:hAnsi="宋体" w:cs="宋体"/>
          <w:color w:val="000000"/>
        </w:rPr>
        <w:t>∵点</w:t>
      </w:r>
      <w:r>
        <w:pict>
          <v:shape id="_x0000_i714683" type="#_x0000_t75" alt="学科网(www.zxxk.com)--教育资源门户，提供试卷、教案、课件、论文、素材以及各类教学资源下载，还有大量而丰富的教学相关资讯！" style="width:12pt;height:13pt" o:oleicon="f" o:ole="">
            <v:imagedata r:id="rId4794" o:title="eqId2a30f3a8b673cc28bd90c50cf1a35281"/>
          </v:shape>
        </w:pict>
      </w:r>
      <w:r>
        <w:rPr>
          <w:rFonts w:ascii="宋体" w:eastAsia="宋体" w:hAnsi="宋体" w:cs="宋体"/>
          <w:color w:val="000000"/>
        </w:rPr>
        <w:t>表示的数为</w:t>
      </w:r>
      <w:r>
        <w:pict>
          <v:shape id="_x0000_i714684" type="#_x0000_t75" alt="学科网(www.zxxk.com)--教育资源门户，提供试卷、教案、课件、论文、素材以及各类教学资源下载，还有大量而丰富的教学相关资讯！" style="width:19pt;height:12.5pt" o:oleicon="f" o:ole="">
            <v:imagedata r:id="rId4795" o:title="eqId32e22e1223baf7cb3d53e668c2449609"/>
          </v:shape>
        </w:pict>
      </w:r>
      <w:r>
        <w:rPr>
          <w:rFonts w:ascii="宋体" w:eastAsia="宋体" w:hAnsi="宋体" w:cs="宋体"/>
          <w:color w:val="000000"/>
        </w:rPr>
        <w:t>，点</w:t>
      </w:r>
      <w:r>
        <w:pict>
          <v:shape id="_x0000_i714685" type="#_x0000_t75" alt="学科网(www.zxxk.com)--教育资源门户，提供试卷、教案、课件、论文、素材以及各类教学资源下载，还有大量而丰富的教学相关资讯！" style="width:12.75pt;height:12.75pt" o:oleicon="f" o:ole="">
            <v:imagedata r:id="rId4796" o:title="eqIda0ed1ec316bc54c37c4286c208f55667"/>
          </v:shape>
        </w:pict>
      </w:r>
      <w:r>
        <w:rPr>
          <w:rFonts w:ascii="宋体" w:eastAsia="宋体" w:hAnsi="宋体" w:cs="宋体"/>
          <w:color w:val="000000"/>
        </w:rPr>
        <w:t>表示的数为</w:t>
      </w:r>
      <w:r>
        <w:rPr>
          <w:rFonts w:ascii="Times New Roman" w:eastAsia="Times New Roman" w:hAnsi="Times New Roman" w:cs="Times New Roman"/>
          <w:color w:val="000000"/>
        </w:rPr>
        <w:t>50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pict>
          <v:shape id="_x0000_i714686" type="#_x0000_t75" alt="学科网(www.zxxk.com)--教育资源门户，提供试卷、教案、课件、论文、素材以及各类教学资源下载，还有大量而丰富的教学相关资讯！" style="width:14.25pt;height:10.5pt" o:oleicon="f" o:ole="">
            <v:imagedata r:id="rId4797" o:title="eqIdac047e91852b91af639feec23a9598b2"/>
          </v:shape>
        </w:pict>
      </w:r>
      <w:r>
        <w:rPr>
          <w:rFonts w:ascii="宋体" w:eastAsia="宋体" w:hAnsi="宋体" w:cs="宋体"/>
          <w:color w:val="000000"/>
        </w:rPr>
        <w:t>在点</w:t>
      </w:r>
      <w:r>
        <w:pict>
          <v:shape id="_x0000_i714687" type="#_x0000_t75" alt="学科网(www.zxxk.com)--教育资源门户，提供试卷、教案、课件、论文、素材以及各类教学资源下载，还有大量而丰富的教学相关资讯！" style="width:12pt;height:13pt" o:oleicon="f" o:ole="">
            <v:imagedata r:id="rId4798" o:title="eqId2a30f3a8b673cc28bd90c50cf1a35281"/>
          </v:shape>
        </w:pict>
      </w:r>
      <w:r>
        <w:rPr>
          <w:rFonts w:ascii="宋体" w:eastAsia="宋体" w:hAnsi="宋体" w:cs="宋体"/>
          <w:color w:val="000000"/>
        </w:rPr>
        <w:t>和点</w:t>
      </w:r>
      <w:r>
        <w:pict>
          <v:shape id="_x0000_i714688" type="#_x0000_t75" alt="学科网(www.zxxk.com)--教育资源门户，提供试卷、教案、课件、论文、素材以及各类教学资源下载，还有大量而丰富的教学相关资讯！" style="width:12.75pt;height:12.75pt" o:oleicon="f" o:ole="">
            <v:imagedata r:id="rId4799" o:title="eqIda0ed1ec316bc54c37c4286c208f55667"/>
          </v:shape>
        </w:pict>
      </w:r>
      <w:r>
        <w:rPr>
          <w:rFonts w:ascii="宋体" w:eastAsia="宋体" w:hAnsi="宋体" w:cs="宋体"/>
          <w:color w:val="000000"/>
        </w:rPr>
        <w:t>之间时，</w:t>
      </w:r>
    </w:p>
    <w:p>
      <w:pPr>
        <w:spacing w:line="360" w:lineRule="auto"/>
        <w:jc w:val="left"/>
        <w:textAlignment w:val="center"/>
        <w:rPr>
          <w:color w:val="000000"/>
        </w:rPr>
      </w:pPr>
      <w:r>
        <w:pict>
          <v:shape id="_x0000_i714689" type="#_x0000_t75" alt="学科网(www.zxxk.com)--教育资源门户，提供试卷、教案、课件、论文、素材以及各类教学资源下载，还有大量而丰富的教学相关资讯！" style="width:64.8pt;height:13.8pt" o:oleicon="f" o:ole="">
            <v:imagedata r:id="rId4800" o:title="eqId923c84ca99f50a2b8edc5ae87a21a12d"/>
          </v:shape>
        </w:pict>
      </w:r>
      <w:r>
        <w:rPr>
          <w:rFonts w:ascii="宋体" w:eastAsia="宋体" w:hAnsi="宋体" w:cs="宋体"/>
          <w:color w:val="000000"/>
        </w:rPr>
        <w:t>，</w:t>
      </w:r>
      <w:r>
        <w:pict>
          <v:shape id="_x0000_i714690" type="#_x0000_t75" alt="学科网(www.zxxk.com)--教育资源门户，提供试卷、教案、课件、论文、素材以及各类教学资源下载，还有大量而丰富的教学相关资讯！" style="width:66pt;height:13.8pt" o:oleicon="f" o:ole="">
            <v:imagedata r:id="rId4801" o:title="eqId11c167a38a3fc17bb7900bc1486f681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691" type="#_x0000_t75" alt="学科网(www.zxxk.com)--教育资源门户，提供试卷、教案、课件、论文、素材以及各类教学资源下载，还有大量而丰富的教学相关资讯！" style="width:63.7pt;height:20.4pt" o:oleicon="f" o:ole="">
            <v:imagedata r:id="rId4802" o:title="eqId5d230b257d5a902207922e097758aa4e"/>
          </v:shape>
        </w:pict>
      </w:r>
      <w:r>
        <w:rPr>
          <w:rFonts w:ascii="宋体" w:eastAsia="宋体" w:hAnsi="宋体" w:cs="宋体"/>
          <w:color w:val="000000"/>
        </w:rPr>
        <w:t>，即</w:t>
      </w:r>
      <w:r>
        <w:pict>
          <v:shape id="_x0000_i714692" type="#_x0000_t75" alt="学科网(www.zxxk.com)--教育资源门户，提供试卷、教案、课件、论文、素材以及各类教学资源下载，还有大量而丰富的教学相关资讯！" style="width:58.2pt;height:13.8pt" o:oleicon="f" o:ole="">
            <v:imagedata r:id="rId4803" o:title="eqIdb8bca52f7a61f6a9940cc4963c2d14ef"/>
          </v:shape>
        </w:pict>
      </w:r>
    </w:p>
    <w:p>
      <w:pPr>
        <w:spacing w:line="360" w:lineRule="auto"/>
        <w:jc w:val="left"/>
        <w:textAlignment w:val="center"/>
        <w:rPr>
          <w:color w:val="000000"/>
        </w:rPr>
      </w:pPr>
      <w:r>
        <w:rPr>
          <w:rFonts w:ascii="宋体" w:eastAsia="宋体" w:hAnsi="宋体" w:cs="宋体"/>
          <w:color w:val="000000"/>
        </w:rPr>
        <w:t>∴</w:t>
      </w:r>
      <w:r>
        <w:pict>
          <v:shape id="_x0000_i714693" type="#_x0000_t75" alt="学科网(www.zxxk.com)--教育资源门户，提供试卷、教案、课件、论文、素材以及各类教学资源下载，还有大量而丰富的教学相关资讯！" style="width:94.2pt;height:19.8pt" o:oleicon="f" o:ole="">
            <v:imagedata r:id="rId4804" o:title="eqId6776e1638f4ef4da24ebe558686cb226"/>
          </v:shape>
        </w:pict>
      </w:r>
    </w:p>
    <w:p>
      <w:pPr>
        <w:spacing w:line="360" w:lineRule="auto"/>
        <w:jc w:val="left"/>
        <w:textAlignment w:val="center"/>
        <w:rPr>
          <w:color w:val="000000"/>
        </w:rPr>
      </w:pPr>
      <w:r>
        <w:rPr>
          <w:rFonts w:ascii="宋体" w:eastAsia="宋体" w:hAnsi="宋体" w:cs="宋体"/>
          <w:color w:val="000000"/>
        </w:rPr>
        <w:t>解得：</w:t>
      </w:r>
      <w:r>
        <w:pict>
          <v:shape id="_x0000_i714694" type="#_x0000_t75" alt="学科网(www.zxxk.com)--教育资源门户，提供试卷、教案、课件、论文、素材以及各类教学资源下载，还有大量而丰富的教学相关资讯！" style="width:24.75pt;height:14.25pt" o:oleicon="f" o:ole="">
            <v:imagedata r:id="rId4805" o:title="eqIdc430e1f025dc791c2e5ab17f5771988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pict>
          <v:shape id="_x0000_i714695" type="#_x0000_t75" alt="学科网(www.zxxk.com)--教育资源门户，提供试卷、教案、课件、论文、素材以及各类教学资源下载，还有大量而丰富的教学相关资讯！" style="width:14.25pt;height:10.5pt" o:oleicon="f" o:ole="">
            <v:imagedata r:id="rId4806" o:title="eqIdac047e91852b91af639feec23a9598b2"/>
          </v:shape>
        </w:pict>
      </w:r>
      <w:r>
        <w:rPr>
          <w:rFonts w:ascii="宋体" w:eastAsia="宋体" w:hAnsi="宋体" w:cs="宋体"/>
          <w:color w:val="000000"/>
        </w:rPr>
        <w:t>在点</w:t>
      </w:r>
      <w:r>
        <w:pict>
          <v:shape id="_x0000_i714696" type="#_x0000_t75" alt="学科网(www.zxxk.com)--教育资源门户，提供试卷、教案、课件、论文、素材以及各类教学资源下载，还有大量而丰富的教学相关资讯！" style="width:12.75pt;height:12.75pt" o:oleicon="f" o:ole="">
            <v:imagedata r:id="rId4807" o:title="eqIda0ed1ec316bc54c37c4286c208f55667"/>
          </v:shape>
        </w:pict>
      </w:r>
      <w:r>
        <w:rPr>
          <w:rFonts w:ascii="宋体" w:eastAsia="宋体" w:hAnsi="宋体" w:cs="宋体"/>
          <w:color w:val="000000"/>
        </w:rPr>
        <w:t>右侧时，</w:t>
      </w:r>
    </w:p>
    <w:p>
      <w:pPr>
        <w:spacing w:line="360" w:lineRule="auto"/>
        <w:jc w:val="left"/>
        <w:textAlignment w:val="center"/>
        <w:rPr>
          <w:color w:val="000000"/>
        </w:rPr>
      </w:pPr>
      <w:r>
        <w:pict>
          <v:shape id="_x0000_i714697" type="#_x0000_t75" alt="学科网(www.zxxk.com)--教育资源门户，提供试卷、教案、课件、论文、素材以及各类教学资源下载，还有大量而丰富的教学相关资讯！" style="width:64.8pt;height:13.8pt" o:oleicon="f" o:ole="">
            <v:imagedata r:id="rId4808" o:title="eqId923c84ca99f50a2b8edc5ae87a21a12d"/>
          </v:shape>
        </w:pict>
      </w:r>
      <w:r>
        <w:rPr>
          <w:rFonts w:ascii="宋体" w:eastAsia="宋体" w:hAnsi="宋体" w:cs="宋体"/>
          <w:color w:val="000000"/>
        </w:rPr>
        <w:t>，</w:t>
      </w:r>
      <w:r>
        <w:pict>
          <v:shape id="_x0000_i714698" type="#_x0000_t75" alt="学科网(www.zxxk.com)--教育资源门户，提供试卷、教案、课件、论文、素材以及各类教学资源下载，还有大量而丰富的教学相关资讯！" style="width:66pt;height:13.8pt" o:oleicon="f" o:ole="">
            <v:imagedata r:id="rId4809" o:title="eqId4b4a827dda69b460bdcf4917e08c41e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699" type="#_x0000_t75" alt="学科网(www.zxxk.com)--教育资源门户，提供试卷、教案、课件、论文、素材以及各类教学资源下载，还有大量而丰富的教学相关资讯！" style="width:63.7pt;height:20.4pt" o:oleicon="f" o:ole="">
            <v:imagedata r:id="rId4810" o:title="eqId5d230b257d5a902207922e097758aa4e"/>
          </v:shape>
        </w:pict>
      </w:r>
      <w:r>
        <w:rPr>
          <w:rFonts w:ascii="宋体" w:eastAsia="宋体" w:hAnsi="宋体" w:cs="宋体"/>
          <w:color w:val="000000"/>
        </w:rPr>
        <w:t>，即</w:t>
      </w:r>
      <w:r>
        <w:pict>
          <v:shape id="_x0000_i714700" type="#_x0000_t75" alt="学科网(www.zxxk.com)--教育资源门户，提供试卷、教案、课件、论文、素材以及各类教学资源下载，还有大量而丰富的教学相关资讯！" style="width:58.2pt;height:13.8pt" o:oleicon="f" o:ole="">
            <v:imagedata r:id="rId4811" o:title="eqIdb8bca52f7a61f6a9940cc4963c2d14ef"/>
          </v:shape>
        </w:pict>
      </w:r>
    </w:p>
    <w:p>
      <w:pPr>
        <w:spacing w:line="360" w:lineRule="auto"/>
        <w:jc w:val="left"/>
        <w:textAlignment w:val="center"/>
        <w:rPr>
          <w:color w:val="000000"/>
        </w:rPr>
      </w:pPr>
      <w:r>
        <w:rPr>
          <w:rFonts w:ascii="宋体" w:eastAsia="宋体" w:hAnsi="宋体" w:cs="宋体"/>
          <w:color w:val="000000"/>
        </w:rPr>
        <w:t>∴</w:t>
      </w:r>
      <w:r>
        <w:pict>
          <v:shape id="_x0000_i714701" type="#_x0000_t75" alt="学科网(www.zxxk.com)--教育资源门户，提供试卷、教案、课件、论文、素材以及各类教学资源下载，还有大量而丰富的教学相关资讯！" style="width:94.2pt;height:19.8pt" o:oleicon="f" o:ole="">
            <v:imagedata r:id="rId4812" o:title="eqIdbc0dadd812684940e9319a62bf2f6c33"/>
          </v:shape>
        </w:pict>
      </w:r>
    </w:p>
    <w:p>
      <w:pPr>
        <w:spacing w:line="360" w:lineRule="auto"/>
        <w:jc w:val="left"/>
        <w:textAlignment w:val="center"/>
        <w:rPr>
          <w:color w:val="000000"/>
        </w:rPr>
      </w:pPr>
      <w:r>
        <w:rPr>
          <w:rFonts w:ascii="宋体" w:eastAsia="宋体" w:hAnsi="宋体" w:cs="宋体"/>
          <w:color w:val="000000"/>
        </w:rPr>
        <w:t>解得：</w:t>
      </w:r>
      <w:r>
        <w:pict>
          <v:shape id="_x0000_i714702" type="#_x0000_t75" alt="学科网(www.zxxk.com)--教育资源门户，提供试卷、教案、课件、论文、素材以及各类教学资源下载，还有大量而丰富的教学相关资讯！" style="width:28.5pt;height:13.5pt" o:oleicon="f" o:ole="">
            <v:imagedata r:id="rId4813" o:title="eqIdb4a50cdbc30b1170012e942c60e938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综上，当</w:t>
      </w:r>
      <w:r>
        <w:pict>
          <v:shape id="_x0000_i714703" type="#_x0000_t75" alt="学科网(www.zxxk.com)--教育资源门户，提供试卷、教案、课件、论文、素材以及各类教学资源下载，还有大量而丰富的教学相关资讯！" style="width:63.7pt;height:20.4pt" o:oleicon="f" o:ole="">
            <v:imagedata r:id="rId4814" o:title="eqId5d230b257d5a902207922e097758aa4e"/>
          </v:shape>
        </w:pict>
      </w:r>
      <w:r>
        <w:rPr>
          <w:rFonts w:ascii="宋体" w:eastAsia="宋体" w:hAnsi="宋体" w:cs="宋体"/>
          <w:color w:val="000000"/>
        </w:rPr>
        <w:t>时，</w:t>
      </w:r>
      <w:r>
        <w:pict>
          <v:shape id="_x0000_i714704" type="#_x0000_t75" alt="学科网(www.zxxk.com)--教育资源门户，提供试卷、教案、课件、论文、素材以及各类教学资源下载，还有大量而丰富的教学相关资讯！" style="width:7.35pt;height:11.9pt" o:oleicon="f" o:ole="">
            <v:imagedata r:id="rId4815" o:title="eqId36a1b09c653185842513e24ebba60bb3"/>
          </v:shape>
        </w:pict>
      </w:r>
      <w:r>
        <w:rPr>
          <w:rFonts w:ascii="宋体" w:eastAsia="宋体" w:hAnsi="宋体" w:cs="宋体"/>
          <w:color w:val="000000"/>
        </w:rPr>
        <w:t>的值为</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16</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本题考查了一元一次方程的应用，数轴上两点之间的距离、动点问题，动点问题中熟练应用公式：路程</w:t>
      </w:r>
      <w:r>
        <w:rPr>
          <w:rFonts w:ascii="Times New Roman" w:eastAsia="Times New Roman" w:hAnsi="Times New Roman" w:cs="Times New Roman"/>
          <w:color w:val="000000"/>
        </w:rPr>
        <w:t>=</w:t>
      </w:r>
      <w:r>
        <w:rPr>
          <w:rFonts w:ascii="宋体" w:eastAsia="宋体" w:hAnsi="宋体" w:cs="宋体"/>
          <w:color w:val="000000"/>
        </w:rPr>
        <w:t>速度×时间，认真理解新定义是解题的关键．</w:t>
      </w:r>
    </w:p>
    <w:p>
      <w:pPr>
        <w:pStyle w:val="Heading2"/>
      </w:pPr>
      <w:r>
        <w:t>顺义区</w:t>
      </w:r>
    </w:p>
    <w:p>
      <w:pPr>
        <w:spacing w:line="360" w:lineRule="auto"/>
        <w:jc w:val="left"/>
        <w:textAlignment w:val="center"/>
        <w:rPr>
          <w:color w:val="000000"/>
        </w:rPr>
      </w:pPr>
      <w:r>
        <w:rPr>
          <w:color w:val="000000"/>
        </w:rPr>
        <w:t xml:space="preserve">31. </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两点在数轴上的位置如图所示，其中点</w:t>
      </w:r>
      <w:r>
        <w:rPr>
          <w:rFonts w:ascii="Times New Roman" w:eastAsia="Times New Roman" w:hAnsi="Times New Roman" w:cs="Times New Roman"/>
          <w:i/>
          <w:color w:val="000000"/>
        </w:rPr>
        <w:t>A</w:t>
      </w:r>
      <w:r>
        <w:rPr>
          <w:rFonts w:ascii="宋体" w:eastAsia="宋体" w:hAnsi="宋体" w:cs="宋体"/>
          <w:color w:val="000000"/>
        </w:rPr>
        <w:t>对应的有理数为－</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对应的有理数为</w:t>
      </w:r>
      <w:r>
        <w:rPr>
          <w:rFonts w:ascii="Times New Roman" w:eastAsia="Times New Roman" w:hAnsi="Times New Roman" w:cs="Times New Roman"/>
          <w:color w:val="000000"/>
        </w:rPr>
        <w:t>6</w:t>
      </w:r>
      <w:r>
        <w:rPr>
          <w:rFonts w:ascii="宋体" w:eastAsia="宋体" w:hAnsi="宋体" w:cs="宋体"/>
          <w:color w:val="000000"/>
        </w:rPr>
        <w:t>．动点</w:t>
      </w:r>
      <w:r>
        <w:rPr>
          <w:rFonts w:ascii="Times New Roman" w:eastAsia="Times New Roman" w:hAnsi="Times New Roman" w:cs="Times New Roman"/>
          <w:i/>
          <w:color w:val="000000"/>
        </w:rPr>
        <w:t>C</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个单位长度的速度沿数轴正方向运动，设运动时间为</w:t>
      </w:r>
      <w:r>
        <w:rPr>
          <w:rFonts w:ascii="Times New Roman" w:eastAsia="Times New Roman" w:hAnsi="Times New Roman" w:cs="Times New Roman"/>
          <w:i/>
          <w:color w:val="000000"/>
        </w:rPr>
        <w:t>t</w:t>
      </w:r>
      <w:r>
        <w:rPr>
          <w:rFonts w:ascii="宋体" w:eastAsia="宋体" w:hAnsi="宋体" w:cs="宋体"/>
          <w:color w:val="000000"/>
        </w:rPr>
        <w:t>秒</w:t>
      </w:r>
      <w:r>
        <w:pict>
          <v:shape id="_x0000_i714705" type="#_x0000_t75" alt="学科网(www.zxxk.com)--教育资源门户，提供试卷、教案、课件、论文、素材以及各类教学资源下载，还有大量而丰富的教学相关资讯！" style="width:34.4pt;height:19.6pt" o:oleicon="f" o:ole="">
            <v:imagedata r:id="rId4816" o:title="eqId6cea72e0c37257bcfd85a59ef8dd0f80"/>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552950" cy="323850"/>
            <wp:docPr id="35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 name=""/>
                    <pic:cNvPicPr>
                      <a:picLocks noChangeAspect="1"/>
                    </pic:cNvPicPr>
                  </pic:nvPicPr>
                  <pic:blipFill>
                    <a:blip r:embed="rId4817"/>
                    <a:stretch>
                      <a:fillRect/>
                    </a:stretch>
                  </pic:blipFill>
                  <pic:spPr>
                    <a:xfrm>
                      <a:off x="0" y="0"/>
                      <a:ext cx="4552950" cy="3238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w:t>
      </w:r>
      <w:r>
        <w:pict>
          <v:shape id="_x0000_i714706" type="#_x0000_t75" alt="学科网(www.zxxk.com)--教育资源门户，提供试卷、教案、课件、论文、素材以及各类教学资源下载，还有大量而丰富的教学相关资讯！" style="width:23.25pt;height:14.25pt" o:oleicon="f" o:ole="">
            <v:imagedata r:id="rId4818" o:title="eqId5a2a51944c720568f35d443589dfc1aa"/>
          </v:shape>
        </w:pict>
      </w:r>
      <w:r>
        <w:rPr>
          <w:rFonts w:ascii="宋体" w:eastAsia="宋体" w:hAnsi="宋体" w:cs="宋体"/>
          <w:color w:val="000000"/>
        </w:rPr>
        <w:t>时，</w:t>
      </w:r>
      <w:r>
        <w:rPr>
          <w:rFonts w:ascii="Times New Roman" w:eastAsia="Times New Roman" w:hAnsi="Times New Roman" w:cs="Times New Roman"/>
          <w:i/>
          <w:color w:val="000000"/>
        </w:rPr>
        <w:t>AC</w:t>
      </w:r>
      <w:r>
        <w:rPr>
          <w:rFonts w:ascii="宋体" w:eastAsia="宋体" w:hAnsi="宋体" w:cs="宋体"/>
          <w:color w:val="000000"/>
        </w:rPr>
        <w:t>的长为</w:t>
      </w:r>
      <w:r>
        <w:rPr>
          <w:rFonts w:ascii="Times New Roman" w:eastAsia="Times New Roman" w:hAnsi="Times New Roman" w:cs="Times New Roman"/>
          <w:color w:val="000000"/>
        </w:rPr>
        <w:t>______</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表示的有理数为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w:t>
      </w:r>
      <w:r>
        <w:pict>
          <v:shape id="_x0000_i714707" type="#_x0000_t75" alt="学科网(www.zxxk.com)--教育资源门户，提供试卷、教案、课件、论文、素材以及各类教学资源下载，还有大量而丰富的教学相关资讯！" style="width:17pt;height:12pt" o:oleicon="f" o:ole="">
            <v:imagedata r:id="rId4819" o:title="eqId825116eb345f5505ebc8c1cdb8a1f131"/>
          </v:shape>
        </w:pict>
      </w:r>
      <w:r>
        <w:rPr>
          <w:rFonts w:ascii="Times New Roman" w:eastAsia="Times New Roman" w:hAnsi="Times New Roman" w:cs="Times New Roman"/>
          <w:color w:val="000000"/>
        </w:rPr>
        <w:t>______</w: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的距离之和是</w:t>
      </w:r>
      <w:r>
        <w:rPr>
          <w:rFonts w:ascii="Times New Roman" w:eastAsia="Times New Roman" w:hAnsi="Times New Roman" w:cs="Times New Roman"/>
          <w:color w:val="000000"/>
        </w:rPr>
        <w:t>18</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当</w:t>
      </w:r>
      <w:r>
        <w:pict>
          <v:shape id="_x0000_i714708" type="#_x0000_t75" alt="学科网(www.zxxk.com)--教育资源门户，提供试卷、教案、课件、论文、素材以及各类教学资源下载，还有大量而丰富的教学相关资讯！" style="width:37pt;height:13.95pt" o:oleicon="f" o:ole="">
            <v:imagedata r:id="rId4820" o:title="eqId9b59ab6bf6111dda4a3d428454768b77"/>
          </v:shape>
        </w:pict>
      </w:r>
      <w:r>
        <w:rPr>
          <w:rFonts w:ascii="宋体" w:eastAsia="宋体" w:hAnsi="宋体" w:cs="宋体"/>
          <w:color w:val="000000"/>
        </w:rPr>
        <w:t>时，求</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w:t>
      </w:r>
      <w:r>
        <w:rPr>
          <w:rFonts w:ascii="宋体" w:eastAsia="宋体" w:hAnsi="宋体" w:cs="宋体"/>
          <w:color w:val="000000"/>
        </w:rPr>
        <w:t>，</w:t>
      </w:r>
      <w:r>
        <w:pict>
          <v:shape id="_x0000_i714709" type="#_x0000_t75" alt="学科网(www.zxxk.com)--教育资源门户，提供试卷、教案、课件、论文、素材以及各类教学资源下载，还有大量而丰富的教学相关资讯！" style="width:15.75pt;height:12.75pt" o:oleicon="f" o:ole="">
            <v:imagedata r:id="rId4821" o:title="eqId274a9dc37509f01c2606fb3086a46f4f"/>
          </v:shape>
        </w:pic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7</w:t>
      </w:r>
      <w:r>
        <w:rPr>
          <w:color w:val="000000"/>
        </w:rPr>
        <w:t xml:space="preserve">    </w:t>
      </w:r>
      <w:r>
        <w:rPr>
          <w:color w:val="000000"/>
        </w:rPr>
        <w:t>（3）</w:t>
      </w:r>
      <w:r>
        <w:pict>
          <v:shape id="_x0000_i714710" type="#_x0000_t75" alt="学科网(www.zxxk.com)--教育资源门户，提供试卷、教案、课件、论文、素材以及各类教学资源下载，还有大量而丰富的教学相关资讯！" style="width:24.75pt;height:14.25pt" o:oleicon="f" o:ole="">
            <v:imagedata r:id="rId4822" o:title="eqIda15a13b4190ac3d5feaee27a4c97b21b"/>
          </v:shape>
        </w:pict>
      </w:r>
      <w:r>
        <w:rPr>
          <w:rFonts w:ascii="宋体" w:eastAsia="宋体" w:hAnsi="宋体" w:cs="宋体"/>
          <w:color w:val="000000"/>
        </w:rPr>
        <w:t>或</w:t>
      </w:r>
      <w:r>
        <w:rPr>
          <w:rFonts w:ascii="Times New Roman" w:eastAsia="Times New Roman" w:hAnsi="Times New Roman" w:cs="Times New Roman"/>
          <w:color w:val="000000"/>
        </w:rPr>
        <w:t>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）根据题意知</w:t>
      </w:r>
      <w:r>
        <w:pict>
          <v:shape id="_x0000_i714711" type="#_x0000_t75" alt="学科网(www.zxxk.com)--教育资源门户，提供试卷、教案、课件、论文、素材以及各类教学资源下载，还有大量而丰富的教学相关资讯！" style="width:42.75pt;height:14.25pt" o:oleicon="f" o:ole="">
            <v:imagedata r:id="rId4823" o:title="eqId09f3b60be483b974d8ebe16067738903"/>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表示的有理数为</w:t>
      </w:r>
      <w:r>
        <w:pict>
          <v:shape id="_x0000_i714712" type="#_x0000_t75" alt="学科网(www.zxxk.com)--教育资源门户，提供试卷、教案、课件、论文、素材以及各类教学资源下载，还有大量而丰富的教学相关资讯！" style="width:37.5pt;height:13.5pt" o:oleicon="f" o:ole="">
            <v:imagedata r:id="rId4824" o:title="eqIdde1ed98169783c84f073086bf170a945"/>
          </v:shape>
        </w:pict>
      </w:r>
      <w:r>
        <w:rPr>
          <w:rFonts w:ascii="宋体" w:eastAsia="宋体" w:hAnsi="宋体" w:cs="宋体"/>
          <w:color w:val="000000"/>
        </w:rPr>
        <w:t>，将</w:t>
      </w:r>
      <w:r>
        <w:pict>
          <v:shape id="_x0000_i714713" type="#_x0000_t75" alt="学科网(www.zxxk.com)--教育资源门户，提供试卷、教案、课件、论文、素材以及各类教学资源下载，还有大量而丰富的教学相关资讯！" style="width:23.25pt;height:14.25pt" o:oleicon="f" o:ole="">
            <v:imagedata r:id="rId4825" o:title="eqId5a2a51944c720568f35d443589dfc1aa"/>
          </v:shape>
        </w:pict>
      </w:r>
      <w:r>
        <w:rPr>
          <w:rFonts w:ascii="宋体" w:eastAsia="宋体" w:hAnsi="宋体" w:cs="宋体"/>
          <w:color w:val="000000"/>
        </w:rPr>
        <w:t>代入即可求得；</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）分类讨论：①当点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两点之间运动时，②当点</w:t>
      </w:r>
      <w:r>
        <w:rPr>
          <w:rFonts w:ascii="Times New Roman" w:eastAsia="Times New Roman" w:hAnsi="Times New Roman" w:cs="Times New Roman"/>
          <w:i/>
          <w:color w:val="000000"/>
        </w:rPr>
        <w:t>C</w:t>
      </w:r>
      <w:r>
        <w:rPr>
          <w:rFonts w:ascii="宋体" w:eastAsia="宋体" w:hAnsi="宋体" w:cs="宋体"/>
          <w:color w:val="000000"/>
        </w:rPr>
        <w:t>运动到点</w:t>
      </w:r>
      <w:r>
        <w:rPr>
          <w:rFonts w:ascii="Times New Roman" w:eastAsia="Times New Roman" w:hAnsi="Times New Roman" w:cs="Times New Roman"/>
          <w:i/>
          <w:color w:val="000000"/>
        </w:rPr>
        <w:t>B</w:t>
      </w:r>
      <w:r>
        <w:rPr>
          <w:rFonts w:ascii="宋体" w:eastAsia="宋体" w:hAnsi="宋体" w:cs="宋体"/>
          <w:color w:val="000000"/>
          <w:position w:val="0"/>
        </w:rPr>
        <w:drawing>
          <wp:inline>
            <wp:extent cx="133350" cy="177800"/>
            <wp:docPr id="35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 name=""/>
                    <pic:cNvPicPr>
                      <a:picLocks noChangeAspect="1"/>
                    </pic:cNvPicPr>
                  </pic:nvPicPr>
                  <pic:blipFill>
                    <a:blip r:embed="rId482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左侧时，利用线段的和差列方程求解即可；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pict>
          <v:shape id="_x0000_i714714" type="#_x0000_t75" alt="学科网(www.zxxk.com)--教育资源门户，提供试卷、教案、课件、论文、素材以及各类教学资源下载，还有大量而丰富的教学相关资讯！" style="width:37pt;height:13.95pt" o:oleicon="f" o:ole="">
            <v:imagedata r:id="rId4827" o:title="eqId9b59ab6bf6111dda4a3d428454768b77"/>
          </v:shape>
        </w:pict>
      </w:r>
      <w:r>
        <w:rPr>
          <w:rFonts w:ascii="宋体" w:eastAsia="宋体" w:hAnsi="宋体" w:cs="宋体"/>
          <w:color w:val="000000"/>
        </w:rPr>
        <w:t>，列出方程</w:t>
      </w:r>
      <w:r>
        <w:pict>
          <v:shape id="_x0000_i714715" type="#_x0000_t75" alt="学科网(www.zxxk.com)--教育资源门户，提供试卷、教案、课件、论文、素材以及各类教学资源下载，还有大量而丰富的教学相关资讯！" style="width:84pt;height:21.75pt" o:oleicon="f" o:ole="">
            <v:imagedata r:id="rId4828" o:title="eqIde2327415cc81ded01b6918133f8aa545"/>
          </v:shape>
        </w:pict>
      </w:r>
      <w:r>
        <w:rPr>
          <w:rFonts w:ascii="宋体" w:eastAsia="宋体" w:hAnsi="宋体" w:cs="宋体"/>
          <w:color w:val="000000"/>
        </w:rPr>
        <w:t>，然后解方程即可．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 xml:space="preserve"> </w:t>
      </w:r>
      <w:r>
        <w:rPr>
          <w:rFonts w:ascii="宋体" w:eastAsia="宋体" w:hAnsi="宋体" w:cs="宋体"/>
          <w:color w:val="000000"/>
        </w:rPr>
        <w:t>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则</w:t>
      </w:r>
      <w:r>
        <w:pict>
          <v:shape id="_x0000_i714716" type="#_x0000_t75" alt="学科网(www.zxxk.com)--教育资源门户，提供试卷、教案、课件、论文、素材以及各类教学资源下载，还有大量而丰富的教学相关资讯！" style="width:42.75pt;height:14.25pt" o:oleicon="f" o:ole="">
            <v:imagedata r:id="rId4829" o:title="eqId09f3b60be483b974d8ebe16067738903"/>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表示的有理数为</w:t>
      </w:r>
      <w:r>
        <w:pict>
          <v:shape id="_x0000_i714717" type="#_x0000_t75" alt="学科网(www.zxxk.com)--教育资源门户，提供试卷、教案、课件、论文、素材以及各类教学资源下载，还有大量而丰富的教学相关资讯！" style="width:37.5pt;height:13.5pt" o:oleicon="f" o:ole="">
            <v:imagedata r:id="rId4830" o:title="eqIdde1ed98169783c84f073086bf170a94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14718" type="#_x0000_t75" alt="学科网(www.zxxk.com)--教育资源门户，提供试卷、教案、课件、论文、素材以及各类教学资源下载，还有大量而丰富的教学相关资讯！" style="width:23.25pt;height:14.25pt" o:oleicon="f" o:ole="">
            <v:imagedata r:id="rId4831" o:title="eqId5a2a51944c720568f35d443589dfc1aa"/>
          </v:shape>
        </w:pict>
      </w:r>
      <w:r>
        <w:rPr>
          <w:rFonts w:ascii="宋体" w:eastAsia="宋体" w:hAnsi="宋体" w:cs="宋体"/>
          <w:color w:val="000000"/>
        </w:rPr>
        <w:t>时，</w:t>
      </w:r>
      <w:r>
        <w:pict>
          <v:shape id="_x0000_i714719" type="#_x0000_t75" alt="学科网(www.zxxk.com)--教育资源门户，提供试卷、教案、课件、论文、素材以及各类教学资源下载，还有大量而丰富的教学相关资讯！" style="width:38.85pt;height:14pt" o:oleicon="f" o:ole="">
            <v:imagedata r:id="rId4832" o:title="eqId7bb5b12692517a39c320f99a479eb055"/>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表示的有理数为</w:t>
      </w:r>
      <w:r>
        <w:pict>
          <v:shape id="_x0000_i714720" type="#_x0000_t75" alt="学科网(www.zxxk.com)--教育资源门户，提供试卷、教案、课件、论文、素材以及各类教学资源下载，还有大量而丰富的教学相关资讯！" style="width:57.8pt;height:12.9pt" o:oleicon="f" o:ole="">
            <v:imagedata r:id="rId4833" o:title="eqId76c807ba896d798acdf299f65532aa8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r>
        <w:pict>
          <v:shape id="_x0000_i714721" type="#_x0000_t75" alt="学科网(www.zxxk.com)--教育资源门户，提供试卷、教案、课件、论文、素材以及各类教学资源下载，还有大量而丰富的教学相关资讯！" style="width:15.75pt;height:12.75pt" o:oleicon="f" o:ole="">
            <v:imagedata r:id="rId4834" o:title="eqId274a9dc37509f01c2606fb3086a46f4f"/>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解：由题意知：</w:t>
      </w:r>
      <w:r>
        <w:pict>
          <v:shape id="_x0000_i714722" type="#_x0000_t75" alt="学科网(www.zxxk.com)--教育资源门户，提供试卷、教案、课件、论文、素材以及各类教学资源下载，还有大量而丰富的教学相关资讯！" style="width:42.75pt;height:14.25pt" o:oleicon="f" o:ole="">
            <v:imagedata r:id="rId4835" o:title="eqId09f3b60be483b974d8ebe16067738903"/>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表示的有理数为</w:t>
      </w:r>
      <w:r>
        <w:pict>
          <v:shape id="_x0000_i714723" type="#_x0000_t75" alt="学科网(www.zxxk.com)--教育资源门户，提供试卷、教案、课件、论文、素材以及各类教学资源下载，还有大量而丰富的教学相关资讯！" style="width:37.5pt;height:13.5pt" o:oleicon="f" o:ole="">
            <v:imagedata r:id="rId4836" o:title="eqIdde1ed98169783c84f073086bf170a94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两点之间运动时，</w:t>
      </w:r>
    </w:p>
    <w:p>
      <w:pPr>
        <w:spacing w:line="360" w:lineRule="auto"/>
        <w:jc w:val="left"/>
        <w:textAlignment w:val="center"/>
        <w:rPr>
          <w:color w:val="000000"/>
        </w:rPr>
      </w:pPr>
      <w:r>
        <w:pict>
          <v:shape id="_x0000_i714724" type="#_x0000_t75" alt="学科网(www.zxxk.com)--教育资源门户，提供试卷、教案、课件、论文、素材以及各类教学资源下载，还有大量而丰富的教学相关资讯！" style="width:168pt;height:20.25pt" o:oleicon="f" o:ole="">
            <v:imagedata r:id="rId4837" o:title="eqIdf504f508b64e095b50c958d34b65e5e6"/>
          </v:shape>
        </w:pict>
      </w:r>
      <w:r>
        <w:rPr>
          <w:rFonts w:ascii="宋体" w:eastAsia="宋体" w:hAnsi="宋体" w:cs="宋体"/>
          <w:color w:val="000000"/>
        </w:rPr>
        <w:t>，不符合题意，舍去，</w:t>
      </w:r>
    </w:p>
    <w:p>
      <w:pPr>
        <w:spacing w:line="360" w:lineRule="auto"/>
        <w:jc w:val="left"/>
        <w:textAlignment w:val="center"/>
        <w:rPr>
          <w:color w:val="000000"/>
        </w:rPr>
      </w:pPr>
      <w:r>
        <w:rPr>
          <w:rFonts w:ascii="宋体" w:eastAsia="宋体" w:hAnsi="宋体" w:cs="宋体"/>
          <w:color w:val="000000"/>
        </w:rPr>
        <w:t>②当点</w:t>
      </w:r>
      <w:r>
        <w:rPr>
          <w:rFonts w:ascii="Times New Roman" w:eastAsia="Times New Roman" w:hAnsi="Times New Roman" w:cs="Times New Roman"/>
          <w:i/>
          <w:color w:val="000000"/>
        </w:rPr>
        <w:t>P</w:t>
      </w:r>
      <w:r>
        <w:rPr>
          <w:rFonts w:ascii="宋体" w:eastAsia="宋体" w:hAnsi="宋体" w:cs="宋体"/>
          <w:color w:val="000000"/>
        </w:rPr>
        <w:t>运动到点</w:t>
      </w:r>
      <w:r>
        <w:rPr>
          <w:rFonts w:ascii="Times New Roman" w:eastAsia="Times New Roman" w:hAnsi="Times New Roman" w:cs="Times New Roman"/>
          <w:i/>
          <w:color w:val="000000"/>
        </w:rPr>
        <w:t>B</w:t>
      </w:r>
      <w:r>
        <w:rPr>
          <w:rFonts w:ascii="宋体" w:eastAsia="宋体" w:hAnsi="宋体" w:cs="宋体"/>
          <w:color w:val="000000"/>
        </w:rPr>
        <w:t>的左侧时，</w:t>
      </w:r>
    </w:p>
    <w:p>
      <w:pPr>
        <w:spacing w:line="360" w:lineRule="auto"/>
        <w:jc w:val="left"/>
        <w:textAlignment w:val="center"/>
        <w:rPr>
          <w:color w:val="000000"/>
        </w:rPr>
      </w:pPr>
      <w:r>
        <w:rPr>
          <w:rFonts w:ascii="宋体" w:eastAsia="宋体" w:hAnsi="宋体" w:cs="宋体"/>
          <w:color w:val="000000"/>
        </w:rPr>
        <w:t>根据题意，得</w:t>
      </w:r>
      <w:r>
        <w:pict>
          <v:shape id="_x0000_i714725" type="#_x0000_t75" alt="学科网(www.zxxk.com)--教育资源门户，提供试卷、教案、课件、论文、素材以及各类教学资源下载，还有大量而丰富的教学相关资讯！" style="width:183pt;height:21.75pt" o:oleicon="f" o:ole="">
            <v:imagedata r:id="rId4838" o:title="eqId1f86425bfaf9462e4b9ef4e2e6d960f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726" type="#_x0000_t75" alt="学科网(www.zxxk.com)--教育资源门户，提供试卷、教案、课件、论文、素材以及各类教学资源下载，还有大量而丰富的教学相关资讯！" style="width:24.75pt;height:14.25pt" o:oleicon="f" o:ole="">
            <v:imagedata r:id="rId4839" o:title="eqIdc430e1f025dc791c2e5ab17f5771988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即当</w:t>
      </w:r>
      <w:r>
        <w:pict>
          <v:shape id="_x0000_i714727" type="#_x0000_t75" alt="学科网(www.zxxk.com)--教育资源门户，提供试卷、教案、课件、论文、素材以及各类教学资源下载，还有大量而丰富的教学相关资讯！" style="width:24.75pt;height:14.25pt" o:oleicon="f" o:ole="">
            <v:imagedata r:id="rId4840" o:title="eqIdc430e1f025dc791c2e5ab17f57719882"/>
          </v:shape>
        </w:pict>
      </w:r>
      <w:r>
        <w:rPr>
          <w:rFonts w:ascii="宋体" w:eastAsia="宋体" w:hAnsi="宋体" w:cs="宋体"/>
          <w:color w:val="000000"/>
        </w:rPr>
        <w:t>时，点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的距离之和是</w:t>
      </w:r>
      <w:r>
        <w:rPr>
          <w:rFonts w:ascii="Times New Roman" w:eastAsia="Times New Roman" w:hAnsi="Times New Roman" w:cs="Times New Roman"/>
          <w:color w:val="000000"/>
        </w:rPr>
        <w:t>18</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C</w:t>
      </w:r>
      <w:r>
        <w:rPr>
          <w:rFonts w:ascii="宋体" w:eastAsia="宋体" w:hAnsi="宋体" w:cs="宋体"/>
          <w:color w:val="000000"/>
        </w:rPr>
        <w:t>表示的有理数为</w:t>
      </w:r>
      <w:r>
        <w:pict>
          <v:shape id="_x0000_i714728" type="#_x0000_t75" alt="学科网(www.zxxk.com)--教育资源门户，提供试卷、教案、课件、论文、素材以及各类教学资源下载，还有大量而丰富的教学相关资讯！" style="width:37.5pt;height:13.5pt" o:oleicon="f" o:ole="">
            <v:imagedata r:id="rId4841" o:title="eqIdde1ed98169783c84f073086bf170a945"/>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表示的有理数为</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729" type="#_x0000_t75" alt="学科网(www.zxxk.com)--教育资源门户，提供试卷、教案、课件、论文、素材以及各类教学资源下载，还有大量而丰富的教学相关资讯！" style="width:84pt;height:21.75pt" o:oleicon="f" o:ole="">
            <v:imagedata r:id="rId4842" o:title="eqIde2327415cc81ded01b6918133f8aa54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730" type="#_x0000_t75" alt="学科网(www.zxxk.com)--教育资源门户，提供试卷、教案、课件、论文、素材以及各类教学资源下载，还有大量而丰富的教学相关资讯！" style="width:24.75pt;height:14.25pt" o:oleicon="f" o:ole="">
            <v:imagedata r:id="rId4843" o:title="eqIda15a13b4190ac3d5feaee27a4c97b21b"/>
          </v:shape>
        </w:pic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本题考查了一元一次方程的应用和数轴，解题关键是根据题目给出的条件，找出合适的等量关系列出方程，再求解．</w:t>
      </w:r>
    </w:p>
    <w:p>
      <w:pPr>
        <w:spacing w:line="360" w:lineRule="auto"/>
        <w:jc w:val="left"/>
        <w:textAlignment w:val="center"/>
        <w:rPr>
          <w:color w:val="000000"/>
        </w:rPr>
      </w:pPr>
      <w:r>
        <w:rPr>
          <w:color w:val="000000"/>
        </w:rPr>
        <w:t xml:space="preserve">32. </w:t>
      </w:r>
      <w:r>
        <w:rPr>
          <w:rFonts w:ascii="宋体" w:eastAsia="宋体" w:hAnsi="宋体" w:cs="宋体"/>
          <w:color w:val="000000"/>
        </w:rPr>
        <w:t>如图表示</w:t>
      </w:r>
      <w:r>
        <w:pict>
          <v:shape id="_x0000_i714731" type="#_x0000_t75" alt="学科网(www.zxxk.com)--教育资源门户，提供试卷、教案、课件、论文、素材以及各类教学资源下载，还有大量而丰富的教学相关资讯！" style="width:21pt;height:12.75pt" o:oleicon="f" o:ole="">
            <v:imagedata r:id="rId4844" o:title="eqId777d8fccf0cf8b55a68488fe48b78744"/>
          </v:shape>
        </w:pict>
      </w:r>
      <w:r>
        <w:rPr>
          <w:rFonts w:ascii="宋体" w:eastAsia="宋体" w:hAnsi="宋体" w:cs="宋体"/>
          <w:color w:val="000000"/>
        </w:rPr>
        <w:t>的数表：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02"/>
        <w:gridCol w:w="902"/>
        <w:gridCol w:w="902"/>
        <w:gridCol w:w="902"/>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第一列</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第二列</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第三列</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第一行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第二行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第三行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a</w:t>
            </w:r>
          </w:p>
        </w:tc>
      </w:tr>
    </w:tbl>
    <w:p>
      <w:pPr>
        <w:spacing w:line="360" w:lineRule="auto"/>
        <w:jc w:val="left"/>
        <w:textAlignment w:val="center"/>
        <w:rPr>
          <w:color w:val="000000"/>
        </w:rPr>
      </w:pPr>
      <w:r>
        <w:rPr>
          <w:rFonts w:ascii="宋体" w:eastAsia="宋体" w:hAnsi="宋体" w:cs="宋体"/>
          <w:color w:val="000000"/>
        </w:rPr>
        <w:t>我们规定：</w:t>
      </w:r>
      <w:r>
        <w:pict>
          <v:shape id="_x0000_i714732" type="#_x0000_t75" alt="学科网(www.zxxk.com)--教育资源门户，提供试卷、教案、课件、论文、素材以及各类教学资源下载，还有大量而丰富的教学相关资讯！" style="width:24.95pt;height:13.95pt;mso-position-horizontal-relative:page;mso-position-vertical-relative:page;mso-wrap-style:square" o:oleicon="f" o:ole="">
            <v:imagedata r:id="rId4845" o:title="eqId18fb71f0467a746c9f6f61ed89587a0c"/>
          </v:shape>
        </w:pict>
      </w:r>
      <w:r>
        <w:rPr>
          <w:rFonts w:ascii="宋体" w:eastAsia="宋体" w:hAnsi="宋体" w:cs="宋体"/>
          <w:color w:val="000000"/>
        </w:rPr>
        <w:t>表示数表中第</w:t>
      </w:r>
      <w:r>
        <w:rPr>
          <w:rFonts w:ascii="Times New Roman" w:eastAsia="Times New Roman" w:hAnsi="Times New Roman" w:cs="Times New Roman"/>
          <w:i/>
          <w:color w:val="000000"/>
        </w:rPr>
        <w:t>a</w:t>
      </w:r>
      <w:r>
        <w:rPr>
          <w:rFonts w:ascii="宋体" w:eastAsia="宋体" w:hAnsi="宋体" w:cs="宋体"/>
          <w:color w:val="000000"/>
        </w:rPr>
        <w:t>行第</w:t>
      </w:r>
      <w:r>
        <w:rPr>
          <w:rFonts w:ascii="Times New Roman" w:eastAsia="Times New Roman" w:hAnsi="Times New Roman" w:cs="Times New Roman"/>
          <w:i/>
          <w:color w:val="000000"/>
        </w:rPr>
        <w:t>b</w:t>
      </w:r>
      <w:r>
        <w:rPr>
          <w:rFonts w:ascii="宋体" w:eastAsia="宋体" w:hAnsi="宋体" w:cs="宋体"/>
          <w:color w:val="000000"/>
        </w:rPr>
        <w:t>列的数．例如：数表中第</w:t>
      </w:r>
      <w:r>
        <w:rPr>
          <w:rFonts w:ascii="Times New Roman" w:eastAsia="Times New Roman" w:hAnsi="Times New Roman" w:cs="Times New Roman"/>
          <w:color w:val="000000"/>
        </w:rPr>
        <w:t>2</w:t>
      </w:r>
      <w:r>
        <w:rPr>
          <w:rFonts w:ascii="宋体" w:eastAsia="宋体" w:hAnsi="宋体" w:cs="宋体"/>
          <w:color w:val="000000"/>
        </w:rPr>
        <w:t>行第</w:t>
      </w:r>
      <w:r>
        <w:rPr>
          <w:rFonts w:ascii="Times New Roman" w:eastAsia="Times New Roman" w:hAnsi="Times New Roman" w:cs="Times New Roman"/>
          <w:color w:val="000000"/>
        </w:rPr>
        <w:t>1</w:t>
      </w:r>
      <w:r>
        <w:rPr>
          <w:rFonts w:ascii="宋体" w:eastAsia="宋体" w:hAnsi="宋体" w:cs="宋体"/>
          <w:color w:val="000000"/>
        </w:rPr>
        <w:t>列的数为</w:t>
      </w:r>
      <w:r>
        <w:rPr>
          <w:rFonts w:ascii="Times New Roman" w:eastAsia="Times New Roman" w:hAnsi="Times New Roman" w:cs="Times New Roman"/>
          <w:color w:val="000000"/>
        </w:rPr>
        <w:t>4</w:t>
      </w:r>
      <w:r>
        <w:rPr>
          <w:rFonts w:ascii="宋体" w:eastAsia="宋体" w:hAnsi="宋体" w:cs="宋体"/>
          <w:color w:val="000000"/>
        </w:rPr>
        <w:t>，记作</w:t>
      </w:r>
      <w:r>
        <w:pict>
          <v:shape id="_x0000_i714733" type="#_x0000_t75" alt="学科网(www.zxxk.com)--教育资源门户，提供试卷、教案、课件、论文、素材以及各类教学资源下载，还有大量而丰富的教学相关资讯！" style="width:39.45pt;height:12.5pt" o:oleicon="f" o:ole="">
            <v:imagedata r:id="rId4846" o:title="eqId822469c162efb0d352f061729be8f45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请根据以上规定回答下列问题：</w:t>
      </w:r>
    </w:p>
    <w:p>
      <w:pPr>
        <w:spacing w:line="360" w:lineRule="auto"/>
        <w:jc w:val="left"/>
        <w:textAlignment w:val="center"/>
        <w:rPr>
          <w:color w:val="000000"/>
        </w:rPr>
      </w:pPr>
      <w:r>
        <w:rPr>
          <w:color w:val="000000"/>
        </w:rPr>
        <w:t>（1）</w:t>
      </w:r>
      <w:r>
        <w:pict>
          <v:shape id="_x0000_i714734" type="#_x0000_t75" alt="学科网(www.zxxk.com)--教育资源门户，提供试卷、教案、课件、论文、素材以及各类教学资源下载，还有大量而丰富的教学相关资讯！" style="width:33.2pt;height:14.4pt" o:oleicon="f" o:ole="">
            <v:imagedata r:id="rId4847" o:title="eqId1de10bc2b6356032a8dfdab1d5c2356d"/>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14735" type="#_x0000_t75" alt="学科网(www.zxxk.com)--教育资源门户，提供试卷、教案、课件、论文、素材以及各类教学资源下载，还有大量而丰富的教学相关资讯！" style="width:53.85pt;height:14.4pt" o:oleicon="f" o:ole="">
            <v:imagedata r:id="rId4848" o:title="eqId3b16a24221751cb541d3fb46f589d5d8"/>
          </v:shape>
        </w:pict>
      </w:r>
      <w:r>
        <w:rPr>
          <w:rFonts w:ascii="宋体" w:eastAsia="宋体" w:hAnsi="宋体" w:cs="宋体"/>
          <w:color w:val="000000"/>
        </w:rPr>
        <w:t>，则</w:t>
      </w:r>
      <w:r>
        <w:pict>
          <v:shape id="_x0000_i714736" type="#_x0000_t75" alt="学科网(www.zxxk.com)--教育资源门户，提供试卷、教案、课件、论文、素材以及各类教学资源下载，还有大量而丰富的教学相关资讯！" style="width:20.4pt;height:11.4pt" o:oleicon="f" o:ole="">
            <v:imagedata r:id="rId4849" o:title="eqId380bbacf854e30e2e747fc286d2b9997"/>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w:t>
      </w:r>
      <w:r>
        <w:pict>
          <v:shape id="_x0000_i714737" type="#_x0000_t75" alt="学科网(www.zxxk.com)--教育资源门户，提供试卷、教案、课件、论文、素材以及各类教学资源下载，还有大量而丰富的教学相关资讯！" style="width:83.9pt;height:20.05pt" o:oleicon="f" o:ole="">
            <v:imagedata r:id="rId4850" o:title="eqIdf6dd7ce99675311c55485e29962fe254"/>
          </v:shape>
        </w:pic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6</w:t>
      </w:r>
      <w:r>
        <w:rPr>
          <w:color w:val="000000"/>
        </w:rPr>
        <w:br/>
      </w:r>
      <w:r>
        <w:rPr>
          <w:color w:val="000000"/>
        </w:rPr>
        <w:t xml:space="preserve">    </w:t>
      </w:r>
      <w:r>
        <w:rPr>
          <w:color w:val="000000"/>
        </w:rPr>
        <w:t>（2）</w:t>
      </w:r>
      <w:r>
        <w:rPr>
          <w:rFonts w:ascii="Times New Roman" w:eastAsia="Times New Roman" w:hAnsi="Times New Roman" w:cs="Times New Roman"/>
          <w:color w:val="000000"/>
        </w:rPr>
        <w:t>2</w:t>
      </w:r>
      <w:r>
        <w:rPr>
          <w:color w:val="000000"/>
        </w:rPr>
        <w:t xml:space="preserve">    </w:t>
      </w:r>
    </w:p>
    <w:p>
      <w:pPr>
        <w:spacing w:line="360" w:lineRule="auto"/>
        <w:textAlignment w:val="center"/>
        <w:rPr>
          <w:color w:val="000000"/>
        </w:rPr>
      </w:pPr>
      <w:r>
        <w:rPr>
          <w:color w:val="000000"/>
        </w:rPr>
        <w:t>（3）</w:t>
      </w:r>
      <w:r>
        <w:pict>
          <v:shape id="_x0000_i714738" type="#_x0000_t75" alt="学科网(www.zxxk.com)--教育资源门户，提供试卷、教案、课件、论文、素材以及各类教学资源下载，还有大量而丰富的教学相关资讯！" style="width:27.8pt;height:14.15pt" o:oleicon="f" o:ole="">
            <v:imagedata r:id="rId4851" o:title="eqIdbb45f673c56a289ea78831c9237e8d20"/>
          </v:shape>
        </w:pict>
      </w:r>
      <w:r>
        <w:rPr>
          <w:rFonts w:ascii="宋体" w:eastAsia="宋体" w:hAnsi="宋体" w:cs="宋体"/>
          <w:color w:val="000000"/>
        </w:rPr>
        <w:t>或</w:t>
      </w:r>
      <w:r>
        <w:pict>
          <v:shape id="_x0000_i714739" type="#_x0000_t75" alt="学科网(www.zxxk.com)--教育资源门户，提供试卷、教案、课件、论文、素材以及各类教学资源下载，还有大量而丰富的教学相关资讯！" style="width:26.1pt;height:14.15pt" o:oleicon="f" o:ole="">
            <v:imagedata r:id="rId4852" o:title="eqId9b384412acba251d87902ab928902f16"/>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pict>
          <v:shape id="_x0000_i714740" type="#_x0000_t75" alt="学科网(www.zxxk.com)--教育资源门户，提供试卷、教案、课件、论文、素材以及各类教学资源下载，还有大量而丰富的教学相关资讯！" style="width:24.95pt;height:13.95pt;mso-position-horizontal-relative:page;mso-position-vertical-relative:page;mso-wrap-style:square" o:oleicon="f" o:ole="">
            <v:imagedata r:id="rId4853" o:title="eqId18fb71f0467a746c9f6f61ed89587a0c"/>
          </v:shape>
        </w:pict>
      </w:r>
      <w:r>
        <w:rPr>
          <w:rFonts w:ascii="宋体" w:eastAsia="宋体" w:hAnsi="宋体" w:cs="宋体"/>
          <w:color w:val="000000"/>
        </w:rPr>
        <w:t>表示数表中第</w:t>
      </w:r>
      <w:r>
        <w:rPr>
          <w:rFonts w:ascii="Times New Roman" w:eastAsia="Times New Roman" w:hAnsi="Times New Roman" w:cs="Times New Roman"/>
          <w:i/>
          <w:color w:val="000000"/>
        </w:rPr>
        <w:t>a</w:t>
      </w:r>
      <w:r>
        <w:rPr>
          <w:rFonts w:ascii="宋体" w:eastAsia="宋体" w:hAnsi="宋体" w:cs="宋体"/>
          <w:color w:val="000000"/>
        </w:rPr>
        <w:t>行第</w:t>
      </w:r>
      <w:r>
        <w:rPr>
          <w:rFonts w:ascii="Times New Roman" w:eastAsia="Times New Roman" w:hAnsi="Times New Roman" w:cs="Times New Roman"/>
          <w:i/>
          <w:color w:val="000000"/>
        </w:rPr>
        <w:t>b</w:t>
      </w:r>
      <w:r>
        <w:rPr>
          <w:rFonts w:ascii="宋体" w:eastAsia="宋体" w:hAnsi="宋体" w:cs="宋体"/>
          <w:color w:val="000000"/>
        </w:rPr>
        <w:t>列的数．即可求解；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pict>
          <v:shape id="_x0000_i714741" type="#_x0000_t75" alt="学科网(www.zxxk.com)--教育资源门户，提供试卷、教案、课件、论文、素材以及各类教学资源下载，还有大量而丰富的教学相关资讯！" style="width:24.95pt;height:13.95pt;mso-position-horizontal-relative:page;mso-position-vertical-relative:page;mso-wrap-style:square" o:oleicon="f" o:ole="">
            <v:imagedata r:id="rId4854" o:title="eqId18fb71f0467a746c9f6f61ed89587a0c"/>
          </v:shape>
        </w:pict>
      </w:r>
      <w:r>
        <w:rPr>
          <w:rFonts w:ascii="宋体" w:eastAsia="宋体" w:hAnsi="宋体" w:cs="宋体"/>
          <w:color w:val="000000"/>
        </w:rPr>
        <w:t>表示数表中第</w:t>
      </w:r>
      <w:r>
        <w:rPr>
          <w:rFonts w:ascii="Times New Roman" w:eastAsia="Times New Roman" w:hAnsi="Times New Roman" w:cs="Times New Roman"/>
          <w:i/>
          <w:color w:val="000000"/>
        </w:rPr>
        <w:t>a</w:t>
      </w:r>
      <w:r>
        <w:rPr>
          <w:rFonts w:ascii="宋体" w:eastAsia="宋体" w:hAnsi="宋体" w:cs="宋体"/>
          <w:color w:val="000000"/>
        </w:rPr>
        <w:t>行第</w:t>
      </w:r>
      <w:r>
        <w:rPr>
          <w:rFonts w:ascii="Times New Roman" w:eastAsia="Times New Roman" w:hAnsi="Times New Roman" w:cs="Times New Roman"/>
          <w:i/>
          <w:color w:val="000000"/>
        </w:rPr>
        <w:t>b</w:t>
      </w:r>
      <w:r>
        <w:rPr>
          <w:rFonts w:ascii="宋体" w:eastAsia="宋体" w:hAnsi="宋体" w:cs="宋体"/>
          <w:color w:val="000000"/>
        </w:rPr>
        <w:t>列的数，再根据</w:t>
      </w:r>
      <w:r>
        <w:pict>
          <v:shape id="_x0000_i714742" type="#_x0000_t75" alt="学科网(www.zxxk.com)--教育资源门户，提供试卷、教案、课件、论文、素材以及各类教学资源下载，还有大量而丰富的教学相关资讯！" style="width:53.85pt;height:14.4pt" o:oleicon="f" o:ole="">
            <v:imagedata r:id="rId4855" o:title="eqId3b16a24221751cb541d3fb46f589d5d8"/>
          </v:shape>
        </w:pict>
      </w:r>
      <w:r>
        <w:rPr>
          <w:rFonts w:ascii="宋体" w:eastAsia="宋体" w:hAnsi="宋体" w:cs="宋体"/>
          <w:color w:val="000000"/>
        </w:rPr>
        <w:t>即可得</w:t>
      </w:r>
      <w:r>
        <w:pict>
          <v:shape id="_x0000_i714743" type="#_x0000_t75" alt="学科网(www.zxxk.com)--教育资源门户，提供试卷、教案、课件、论文、素材以及各类教学资源下载，还有大量而丰富的教学相关资讯！" style="width:24.75pt;height:12.75pt" o:oleicon="f" o:ole="">
            <v:imagedata r:id="rId4856" o:title="eqId8e258ab9e600435b37465092243d99f6"/>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pict>
          <v:shape id="_x0000_i714744" type="#_x0000_t75" alt="学科网(www.zxxk.com)--教育资源门户，提供试卷、教案、课件、论文、素材以及各类教学资源下载，还有大量而丰富的教学相关资讯！" style="width:24.95pt;height:13.95pt;mso-position-horizontal-relative:page;mso-position-vertical-relative:page;mso-wrap-style:square" o:oleicon="f" o:ole="">
            <v:imagedata r:id="rId4857" o:title="eqId18fb71f0467a746c9f6f61ed89587a0c"/>
          </v:shape>
        </w:pict>
      </w:r>
      <w:r>
        <w:rPr>
          <w:rFonts w:ascii="宋体" w:eastAsia="宋体" w:hAnsi="宋体" w:cs="宋体"/>
          <w:color w:val="000000"/>
        </w:rPr>
        <w:t>表示数表中第</w:t>
      </w:r>
      <w:r>
        <w:rPr>
          <w:rFonts w:ascii="Times New Roman" w:eastAsia="Times New Roman" w:hAnsi="Times New Roman" w:cs="Times New Roman"/>
          <w:i/>
          <w:color w:val="000000"/>
        </w:rPr>
        <w:t>a</w:t>
      </w:r>
      <w:r>
        <w:rPr>
          <w:rFonts w:ascii="宋体" w:eastAsia="宋体" w:hAnsi="宋体" w:cs="宋体"/>
          <w:color w:val="000000"/>
        </w:rPr>
        <w:t>行第</w:t>
      </w:r>
      <w:r>
        <w:rPr>
          <w:rFonts w:ascii="Times New Roman" w:eastAsia="Times New Roman" w:hAnsi="Times New Roman" w:cs="Times New Roman"/>
          <w:i/>
          <w:color w:val="000000"/>
        </w:rPr>
        <w:t>b</w:t>
      </w:r>
      <w:r>
        <w:rPr>
          <w:rFonts w:ascii="宋体" w:eastAsia="宋体" w:hAnsi="宋体" w:cs="宋体"/>
          <w:color w:val="000000"/>
        </w:rPr>
        <w:t>列的数，则</w:t>
      </w:r>
      <w:r>
        <w:pict>
          <v:shape id="_x0000_i714745" type="#_x0000_t75" alt="学科网(www.zxxk.com)--教育资源门户，提供试卷、教案、课件、论文、素材以及各类教学资源下载，还有大量而丰富的教学相关资讯！" style="width:42.75pt;height:14.25pt" o:oleicon="f" o:ole="">
            <v:imagedata r:id="rId4858" o:title="eqId5826f0ad2963fb750bccf358ca132ddf"/>
          </v:shape>
        </w:pict>
      </w:r>
      <w:r>
        <w:rPr>
          <w:rFonts w:ascii="宋体" w:eastAsia="宋体" w:hAnsi="宋体" w:cs="宋体"/>
          <w:color w:val="000000"/>
        </w:rPr>
        <w:t>，由</w:t>
      </w:r>
      <w:r>
        <w:pict>
          <v:shape id="_x0000_i714746" type="#_x0000_t75" alt="学科网(www.zxxk.com)--教育资源门户，提供试卷、教案、课件、论文、素材以及各类教学资源下载，还有大量而丰富的教学相关资讯！" style="width:83.9pt;height:20.05pt" o:oleicon="f" o:ole="">
            <v:imagedata r:id="rId4859" o:title="eqIdf6dd7ce99675311c55485e29962fe254"/>
          </v:shape>
        </w:pict>
      </w:r>
      <w:r>
        <w:rPr>
          <w:rFonts w:ascii="宋体" w:eastAsia="宋体" w:hAnsi="宋体" w:cs="宋体"/>
          <w:color w:val="000000"/>
        </w:rPr>
        <w:t>得</w:t>
      </w:r>
      <w:r>
        <w:pict>
          <v:shape id="_x0000_i714747" type="#_x0000_t75" alt="学科网(www.zxxk.com)--教育资源门户，提供试卷、教案、课件、论文、素材以及各类教学资源下载，还有大量而丰富的教学相关资讯！" style="width:1in;height:20.25pt" o:oleicon="f" o:ole="">
            <v:imagedata r:id="rId4860" o:title="eqId1c4e896a8de3d64deae648d627ecd75a"/>
          </v:shape>
        </w:pict>
      </w:r>
      <w:r>
        <w:rPr>
          <w:rFonts w:ascii="宋体" w:eastAsia="宋体" w:hAnsi="宋体" w:cs="宋体"/>
          <w:color w:val="000000"/>
        </w:rPr>
        <w:t>，所以</w:t>
      </w:r>
      <w:r>
        <w:pict>
          <v:shape id="_x0000_i714748" type="#_x0000_t75" alt="学科网(www.zxxk.com)--教育资源门户，提供试卷、教案、课件、论文、素材以及各类教学资源下载，还有大量而丰富的教学相关资讯！" style="width:42pt;height:12.75pt" o:oleicon="f" o:ole="">
            <v:imagedata r:id="rId4861" o:title="eqIdd1f0b11c1a185867028e64cea6658910"/>
          </v:shape>
        </w:pict>
      </w:r>
      <w:r>
        <w:rPr>
          <w:rFonts w:ascii="宋体" w:eastAsia="宋体" w:hAnsi="宋体" w:cs="宋体"/>
          <w:color w:val="000000"/>
        </w:rPr>
        <w:t>或</w:t>
      </w:r>
      <w:r>
        <w:pict>
          <v:shape id="_x0000_i714749" type="#_x0000_t75" alt="学科网(www.zxxk.com)--教育资源门户，提供试卷、教案、课件、论文、素材以及各类教学资源下载，还有大量而丰富的教学相关资讯！" style="width:48.25pt;height:14.25pt" o:oleicon="f" o:ole="">
            <v:imagedata r:id="rId4862" o:title="eqId0b1cfe4b3f526e1b593b549e0a8c6f66"/>
          </v:shape>
        </w:pict>
      </w:r>
      <w:r>
        <w:rPr>
          <w:rFonts w:ascii="宋体" w:eastAsia="宋体" w:hAnsi="宋体" w:cs="宋体"/>
          <w:color w:val="000000"/>
        </w:rPr>
        <w:t>，求解即可，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解：由题意，得</w:t>
      </w:r>
      <w:r>
        <w:pict>
          <v:shape id="_x0000_i714750" type="#_x0000_t75" alt="学科网(www.zxxk.com)--教育资源门户，提供试卷、教案、课件、论文、素材以及各类教学资源下载，还有大量而丰富的教学相关资讯！" style="width:42pt;height:14.25pt" o:oleicon="f" o:ole="">
            <v:imagedata r:id="rId4863" o:title="eqId22946325fe2f9a27b54fbfe3d63a5185"/>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14751" type="#_x0000_t75" alt="学科网(www.zxxk.com)--教育资源门户，提供试卷、教案、课件、论文、素材以及各类教学资源下载，还有大量而丰富的教学相关资讯！" style="width:53.85pt;height:14.4pt" o:oleicon="f" o:ole="">
            <v:imagedata r:id="rId4864" o:title="eqId3b16a24221751cb541d3fb46f589d5d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14752" type="#_x0000_t75" alt="学科网(www.zxxk.com)--教育资源门户，提供试卷、教案、课件、论文、素材以及各类教学资源下载，还有大量而丰富的教学相关资讯！" style="width:24.75pt;height:12.75pt" o:oleicon="f" o:ole="">
            <v:imagedata r:id="rId4865" o:title="eqId8e258ab9e600435b37465092243d99f6"/>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解：由题意，知</w:t>
      </w:r>
      <w:r>
        <w:pict>
          <v:shape id="_x0000_i714753" type="#_x0000_t75" alt="学科网(www.zxxk.com)--教育资源门户，提供试卷、教案、课件、论文、素材以及各类教学资源下载，还有大量而丰富的教学相关资讯！" style="width:42.75pt;height:14.25pt" o:oleicon="f" o:ole="">
            <v:imagedata r:id="rId4866" o:title="eqId5826f0ad2963fb750bccf358ca132dd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pict>
          <v:shape id="_x0000_i714754" type="#_x0000_t75" alt="学科网(www.zxxk.com)--教育资源门户，提供试卷、教案、课件、论文、素材以及各类教学资源下载，还有大量而丰富的教学相关资讯！" style="width:83.9pt;height:20.05pt" o:oleicon="f" o:ole="">
            <v:imagedata r:id="rId4867" o:title="eqIdf6dd7ce99675311c55485e29962fe254"/>
          </v:shape>
        </w:pict>
      </w:r>
    </w:p>
    <w:p>
      <w:pPr>
        <w:spacing w:line="360" w:lineRule="auto"/>
        <w:jc w:val="left"/>
        <w:textAlignment w:val="center"/>
        <w:rPr>
          <w:color w:val="000000"/>
        </w:rPr>
      </w:pPr>
      <w:r>
        <w:rPr>
          <w:rFonts w:ascii="宋体" w:eastAsia="宋体" w:hAnsi="宋体" w:cs="宋体"/>
          <w:color w:val="000000"/>
        </w:rPr>
        <w:t>∴</w:t>
      </w:r>
      <w:r>
        <w:pict>
          <v:shape id="_x0000_i714755" type="#_x0000_t75" alt="学科网(www.zxxk.com)--教育资源门户，提供试卷、教案、课件、论文、素材以及各类教学资源下载，还有大量而丰富的教学相关资讯！" style="width:1in;height:20.25pt" o:oleicon="f" o:ole="">
            <v:imagedata r:id="rId4868" o:title="eqId1c4e896a8de3d64deae648d627ecd75a"/>
          </v:shape>
        </w:pict>
      </w:r>
    </w:p>
    <w:p>
      <w:pPr>
        <w:spacing w:line="360" w:lineRule="auto"/>
        <w:jc w:val="left"/>
        <w:textAlignment w:val="center"/>
        <w:rPr>
          <w:color w:val="000000"/>
        </w:rPr>
      </w:pPr>
      <w:r>
        <w:rPr>
          <w:rFonts w:ascii="宋体" w:eastAsia="宋体" w:hAnsi="宋体" w:cs="宋体"/>
          <w:color w:val="000000"/>
        </w:rPr>
        <w:t>∴</w:t>
      </w:r>
      <w:r>
        <w:pict>
          <v:shape id="_x0000_i714756" type="#_x0000_t75" alt="学科网(www.zxxk.com)--教育资源门户，提供试卷、教案、课件、论文、素材以及各类教学资源下载，还有大量而丰富的教学相关资讯！" style="width:42pt;height:12.75pt" o:oleicon="f" o:ole="">
            <v:imagedata r:id="rId4869" o:title="eqIdd1f0b11c1a185867028e64cea6658910"/>
          </v:shape>
        </w:pict>
      </w:r>
      <w:r>
        <w:rPr>
          <w:rFonts w:ascii="宋体" w:eastAsia="宋体" w:hAnsi="宋体" w:cs="宋体"/>
          <w:color w:val="000000"/>
        </w:rPr>
        <w:t>或</w:t>
      </w:r>
      <w:r>
        <w:pict>
          <v:shape id="_x0000_i714757" type="#_x0000_t75" alt="学科网(www.zxxk.com)--教育资源门户，提供试卷、教案、课件、论文、素材以及各类教学资源下载，还有大量而丰富的教学相关资讯！" style="width:48.25pt;height:14.25pt" o:oleicon="f" o:ole="">
            <v:imagedata r:id="rId4870" o:title="eqId0b1cfe4b3f526e1b593b549e0a8c6f6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14758" type="#_x0000_t75" alt="学科网(www.zxxk.com)--教育资源门户，提供试卷、教案、课件、论文、素材以及各类教学资源下载，还有大量而丰富的教学相关资讯！" style="width:27.8pt;height:14.15pt" o:oleicon="f" o:ole="">
            <v:imagedata r:id="rId4871" o:title="eqIdbb45f673c56a289ea78831c9237e8d20"/>
          </v:shape>
        </w:pict>
      </w:r>
      <w:r>
        <w:rPr>
          <w:rFonts w:ascii="宋体" w:eastAsia="宋体" w:hAnsi="宋体" w:cs="宋体"/>
          <w:color w:val="000000"/>
        </w:rPr>
        <w:t>或</w:t>
      </w:r>
      <w:r>
        <w:pict>
          <v:shape id="_x0000_i714759" type="#_x0000_t75" alt="学科网(www.zxxk.com)--教育资源门户，提供试卷、教案、课件、论文、素材以及各类教学资源下载，还有大量而丰富的教学相关资讯！" style="width:26.1pt;height:14.15pt" o:oleicon="f" o:ole="">
            <v:imagedata r:id="rId4872" o:title="eqId9b384412acba251d87902ab928902f16"/>
          </v:shape>
        </w:pict>
      </w:r>
      <w:r>
        <w:rPr>
          <w:rFonts w:ascii="宋体" w:eastAsia="宋体" w:hAnsi="宋体" w:cs="宋体"/>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docGrid w:type="lines" w:linePitch="312"/>
        </w:sectPr>
      </w:pPr>
      <w:r>
        <w:rPr>
          <w:color w:val="000000"/>
        </w:rPr>
        <w:t>【点睛】</w:t>
      </w:r>
      <w:r>
        <w:rPr>
          <w:rFonts w:ascii="宋体" w:eastAsia="宋体" w:hAnsi="宋体" w:cs="宋体"/>
          <w:color w:val="000000"/>
        </w:rPr>
        <w:t>本题考查新定义，解一元一次方程，理解</w:t>
      </w:r>
      <w:r>
        <w:pict>
          <v:shape id="_x0000_i714760" type="#_x0000_t75" alt="学科网(www.zxxk.com)--教育资源门户，提供试卷、教案、课件、论文、素材以及各类教学资源下载，还有大量而丰富的教学相关资讯！" style="width:24.95pt;height:13.95pt;mso-position-horizontal-relative:page;mso-position-vertical-relative:page;mso-wrap-style:square" o:oleicon="f" o:ole="">
            <v:imagedata r:id="rId4873" o:title="eqId18fb71f0467a746c9f6f61ed89587a0c"/>
          </v:shape>
        </w:pict>
      </w:r>
      <w:r>
        <w:rPr>
          <w:rFonts w:ascii="宋体" w:eastAsia="宋体" w:hAnsi="宋体" w:cs="宋体"/>
          <w:color w:val="000000"/>
        </w:rPr>
        <w:t>表示数表中第</w:t>
      </w:r>
      <w:r>
        <w:rPr>
          <w:rFonts w:ascii="Times New Roman" w:eastAsia="Times New Roman" w:hAnsi="Times New Roman" w:cs="Times New Roman"/>
          <w:i/>
          <w:color w:val="000000"/>
        </w:rPr>
        <w:t>a</w:t>
      </w:r>
      <w:r>
        <w:rPr>
          <w:rFonts w:ascii="宋体" w:eastAsia="宋体" w:hAnsi="宋体" w:cs="宋体"/>
          <w:color w:val="000000"/>
        </w:rPr>
        <w:t>行第</w:t>
      </w:r>
      <w:r>
        <w:rPr>
          <w:rFonts w:ascii="Times New Roman" w:eastAsia="Times New Roman" w:hAnsi="Times New Roman" w:cs="Times New Roman"/>
          <w:i/>
          <w:color w:val="000000"/>
        </w:rPr>
        <w:t>b</w:t>
      </w:r>
      <w:r>
        <w:rPr>
          <w:rFonts w:ascii="宋体" w:eastAsia="宋体" w:hAnsi="宋体" w:cs="宋体"/>
          <w:color w:val="000000"/>
        </w:rPr>
        <w:t>列的数．据此由</w:t>
      </w:r>
      <w:r>
        <w:pict>
          <v:shape id="_x0000_i714761" type="#_x0000_t75" alt="学科网(www.zxxk.com)--教育资源门户，提供试卷、教案、课件、论文、素材以及各类教学资源下载，还有大量而丰富的教学相关资讯！" style="width:83.9pt;height:20.05pt" o:oleicon="f" o:ole="">
            <v:imagedata r:id="rId4874" o:title="eqIdf6dd7ce99675311c55485e29962fe254"/>
          </v:shape>
        </w:pict>
      </w:r>
      <w:r>
        <w:rPr>
          <w:rFonts w:ascii="宋体" w:eastAsia="宋体" w:hAnsi="宋体" w:cs="宋体"/>
          <w:color w:val="000000"/>
        </w:rPr>
        <w:t>得出方程</w:t>
      </w:r>
      <w:r>
        <w:pict>
          <v:shape id="_x0000_i714762" type="#_x0000_t75" alt="学科网(www.zxxk.com)--教育资源门户，提供试卷、教案、课件、论文、素材以及各类教学资源下载，还有大量而丰富的教学相关资讯！" style="width:42pt;height:12.75pt" o:oleicon="f" o:ole="">
            <v:imagedata r:id="rId4875" o:title="eqIdd1f0b11c1a185867028e64cea6658910"/>
          </v:shape>
        </w:pict>
      </w:r>
      <w:r>
        <w:rPr>
          <w:rFonts w:ascii="宋体" w:eastAsia="宋体" w:hAnsi="宋体" w:cs="宋体"/>
          <w:color w:val="000000"/>
        </w:rPr>
        <w:t>或</w:t>
      </w:r>
      <w:r>
        <w:pict>
          <v:shape id="_x0000_i714763" type="#_x0000_t75" alt="学科网(www.zxxk.com)--教育资源门户，提供试卷、教案、课件、论文、素材以及各类教学资源下载，还有大量而丰富的教学相关资讯！" style="width:48.25pt;height:14.25pt" o:oleicon="f" o:ole="">
            <v:imagedata r:id="rId4876" o:title="eqId0b1cfe4b3f526e1b593b549e0a8c6f66"/>
          </v:shape>
        </w:pict>
      </w:r>
      <w:r>
        <w:rPr>
          <w:rFonts w:ascii="宋体" w:eastAsia="宋体" w:hAnsi="宋体" w:cs="宋体"/>
          <w:color w:val="000000"/>
        </w:rPr>
        <w:t>是解题的关键．</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9764.wmf"/><Relationship Id="rId10" Type="http://schemas.openxmlformats.org/officeDocument/2006/relationships/image" Target="media/x9765.wmf"/><Relationship Id="rId11" Type="http://schemas.openxmlformats.org/officeDocument/2006/relationships/image" Target="media/x9766.wmf"/><Relationship Id="rId12" Type="http://schemas.openxmlformats.org/officeDocument/2006/relationships/image" Target="media/x9767.wmf"/><Relationship Id="rId13" Type="http://schemas.openxmlformats.org/officeDocument/2006/relationships/image" Target="media/x9768.wmf"/><Relationship Id="rId14" Type="http://schemas.openxmlformats.org/officeDocument/2006/relationships/image" Target="media/x9769.wmf"/><Relationship Id="rId15" Type="http://schemas.openxmlformats.org/officeDocument/2006/relationships/image" Target="media/x9770.png"/><Relationship Id="rId16" Type="http://schemas.openxmlformats.org/officeDocument/2006/relationships/image" Target="media/x9771.wmf"/><Relationship Id="rId17" Type="http://schemas.openxmlformats.org/officeDocument/2006/relationships/image" Target="media/x9772.wmf"/><Relationship Id="rId18" Type="http://schemas.openxmlformats.org/officeDocument/2006/relationships/image" Target="media/x9773.wmf"/><Relationship Id="rId19" Type="http://schemas.openxmlformats.org/officeDocument/2006/relationships/image" Target="media/x9774.wmf"/><Relationship Id="rId20" Type="http://schemas.openxmlformats.org/officeDocument/2006/relationships/image" Target="media/x9775.wmf"/><Relationship Id="rId21" Type="http://schemas.openxmlformats.org/officeDocument/2006/relationships/image" Target="media/x9776.wmf"/><Relationship Id="rId22" Type="http://schemas.openxmlformats.org/officeDocument/2006/relationships/image" Target="media/x9777.wmf"/><Relationship Id="rId23" Type="http://schemas.openxmlformats.org/officeDocument/2006/relationships/image" Target="media/x9778.wmf"/><Relationship Id="rId24" Type="http://schemas.openxmlformats.org/officeDocument/2006/relationships/image" Target="media/x9779.wmf"/><Relationship Id="rId25" Type="http://schemas.openxmlformats.org/officeDocument/2006/relationships/image" Target="media/x9780.wmf"/><Relationship Id="rId26" Type="http://schemas.openxmlformats.org/officeDocument/2006/relationships/image" Target="media/x9781.wmf"/><Relationship Id="rId27" Type="http://schemas.openxmlformats.org/officeDocument/2006/relationships/image" Target="media/x9782.wmf"/><Relationship Id="rId28" Type="http://schemas.openxmlformats.org/officeDocument/2006/relationships/image" Target="media/x9783.wmf"/><Relationship Id="rId29" Type="http://schemas.openxmlformats.org/officeDocument/2006/relationships/image" Target="media/x9784.wmf"/><Relationship Id="rId30" Type="http://schemas.openxmlformats.org/officeDocument/2006/relationships/image" Target="media/x9785.wmf"/><Relationship Id="rId31" Type="http://schemas.openxmlformats.org/officeDocument/2006/relationships/image" Target="media/x9786.png"/><Relationship Id="rId32" Type="http://schemas.openxmlformats.org/officeDocument/2006/relationships/image" Target="media/x9787.wmf"/><Relationship Id="rId33" Type="http://schemas.openxmlformats.org/officeDocument/2006/relationships/image" Target="media/x9788.wmf"/><Relationship Id="rId34" Type="http://schemas.openxmlformats.org/officeDocument/2006/relationships/image" Target="media/x9789.wmf"/><Relationship Id="rId35" Type="http://schemas.openxmlformats.org/officeDocument/2006/relationships/image" Target="media/x9790.wmf"/><Relationship Id="rId36" Type="http://schemas.openxmlformats.org/officeDocument/2006/relationships/image" Target="media/x9791.wmf"/><Relationship Id="rId37" Type="http://schemas.openxmlformats.org/officeDocument/2006/relationships/image" Target="media/x9792.wmf"/><Relationship Id="rId38" Type="http://schemas.openxmlformats.org/officeDocument/2006/relationships/image" Target="media/x9793.wmf"/><Relationship Id="rId39" Type="http://schemas.openxmlformats.org/officeDocument/2006/relationships/image" Target="media/x9794.wmf"/><Relationship Id="rId40" Type="http://schemas.openxmlformats.org/officeDocument/2006/relationships/image" Target="media/x9795.wmf"/><Relationship Id="rId41" Type="http://schemas.openxmlformats.org/officeDocument/2006/relationships/image" Target="media/x9796.wmf"/><Relationship Id="rId42" Type="http://schemas.openxmlformats.org/officeDocument/2006/relationships/image" Target="media/x9797.png"/><Relationship Id="rId43" Type="http://schemas.openxmlformats.org/officeDocument/2006/relationships/image" Target="media/x9798.wmf"/><Relationship Id="rId44" Type="http://schemas.openxmlformats.org/officeDocument/2006/relationships/image" Target="media/x9799.wmf"/><Relationship Id="rId45" Type="http://schemas.openxmlformats.org/officeDocument/2006/relationships/image" Target="media/x9800.wmf"/><Relationship Id="rId46" Type="http://schemas.openxmlformats.org/officeDocument/2006/relationships/image" Target="media/x9801.wmf"/><Relationship Id="rId47" Type="http://schemas.openxmlformats.org/officeDocument/2006/relationships/image" Target="media/x9802.wmf"/><Relationship Id="rId48" Type="http://schemas.openxmlformats.org/officeDocument/2006/relationships/image" Target="media/x9803.wmf"/><Relationship Id="rId49" Type="http://schemas.openxmlformats.org/officeDocument/2006/relationships/image" Target="media/x9804.wmf"/><Relationship Id="rId50" Type="http://schemas.openxmlformats.org/officeDocument/2006/relationships/image" Target="media/x9805.wmf"/><Relationship Id="rId51" Type="http://schemas.openxmlformats.org/officeDocument/2006/relationships/image" Target="media/x9806.wmf"/><Relationship Id="rId52" Type="http://schemas.openxmlformats.org/officeDocument/2006/relationships/image" Target="media/x9807.wmf"/><Relationship Id="rId53" Type="http://schemas.openxmlformats.org/officeDocument/2006/relationships/image" Target="media/x9808.wmf"/><Relationship Id="rId54" Type="http://schemas.openxmlformats.org/officeDocument/2006/relationships/image" Target="media/x9809.wmf"/><Relationship Id="rId55" Type="http://schemas.openxmlformats.org/officeDocument/2006/relationships/image" Target="media/x9810.wmf"/><Relationship Id="rId56" Type="http://schemas.openxmlformats.org/officeDocument/2006/relationships/image" Target="media/x9811.wmf"/><Relationship Id="rId57" Type="http://schemas.openxmlformats.org/officeDocument/2006/relationships/image" Target="media/x9812.png"/><Relationship Id="rId58" Type="http://schemas.openxmlformats.org/officeDocument/2006/relationships/image" Target="media/x9813.wmf"/><Relationship Id="rId59" Type="http://schemas.openxmlformats.org/officeDocument/2006/relationships/image" Target="media/x9814.wmf"/><Relationship Id="rId60" Type="http://schemas.openxmlformats.org/officeDocument/2006/relationships/image" Target="media/x9815.wmf"/><Relationship Id="rId61" Type="http://schemas.openxmlformats.org/officeDocument/2006/relationships/image" Target="media/x9816.wmf"/><Relationship Id="rId62" Type="http://schemas.openxmlformats.org/officeDocument/2006/relationships/image" Target="media/x9817.wmf"/><Relationship Id="rId63" Type="http://schemas.openxmlformats.org/officeDocument/2006/relationships/image" Target="media/x9818.wmf"/><Relationship Id="rId64" Type="http://schemas.openxmlformats.org/officeDocument/2006/relationships/image" Target="media/x9819.wmf"/><Relationship Id="rId65" Type="http://schemas.openxmlformats.org/officeDocument/2006/relationships/image" Target="media/x9820.wmf"/><Relationship Id="rId66" Type="http://schemas.openxmlformats.org/officeDocument/2006/relationships/image" Target="media/x9821.wmf"/><Relationship Id="rId67" Type="http://schemas.openxmlformats.org/officeDocument/2006/relationships/image" Target="media/x9822.wmf"/><Relationship Id="rId68" Type="http://schemas.openxmlformats.org/officeDocument/2006/relationships/image" Target="media/x9823.wmf"/><Relationship Id="rId69" Type="http://schemas.openxmlformats.org/officeDocument/2006/relationships/image" Target="media/x9824.wmf"/><Relationship Id="rId70" Type="http://schemas.openxmlformats.org/officeDocument/2006/relationships/image" Target="media/x9825.wmf"/><Relationship Id="rId71" Type="http://schemas.openxmlformats.org/officeDocument/2006/relationships/image" Target="media/x9826.wmf"/><Relationship Id="rId72" Type="http://schemas.openxmlformats.org/officeDocument/2006/relationships/image" Target="media/x9827.wmf"/><Relationship Id="rId73" Type="http://schemas.openxmlformats.org/officeDocument/2006/relationships/image" Target="media/x9828.wmf"/><Relationship Id="rId74" Type="http://schemas.openxmlformats.org/officeDocument/2006/relationships/image" Target="media/x9829.wmf"/><Relationship Id="rId75" Type="http://schemas.openxmlformats.org/officeDocument/2006/relationships/image" Target="media/x9830.wmf"/><Relationship Id="rId76" Type="http://schemas.openxmlformats.org/officeDocument/2006/relationships/image" Target="media/x9831.wmf"/><Relationship Id="rId77" Type="http://schemas.openxmlformats.org/officeDocument/2006/relationships/image" Target="media/x9832.wmf"/><Relationship Id="rId78" Type="http://schemas.openxmlformats.org/officeDocument/2006/relationships/image" Target="media/x9833.wmf"/><Relationship Id="rId79" Type="http://schemas.openxmlformats.org/officeDocument/2006/relationships/image" Target="media/x9834.wmf"/><Relationship Id="rId80" Type="http://schemas.openxmlformats.org/officeDocument/2006/relationships/image" Target="media/x9835.wmf"/><Relationship Id="rId81" Type="http://schemas.openxmlformats.org/officeDocument/2006/relationships/image" Target="media/x9836.wmf"/><Relationship Id="rId82" Type="http://schemas.openxmlformats.org/officeDocument/2006/relationships/image" Target="media/x9837.wmf"/><Relationship Id="rId83" Type="http://schemas.openxmlformats.org/officeDocument/2006/relationships/image" Target="media/x9838.wmf"/><Relationship Id="rId84" Type="http://schemas.openxmlformats.org/officeDocument/2006/relationships/image" Target="media/x9839.wmf"/><Relationship Id="rId85" Type="http://schemas.openxmlformats.org/officeDocument/2006/relationships/image" Target="media/x9840.wmf"/><Relationship Id="rId86" Type="http://schemas.openxmlformats.org/officeDocument/2006/relationships/image" Target="media/x9841.wmf"/><Relationship Id="rId87" Type="http://schemas.openxmlformats.org/officeDocument/2006/relationships/image" Target="media/x9842.wmf"/><Relationship Id="rId88" Type="http://schemas.openxmlformats.org/officeDocument/2006/relationships/image" Target="media/x9843.wmf"/><Relationship Id="rId89" Type="http://schemas.openxmlformats.org/officeDocument/2006/relationships/image" Target="media/x9844.wmf"/><Relationship Id="rId90" Type="http://schemas.openxmlformats.org/officeDocument/2006/relationships/image" Target="media/x9845.wmf"/><Relationship Id="rId91" Type="http://schemas.openxmlformats.org/officeDocument/2006/relationships/image" Target="media/x9846.wmf"/><Relationship Id="rId92" Type="http://schemas.openxmlformats.org/officeDocument/2006/relationships/image" Target="media/x9847.wmf"/><Relationship Id="rId93" Type="http://schemas.openxmlformats.org/officeDocument/2006/relationships/image" Target="media/x9848.wmf"/><Relationship Id="rId94" Type="http://schemas.openxmlformats.org/officeDocument/2006/relationships/image" Target="media/x9849.wmf"/><Relationship Id="rId95" Type="http://schemas.openxmlformats.org/officeDocument/2006/relationships/image" Target="media/x9850.wmf"/><Relationship Id="rId96" Type="http://schemas.openxmlformats.org/officeDocument/2006/relationships/image" Target="media/x9851.wmf"/><Relationship Id="rId97" Type="http://schemas.openxmlformats.org/officeDocument/2006/relationships/image" Target="media/x9852.wmf"/><Relationship Id="rId98" Type="http://schemas.openxmlformats.org/officeDocument/2006/relationships/image" Target="media/x9853.wmf"/><Relationship Id="rId99" Type="http://schemas.openxmlformats.org/officeDocument/2006/relationships/image" Target="media/x9854.wmf"/><Relationship Id="rId100" Type="http://schemas.openxmlformats.org/officeDocument/2006/relationships/image" Target="media/x9855.wmf"/><Relationship Id="rId101" Type="http://schemas.openxmlformats.org/officeDocument/2006/relationships/image" Target="media/x9856.wmf"/><Relationship Id="rId102" Type="http://schemas.openxmlformats.org/officeDocument/2006/relationships/image" Target="media/x9857.wmf"/><Relationship Id="rId103" Type="http://schemas.openxmlformats.org/officeDocument/2006/relationships/image" Target="media/x9858.wmf"/><Relationship Id="rId104" Type="http://schemas.openxmlformats.org/officeDocument/2006/relationships/image" Target="media/x9859.wmf"/><Relationship Id="rId105" Type="http://schemas.openxmlformats.org/officeDocument/2006/relationships/image" Target="media/x9860.wmf"/><Relationship Id="rId106" Type="http://schemas.openxmlformats.org/officeDocument/2006/relationships/image" Target="media/x9861.wmf"/><Relationship Id="rId107" Type="http://schemas.openxmlformats.org/officeDocument/2006/relationships/image" Target="media/x9862.wmf"/><Relationship Id="rId108" Type="http://schemas.openxmlformats.org/officeDocument/2006/relationships/image" Target="media/x9863.wmf"/><Relationship Id="rId109" Type="http://schemas.openxmlformats.org/officeDocument/2006/relationships/image" Target="media/x9864.wmf"/><Relationship Id="rId110" Type="http://schemas.openxmlformats.org/officeDocument/2006/relationships/image" Target="media/x9865.wmf"/><Relationship Id="rId111" Type="http://schemas.openxmlformats.org/officeDocument/2006/relationships/image" Target="media/x9866.wmf"/><Relationship Id="rId112" Type="http://schemas.openxmlformats.org/officeDocument/2006/relationships/image" Target="media/x9867.wmf"/><Relationship Id="rId113" Type="http://schemas.openxmlformats.org/officeDocument/2006/relationships/image" Target="media/x9868.wmf"/><Relationship Id="rId114" Type="http://schemas.openxmlformats.org/officeDocument/2006/relationships/image" Target="media/x9869.wmf"/><Relationship Id="rId115" Type="http://schemas.openxmlformats.org/officeDocument/2006/relationships/image" Target="media/x9870.wmf"/><Relationship Id="rId116" Type="http://schemas.openxmlformats.org/officeDocument/2006/relationships/image" Target="media/x9871.png"/><Relationship Id="rId117" Type="http://schemas.openxmlformats.org/officeDocument/2006/relationships/image" Target="media/x9872.wmf"/><Relationship Id="rId118" Type="http://schemas.openxmlformats.org/officeDocument/2006/relationships/image" Target="media/x9873.wmf"/><Relationship Id="rId119" Type="http://schemas.openxmlformats.org/officeDocument/2006/relationships/image" Target="media/x9874.wmf"/><Relationship Id="rId120" Type="http://schemas.openxmlformats.org/officeDocument/2006/relationships/image" Target="media/x9875.wmf"/><Relationship Id="rId121" Type="http://schemas.openxmlformats.org/officeDocument/2006/relationships/image" Target="media/x9876.wmf"/><Relationship Id="rId122" Type="http://schemas.openxmlformats.org/officeDocument/2006/relationships/image" Target="media/x9877.wmf"/><Relationship Id="rId123" Type="http://schemas.openxmlformats.org/officeDocument/2006/relationships/image" Target="media/x9878.wmf"/><Relationship Id="rId124" Type="http://schemas.openxmlformats.org/officeDocument/2006/relationships/image" Target="media/x9879.wmf"/><Relationship Id="rId125" Type="http://schemas.openxmlformats.org/officeDocument/2006/relationships/image" Target="media/x9880.wmf"/><Relationship Id="rId126" Type="http://schemas.openxmlformats.org/officeDocument/2006/relationships/image" Target="media/x9881.wmf"/><Relationship Id="rId127" Type="http://schemas.openxmlformats.org/officeDocument/2006/relationships/image" Target="media/x9882.wmf"/><Relationship Id="rId128" Type="http://schemas.openxmlformats.org/officeDocument/2006/relationships/image" Target="media/x9883.wmf"/><Relationship Id="rId129" Type="http://schemas.openxmlformats.org/officeDocument/2006/relationships/image" Target="media/x9884.wmf"/><Relationship Id="rId130" Type="http://schemas.openxmlformats.org/officeDocument/2006/relationships/image" Target="media/x9885.wmf"/><Relationship Id="rId131" Type="http://schemas.openxmlformats.org/officeDocument/2006/relationships/image" Target="media/x9886.wmf"/><Relationship Id="rId132" Type="http://schemas.openxmlformats.org/officeDocument/2006/relationships/image" Target="media/x9887.wmf"/><Relationship Id="rId133" Type="http://schemas.openxmlformats.org/officeDocument/2006/relationships/image" Target="media/x9888.wmf"/><Relationship Id="rId134" Type="http://schemas.openxmlformats.org/officeDocument/2006/relationships/image" Target="media/x9889.wmf"/><Relationship Id="rId135" Type="http://schemas.openxmlformats.org/officeDocument/2006/relationships/image" Target="media/x9890.wmf"/><Relationship Id="rId136" Type="http://schemas.openxmlformats.org/officeDocument/2006/relationships/image" Target="media/x9891.wmf"/><Relationship Id="rId137" Type="http://schemas.openxmlformats.org/officeDocument/2006/relationships/image" Target="media/x9892.wmf"/><Relationship Id="rId138" Type="http://schemas.openxmlformats.org/officeDocument/2006/relationships/image" Target="media/x9893.wmf"/><Relationship Id="rId139" Type="http://schemas.openxmlformats.org/officeDocument/2006/relationships/image" Target="media/x9894.wmf"/><Relationship Id="rId140" Type="http://schemas.openxmlformats.org/officeDocument/2006/relationships/image" Target="media/x9895.wmf"/><Relationship Id="rId141" Type="http://schemas.openxmlformats.org/officeDocument/2006/relationships/image" Target="media/x9896.wmf"/><Relationship Id="rId142" Type="http://schemas.openxmlformats.org/officeDocument/2006/relationships/image" Target="media/x9897.wmf"/><Relationship Id="rId143" Type="http://schemas.openxmlformats.org/officeDocument/2006/relationships/image" Target="media/x9898.wmf"/><Relationship Id="rId144" Type="http://schemas.openxmlformats.org/officeDocument/2006/relationships/image" Target="media/x9899.wmf"/><Relationship Id="rId145" Type="http://schemas.openxmlformats.org/officeDocument/2006/relationships/image" Target="media/x9900.wmf"/><Relationship Id="rId146" Type="http://schemas.openxmlformats.org/officeDocument/2006/relationships/image" Target="media/x9901.wmf"/><Relationship Id="rId147" Type="http://schemas.openxmlformats.org/officeDocument/2006/relationships/image" Target="media/x9902.wmf"/><Relationship Id="rId148" Type="http://schemas.openxmlformats.org/officeDocument/2006/relationships/image" Target="media/x9903.wmf"/><Relationship Id="rId149" Type="http://schemas.openxmlformats.org/officeDocument/2006/relationships/image" Target="media/x9904.wmf"/><Relationship Id="rId150" Type="http://schemas.openxmlformats.org/officeDocument/2006/relationships/image" Target="media/x9905.wmf"/><Relationship Id="rId151" Type="http://schemas.openxmlformats.org/officeDocument/2006/relationships/image" Target="media/x9906.wmf"/><Relationship Id="rId152" Type="http://schemas.openxmlformats.org/officeDocument/2006/relationships/image" Target="media/x9907.wmf"/><Relationship Id="rId153" Type="http://schemas.openxmlformats.org/officeDocument/2006/relationships/image" Target="media/x9908.wmf"/><Relationship Id="rId154" Type="http://schemas.openxmlformats.org/officeDocument/2006/relationships/image" Target="media/x9909.wmf"/><Relationship Id="rId155" Type="http://schemas.openxmlformats.org/officeDocument/2006/relationships/image" Target="media/x9910.wmf"/><Relationship Id="rId156" Type="http://schemas.openxmlformats.org/officeDocument/2006/relationships/image" Target="media/x9911.wmf"/><Relationship Id="rId157" Type="http://schemas.openxmlformats.org/officeDocument/2006/relationships/image" Target="media/x9912.wmf"/><Relationship Id="rId158" Type="http://schemas.openxmlformats.org/officeDocument/2006/relationships/image" Target="media/x9913.wmf"/><Relationship Id="rId159" Type="http://schemas.openxmlformats.org/officeDocument/2006/relationships/image" Target="media/x9914.wmf"/><Relationship Id="rId160" Type="http://schemas.openxmlformats.org/officeDocument/2006/relationships/image" Target="media/x9915.wmf"/><Relationship Id="rId161" Type="http://schemas.openxmlformats.org/officeDocument/2006/relationships/image" Target="media/x9916.wmf"/><Relationship Id="rId162" Type="http://schemas.openxmlformats.org/officeDocument/2006/relationships/image" Target="media/x9917.wmf"/><Relationship Id="rId163" Type="http://schemas.openxmlformats.org/officeDocument/2006/relationships/image" Target="media/x9918.wmf"/><Relationship Id="rId164" Type="http://schemas.openxmlformats.org/officeDocument/2006/relationships/image" Target="media/x9919.wmf"/><Relationship Id="rId165" Type="http://schemas.openxmlformats.org/officeDocument/2006/relationships/image" Target="media/x9920.wmf"/><Relationship Id="rId166" Type="http://schemas.openxmlformats.org/officeDocument/2006/relationships/image" Target="media/x9921.wmf"/><Relationship Id="rId167" Type="http://schemas.openxmlformats.org/officeDocument/2006/relationships/image" Target="media/x9922.wmf"/><Relationship Id="rId168" Type="http://schemas.openxmlformats.org/officeDocument/2006/relationships/image" Target="media/x9923.wmf"/><Relationship Id="rId169" Type="http://schemas.openxmlformats.org/officeDocument/2006/relationships/image" Target="media/x9924.wmf"/><Relationship Id="rId170" Type="http://schemas.openxmlformats.org/officeDocument/2006/relationships/image" Target="media/x9925.wmf"/><Relationship Id="rId171" Type="http://schemas.openxmlformats.org/officeDocument/2006/relationships/image" Target="media/x9926.wmf"/><Relationship Id="rId172" Type="http://schemas.openxmlformats.org/officeDocument/2006/relationships/image" Target="media/x9927.wmf"/><Relationship Id="rId173" Type="http://schemas.openxmlformats.org/officeDocument/2006/relationships/image" Target="media/x9928.wmf"/><Relationship Id="rId174" Type="http://schemas.openxmlformats.org/officeDocument/2006/relationships/image" Target="media/x9929.wmf"/><Relationship Id="rId175" Type="http://schemas.openxmlformats.org/officeDocument/2006/relationships/image" Target="media/x9930.wmf"/><Relationship Id="rId176" Type="http://schemas.openxmlformats.org/officeDocument/2006/relationships/image" Target="media/x9931.wmf"/><Relationship Id="rId177" Type="http://schemas.openxmlformats.org/officeDocument/2006/relationships/image" Target="media/x9932.wmf"/><Relationship Id="rId178" Type="http://schemas.openxmlformats.org/officeDocument/2006/relationships/image" Target="media/x9933.wmf"/><Relationship Id="rId179" Type="http://schemas.openxmlformats.org/officeDocument/2006/relationships/image" Target="media/x9934.wmf"/><Relationship Id="rId180" Type="http://schemas.openxmlformats.org/officeDocument/2006/relationships/image" Target="media/x9935.wmf"/><Relationship Id="rId181" Type="http://schemas.openxmlformats.org/officeDocument/2006/relationships/image" Target="media/x9936.wmf"/><Relationship Id="rId182" Type="http://schemas.openxmlformats.org/officeDocument/2006/relationships/image" Target="media/x9937.wmf"/><Relationship Id="rId183" Type="http://schemas.openxmlformats.org/officeDocument/2006/relationships/image" Target="media/x9938.wmf"/><Relationship Id="rId184" Type="http://schemas.openxmlformats.org/officeDocument/2006/relationships/image" Target="media/x9939.wmf"/><Relationship Id="rId185" Type="http://schemas.openxmlformats.org/officeDocument/2006/relationships/image" Target="media/x9940.wmf"/><Relationship Id="rId186" Type="http://schemas.openxmlformats.org/officeDocument/2006/relationships/image" Target="media/x9941.wmf"/><Relationship Id="rId187" Type="http://schemas.openxmlformats.org/officeDocument/2006/relationships/image" Target="media/x9942.wmf"/><Relationship Id="rId188" Type="http://schemas.openxmlformats.org/officeDocument/2006/relationships/image" Target="media/x9943.wmf"/><Relationship Id="rId189" Type="http://schemas.openxmlformats.org/officeDocument/2006/relationships/image" Target="media/x9944.wmf"/><Relationship Id="rId190" Type="http://schemas.openxmlformats.org/officeDocument/2006/relationships/image" Target="media/x9945.wmf"/><Relationship Id="rId191" Type="http://schemas.openxmlformats.org/officeDocument/2006/relationships/image" Target="media/x9946.wmf"/><Relationship Id="rId192" Type="http://schemas.openxmlformats.org/officeDocument/2006/relationships/image" Target="media/x9947.wmf"/><Relationship Id="rId193" Type="http://schemas.openxmlformats.org/officeDocument/2006/relationships/image" Target="media/x9948.wmf"/><Relationship Id="rId194" Type="http://schemas.openxmlformats.org/officeDocument/2006/relationships/image" Target="media/x9949.wmf"/><Relationship Id="rId195" Type="http://schemas.openxmlformats.org/officeDocument/2006/relationships/image" Target="media/x9950.wmf"/><Relationship Id="rId196" Type="http://schemas.openxmlformats.org/officeDocument/2006/relationships/image" Target="media/x9951.wmf"/><Relationship Id="rId197" Type="http://schemas.openxmlformats.org/officeDocument/2006/relationships/image" Target="media/x9952.wmf"/><Relationship Id="rId198" Type="http://schemas.openxmlformats.org/officeDocument/2006/relationships/image" Target="media/x9953.wmf"/><Relationship Id="rId199" Type="http://schemas.openxmlformats.org/officeDocument/2006/relationships/image" Target="media/x9954.wmf"/><Relationship Id="rId200" Type="http://schemas.openxmlformats.org/officeDocument/2006/relationships/image" Target="media/x9955.wmf"/><Relationship Id="rId201" Type="http://schemas.openxmlformats.org/officeDocument/2006/relationships/image" Target="media/x9956.png"/><Relationship Id="rId202" Type="http://schemas.openxmlformats.org/officeDocument/2006/relationships/image" Target="media/x9957.wmf"/><Relationship Id="rId203" Type="http://schemas.openxmlformats.org/officeDocument/2006/relationships/image" Target="media/x9958.wmf"/><Relationship Id="rId204" Type="http://schemas.openxmlformats.org/officeDocument/2006/relationships/image" Target="media/x9959.wmf"/><Relationship Id="rId205" Type="http://schemas.openxmlformats.org/officeDocument/2006/relationships/image" Target="media/x9960.wmf"/><Relationship Id="rId206" Type="http://schemas.openxmlformats.org/officeDocument/2006/relationships/image" Target="media/x9961.wmf"/><Relationship Id="rId207" Type="http://schemas.openxmlformats.org/officeDocument/2006/relationships/image" Target="media/x9962.wmf"/><Relationship Id="rId208" Type="http://schemas.openxmlformats.org/officeDocument/2006/relationships/image" Target="media/x9963.wmf"/><Relationship Id="rId209" Type="http://schemas.openxmlformats.org/officeDocument/2006/relationships/image" Target="media/x9964.wmf"/><Relationship Id="rId210" Type="http://schemas.openxmlformats.org/officeDocument/2006/relationships/image" Target="media/x9965.wmf"/><Relationship Id="rId211" Type="http://schemas.openxmlformats.org/officeDocument/2006/relationships/image" Target="media/x9966.wmf"/><Relationship Id="rId212" Type="http://schemas.openxmlformats.org/officeDocument/2006/relationships/image" Target="media/x9967.wmf"/><Relationship Id="rId213" Type="http://schemas.openxmlformats.org/officeDocument/2006/relationships/image" Target="media/x9968.wmf"/><Relationship Id="rId214" Type="http://schemas.openxmlformats.org/officeDocument/2006/relationships/image" Target="media/x9969.wmf"/><Relationship Id="rId215" Type="http://schemas.openxmlformats.org/officeDocument/2006/relationships/image" Target="media/x9970.wmf"/><Relationship Id="rId216" Type="http://schemas.openxmlformats.org/officeDocument/2006/relationships/image" Target="media/x9971.wmf"/><Relationship Id="rId217" Type="http://schemas.openxmlformats.org/officeDocument/2006/relationships/image" Target="media/x9972.wmf"/><Relationship Id="rId218" Type="http://schemas.openxmlformats.org/officeDocument/2006/relationships/image" Target="media/x9973.wmf"/><Relationship Id="rId219" Type="http://schemas.openxmlformats.org/officeDocument/2006/relationships/image" Target="media/x9974.wmf"/><Relationship Id="rId220" Type="http://schemas.openxmlformats.org/officeDocument/2006/relationships/image" Target="media/x9975.wmf"/><Relationship Id="rId221" Type="http://schemas.openxmlformats.org/officeDocument/2006/relationships/image" Target="media/x9976.png"/><Relationship Id="rId222" Type="http://schemas.openxmlformats.org/officeDocument/2006/relationships/image" Target="media/x9977.wmf"/><Relationship Id="rId223" Type="http://schemas.openxmlformats.org/officeDocument/2006/relationships/image" Target="media/x9978.wmf"/><Relationship Id="rId224" Type="http://schemas.openxmlformats.org/officeDocument/2006/relationships/image" Target="media/x9979.png"/><Relationship Id="rId225" Type="http://schemas.openxmlformats.org/officeDocument/2006/relationships/image" Target="media/x9980.png"/><Relationship Id="rId226" Type="http://schemas.openxmlformats.org/officeDocument/2006/relationships/image" Target="media/x9981.wmf"/><Relationship Id="rId227" Type="http://schemas.openxmlformats.org/officeDocument/2006/relationships/image" Target="media/x9982.wmf"/><Relationship Id="rId228" Type="http://schemas.openxmlformats.org/officeDocument/2006/relationships/image" Target="media/x9983.wmf"/><Relationship Id="rId229" Type="http://schemas.openxmlformats.org/officeDocument/2006/relationships/image" Target="media/x9984.wmf"/><Relationship Id="rId230" Type="http://schemas.openxmlformats.org/officeDocument/2006/relationships/image" Target="media/x9985.wmf"/><Relationship Id="rId231" Type="http://schemas.openxmlformats.org/officeDocument/2006/relationships/image" Target="media/x9986.wmf"/><Relationship Id="rId232" Type="http://schemas.openxmlformats.org/officeDocument/2006/relationships/image" Target="media/x9987.wmf"/><Relationship Id="rId233" Type="http://schemas.openxmlformats.org/officeDocument/2006/relationships/image" Target="media/x9988.wmf"/><Relationship Id="rId234" Type="http://schemas.openxmlformats.org/officeDocument/2006/relationships/image" Target="media/x9989.wmf"/><Relationship Id="rId235" Type="http://schemas.openxmlformats.org/officeDocument/2006/relationships/image" Target="media/x9990.png"/><Relationship Id="rId236" Type="http://schemas.openxmlformats.org/officeDocument/2006/relationships/image" Target="media/x9991.wmf"/><Relationship Id="rId237" Type="http://schemas.openxmlformats.org/officeDocument/2006/relationships/image" Target="media/x9992.wmf"/><Relationship Id="rId238" Type="http://schemas.openxmlformats.org/officeDocument/2006/relationships/image" Target="media/x9993.wmf"/><Relationship Id="rId239" Type="http://schemas.openxmlformats.org/officeDocument/2006/relationships/image" Target="media/x9994.wmf"/><Relationship Id="rId240" Type="http://schemas.openxmlformats.org/officeDocument/2006/relationships/image" Target="media/x9995.wmf"/><Relationship Id="rId241" Type="http://schemas.openxmlformats.org/officeDocument/2006/relationships/image" Target="media/x9996.wmf"/><Relationship Id="rId242" Type="http://schemas.openxmlformats.org/officeDocument/2006/relationships/image" Target="media/x9997.wmf"/><Relationship Id="rId243" Type="http://schemas.openxmlformats.org/officeDocument/2006/relationships/image" Target="media/x9998.wmf"/><Relationship Id="rId244" Type="http://schemas.openxmlformats.org/officeDocument/2006/relationships/image" Target="media/x9999.wmf"/><Relationship Id="rId245" Type="http://schemas.openxmlformats.org/officeDocument/2006/relationships/image" Target="media/x10000.wmf"/><Relationship Id="rId246" Type="http://schemas.openxmlformats.org/officeDocument/2006/relationships/image" Target="media/x10001.wmf"/><Relationship Id="rId247" Type="http://schemas.openxmlformats.org/officeDocument/2006/relationships/image" Target="media/x10002.wmf"/><Relationship Id="rId248" Type="http://schemas.openxmlformats.org/officeDocument/2006/relationships/image" Target="media/x10003.wmf"/><Relationship Id="rId249" Type="http://schemas.openxmlformats.org/officeDocument/2006/relationships/image" Target="media/x10004.wmf"/><Relationship Id="rId250" Type="http://schemas.openxmlformats.org/officeDocument/2006/relationships/image" Target="media/x10005.wmf"/><Relationship Id="rId251" Type="http://schemas.openxmlformats.org/officeDocument/2006/relationships/image" Target="media/x10006.wmf"/><Relationship Id="rId252" Type="http://schemas.openxmlformats.org/officeDocument/2006/relationships/image" Target="media/x10007.wmf"/><Relationship Id="rId253" Type="http://schemas.openxmlformats.org/officeDocument/2006/relationships/image" Target="media/x10008.wmf"/><Relationship Id="rId254" Type="http://schemas.openxmlformats.org/officeDocument/2006/relationships/image" Target="media/x10009.wmf"/><Relationship Id="rId255" Type="http://schemas.openxmlformats.org/officeDocument/2006/relationships/image" Target="media/x10010.wmf"/><Relationship Id="rId256" Type="http://schemas.openxmlformats.org/officeDocument/2006/relationships/image" Target="media/x10011.wmf"/><Relationship Id="rId257" Type="http://schemas.openxmlformats.org/officeDocument/2006/relationships/image" Target="media/x10012.wmf"/><Relationship Id="rId258" Type="http://schemas.openxmlformats.org/officeDocument/2006/relationships/image" Target="media/x10013.wmf"/><Relationship Id="rId259" Type="http://schemas.openxmlformats.org/officeDocument/2006/relationships/image" Target="media/x10014.png"/><Relationship Id="rId260" Type="http://schemas.openxmlformats.org/officeDocument/2006/relationships/image" Target="media/x10015.wmf"/><Relationship Id="rId261" Type="http://schemas.openxmlformats.org/officeDocument/2006/relationships/image" Target="media/x10016.wmf"/><Relationship Id="rId262" Type="http://schemas.openxmlformats.org/officeDocument/2006/relationships/image" Target="media/x10017.wmf"/><Relationship Id="rId263" Type="http://schemas.openxmlformats.org/officeDocument/2006/relationships/image" Target="media/x10018.wmf"/><Relationship Id="rId264" Type="http://schemas.openxmlformats.org/officeDocument/2006/relationships/image" Target="media/x10019.wmf"/><Relationship Id="rId265" Type="http://schemas.openxmlformats.org/officeDocument/2006/relationships/image" Target="media/x10020.wmf"/><Relationship Id="rId266" Type="http://schemas.openxmlformats.org/officeDocument/2006/relationships/image" Target="media/x10021.wmf"/><Relationship Id="rId267" Type="http://schemas.openxmlformats.org/officeDocument/2006/relationships/image" Target="media/x10022.wmf"/><Relationship Id="rId268" Type="http://schemas.openxmlformats.org/officeDocument/2006/relationships/image" Target="media/x10023.wmf"/><Relationship Id="rId269" Type="http://schemas.openxmlformats.org/officeDocument/2006/relationships/image" Target="media/x10024.wmf"/><Relationship Id="rId270" Type="http://schemas.openxmlformats.org/officeDocument/2006/relationships/image" Target="media/x10025.wmf"/><Relationship Id="rId271" Type="http://schemas.openxmlformats.org/officeDocument/2006/relationships/image" Target="media/x10026.wmf"/><Relationship Id="rId272" Type="http://schemas.openxmlformats.org/officeDocument/2006/relationships/image" Target="media/x10027.wmf"/><Relationship Id="rId273" Type="http://schemas.openxmlformats.org/officeDocument/2006/relationships/image" Target="media/x10028.wmf"/><Relationship Id="rId274" Type="http://schemas.openxmlformats.org/officeDocument/2006/relationships/image" Target="media/x10029.wmf"/><Relationship Id="rId275" Type="http://schemas.openxmlformats.org/officeDocument/2006/relationships/image" Target="media/x10030.wmf"/><Relationship Id="rId276" Type="http://schemas.openxmlformats.org/officeDocument/2006/relationships/image" Target="media/x10031.wmf"/><Relationship Id="rId277" Type="http://schemas.openxmlformats.org/officeDocument/2006/relationships/image" Target="media/x10032.wmf"/><Relationship Id="rId278" Type="http://schemas.openxmlformats.org/officeDocument/2006/relationships/image" Target="media/x10033.wmf"/><Relationship Id="rId279" Type="http://schemas.openxmlformats.org/officeDocument/2006/relationships/image" Target="media/x10034.wmf"/><Relationship Id="rId280" Type="http://schemas.openxmlformats.org/officeDocument/2006/relationships/image" Target="media/x10035.wmf"/><Relationship Id="rId281" Type="http://schemas.openxmlformats.org/officeDocument/2006/relationships/image" Target="media/x10036.wmf"/><Relationship Id="rId282" Type="http://schemas.openxmlformats.org/officeDocument/2006/relationships/image" Target="media/x10037.wmf"/><Relationship Id="rId283" Type="http://schemas.openxmlformats.org/officeDocument/2006/relationships/image" Target="media/x10038.wmf"/><Relationship Id="rId284" Type="http://schemas.openxmlformats.org/officeDocument/2006/relationships/image" Target="media/x10039.wmf"/><Relationship Id="rId285" Type="http://schemas.openxmlformats.org/officeDocument/2006/relationships/image" Target="media/x10040.wmf"/><Relationship Id="rId286" Type="http://schemas.openxmlformats.org/officeDocument/2006/relationships/image" Target="media/x10041.wmf"/><Relationship Id="rId287" Type="http://schemas.openxmlformats.org/officeDocument/2006/relationships/image" Target="media/x10042.wmf"/><Relationship Id="rId288" Type="http://schemas.openxmlformats.org/officeDocument/2006/relationships/image" Target="media/x10043.wmf"/><Relationship Id="rId289" Type="http://schemas.openxmlformats.org/officeDocument/2006/relationships/image" Target="media/x10044.wmf"/><Relationship Id="rId290" Type="http://schemas.openxmlformats.org/officeDocument/2006/relationships/image" Target="media/x10045.wmf"/><Relationship Id="rId291" Type="http://schemas.openxmlformats.org/officeDocument/2006/relationships/image" Target="media/x10046.wmf"/><Relationship Id="rId292" Type="http://schemas.openxmlformats.org/officeDocument/2006/relationships/image" Target="media/x10047.wmf"/><Relationship Id="rId293" Type="http://schemas.openxmlformats.org/officeDocument/2006/relationships/image" Target="media/x10048.wmf"/><Relationship Id="rId294" Type="http://schemas.openxmlformats.org/officeDocument/2006/relationships/image" Target="media/x10049.wmf"/><Relationship Id="rId295" Type="http://schemas.openxmlformats.org/officeDocument/2006/relationships/image" Target="media/x10050.wmf"/><Relationship Id="rId296" Type="http://schemas.openxmlformats.org/officeDocument/2006/relationships/image" Target="media/x10051.wmf"/><Relationship Id="rId297" Type="http://schemas.openxmlformats.org/officeDocument/2006/relationships/image" Target="media/x10052.wmf"/><Relationship Id="rId298" Type="http://schemas.openxmlformats.org/officeDocument/2006/relationships/image" Target="media/x10053.wmf"/><Relationship Id="rId299" Type="http://schemas.openxmlformats.org/officeDocument/2006/relationships/image" Target="media/x10054.wmf"/><Relationship Id="rId300" Type="http://schemas.openxmlformats.org/officeDocument/2006/relationships/image" Target="media/x10055.wmf"/><Relationship Id="rId301" Type="http://schemas.openxmlformats.org/officeDocument/2006/relationships/image" Target="media/x10056.wmf"/><Relationship Id="rId302" Type="http://schemas.openxmlformats.org/officeDocument/2006/relationships/image" Target="media/x10057.wmf"/><Relationship Id="rId303" Type="http://schemas.openxmlformats.org/officeDocument/2006/relationships/image" Target="media/x10058.wmf"/><Relationship Id="rId304" Type="http://schemas.openxmlformats.org/officeDocument/2006/relationships/image" Target="media/x10059.wmf"/><Relationship Id="rId305" Type="http://schemas.openxmlformats.org/officeDocument/2006/relationships/image" Target="media/x10060.wmf"/><Relationship Id="rId306" Type="http://schemas.openxmlformats.org/officeDocument/2006/relationships/image" Target="media/x10061.wmf"/><Relationship Id="rId307" Type="http://schemas.openxmlformats.org/officeDocument/2006/relationships/image" Target="media/x10062.wmf"/><Relationship Id="rId308" Type="http://schemas.openxmlformats.org/officeDocument/2006/relationships/image" Target="media/x10063.wmf"/><Relationship Id="rId309" Type="http://schemas.openxmlformats.org/officeDocument/2006/relationships/image" Target="media/x10064.wmf"/><Relationship Id="rId310" Type="http://schemas.openxmlformats.org/officeDocument/2006/relationships/image" Target="media/x10065.wmf"/><Relationship Id="rId311" Type="http://schemas.openxmlformats.org/officeDocument/2006/relationships/image" Target="media/x10066.wmf"/><Relationship Id="rId312" Type="http://schemas.openxmlformats.org/officeDocument/2006/relationships/image" Target="media/x10067.wmf"/><Relationship Id="rId313" Type="http://schemas.openxmlformats.org/officeDocument/2006/relationships/image" Target="media/x10068.wmf"/><Relationship Id="rId314" Type="http://schemas.openxmlformats.org/officeDocument/2006/relationships/image" Target="media/x10069.wmf"/><Relationship Id="rId315" Type="http://schemas.openxmlformats.org/officeDocument/2006/relationships/image" Target="media/x10070.wmf"/><Relationship Id="rId316" Type="http://schemas.openxmlformats.org/officeDocument/2006/relationships/image" Target="media/x10071.wmf"/><Relationship Id="rId317" Type="http://schemas.openxmlformats.org/officeDocument/2006/relationships/image" Target="media/x10072.wmf"/><Relationship Id="rId318" Type="http://schemas.openxmlformats.org/officeDocument/2006/relationships/image" Target="media/x10073.wmf"/><Relationship Id="rId319" Type="http://schemas.openxmlformats.org/officeDocument/2006/relationships/image" Target="media/x10074.wmf"/><Relationship Id="rId320" Type="http://schemas.openxmlformats.org/officeDocument/2006/relationships/image" Target="media/x10075.png"/><Relationship Id="rId321" Type="http://schemas.openxmlformats.org/officeDocument/2006/relationships/image" Target="media/x10076.wmf"/><Relationship Id="rId322" Type="http://schemas.openxmlformats.org/officeDocument/2006/relationships/image" Target="media/x10077.wmf"/><Relationship Id="rId323" Type="http://schemas.openxmlformats.org/officeDocument/2006/relationships/image" Target="media/x10078.wmf"/><Relationship Id="rId324" Type="http://schemas.openxmlformats.org/officeDocument/2006/relationships/image" Target="media/x10079.wmf"/><Relationship Id="rId325" Type="http://schemas.openxmlformats.org/officeDocument/2006/relationships/image" Target="media/x10080.wmf"/><Relationship Id="rId326" Type="http://schemas.openxmlformats.org/officeDocument/2006/relationships/image" Target="media/x10081.wmf"/><Relationship Id="rId327" Type="http://schemas.openxmlformats.org/officeDocument/2006/relationships/image" Target="media/x10082.wmf"/><Relationship Id="rId328" Type="http://schemas.openxmlformats.org/officeDocument/2006/relationships/image" Target="media/x10083.wmf"/><Relationship Id="rId329" Type="http://schemas.openxmlformats.org/officeDocument/2006/relationships/image" Target="media/x10084.wmf"/><Relationship Id="rId330" Type="http://schemas.openxmlformats.org/officeDocument/2006/relationships/image" Target="media/x10085.wmf"/><Relationship Id="rId331" Type="http://schemas.openxmlformats.org/officeDocument/2006/relationships/image" Target="media/x10086.wmf"/><Relationship Id="rId332" Type="http://schemas.openxmlformats.org/officeDocument/2006/relationships/image" Target="media/x10087.wmf"/><Relationship Id="rId333" Type="http://schemas.openxmlformats.org/officeDocument/2006/relationships/image" Target="media/x10088.wmf"/><Relationship Id="rId334" Type="http://schemas.openxmlformats.org/officeDocument/2006/relationships/image" Target="media/x10089.wmf"/><Relationship Id="rId335" Type="http://schemas.openxmlformats.org/officeDocument/2006/relationships/image" Target="media/x10090.wmf"/><Relationship Id="rId336" Type="http://schemas.openxmlformats.org/officeDocument/2006/relationships/image" Target="media/x10091.wmf"/><Relationship Id="rId337" Type="http://schemas.openxmlformats.org/officeDocument/2006/relationships/image" Target="media/x10092.wmf"/><Relationship Id="rId338" Type="http://schemas.openxmlformats.org/officeDocument/2006/relationships/image" Target="media/x10093.wmf"/><Relationship Id="rId339" Type="http://schemas.openxmlformats.org/officeDocument/2006/relationships/image" Target="media/x10094.wmf"/><Relationship Id="rId340" Type="http://schemas.openxmlformats.org/officeDocument/2006/relationships/image" Target="media/x10095.wmf"/><Relationship Id="rId341" Type="http://schemas.openxmlformats.org/officeDocument/2006/relationships/image" Target="media/x10096.wmf"/><Relationship Id="rId342" Type="http://schemas.openxmlformats.org/officeDocument/2006/relationships/image" Target="media/x10097.wmf"/><Relationship Id="rId343" Type="http://schemas.openxmlformats.org/officeDocument/2006/relationships/image" Target="media/x10098.wmf"/><Relationship Id="rId344" Type="http://schemas.openxmlformats.org/officeDocument/2006/relationships/image" Target="media/x10099.wmf"/><Relationship Id="rId345" Type="http://schemas.openxmlformats.org/officeDocument/2006/relationships/image" Target="media/x10100.png"/><Relationship Id="rId346" Type="http://schemas.openxmlformats.org/officeDocument/2006/relationships/image" Target="media/x10101.wmf"/><Relationship Id="rId347" Type="http://schemas.openxmlformats.org/officeDocument/2006/relationships/image" Target="media/x10102.wmf"/><Relationship Id="rId348" Type="http://schemas.openxmlformats.org/officeDocument/2006/relationships/image" Target="media/x10103.wmf"/><Relationship Id="rId349" Type="http://schemas.openxmlformats.org/officeDocument/2006/relationships/image" Target="media/x10104.wmf"/><Relationship Id="rId350" Type="http://schemas.openxmlformats.org/officeDocument/2006/relationships/image" Target="media/x10105.png"/><Relationship Id="rId351" Type="http://schemas.openxmlformats.org/officeDocument/2006/relationships/image" Target="media/x10106.wmf"/><Relationship Id="rId352" Type="http://schemas.openxmlformats.org/officeDocument/2006/relationships/image" Target="media/x10107.wmf"/><Relationship Id="rId353" Type="http://schemas.openxmlformats.org/officeDocument/2006/relationships/image" Target="media/x10108.wmf"/><Relationship Id="rId354" Type="http://schemas.openxmlformats.org/officeDocument/2006/relationships/image" Target="media/x10109.png"/><Relationship Id="rId355" Type="http://schemas.openxmlformats.org/officeDocument/2006/relationships/image" Target="media/x10110.wmf"/><Relationship Id="rId356" Type="http://schemas.openxmlformats.org/officeDocument/2006/relationships/image" Target="media/x10111.wmf"/><Relationship Id="rId357" Type="http://schemas.openxmlformats.org/officeDocument/2006/relationships/image" Target="media/x10112.wmf"/><Relationship Id="rId358" Type="http://schemas.openxmlformats.org/officeDocument/2006/relationships/image" Target="media/x10113.wmf"/><Relationship Id="rId359" Type="http://schemas.openxmlformats.org/officeDocument/2006/relationships/image" Target="media/x10114.wmf"/><Relationship Id="rId360" Type="http://schemas.openxmlformats.org/officeDocument/2006/relationships/image" Target="media/x10115.wmf"/><Relationship Id="rId361" Type="http://schemas.openxmlformats.org/officeDocument/2006/relationships/image" Target="media/x10116.wmf"/><Relationship Id="rId362" Type="http://schemas.openxmlformats.org/officeDocument/2006/relationships/image" Target="media/x10117.wmf"/><Relationship Id="rId363" Type="http://schemas.openxmlformats.org/officeDocument/2006/relationships/image" Target="media/x10118.wmf"/><Relationship Id="rId364" Type="http://schemas.openxmlformats.org/officeDocument/2006/relationships/image" Target="media/x10119.wmf"/><Relationship Id="rId365" Type="http://schemas.openxmlformats.org/officeDocument/2006/relationships/image" Target="media/x10120.wmf"/><Relationship Id="rId366" Type="http://schemas.openxmlformats.org/officeDocument/2006/relationships/image" Target="media/x10121.wmf"/><Relationship Id="rId367" Type="http://schemas.openxmlformats.org/officeDocument/2006/relationships/image" Target="media/x10122.wmf"/><Relationship Id="rId368" Type="http://schemas.openxmlformats.org/officeDocument/2006/relationships/image" Target="media/x10123.wmf"/><Relationship Id="rId369" Type="http://schemas.openxmlformats.org/officeDocument/2006/relationships/image" Target="media/x10124.wmf"/><Relationship Id="rId370" Type="http://schemas.openxmlformats.org/officeDocument/2006/relationships/image" Target="media/x10125.wmf"/><Relationship Id="rId371" Type="http://schemas.openxmlformats.org/officeDocument/2006/relationships/image" Target="media/x10126.wmf"/><Relationship Id="rId372" Type="http://schemas.openxmlformats.org/officeDocument/2006/relationships/image" Target="media/x10127.wmf"/><Relationship Id="rId373" Type="http://schemas.openxmlformats.org/officeDocument/2006/relationships/image" Target="media/x10128.wmf"/><Relationship Id="rId374" Type="http://schemas.openxmlformats.org/officeDocument/2006/relationships/image" Target="media/x10129.wmf"/><Relationship Id="rId375" Type="http://schemas.openxmlformats.org/officeDocument/2006/relationships/image" Target="media/x10130.wmf"/><Relationship Id="rId376" Type="http://schemas.openxmlformats.org/officeDocument/2006/relationships/image" Target="media/x10131.wmf"/><Relationship Id="rId377" Type="http://schemas.openxmlformats.org/officeDocument/2006/relationships/image" Target="media/x10132.wmf"/><Relationship Id="rId378" Type="http://schemas.openxmlformats.org/officeDocument/2006/relationships/image" Target="media/x10133.wmf"/><Relationship Id="rId379" Type="http://schemas.openxmlformats.org/officeDocument/2006/relationships/image" Target="media/x10134.wmf"/><Relationship Id="rId380" Type="http://schemas.openxmlformats.org/officeDocument/2006/relationships/image" Target="media/x10135.wmf"/><Relationship Id="rId381" Type="http://schemas.openxmlformats.org/officeDocument/2006/relationships/image" Target="media/x10136.wmf"/><Relationship Id="rId382" Type="http://schemas.openxmlformats.org/officeDocument/2006/relationships/image" Target="media/x10137.wmf"/><Relationship Id="rId383" Type="http://schemas.openxmlformats.org/officeDocument/2006/relationships/image" Target="media/x10138.wmf"/><Relationship Id="rId384" Type="http://schemas.openxmlformats.org/officeDocument/2006/relationships/image" Target="media/x10139.png"/><Relationship Id="rId385" Type="http://schemas.openxmlformats.org/officeDocument/2006/relationships/image" Target="media/x10140.wmf"/><Relationship Id="rId386" Type="http://schemas.openxmlformats.org/officeDocument/2006/relationships/image" Target="media/x10141.wmf"/><Relationship Id="rId387" Type="http://schemas.openxmlformats.org/officeDocument/2006/relationships/image" Target="media/x10142.wmf"/><Relationship Id="rId388" Type="http://schemas.openxmlformats.org/officeDocument/2006/relationships/image" Target="media/x10143.wmf"/><Relationship Id="rId389" Type="http://schemas.openxmlformats.org/officeDocument/2006/relationships/image" Target="media/x10144.wmf"/><Relationship Id="rId390" Type="http://schemas.openxmlformats.org/officeDocument/2006/relationships/image" Target="media/x10145.wmf"/><Relationship Id="rId391" Type="http://schemas.openxmlformats.org/officeDocument/2006/relationships/image" Target="media/x10146.wmf"/><Relationship Id="rId392" Type="http://schemas.openxmlformats.org/officeDocument/2006/relationships/image" Target="media/x10147.wmf"/><Relationship Id="rId393" Type="http://schemas.openxmlformats.org/officeDocument/2006/relationships/image" Target="media/x10148.png"/><Relationship Id="rId394" Type="http://schemas.openxmlformats.org/officeDocument/2006/relationships/image" Target="media/x10149.wmf"/><Relationship Id="rId395" Type="http://schemas.openxmlformats.org/officeDocument/2006/relationships/image" Target="media/x10150.wmf"/><Relationship Id="rId396" Type="http://schemas.openxmlformats.org/officeDocument/2006/relationships/image" Target="media/x10151.wmf"/><Relationship Id="rId397" Type="http://schemas.openxmlformats.org/officeDocument/2006/relationships/image" Target="media/x10152.wmf"/><Relationship Id="rId398" Type="http://schemas.openxmlformats.org/officeDocument/2006/relationships/image" Target="media/x10153.wmf"/><Relationship Id="rId399" Type="http://schemas.openxmlformats.org/officeDocument/2006/relationships/image" Target="media/x10154.wmf"/><Relationship Id="rId400" Type="http://schemas.openxmlformats.org/officeDocument/2006/relationships/image" Target="media/x10155.wmf"/><Relationship Id="rId401" Type="http://schemas.openxmlformats.org/officeDocument/2006/relationships/image" Target="media/x10156.png"/><Relationship Id="rId402" Type="http://schemas.openxmlformats.org/officeDocument/2006/relationships/image" Target="media/x10157.wmf"/><Relationship Id="rId403" Type="http://schemas.openxmlformats.org/officeDocument/2006/relationships/image" Target="media/x10158.wmf"/><Relationship Id="rId404" Type="http://schemas.openxmlformats.org/officeDocument/2006/relationships/image" Target="media/x10159.wmf"/><Relationship Id="rId405" Type="http://schemas.openxmlformats.org/officeDocument/2006/relationships/image" Target="media/x10160.wmf"/><Relationship Id="rId406" Type="http://schemas.openxmlformats.org/officeDocument/2006/relationships/image" Target="media/x10161.wmf"/><Relationship Id="rId407" Type="http://schemas.openxmlformats.org/officeDocument/2006/relationships/image" Target="media/x10162.wmf"/><Relationship Id="rId408" Type="http://schemas.openxmlformats.org/officeDocument/2006/relationships/image" Target="media/x10163.wmf"/><Relationship Id="rId409" Type="http://schemas.openxmlformats.org/officeDocument/2006/relationships/image" Target="media/x10164.wmf"/><Relationship Id="rId410" Type="http://schemas.openxmlformats.org/officeDocument/2006/relationships/image" Target="media/x10165.wmf"/><Relationship Id="rId411" Type="http://schemas.openxmlformats.org/officeDocument/2006/relationships/image" Target="media/x10166.wmf"/><Relationship Id="rId412" Type="http://schemas.openxmlformats.org/officeDocument/2006/relationships/image" Target="media/x10167.wmf"/><Relationship Id="rId413" Type="http://schemas.openxmlformats.org/officeDocument/2006/relationships/image" Target="media/x10168.wmf"/><Relationship Id="rId414" Type="http://schemas.openxmlformats.org/officeDocument/2006/relationships/image" Target="media/x10169.wmf"/><Relationship Id="rId415" Type="http://schemas.openxmlformats.org/officeDocument/2006/relationships/image" Target="media/x10170.wmf"/><Relationship Id="rId416" Type="http://schemas.openxmlformats.org/officeDocument/2006/relationships/image" Target="media/x10171.png"/><Relationship Id="rId417" Type="http://schemas.openxmlformats.org/officeDocument/2006/relationships/image" Target="media/x10172.wmf"/><Relationship Id="rId418" Type="http://schemas.openxmlformats.org/officeDocument/2006/relationships/image" Target="media/x10173.wmf"/><Relationship Id="rId419" Type="http://schemas.openxmlformats.org/officeDocument/2006/relationships/image" Target="media/x10174.wmf"/><Relationship Id="rId420" Type="http://schemas.openxmlformats.org/officeDocument/2006/relationships/image" Target="media/x10175.wmf"/><Relationship Id="rId421" Type="http://schemas.openxmlformats.org/officeDocument/2006/relationships/image" Target="media/x10176.wmf"/><Relationship Id="rId422" Type="http://schemas.openxmlformats.org/officeDocument/2006/relationships/image" Target="media/x10177.wmf"/><Relationship Id="rId423" Type="http://schemas.openxmlformats.org/officeDocument/2006/relationships/image" Target="media/x10178.wmf"/><Relationship Id="rId424" Type="http://schemas.openxmlformats.org/officeDocument/2006/relationships/image" Target="media/x10179.wmf"/><Relationship Id="rId425" Type="http://schemas.openxmlformats.org/officeDocument/2006/relationships/image" Target="media/x10180.png"/><Relationship Id="rId426" Type="http://schemas.openxmlformats.org/officeDocument/2006/relationships/image" Target="media/x10181.wmf"/><Relationship Id="rId427" Type="http://schemas.openxmlformats.org/officeDocument/2006/relationships/image" Target="media/x10182.wmf"/><Relationship Id="rId428" Type="http://schemas.openxmlformats.org/officeDocument/2006/relationships/image" Target="media/x10183.wmf"/><Relationship Id="rId429" Type="http://schemas.openxmlformats.org/officeDocument/2006/relationships/image" Target="media/x10184.wmf"/><Relationship Id="rId430" Type="http://schemas.openxmlformats.org/officeDocument/2006/relationships/image" Target="media/x10185.wmf"/><Relationship Id="rId431" Type="http://schemas.openxmlformats.org/officeDocument/2006/relationships/image" Target="media/x10186.png"/><Relationship Id="rId432" Type="http://schemas.openxmlformats.org/officeDocument/2006/relationships/image" Target="media/x10187.wmf"/><Relationship Id="rId433" Type="http://schemas.openxmlformats.org/officeDocument/2006/relationships/image" Target="media/x10188.wmf"/><Relationship Id="rId434" Type="http://schemas.openxmlformats.org/officeDocument/2006/relationships/image" Target="media/x10189.wmf"/><Relationship Id="rId435" Type="http://schemas.openxmlformats.org/officeDocument/2006/relationships/image" Target="media/x10190.wmf"/><Relationship Id="rId436" Type="http://schemas.openxmlformats.org/officeDocument/2006/relationships/image" Target="media/x10191.wmf"/><Relationship Id="rId437" Type="http://schemas.openxmlformats.org/officeDocument/2006/relationships/image" Target="media/x10192.png"/><Relationship Id="rId438" Type="http://schemas.openxmlformats.org/officeDocument/2006/relationships/image" Target="media/x10193.wmf"/><Relationship Id="rId439" Type="http://schemas.openxmlformats.org/officeDocument/2006/relationships/image" Target="media/x10194.wmf"/><Relationship Id="rId440" Type="http://schemas.openxmlformats.org/officeDocument/2006/relationships/image" Target="media/x10195.wmf"/><Relationship Id="rId441" Type="http://schemas.openxmlformats.org/officeDocument/2006/relationships/image" Target="media/x10196.wmf"/><Relationship Id="rId442" Type="http://schemas.openxmlformats.org/officeDocument/2006/relationships/image" Target="media/x10197.wmf"/><Relationship Id="rId443" Type="http://schemas.openxmlformats.org/officeDocument/2006/relationships/image" Target="media/x10198.wmf"/><Relationship Id="rId444" Type="http://schemas.openxmlformats.org/officeDocument/2006/relationships/image" Target="media/x10199.wmf"/><Relationship Id="rId445" Type="http://schemas.openxmlformats.org/officeDocument/2006/relationships/image" Target="media/x10200.wmf"/><Relationship Id="rId446" Type="http://schemas.openxmlformats.org/officeDocument/2006/relationships/image" Target="media/x10201.wmf"/><Relationship Id="rId447" Type="http://schemas.openxmlformats.org/officeDocument/2006/relationships/image" Target="media/x10202.wmf"/><Relationship Id="rId448" Type="http://schemas.openxmlformats.org/officeDocument/2006/relationships/image" Target="media/x10203.wmf"/><Relationship Id="rId449" Type="http://schemas.openxmlformats.org/officeDocument/2006/relationships/image" Target="media/x10204.wmf"/><Relationship Id="rId450" Type="http://schemas.openxmlformats.org/officeDocument/2006/relationships/image" Target="media/x10205.wmf"/><Relationship Id="rId451" Type="http://schemas.openxmlformats.org/officeDocument/2006/relationships/image" Target="media/x10206.wmf"/><Relationship Id="rId452" Type="http://schemas.openxmlformats.org/officeDocument/2006/relationships/image" Target="media/x10207.wmf"/><Relationship Id="rId453" Type="http://schemas.openxmlformats.org/officeDocument/2006/relationships/image" Target="media/x10208.wmf"/><Relationship Id="rId454" Type="http://schemas.openxmlformats.org/officeDocument/2006/relationships/image" Target="media/x10209.wmf"/><Relationship Id="rId455" Type="http://schemas.openxmlformats.org/officeDocument/2006/relationships/image" Target="media/x10210.wmf"/><Relationship Id="rId456" Type="http://schemas.openxmlformats.org/officeDocument/2006/relationships/image" Target="media/x10211.wmf"/><Relationship Id="rId457" Type="http://schemas.openxmlformats.org/officeDocument/2006/relationships/image" Target="media/x10212.wmf"/><Relationship Id="rId458" Type="http://schemas.openxmlformats.org/officeDocument/2006/relationships/image" Target="media/x10213.wmf"/><Relationship Id="rId459" Type="http://schemas.openxmlformats.org/officeDocument/2006/relationships/image" Target="media/x10214.wmf"/><Relationship Id="rId460" Type="http://schemas.openxmlformats.org/officeDocument/2006/relationships/image" Target="media/x10215.wmf"/><Relationship Id="rId461" Type="http://schemas.openxmlformats.org/officeDocument/2006/relationships/image" Target="media/x10216.wmf"/><Relationship Id="rId462" Type="http://schemas.openxmlformats.org/officeDocument/2006/relationships/image" Target="media/x10217.wmf"/><Relationship Id="rId463" Type="http://schemas.openxmlformats.org/officeDocument/2006/relationships/image" Target="media/x10218.wmf"/><Relationship Id="rId464" Type="http://schemas.openxmlformats.org/officeDocument/2006/relationships/image" Target="media/x10219.wmf"/><Relationship Id="rId465" Type="http://schemas.openxmlformats.org/officeDocument/2006/relationships/image" Target="media/x10220.wmf"/><Relationship Id="rId466" Type="http://schemas.openxmlformats.org/officeDocument/2006/relationships/image" Target="media/x10221.wmf"/><Relationship Id="rId467" Type="http://schemas.openxmlformats.org/officeDocument/2006/relationships/image" Target="media/x10222.wmf"/><Relationship Id="rId468" Type="http://schemas.openxmlformats.org/officeDocument/2006/relationships/image" Target="media/x10223.wmf"/><Relationship Id="rId469" Type="http://schemas.openxmlformats.org/officeDocument/2006/relationships/image" Target="media/x10224.wmf"/><Relationship Id="rId470" Type="http://schemas.openxmlformats.org/officeDocument/2006/relationships/image" Target="media/x10225.wmf"/><Relationship Id="rId471" Type="http://schemas.openxmlformats.org/officeDocument/2006/relationships/image" Target="media/x10226.wmf"/><Relationship Id="rId472" Type="http://schemas.openxmlformats.org/officeDocument/2006/relationships/image" Target="media/x10227.wmf"/><Relationship Id="rId473" Type="http://schemas.openxmlformats.org/officeDocument/2006/relationships/image" Target="media/x10228.wmf"/><Relationship Id="rId474" Type="http://schemas.openxmlformats.org/officeDocument/2006/relationships/image" Target="media/x10229.wmf"/><Relationship Id="rId475" Type="http://schemas.openxmlformats.org/officeDocument/2006/relationships/image" Target="media/x10230.wmf"/><Relationship Id="rId476" Type="http://schemas.openxmlformats.org/officeDocument/2006/relationships/image" Target="media/x10231.wmf"/><Relationship Id="rId477" Type="http://schemas.openxmlformats.org/officeDocument/2006/relationships/image" Target="media/x10232.wmf"/><Relationship Id="rId478" Type="http://schemas.openxmlformats.org/officeDocument/2006/relationships/image" Target="media/x10233.wmf"/><Relationship Id="rId479" Type="http://schemas.openxmlformats.org/officeDocument/2006/relationships/image" Target="media/x10234.wmf"/><Relationship Id="rId480" Type="http://schemas.openxmlformats.org/officeDocument/2006/relationships/image" Target="media/x10235.wmf"/><Relationship Id="rId481" Type="http://schemas.openxmlformats.org/officeDocument/2006/relationships/image" Target="media/x10236.wmf"/><Relationship Id="rId482" Type="http://schemas.openxmlformats.org/officeDocument/2006/relationships/image" Target="media/x10237.wmf"/><Relationship Id="rId483" Type="http://schemas.openxmlformats.org/officeDocument/2006/relationships/image" Target="media/x10238.wmf"/><Relationship Id="rId484" Type="http://schemas.openxmlformats.org/officeDocument/2006/relationships/image" Target="media/x10239.wmf"/><Relationship Id="rId485" Type="http://schemas.openxmlformats.org/officeDocument/2006/relationships/image" Target="media/x10240.wmf"/><Relationship Id="rId486" Type="http://schemas.openxmlformats.org/officeDocument/2006/relationships/image" Target="media/x10241.wmf"/><Relationship Id="rId487" Type="http://schemas.openxmlformats.org/officeDocument/2006/relationships/image" Target="media/x10242.wmf"/><Relationship Id="rId488" Type="http://schemas.openxmlformats.org/officeDocument/2006/relationships/image" Target="media/x10243.wmf"/><Relationship Id="rId489" Type="http://schemas.openxmlformats.org/officeDocument/2006/relationships/image" Target="media/x10244.wmf"/><Relationship Id="rId490" Type="http://schemas.openxmlformats.org/officeDocument/2006/relationships/image" Target="media/x10245.wmf"/><Relationship Id="rId491" Type="http://schemas.openxmlformats.org/officeDocument/2006/relationships/image" Target="media/x10246.wmf"/><Relationship Id="rId492" Type="http://schemas.openxmlformats.org/officeDocument/2006/relationships/image" Target="media/x10247.wmf"/><Relationship Id="rId493" Type="http://schemas.openxmlformats.org/officeDocument/2006/relationships/image" Target="media/x10248.wmf"/><Relationship Id="rId494" Type="http://schemas.openxmlformats.org/officeDocument/2006/relationships/image" Target="media/x10249.wmf"/><Relationship Id="rId495" Type="http://schemas.openxmlformats.org/officeDocument/2006/relationships/image" Target="media/x10250.wmf"/><Relationship Id="rId496" Type="http://schemas.openxmlformats.org/officeDocument/2006/relationships/image" Target="media/x10251.wmf"/><Relationship Id="rId497" Type="http://schemas.openxmlformats.org/officeDocument/2006/relationships/image" Target="media/x10252.wmf"/><Relationship Id="rId498" Type="http://schemas.openxmlformats.org/officeDocument/2006/relationships/image" Target="media/x10253.wmf"/><Relationship Id="rId499" Type="http://schemas.openxmlformats.org/officeDocument/2006/relationships/image" Target="media/x10254.wmf"/><Relationship Id="rId500" Type="http://schemas.openxmlformats.org/officeDocument/2006/relationships/image" Target="media/x10255.wmf"/><Relationship Id="rId501" Type="http://schemas.openxmlformats.org/officeDocument/2006/relationships/image" Target="media/x10256.wmf"/><Relationship Id="rId502" Type="http://schemas.openxmlformats.org/officeDocument/2006/relationships/image" Target="media/x10257.wmf"/><Relationship Id="rId503" Type="http://schemas.openxmlformats.org/officeDocument/2006/relationships/image" Target="media/x10258.wmf"/><Relationship Id="rId504" Type="http://schemas.openxmlformats.org/officeDocument/2006/relationships/image" Target="media/x10259.wmf"/><Relationship Id="rId505" Type="http://schemas.openxmlformats.org/officeDocument/2006/relationships/image" Target="media/x10260.wmf"/><Relationship Id="rId506" Type="http://schemas.openxmlformats.org/officeDocument/2006/relationships/image" Target="media/x10261.wmf"/><Relationship Id="rId507" Type="http://schemas.openxmlformats.org/officeDocument/2006/relationships/image" Target="media/x10262.wmf"/><Relationship Id="rId508" Type="http://schemas.openxmlformats.org/officeDocument/2006/relationships/image" Target="media/x10263.wmf"/><Relationship Id="rId509" Type="http://schemas.openxmlformats.org/officeDocument/2006/relationships/image" Target="media/x10264.wmf"/><Relationship Id="rId510" Type="http://schemas.openxmlformats.org/officeDocument/2006/relationships/image" Target="media/x10265.wmf"/><Relationship Id="rId511" Type="http://schemas.openxmlformats.org/officeDocument/2006/relationships/image" Target="media/x10266.wmf"/><Relationship Id="rId512" Type="http://schemas.openxmlformats.org/officeDocument/2006/relationships/image" Target="media/x10267.wmf"/><Relationship Id="rId513" Type="http://schemas.openxmlformats.org/officeDocument/2006/relationships/image" Target="media/x10268.wmf"/><Relationship Id="rId514" Type="http://schemas.openxmlformats.org/officeDocument/2006/relationships/image" Target="media/x10269.wmf"/><Relationship Id="rId515" Type="http://schemas.openxmlformats.org/officeDocument/2006/relationships/image" Target="media/x10270.wmf"/><Relationship Id="rId516" Type="http://schemas.openxmlformats.org/officeDocument/2006/relationships/image" Target="media/x10271.wmf"/><Relationship Id="rId517" Type="http://schemas.openxmlformats.org/officeDocument/2006/relationships/image" Target="media/x10272.wmf"/><Relationship Id="rId518" Type="http://schemas.openxmlformats.org/officeDocument/2006/relationships/image" Target="media/x10273.wmf"/><Relationship Id="rId519" Type="http://schemas.openxmlformats.org/officeDocument/2006/relationships/image" Target="media/x10274.wmf"/><Relationship Id="rId520" Type="http://schemas.openxmlformats.org/officeDocument/2006/relationships/image" Target="media/x10275.wmf"/><Relationship Id="rId521" Type="http://schemas.openxmlformats.org/officeDocument/2006/relationships/image" Target="media/x10276.wmf"/><Relationship Id="rId522" Type="http://schemas.openxmlformats.org/officeDocument/2006/relationships/image" Target="media/x10277.wmf"/><Relationship Id="rId523" Type="http://schemas.openxmlformats.org/officeDocument/2006/relationships/image" Target="media/x10278.wmf"/><Relationship Id="rId524" Type="http://schemas.openxmlformats.org/officeDocument/2006/relationships/image" Target="media/x10279.wmf"/><Relationship Id="rId525" Type="http://schemas.openxmlformats.org/officeDocument/2006/relationships/image" Target="media/x10280.wmf"/><Relationship Id="rId526" Type="http://schemas.openxmlformats.org/officeDocument/2006/relationships/image" Target="media/x10281.wmf"/><Relationship Id="rId527" Type="http://schemas.openxmlformats.org/officeDocument/2006/relationships/image" Target="media/x10282.wmf"/><Relationship Id="rId528" Type="http://schemas.openxmlformats.org/officeDocument/2006/relationships/image" Target="media/x10283.wmf"/><Relationship Id="rId529" Type="http://schemas.openxmlformats.org/officeDocument/2006/relationships/image" Target="media/x10284.wmf"/><Relationship Id="rId530" Type="http://schemas.openxmlformats.org/officeDocument/2006/relationships/image" Target="media/x10285.wmf"/><Relationship Id="rId531" Type="http://schemas.openxmlformats.org/officeDocument/2006/relationships/image" Target="media/x10286.wmf"/><Relationship Id="rId532" Type="http://schemas.openxmlformats.org/officeDocument/2006/relationships/image" Target="media/x10287.wmf"/><Relationship Id="rId533" Type="http://schemas.openxmlformats.org/officeDocument/2006/relationships/image" Target="media/x10288.wmf"/><Relationship Id="rId534" Type="http://schemas.openxmlformats.org/officeDocument/2006/relationships/image" Target="media/x10289.wmf"/><Relationship Id="rId535" Type="http://schemas.openxmlformats.org/officeDocument/2006/relationships/image" Target="media/x10290.wmf"/><Relationship Id="rId536" Type="http://schemas.openxmlformats.org/officeDocument/2006/relationships/image" Target="media/x10291.wmf"/><Relationship Id="rId537" Type="http://schemas.openxmlformats.org/officeDocument/2006/relationships/image" Target="media/x10292.wmf"/><Relationship Id="rId538" Type="http://schemas.openxmlformats.org/officeDocument/2006/relationships/image" Target="media/x10293.wmf"/><Relationship Id="rId539" Type="http://schemas.openxmlformats.org/officeDocument/2006/relationships/image" Target="media/x10294.wmf"/><Relationship Id="rId540" Type="http://schemas.openxmlformats.org/officeDocument/2006/relationships/image" Target="media/x10295.wmf"/><Relationship Id="rId541" Type="http://schemas.openxmlformats.org/officeDocument/2006/relationships/image" Target="media/x10296.wmf"/><Relationship Id="rId542" Type="http://schemas.openxmlformats.org/officeDocument/2006/relationships/image" Target="media/x10297.wmf"/><Relationship Id="rId543" Type="http://schemas.openxmlformats.org/officeDocument/2006/relationships/image" Target="media/x10298.wmf"/><Relationship Id="rId544" Type="http://schemas.openxmlformats.org/officeDocument/2006/relationships/image" Target="media/x10299.wmf"/><Relationship Id="rId545" Type="http://schemas.openxmlformats.org/officeDocument/2006/relationships/image" Target="media/x10300.wmf"/><Relationship Id="rId546" Type="http://schemas.openxmlformats.org/officeDocument/2006/relationships/image" Target="media/x10301.wmf"/><Relationship Id="rId547" Type="http://schemas.openxmlformats.org/officeDocument/2006/relationships/image" Target="media/x10302.wmf"/><Relationship Id="rId548" Type="http://schemas.openxmlformats.org/officeDocument/2006/relationships/image" Target="media/x10303.wmf"/><Relationship Id="rId549" Type="http://schemas.openxmlformats.org/officeDocument/2006/relationships/image" Target="media/x10304.wmf"/><Relationship Id="rId550" Type="http://schemas.openxmlformats.org/officeDocument/2006/relationships/image" Target="media/x10305.wmf"/><Relationship Id="rId551" Type="http://schemas.openxmlformats.org/officeDocument/2006/relationships/image" Target="media/x10306.wmf"/><Relationship Id="rId552" Type="http://schemas.openxmlformats.org/officeDocument/2006/relationships/image" Target="media/x10307.wmf"/><Relationship Id="rId553" Type="http://schemas.openxmlformats.org/officeDocument/2006/relationships/image" Target="media/x10308.wmf"/><Relationship Id="rId554" Type="http://schemas.openxmlformats.org/officeDocument/2006/relationships/image" Target="media/x10309.wmf"/><Relationship Id="rId555" Type="http://schemas.openxmlformats.org/officeDocument/2006/relationships/image" Target="media/x10310.wmf"/><Relationship Id="rId556" Type="http://schemas.openxmlformats.org/officeDocument/2006/relationships/image" Target="media/x10311.wmf"/><Relationship Id="rId557" Type="http://schemas.openxmlformats.org/officeDocument/2006/relationships/image" Target="media/x10312.wmf"/><Relationship Id="rId558" Type="http://schemas.openxmlformats.org/officeDocument/2006/relationships/image" Target="media/x10313.wmf"/><Relationship Id="rId559" Type="http://schemas.openxmlformats.org/officeDocument/2006/relationships/image" Target="media/x10314.wmf"/><Relationship Id="rId560" Type="http://schemas.openxmlformats.org/officeDocument/2006/relationships/image" Target="media/x10315.wmf"/><Relationship Id="rId561" Type="http://schemas.openxmlformats.org/officeDocument/2006/relationships/image" Target="media/x10316.wmf"/><Relationship Id="rId562" Type="http://schemas.openxmlformats.org/officeDocument/2006/relationships/image" Target="media/x10317.wmf"/><Relationship Id="rId563" Type="http://schemas.openxmlformats.org/officeDocument/2006/relationships/image" Target="media/x10318.wmf"/><Relationship Id="rId564" Type="http://schemas.openxmlformats.org/officeDocument/2006/relationships/image" Target="media/x10319.wmf"/><Relationship Id="rId565" Type="http://schemas.openxmlformats.org/officeDocument/2006/relationships/image" Target="media/x10320.wmf"/><Relationship Id="rId566" Type="http://schemas.openxmlformats.org/officeDocument/2006/relationships/image" Target="media/x10321.wmf"/><Relationship Id="rId567" Type="http://schemas.openxmlformats.org/officeDocument/2006/relationships/image" Target="media/x10322.wmf"/><Relationship Id="rId568" Type="http://schemas.openxmlformats.org/officeDocument/2006/relationships/image" Target="media/x10323.wmf"/><Relationship Id="rId569" Type="http://schemas.openxmlformats.org/officeDocument/2006/relationships/image" Target="media/x10324.wmf"/><Relationship Id="rId570" Type="http://schemas.openxmlformats.org/officeDocument/2006/relationships/image" Target="media/x10325.wmf"/><Relationship Id="rId571" Type="http://schemas.openxmlformats.org/officeDocument/2006/relationships/image" Target="media/x10326.wmf"/><Relationship Id="rId572" Type="http://schemas.openxmlformats.org/officeDocument/2006/relationships/image" Target="media/x10327.wmf"/><Relationship Id="rId573" Type="http://schemas.openxmlformats.org/officeDocument/2006/relationships/image" Target="media/x10328.wmf"/><Relationship Id="rId574" Type="http://schemas.openxmlformats.org/officeDocument/2006/relationships/image" Target="media/x10329.wmf"/><Relationship Id="rId575" Type="http://schemas.openxmlformats.org/officeDocument/2006/relationships/image" Target="media/x10330.wmf"/><Relationship Id="rId576" Type="http://schemas.openxmlformats.org/officeDocument/2006/relationships/image" Target="media/x10331.wmf"/><Relationship Id="rId577" Type="http://schemas.openxmlformats.org/officeDocument/2006/relationships/image" Target="media/x10332.wmf"/><Relationship Id="rId578" Type="http://schemas.openxmlformats.org/officeDocument/2006/relationships/image" Target="media/x10333.wmf"/><Relationship Id="rId579" Type="http://schemas.openxmlformats.org/officeDocument/2006/relationships/image" Target="media/x10334.wmf"/><Relationship Id="rId580" Type="http://schemas.openxmlformats.org/officeDocument/2006/relationships/image" Target="media/x10335.wmf"/><Relationship Id="rId581" Type="http://schemas.openxmlformats.org/officeDocument/2006/relationships/image" Target="media/x10336.wmf"/><Relationship Id="rId582" Type="http://schemas.openxmlformats.org/officeDocument/2006/relationships/image" Target="media/x10337.wmf"/><Relationship Id="rId583" Type="http://schemas.openxmlformats.org/officeDocument/2006/relationships/image" Target="media/x10338.wmf"/><Relationship Id="rId584" Type="http://schemas.openxmlformats.org/officeDocument/2006/relationships/image" Target="media/x10339.wmf"/><Relationship Id="rId585" Type="http://schemas.openxmlformats.org/officeDocument/2006/relationships/image" Target="media/x10340.wmf"/><Relationship Id="rId586" Type="http://schemas.openxmlformats.org/officeDocument/2006/relationships/image" Target="media/x10341.wmf"/><Relationship Id="rId587" Type="http://schemas.openxmlformats.org/officeDocument/2006/relationships/image" Target="media/x10342.wmf"/><Relationship Id="rId588" Type="http://schemas.openxmlformats.org/officeDocument/2006/relationships/image" Target="media/x10343.wmf"/><Relationship Id="rId589" Type="http://schemas.openxmlformats.org/officeDocument/2006/relationships/image" Target="media/x10344.wmf"/><Relationship Id="rId590" Type="http://schemas.openxmlformats.org/officeDocument/2006/relationships/image" Target="media/x10345.wmf"/><Relationship Id="rId591" Type="http://schemas.openxmlformats.org/officeDocument/2006/relationships/image" Target="media/x10346.wmf"/><Relationship Id="rId592" Type="http://schemas.openxmlformats.org/officeDocument/2006/relationships/image" Target="media/x10347.wmf"/><Relationship Id="rId593" Type="http://schemas.openxmlformats.org/officeDocument/2006/relationships/image" Target="media/x10348.wmf"/><Relationship Id="rId594" Type="http://schemas.openxmlformats.org/officeDocument/2006/relationships/image" Target="media/x10349.wmf"/><Relationship Id="rId595" Type="http://schemas.openxmlformats.org/officeDocument/2006/relationships/image" Target="media/x10350.wmf"/><Relationship Id="rId596" Type="http://schemas.openxmlformats.org/officeDocument/2006/relationships/image" Target="media/x10351.wmf"/><Relationship Id="rId597" Type="http://schemas.openxmlformats.org/officeDocument/2006/relationships/image" Target="media/x10352.wmf"/><Relationship Id="rId598" Type="http://schemas.openxmlformats.org/officeDocument/2006/relationships/image" Target="media/x10353.wmf"/><Relationship Id="rId599" Type="http://schemas.openxmlformats.org/officeDocument/2006/relationships/image" Target="media/x10354.png"/><Relationship Id="rId600" Type="http://schemas.openxmlformats.org/officeDocument/2006/relationships/image" Target="media/x10355.wmf"/><Relationship Id="rId601" Type="http://schemas.openxmlformats.org/officeDocument/2006/relationships/image" Target="media/x10356.png"/><Relationship Id="rId602" Type="http://schemas.openxmlformats.org/officeDocument/2006/relationships/image" Target="media/x10357.wmf"/><Relationship Id="rId603" Type="http://schemas.openxmlformats.org/officeDocument/2006/relationships/image" Target="media/x10358.png"/><Relationship Id="rId604" Type="http://schemas.openxmlformats.org/officeDocument/2006/relationships/image" Target="media/x10359.wmf"/><Relationship Id="rId605" Type="http://schemas.openxmlformats.org/officeDocument/2006/relationships/image" Target="media/x10360.wmf"/><Relationship Id="rId606" Type="http://schemas.openxmlformats.org/officeDocument/2006/relationships/image" Target="media/x10361.wmf"/><Relationship Id="rId607" Type="http://schemas.openxmlformats.org/officeDocument/2006/relationships/image" Target="media/x10362.wmf"/><Relationship Id="rId608" Type="http://schemas.openxmlformats.org/officeDocument/2006/relationships/image" Target="media/x10363.wmf"/><Relationship Id="rId609" Type="http://schemas.openxmlformats.org/officeDocument/2006/relationships/image" Target="media/x10364.wmf"/><Relationship Id="rId610" Type="http://schemas.openxmlformats.org/officeDocument/2006/relationships/image" Target="media/x10365.wmf"/><Relationship Id="rId611" Type="http://schemas.openxmlformats.org/officeDocument/2006/relationships/image" Target="media/x10366.wmf"/><Relationship Id="rId612" Type="http://schemas.openxmlformats.org/officeDocument/2006/relationships/image" Target="media/x10367.wmf"/><Relationship Id="rId613" Type="http://schemas.openxmlformats.org/officeDocument/2006/relationships/image" Target="media/x10368.wmf"/><Relationship Id="rId614" Type="http://schemas.openxmlformats.org/officeDocument/2006/relationships/image" Target="media/x10369.wmf"/><Relationship Id="rId615" Type="http://schemas.openxmlformats.org/officeDocument/2006/relationships/image" Target="media/x10370.wmf"/><Relationship Id="rId616" Type="http://schemas.openxmlformats.org/officeDocument/2006/relationships/image" Target="media/x10371.wmf"/><Relationship Id="rId617" Type="http://schemas.openxmlformats.org/officeDocument/2006/relationships/image" Target="media/x10372.wmf"/><Relationship Id="rId618" Type="http://schemas.openxmlformats.org/officeDocument/2006/relationships/image" Target="media/x10373.wmf"/><Relationship Id="rId619" Type="http://schemas.openxmlformats.org/officeDocument/2006/relationships/image" Target="media/x10374.wmf"/><Relationship Id="rId620" Type="http://schemas.openxmlformats.org/officeDocument/2006/relationships/image" Target="media/x10375.wmf"/><Relationship Id="rId621" Type="http://schemas.openxmlformats.org/officeDocument/2006/relationships/image" Target="media/x10376.wmf"/><Relationship Id="rId622" Type="http://schemas.openxmlformats.org/officeDocument/2006/relationships/image" Target="media/x10377.wmf"/><Relationship Id="rId623" Type="http://schemas.openxmlformats.org/officeDocument/2006/relationships/image" Target="media/x10378.wmf"/><Relationship Id="rId624" Type="http://schemas.openxmlformats.org/officeDocument/2006/relationships/image" Target="media/x10379.wmf"/><Relationship Id="rId625" Type="http://schemas.openxmlformats.org/officeDocument/2006/relationships/image" Target="media/x10380.wmf"/><Relationship Id="rId626" Type="http://schemas.openxmlformats.org/officeDocument/2006/relationships/image" Target="media/x10381.wmf"/><Relationship Id="rId627" Type="http://schemas.openxmlformats.org/officeDocument/2006/relationships/image" Target="media/x10382.wmf"/><Relationship Id="rId628" Type="http://schemas.openxmlformats.org/officeDocument/2006/relationships/image" Target="media/x10383.wmf"/><Relationship Id="rId629" Type="http://schemas.openxmlformats.org/officeDocument/2006/relationships/image" Target="media/x10384.wmf"/><Relationship Id="rId630" Type="http://schemas.openxmlformats.org/officeDocument/2006/relationships/image" Target="media/x10385.wmf"/><Relationship Id="rId631" Type="http://schemas.openxmlformats.org/officeDocument/2006/relationships/image" Target="media/x10386.wmf"/><Relationship Id="rId632" Type="http://schemas.openxmlformats.org/officeDocument/2006/relationships/image" Target="media/x10387.wmf"/><Relationship Id="rId633" Type="http://schemas.openxmlformats.org/officeDocument/2006/relationships/image" Target="media/x10388.wmf"/><Relationship Id="rId634" Type="http://schemas.openxmlformats.org/officeDocument/2006/relationships/image" Target="media/x10389.wmf"/><Relationship Id="rId635" Type="http://schemas.openxmlformats.org/officeDocument/2006/relationships/image" Target="media/x10390.wmf"/><Relationship Id="rId636" Type="http://schemas.openxmlformats.org/officeDocument/2006/relationships/image" Target="media/x10391.wmf"/><Relationship Id="rId637" Type="http://schemas.openxmlformats.org/officeDocument/2006/relationships/image" Target="media/x10392.wmf"/><Relationship Id="rId638" Type="http://schemas.openxmlformats.org/officeDocument/2006/relationships/image" Target="media/x10393.wmf"/><Relationship Id="rId639" Type="http://schemas.openxmlformats.org/officeDocument/2006/relationships/image" Target="media/x10394.wmf"/><Relationship Id="rId640" Type="http://schemas.openxmlformats.org/officeDocument/2006/relationships/image" Target="media/x10395.wmf"/><Relationship Id="rId641" Type="http://schemas.openxmlformats.org/officeDocument/2006/relationships/image" Target="media/x10396.wmf"/><Relationship Id="rId642" Type="http://schemas.openxmlformats.org/officeDocument/2006/relationships/image" Target="media/x10397.png"/><Relationship Id="rId643" Type="http://schemas.openxmlformats.org/officeDocument/2006/relationships/image" Target="media/x10398.wmf"/><Relationship Id="rId644" Type="http://schemas.openxmlformats.org/officeDocument/2006/relationships/image" Target="media/x10399.wmf"/><Relationship Id="rId645" Type="http://schemas.openxmlformats.org/officeDocument/2006/relationships/image" Target="media/x10400.wmf"/><Relationship Id="rId646" Type="http://schemas.openxmlformats.org/officeDocument/2006/relationships/image" Target="media/x10401.wmf"/><Relationship Id="rId647" Type="http://schemas.openxmlformats.org/officeDocument/2006/relationships/image" Target="media/x10402.wmf"/><Relationship Id="rId648" Type="http://schemas.openxmlformats.org/officeDocument/2006/relationships/image" Target="media/x10403.wmf"/><Relationship Id="rId649" Type="http://schemas.openxmlformats.org/officeDocument/2006/relationships/image" Target="media/x10404.wmf"/><Relationship Id="rId650" Type="http://schemas.openxmlformats.org/officeDocument/2006/relationships/image" Target="media/x10405.wmf"/><Relationship Id="rId651" Type="http://schemas.openxmlformats.org/officeDocument/2006/relationships/image" Target="media/x10406.wmf"/><Relationship Id="rId652" Type="http://schemas.openxmlformats.org/officeDocument/2006/relationships/image" Target="media/x10407.wmf"/><Relationship Id="rId653" Type="http://schemas.openxmlformats.org/officeDocument/2006/relationships/image" Target="media/x10408.wmf"/><Relationship Id="rId654" Type="http://schemas.openxmlformats.org/officeDocument/2006/relationships/image" Target="media/x10409.wmf"/><Relationship Id="rId655" Type="http://schemas.openxmlformats.org/officeDocument/2006/relationships/image" Target="media/x10410.wmf"/><Relationship Id="rId656" Type="http://schemas.openxmlformats.org/officeDocument/2006/relationships/image" Target="media/x10411.wmf"/><Relationship Id="rId657" Type="http://schemas.openxmlformats.org/officeDocument/2006/relationships/image" Target="media/x10412.wmf"/><Relationship Id="rId658" Type="http://schemas.openxmlformats.org/officeDocument/2006/relationships/image" Target="media/x10413.wmf"/><Relationship Id="rId659" Type="http://schemas.openxmlformats.org/officeDocument/2006/relationships/image" Target="media/x10414.wmf"/><Relationship Id="rId660" Type="http://schemas.openxmlformats.org/officeDocument/2006/relationships/image" Target="media/x10415.wmf"/><Relationship Id="rId661" Type="http://schemas.openxmlformats.org/officeDocument/2006/relationships/image" Target="media/x10416.wmf"/><Relationship Id="rId662" Type="http://schemas.openxmlformats.org/officeDocument/2006/relationships/image" Target="media/x10417.wmf"/><Relationship Id="rId663" Type="http://schemas.openxmlformats.org/officeDocument/2006/relationships/image" Target="media/x10418.wmf"/><Relationship Id="rId664" Type="http://schemas.openxmlformats.org/officeDocument/2006/relationships/image" Target="media/x10419.wmf"/><Relationship Id="rId665" Type="http://schemas.openxmlformats.org/officeDocument/2006/relationships/image" Target="media/x10420.wmf"/><Relationship Id="rId666" Type="http://schemas.openxmlformats.org/officeDocument/2006/relationships/image" Target="media/x10421.wmf"/><Relationship Id="rId667" Type="http://schemas.openxmlformats.org/officeDocument/2006/relationships/image" Target="media/x10422.wmf"/><Relationship Id="rId668" Type="http://schemas.openxmlformats.org/officeDocument/2006/relationships/image" Target="media/x10423.wmf"/><Relationship Id="rId669" Type="http://schemas.openxmlformats.org/officeDocument/2006/relationships/image" Target="media/x10424.wmf"/><Relationship Id="rId670" Type="http://schemas.openxmlformats.org/officeDocument/2006/relationships/image" Target="media/x10425.wmf"/><Relationship Id="rId671" Type="http://schemas.openxmlformats.org/officeDocument/2006/relationships/image" Target="media/x10426.wmf"/><Relationship Id="rId672" Type="http://schemas.openxmlformats.org/officeDocument/2006/relationships/image" Target="media/x10427.wmf"/><Relationship Id="rId673" Type="http://schemas.openxmlformats.org/officeDocument/2006/relationships/image" Target="media/x10428.wmf"/><Relationship Id="rId674" Type="http://schemas.openxmlformats.org/officeDocument/2006/relationships/image" Target="media/x10429.wmf"/><Relationship Id="rId675" Type="http://schemas.openxmlformats.org/officeDocument/2006/relationships/image" Target="media/x10430.wmf"/><Relationship Id="rId676" Type="http://schemas.openxmlformats.org/officeDocument/2006/relationships/image" Target="media/x10431.wmf"/><Relationship Id="rId677" Type="http://schemas.openxmlformats.org/officeDocument/2006/relationships/image" Target="media/x10432.wmf"/><Relationship Id="rId678" Type="http://schemas.openxmlformats.org/officeDocument/2006/relationships/image" Target="media/x10433.wmf"/><Relationship Id="rId679" Type="http://schemas.openxmlformats.org/officeDocument/2006/relationships/image" Target="media/x10434.wmf"/><Relationship Id="rId680" Type="http://schemas.openxmlformats.org/officeDocument/2006/relationships/image" Target="media/x10435.wmf"/><Relationship Id="rId681" Type="http://schemas.openxmlformats.org/officeDocument/2006/relationships/image" Target="media/x10436.wmf"/><Relationship Id="rId682" Type="http://schemas.openxmlformats.org/officeDocument/2006/relationships/image" Target="media/x10437.wmf"/><Relationship Id="rId683" Type="http://schemas.openxmlformats.org/officeDocument/2006/relationships/image" Target="media/x10438.wmf"/><Relationship Id="rId684" Type="http://schemas.openxmlformats.org/officeDocument/2006/relationships/image" Target="media/x10439.wmf"/><Relationship Id="rId685" Type="http://schemas.openxmlformats.org/officeDocument/2006/relationships/image" Target="media/x10440.wmf"/><Relationship Id="rId686" Type="http://schemas.openxmlformats.org/officeDocument/2006/relationships/image" Target="media/x10441.wmf"/><Relationship Id="rId687" Type="http://schemas.openxmlformats.org/officeDocument/2006/relationships/image" Target="media/x10442.wmf"/><Relationship Id="rId688" Type="http://schemas.openxmlformats.org/officeDocument/2006/relationships/image" Target="media/x10443.wmf"/><Relationship Id="rId689" Type="http://schemas.openxmlformats.org/officeDocument/2006/relationships/image" Target="media/x10444.wmf"/><Relationship Id="rId690" Type="http://schemas.openxmlformats.org/officeDocument/2006/relationships/image" Target="media/x10445.wmf"/><Relationship Id="rId691" Type="http://schemas.openxmlformats.org/officeDocument/2006/relationships/image" Target="media/x10446.wmf"/><Relationship Id="rId692" Type="http://schemas.openxmlformats.org/officeDocument/2006/relationships/image" Target="media/x10447.wmf"/><Relationship Id="rId693" Type="http://schemas.openxmlformats.org/officeDocument/2006/relationships/image" Target="media/x10448.wmf"/><Relationship Id="rId694" Type="http://schemas.openxmlformats.org/officeDocument/2006/relationships/image" Target="media/x10449.wmf"/><Relationship Id="rId695" Type="http://schemas.openxmlformats.org/officeDocument/2006/relationships/image" Target="media/x10450.wmf"/><Relationship Id="rId696" Type="http://schemas.openxmlformats.org/officeDocument/2006/relationships/image" Target="media/x10451.wmf"/><Relationship Id="rId697" Type="http://schemas.openxmlformats.org/officeDocument/2006/relationships/image" Target="media/x10452.wmf"/><Relationship Id="rId698" Type="http://schemas.openxmlformats.org/officeDocument/2006/relationships/image" Target="media/x10453.wmf"/><Relationship Id="rId699" Type="http://schemas.openxmlformats.org/officeDocument/2006/relationships/image" Target="media/x10454.wmf"/><Relationship Id="rId700" Type="http://schemas.openxmlformats.org/officeDocument/2006/relationships/image" Target="media/x10455.wmf"/><Relationship Id="rId701" Type="http://schemas.openxmlformats.org/officeDocument/2006/relationships/image" Target="media/x10456.wmf"/><Relationship Id="rId702" Type="http://schemas.openxmlformats.org/officeDocument/2006/relationships/image" Target="media/x10457.wmf"/><Relationship Id="rId703" Type="http://schemas.openxmlformats.org/officeDocument/2006/relationships/image" Target="media/x10458.png"/><Relationship Id="rId704" Type="http://schemas.openxmlformats.org/officeDocument/2006/relationships/image" Target="media/x10459.wmf"/><Relationship Id="rId705" Type="http://schemas.openxmlformats.org/officeDocument/2006/relationships/image" Target="media/x10460.wmf"/><Relationship Id="rId706" Type="http://schemas.openxmlformats.org/officeDocument/2006/relationships/image" Target="media/x10461.wmf"/><Relationship Id="rId707" Type="http://schemas.openxmlformats.org/officeDocument/2006/relationships/image" Target="media/x10462.wmf"/><Relationship Id="rId708" Type="http://schemas.openxmlformats.org/officeDocument/2006/relationships/image" Target="media/x10463.wmf"/><Relationship Id="rId709" Type="http://schemas.openxmlformats.org/officeDocument/2006/relationships/image" Target="media/x10464.wmf"/><Relationship Id="rId710" Type="http://schemas.openxmlformats.org/officeDocument/2006/relationships/image" Target="media/x10465.wmf"/><Relationship Id="rId711" Type="http://schemas.openxmlformats.org/officeDocument/2006/relationships/image" Target="media/x10466.png"/><Relationship Id="rId712" Type="http://schemas.openxmlformats.org/officeDocument/2006/relationships/image" Target="media/x10467.wmf"/><Relationship Id="rId713" Type="http://schemas.openxmlformats.org/officeDocument/2006/relationships/image" Target="media/x10468.wmf"/><Relationship Id="rId714" Type="http://schemas.openxmlformats.org/officeDocument/2006/relationships/image" Target="media/x10469.wmf"/><Relationship Id="rId715" Type="http://schemas.openxmlformats.org/officeDocument/2006/relationships/image" Target="media/x10470.wmf"/><Relationship Id="rId716" Type="http://schemas.openxmlformats.org/officeDocument/2006/relationships/image" Target="media/x10471.png"/><Relationship Id="rId717" Type="http://schemas.openxmlformats.org/officeDocument/2006/relationships/image" Target="media/x10472.wmf"/><Relationship Id="rId718" Type="http://schemas.openxmlformats.org/officeDocument/2006/relationships/image" Target="media/x10473.wmf"/><Relationship Id="rId719" Type="http://schemas.openxmlformats.org/officeDocument/2006/relationships/image" Target="media/x10474.wmf"/><Relationship Id="rId720" Type="http://schemas.openxmlformats.org/officeDocument/2006/relationships/image" Target="media/x10475.wmf"/><Relationship Id="rId721" Type="http://schemas.openxmlformats.org/officeDocument/2006/relationships/image" Target="media/x10476.wmf"/><Relationship Id="rId722" Type="http://schemas.openxmlformats.org/officeDocument/2006/relationships/image" Target="media/x10477.wmf"/><Relationship Id="rId723" Type="http://schemas.openxmlformats.org/officeDocument/2006/relationships/image" Target="media/x10478.wmf"/><Relationship Id="rId724" Type="http://schemas.openxmlformats.org/officeDocument/2006/relationships/image" Target="media/x10479.wmf"/><Relationship Id="rId725" Type="http://schemas.openxmlformats.org/officeDocument/2006/relationships/image" Target="media/x10480.wmf"/><Relationship Id="rId726" Type="http://schemas.openxmlformats.org/officeDocument/2006/relationships/image" Target="media/x10481.wmf"/><Relationship Id="rId727" Type="http://schemas.openxmlformats.org/officeDocument/2006/relationships/image" Target="media/x10482.wmf"/><Relationship Id="rId728" Type="http://schemas.openxmlformats.org/officeDocument/2006/relationships/image" Target="media/x10483.wmf"/><Relationship Id="rId729" Type="http://schemas.openxmlformats.org/officeDocument/2006/relationships/image" Target="media/x10484.wmf"/><Relationship Id="rId730" Type="http://schemas.openxmlformats.org/officeDocument/2006/relationships/image" Target="media/x10485.wmf"/><Relationship Id="rId731" Type="http://schemas.openxmlformats.org/officeDocument/2006/relationships/image" Target="media/x10486.png"/><Relationship Id="rId732" Type="http://schemas.openxmlformats.org/officeDocument/2006/relationships/image" Target="media/x10487.wmf"/><Relationship Id="rId733" Type="http://schemas.openxmlformats.org/officeDocument/2006/relationships/image" Target="media/x10488.wmf"/><Relationship Id="rId734" Type="http://schemas.openxmlformats.org/officeDocument/2006/relationships/image" Target="media/x10489.wmf"/><Relationship Id="rId735" Type="http://schemas.openxmlformats.org/officeDocument/2006/relationships/image" Target="media/x10490.wmf"/><Relationship Id="rId736" Type="http://schemas.openxmlformats.org/officeDocument/2006/relationships/image" Target="media/x10491.wmf"/><Relationship Id="rId737" Type="http://schemas.openxmlformats.org/officeDocument/2006/relationships/image" Target="media/x10492.wmf"/><Relationship Id="rId738" Type="http://schemas.openxmlformats.org/officeDocument/2006/relationships/image" Target="media/x10493.wmf"/><Relationship Id="rId739" Type="http://schemas.openxmlformats.org/officeDocument/2006/relationships/image" Target="media/x10494.wmf"/><Relationship Id="rId740" Type="http://schemas.openxmlformats.org/officeDocument/2006/relationships/image" Target="media/x10495.wmf"/><Relationship Id="rId741" Type="http://schemas.openxmlformats.org/officeDocument/2006/relationships/image" Target="media/x10496.wmf"/><Relationship Id="rId742" Type="http://schemas.openxmlformats.org/officeDocument/2006/relationships/image" Target="media/x10497.wmf"/><Relationship Id="rId743" Type="http://schemas.openxmlformats.org/officeDocument/2006/relationships/image" Target="media/x10498.wmf"/><Relationship Id="rId744" Type="http://schemas.openxmlformats.org/officeDocument/2006/relationships/image" Target="media/x10499.wmf"/><Relationship Id="rId745" Type="http://schemas.openxmlformats.org/officeDocument/2006/relationships/image" Target="media/x10500.wmf"/><Relationship Id="rId746" Type="http://schemas.openxmlformats.org/officeDocument/2006/relationships/image" Target="media/x10501.wmf"/><Relationship Id="rId747" Type="http://schemas.openxmlformats.org/officeDocument/2006/relationships/image" Target="media/x10502.wmf"/><Relationship Id="rId748" Type="http://schemas.openxmlformats.org/officeDocument/2006/relationships/image" Target="media/x10503.wmf"/><Relationship Id="rId749" Type="http://schemas.openxmlformats.org/officeDocument/2006/relationships/image" Target="media/x10504.wmf"/><Relationship Id="rId750" Type="http://schemas.openxmlformats.org/officeDocument/2006/relationships/image" Target="media/x10505.wmf"/><Relationship Id="rId751" Type="http://schemas.openxmlformats.org/officeDocument/2006/relationships/image" Target="media/x10506.wmf"/><Relationship Id="rId752" Type="http://schemas.openxmlformats.org/officeDocument/2006/relationships/image" Target="media/x10507.wmf"/><Relationship Id="rId753" Type="http://schemas.openxmlformats.org/officeDocument/2006/relationships/image" Target="media/x10508.wmf"/><Relationship Id="rId754" Type="http://schemas.openxmlformats.org/officeDocument/2006/relationships/image" Target="media/x10509.wmf"/><Relationship Id="rId755" Type="http://schemas.openxmlformats.org/officeDocument/2006/relationships/image" Target="media/x10510.wmf"/><Relationship Id="rId756" Type="http://schemas.openxmlformats.org/officeDocument/2006/relationships/image" Target="media/x10511.png"/><Relationship Id="rId757" Type="http://schemas.openxmlformats.org/officeDocument/2006/relationships/image" Target="media/x10512.wmf"/><Relationship Id="rId758" Type="http://schemas.openxmlformats.org/officeDocument/2006/relationships/image" Target="media/x10513.wmf"/><Relationship Id="rId759" Type="http://schemas.openxmlformats.org/officeDocument/2006/relationships/image" Target="media/x10514.wmf"/><Relationship Id="rId760" Type="http://schemas.openxmlformats.org/officeDocument/2006/relationships/image" Target="media/x10515.wmf"/><Relationship Id="rId761" Type="http://schemas.openxmlformats.org/officeDocument/2006/relationships/image" Target="media/x10516.png"/><Relationship Id="rId762" Type="http://schemas.openxmlformats.org/officeDocument/2006/relationships/image" Target="media/x10517.wmf"/><Relationship Id="rId763" Type="http://schemas.openxmlformats.org/officeDocument/2006/relationships/image" Target="media/x10518.wmf"/><Relationship Id="rId764" Type="http://schemas.openxmlformats.org/officeDocument/2006/relationships/image" Target="media/x10519.wmf"/><Relationship Id="rId765" Type="http://schemas.openxmlformats.org/officeDocument/2006/relationships/image" Target="media/x10520.wmf"/><Relationship Id="rId766" Type="http://schemas.openxmlformats.org/officeDocument/2006/relationships/image" Target="media/x10521.wmf"/><Relationship Id="rId767" Type="http://schemas.openxmlformats.org/officeDocument/2006/relationships/image" Target="media/x10522.wmf"/><Relationship Id="rId768" Type="http://schemas.openxmlformats.org/officeDocument/2006/relationships/image" Target="media/x10523.wmf"/><Relationship Id="rId769" Type="http://schemas.openxmlformats.org/officeDocument/2006/relationships/image" Target="media/x10524.wmf"/><Relationship Id="rId770" Type="http://schemas.openxmlformats.org/officeDocument/2006/relationships/image" Target="media/x10525.wmf"/><Relationship Id="rId771" Type="http://schemas.openxmlformats.org/officeDocument/2006/relationships/image" Target="media/x10526.wmf"/><Relationship Id="rId772" Type="http://schemas.openxmlformats.org/officeDocument/2006/relationships/image" Target="media/x10527.wmf"/><Relationship Id="rId773" Type="http://schemas.openxmlformats.org/officeDocument/2006/relationships/image" Target="media/x10528.wmf"/><Relationship Id="rId774" Type="http://schemas.openxmlformats.org/officeDocument/2006/relationships/image" Target="media/x10529.wmf"/><Relationship Id="rId775" Type="http://schemas.openxmlformats.org/officeDocument/2006/relationships/image" Target="media/x10530.wmf"/><Relationship Id="rId776" Type="http://schemas.openxmlformats.org/officeDocument/2006/relationships/image" Target="media/x10531.wmf"/><Relationship Id="rId777" Type="http://schemas.openxmlformats.org/officeDocument/2006/relationships/image" Target="media/x10532.wmf"/><Relationship Id="rId778" Type="http://schemas.openxmlformats.org/officeDocument/2006/relationships/image" Target="media/x10533.wmf"/><Relationship Id="rId779" Type="http://schemas.openxmlformats.org/officeDocument/2006/relationships/image" Target="media/x10534.wmf"/><Relationship Id="rId780" Type="http://schemas.openxmlformats.org/officeDocument/2006/relationships/image" Target="media/x10535.wmf"/><Relationship Id="rId781" Type="http://schemas.openxmlformats.org/officeDocument/2006/relationships/image" Target="media/x10536.wmf"/><Relationship Id="rId782" Type="http://schemas.openxmlformats.org/officeDocument/2006/relationships/image" Target="media/x10537.wmf"/><Relationship Id="rId783" Type="http://schemas.openxmlformats.org/officeDocument/2006/relationships/image" Target="media/x10538.wmf"/><Relationship Id="rId784" Type="http://schemas.openxmlformats.org/officeDocument/2006/relationships/image" Target="media/x10539.wmf"/><Relationship Id="rId785" Type="http://schemas.openxmlformats.org/officeDocument/2006/relationships/image" Target="media/x10540.wmf"/><Relationship Id="rId786" Type="http://schemas.openxmlformats.org/officeDocument/2006/relationships/image" Target="media/x10541.wmf"/><Relationship Id="rId787" Type="http://schemas.openxmlformats.org/officeDocument/2006/relationships/image" Target="media/x10542.wmf"/><Relationship Id="rId788" Type="http://schemas.openxmlformats.org/officeDocument/2006/relationships/image" Target="media/x10543.wmf"/><Relationship Id="rId789" Type="http://schemas.openxmlformats.org/officeDocument/2006/relationships/image" Target="media/x10544.wmf"/><Relationship Id="rId790" Type="http://schemas.openxmlformats.org/officeDocument/2006/relationships/image" Target="media/x10545.wmf"/><Relationship Id="rId791" Type="http://schemas.openxmlformats.org/officeDocument/2006/relationships/image" Target="media/x10546.wmf"/><Relationship Id="rId792" Type="http://schemas.openxmlformats.org/officeDocument/2006/relationships/image" Target="media/x10547.wmf"/><Relationship Id="rId793" Type="http://schemas.openxmlformats.org/officeDocument/2006/relationships/image" Target="media/x10548.wmf"/><Relationship Id="rId794" Type="http://schemas.openxmlformats.org/officeDocument/2006/relationships/image" Target="media/x10549.wmf"/><Relationship Id="rId795" Type="http://schemas.openxmlformats.org/officeDocument/2006/relationships/image" Target="media/x10550.wmf"/><Relationship Id="rId796" Type="http://schemas.openxmlformats.org/officeDocument/2006/relationships/image" Target="media/x10551.wmf"/><Relationship Id="rId797" Type="http://schemas.openxmlformats.org/officeDocument/2006/relationships/image" Target="media/x10552.wmf"/><Relationship Id="rId798" Type="http://schemas.openxmlformats.org/officeDocument/2006/relationships/image" Target="media/x10553.wmf"/><Relationship Id="rId799" Type="http://schemas.openxmlformats.org/officeDocument/2006/relationships/image" Target="media/x10554.wmf"/><Relationship Id="rId800" Type="http://schemas.openxmlformats.org/officeDocument/2006/relationships/image" Target="media/x10555.wmf"/><Relationship Id="rId801" Type="http://schemas.openxmlformats.org/officeDocument/2006/relationships/image" Target="media/x10556.wmf"/><Relationship Id="rId802" Type="http://schemas.openxmlformats.org/officeDocument/2006/relationships/image" Target="media/x10557.wmf"/><Relationship Id="rId803" Type="http://schemas.openxmlformats.org/officeDocument/2006/relationships/image" Target="media/x10558.wmf"/><Relationship Id="rId804" Type="http://schemas.openxmlformats.org/officeDocument/2006/relationships/image" Target="media/x10559.wmf"/><Relationship Id="rId805" Type="http://schemas.openxmlformats.org/officeDocument/2006/relationships/image" Target="media/x10560.wmf"/><Relationship Id="rId806" Type="http://schemas.openxmlformats.org/officeDocument/2006/relationships/image" Target="media/x10561.wmf"/><Relationship Id="rId807" Type="http://schemas.openxmlformats.org/officeDocument/2006/relationships/image" Target="media/x10562.wmf"/><Relationship Id="rId808" Type="http://schemas.openxmlformats.org/officeDocument/2006/relationships/image" Target="media/x10563.wmf"/><Relationship Id="rId809" Type="http://schemas.openxmlformats.org/officeDocument/2006/relationships/image" Target="media/x10564.wmf"/><Relationship Id="rId810" Type="http://schemas.openxmlformats.org/officeDocument/2006/relationships/image" Target="media/x10565.wmf"/><Relationship Id="rId811" Type="http://schemas.openxmlformats.org/officeDocument/2006/relationships/image" Target="media/x10566.wmf"/><Relationship Id="rId812" Type="http://schemas.openxmlformats.org/officeDocument/2006/relationships/image" Target="media/x10567.wmf"/><Relationship Id="rId813" Type="http://schemas.openxmlformats.org/officeDocument/2006/relationships/image" Target="media/x10568.wmf"/><Relationship Id="rId814" Type="http://schemas.openxmlformats.org/officeDocument/2006/relationships/image" Target="media/x10569.wmf"/><Relationship Id="rId815" Type="http://schemas.openxmlformats.org/officeDocument/2006/relationships/image" Target="media/x10570.wmf"/><Relationship Id="rId816" Type="http://schemas.openxmlformats.org/officeDocument/2006/relationships/image" Target="media/x10571.wmf"/><Relationship Id="rId817" Type="http://schemas.openxmlformats.org/officeDocument/2006/relationships/image" Target="media/x10572.wmf"/><Relationship Id="rId818" Type="http://schemas.openxmlformats.org/officeDocument/2006/relationships/image" Target="media/x10573.wmf"/><Relationship Id="rId819" Type="http://schemas.openxmlformats.org/officeDocument/2006/relationships/image" Target="media/x10574.wmf"/><Relationship Id="rId820" Type="http://schemas.openxmlformats.org/officeDocument/2006/relationships/image" Target="media/x10575.wmf"/><Relationship Id="rId821" Type="http://schemas.openxmlformats.org/officeDocument/2006/relationships/image" Target="media/x10576.wmf"/><Relationship Id="rId822" Type="http://schemas.openxmlformats.org/officeDocument/2006/relationships/image" Target="media/x10577.wmf"/><Relationship Id="rId823" Type="http://schemas.openxmlformats.org/officeDocument/2006/relationships/image" Target="media/x10578.wmf"/><Relationship Id="rId824" Type="http://schemas.openxmlformats.org/officeDocument/2006/relationships/image" Target="media/x10579.wmf"/><Relationship Id="rId825" Type="http://schemas.openxmlformats.org/officeDocument/2006/relationships/image" Target="media/x10580.wmf"/><Relationship Id="rId826" Type="http://schemas.openxmlformats.org/officeDocument/2006/relationships/image" Target="media/x10581.wmf"/><Relationship Id="rId827" Type="http://schemas.openxmlformats.org/officeDocument/2006/relationships/image" Target="media/x10582.wmf"/><Relationship Id="rId828" Type="http://schemas.openxmlformats.org/officeDocument/2006/relationships/image" Target="media/x10583.wmf"/><Relationship Id="rId829" Type="http://schemas.openxmlformats.org/officeDocument/2006/relationships/image" Target="media/x10584.wmf"/><Relationship Id="rId830" Type="http://schemas.openxmlformats.org/officeDocument/2006/relationships/image" Target="media/x10585.wmf"/><Relationship Id="rId831" Type="http://schemas.openxmlformats.org/officeDocument/2006/relationships/image" Target="media/x10586.wmf"/><Relationship Id="rId832" Type="http://schemas.openxmlformats.org/officeDocument/2006/relationships/image" Target="media/x10587.wmf"/><Relationship Id="rId833" Type="http://schemas.openxmlformats.org/officeDocument/2006/relationships/image" Target="media/x10588.wmf"/><Relationship Id="rId834" Type="http://schemas.openxmlformats.org/officeDocument/2006/relationships/image" Target="media/x10589.wmf"/><Relationship Id="rId835" Type="http://schemas.openxmlformats.org/officeDocument/2006/relationships/image" Target="media/x10590.png"/><Relationship Id="rId836" Type="http://schemas.openxmlformats.org/officeDocument/2006/relationships/image" Target="media/x10591.wmf"/><Relationship Id="rId837" Type="http://schemas.openxmlformats.org/officeDocument/2006/relationships/image" Target="media/x10592.wmf"/><Relationship Id="rId838" Type="http://schemas.openxmlformats.org/officeDocument/2006/relationships/image" Target="media/x10593.wmf"/><Relationship Id="rId839" Type="http://schemas.openxmlformats.org/officeDocument/2006/relationships/image" Target="media/x10594.wmf"/><Relationship Id="rId840" Type="http://schemas.openxmlformats.org/officeDocument/2006/relationships/image" Target="media/x10595.wmf"/><Relationship Id="rId841" Type="http://schemas.openxmlformats.org/officeDocument/2006/relationships/image" Target="media/x10596.wmf"/><Relationship Id="rId842" Type="http://schemas.openxmlformats.org/officeDocument/2006/relationships/image" Target="media/x10597.wmf"/><Relationship Id="rId843" Type="http://schemas.openxmlformats.org/officeDocument/2006/relationships/image" Target="media/x10598.wmf"/><Relationship Id="rId844" Type="http://schemas.openxmlformats.org/officeDocument/2006/relationships/image" Target="media/x10599.wmf"/><Relationship Id="rId845" Type="http://schemas.openxmlformats.org/officeDocument/2006/relationships/image" Target="media/x10600.wmf"/><Relationship Id="rId846" Type="http://schemas.openxmlformats.org/officeDocument/2006/relationships/image" Target="media/x10601.wmf"/><Relationship Id="rId847" Type="http://schemas.openxmlformats.org/officeDocument/2006/relationships/image" Target="media/x10602.wmf"/><Relationship Id="rId848" Type="http://schemas.openxmlformats.org/officeDocument/2006/relationships/image" Target="media/x10603.wmf"/><Relationship Id="rId849" Type="http://schemas.openxmlformats.org/officeDocument/2006/relationships/image" Target="media/x10604.wmf"/><Relationship Id="rId850" Type="http://schemas.openxmlformats.org/officeDocument/2006/relationships/image" Target="media/x10605.wmf"/><Relationship Id="rId851" Type="http://schemas.openxmlformats.org/officeDocument/2006/relationships/image" Target="media/x10606.png"/><Relationship Id="rId852" Type="http://schemas.openxmlformats.org/officeDocument/2006/relationships/image" Target="media/x10607.wmf"/><Relationship Id="rId853" Type="http://schemas.openxmlformats.org/officeDocument/2006/relationships/image" Target="media/x10608.wmf"/><Relationship Id="rId854" Type="http://schemas.openxmlformats.org/officeDocument/2006/relationships/image" Target="media/x10609.wmf"/><Relationship Id="rId855" Type="http://schemas.openxmlformats.org/officeDocument/2006/relationships/image" Target="media/x10610.wmf"/><Relationship Id="rId856" Type="http://schemas.openxmlformats.org/officeDocument/2006/relationships/image" Target="media/x10611.wmf"/><Relationship Id="rId857" Type="http://schemas.openxmlformats.org/officeDocument/2006/relationships/image" Target="media/x10612.jpeg"/><Relationship Id="rId858" Type="http://schemas.openxmlformats.org/officeDocument/2006/relationships/image" Target="media/x10613.jpeg"/><Relationship Id="rId859" Type="http://schemas.openxmlformats.org/officeDocument/2006/relationships/image" Target="media/x10614.wmf"/><Relationship Id="rId860" Type="http://schemas.openxmlformats.org/officeDocument/2006/relationships/image" Target="media/x10615.wmf"/><Relationship Id="rId861" Type="http://schemas.openxmlformats.org/officeDocument/2006/relationships/image" Target="media/x10616.wmf"/><Relationship Id="rId862" Type="http://schemas.openxmlformats.org/officeDocument/2006/relationships/image" Target="media/x10617.wmf"/><Relationship Id="rId863" Type="http://schemas.openxmlformats.org/officeDocument/2006/relationships/image" Target="media/x10618.wmf"/><Relationship Id="rId864" Type="http://schemas.openxmlformats.org/officeDocument/2006/relationships/image" Target="media/x10619.wmf"/><Relationship Id="rId865" Type="http://schemas.openxmlformats.org/officeDocument/2006/relationships/image" Target="media/x10620.wmf"/><Relationship Id="rId866" Type="http://schemas.openxmlformats.org/officeDocument/2006/relationships/image" Target="media/x10621.wmf"/><Relationship Id="rId867" Type="http://schemas.openxmlformats.org/officeDocument/2006/relationships/image" Target="media/x10622.wmf"/><Relationship Id="rId868" Type="http://schemas.openxmlformats.org/officeDocument/2006/relationships/image" Target="media/x10623.wmf"/><Relationship Id="rId869" Type="http://schemas.openxmlformats.org/officeDocument/2006/relationships/image" Target="media/x10624.wmf"/><Relationship Id="rId870" Type="http://schemas.openxmlformats.org/officeDocument/2006/relationships/image" Target="media/x10625.wmf"/><Relationship Id="rId871" Type="http://schemas.openxmlformats.org/officeDocument/2006/relationships/image" Target="media/x10626.wmf"/><Relationship Id="rId872" Type="http://schemas.openxmlformats.org/officeDocument/2006/relationships/image" Target="media/x10627.wmf"/><Relationship Id="rId873" Type="http://schemas.openxmlformats.org/officeDocument/2006/relationships/image" Target="media/x10628.wmf"/><Relationship Id="rId874" Type="http://schemas.openxmlformats.org/officeDocument/2006/relationships/image" Target="media/x10629.wmf"/><Relationship Id="rId875" Type="http://schemas.openxmlformats.org/officeDocument/2006/relationships/image" Target="media/x10630.wmf"/><Relationship Id="rId876" Type="http://schemas.openxmlformats.org/officeDocument/2006/relationships/image" Target="media/x10631.wmf"/><Relationship Id="rId877" Type="http://schemas.openxmlformats.org/officeDocument/2006/relationships/image" Target="media/x10632.wmf"/><Relationship Id="rId878" Type="http://schemas.openxmlformats.org/officeDocument/2006/relationships/image" Target="media/x10633.wmf"/><Relationship Id="rId879" Type="http://schemas.openxmlformats.org/officeDocument/2006/relationships/image" Target="media/x10634.wmf"/><Relationship Id="rId880" Type="http://schemas.openxmlformats.org/officeDocument/2006/relationships/image" Target="media/x10635.wmf"/><Relationship Id="rId881" Type="http://schemas.openxmlformats.org/officeDocument/2006/relationships/image" Target="media/x10636.wmf"/><Relationship Id="rId882" Type="http://schemas.openxmlformats.org/officeDocument/2006/relationships/image" Target="media/x10637.wmf"/><Relationship Id="rId883" Type="http://schemas.openxmlformats.org/officeDocument/2006/relationships/image" Target="media/x10638.wmf"/><Relationship Id="rId884" Type="http://schemas.openxmlformats.org/officeDocument/2006/relationships/image" Target="media/x10639.wmf"/><Relationship Id="rId885" Type="http://schemas.openxmlformats.org/officeDocument/2006/relationships/image" Target="media/x10640.wmf"/><Relationship Id="rId886" Type="http://schemas.openxmlformats.org/officeDocument/2006/relationships/image" Target="media/x10641.wmf"/><Relationship Id="rId887" Type="http://schemas.openxmlformats.org/officeDocument/2006/relationships/image" Target="media/x10642.wmf"/><Relationship Id="rId888" Type="http://schemas.openxmlformats.org/officeDocument/2006/relationships/image" Target="media/x10643.wmf"/><Relationship Id="rId889" Type="http://schemas.openxmlformats.org/officeDocument/2006/relationships/image" Target="media/x10644.wmf"/><Relationship Id="rId890" Type="http://schemas.openxmlformats.org/officeDocument/2006/relationships/image" Target="media/x10645.wmf"/><Relationship Id="rId891" Type="http://schemas.openxmlformats.org/officeDocument/2006/relationships/image" Target="media/x10646.wmf"/><Relationship Id="rId892" Type="http://schemas.openxmlformats.org/officeDocument/2006/relationships/image" Target="media/x10647.jpeg"/><Relationship Id="rId893" Type="http://schemas.openxmlformats.org/officeDocument/2006/relationships/image" Target="media/x10648.wmf"/><Relationship Id="rId894" Type="http://schemas.openxmlformats.org/officeDocument/2006/relationships/image" Target="media/x10649.wmf"/><Relationship Id="rId895" Type="http://schemas.openxmlformats.org/officeDocument/2006/relationships/image" Target="media/x10650.wmf"/><Relationship Id="rId896" Type="http://schemas.openxmlformats.org/officeDocument/2006/relationships/image" Target="media/x10651.wmf"/><Relationship Id="rId897" Type="http://schemas.openxmlformats.org/officeDocument/2006/relationships/image" Target="media/x10652.wmf"/><Relationship Id="rId898" Type="http://schemas.openxmlformats.org/officeDocument/2006/relationships/image" Target="media/x10653.wmf"/><Relationship Id="rId899" Type="http://schemas.openxmlformats.org/officeDocument/2006/relationships/image" Target="media/x10654.wmf"/><Relationship Id="rId900" Type="http://schemas.openxmlformats.org/officeDocument/2006/relationships/image" Target="media/x10655.wmf"/><Relationship Id="rId901" Type="http://schemas.openxmlformats.org/officeDocument/2006/relationships/image" Target="media/x10656.wmf"/><Relationship Id="rId902" Type="http://schemas.openxmlformats.org/officeDocument/2006/relationships/image" Target="media/x10657.wmf"/><Relationship Id="rId903" Type="http://schemas.openxmlformats.org/officeDocument/2006/relationships/image" Target="media/x10658.wmf"/><Relationship Id="rId904" Type="http://schemas.openxmlformats.org/officeDocument/2006/relationships/image" Target="media/x10659.wmf"/><Relationship Id="rId905" Type="http://schemas.openxmlformats.org/officeDocument/2006/relationships/image" Target="media/x10660.wmf"/><Relationship Id="rId906" Type="http://schemas.openxmlformats.org/officeDocument/2006/relationships/image" Target="media/x10661.wmf"/><Relationship Id="rId907" Type="http://schemas.openxmlformats.org/officeDocument/2006/relationships/image" Target="media/x10662.wmf"/><Relationship Id="rId908" Type="http://schemas.openxmlformats.org/officeDocument/2006/relationships/image" Target="media/x10663.wmf"/><Relationship Id="rId909" Type="http://schemas.openxmlformats.org/officeDocument/2006/relationships/image" Target="media/x10664.wmf"/><Relationship Id="rId910" Type="http://schemas.openxmlformats.org/officeDocument/2006/relationships/image" Target="media/x10665.wmf"/><Relationship Id="rId911" Type="http://schemas.openxmlformats.org/officeDocument/2006/relationships/image" Target="media/x10666.wmf"/><Relationship Id="rId912" Type="http://schemas.openxmlformats.org/officeDocument/2006/relationships/image" Target="media/x10667.wmf"/><Relationship Id="rId913" Type="http://schemas.openxmlformats.org/officeDocument/2006/relationships/image" Target="media/x10668.wmf"/><Relationship Id="rId914" Type="http://schemas.openxmlformats.org/officeDocument/2006/relationships/image" Target="media/x10669.wmf"/><Relationship Id="rId915" Type="http://schemas.openxmlformats.org/officeDocument/2006/relationships/image" Target="media/x10670.wmf"/><Relationship Id="rId916" Type="http://schemas.openxmlformats.org/officeDocument/2006/relationships/image" Target="media/x10671.wmf"/><Relationship Id="rId917" Type="http://schemas.openxmlformats.org/officeDocument/2006/relationships/image" Target="media/x10672.wmf"/><Relationship Id="rId918" Type="http://schemas.openxmlformats.org/officeDocument/2006/relationships/image" Target="media/x10673.wmf"/><Relationship Id="rId919" Type="http://schemas.openxmlformats.org/officeDocument/2006/relationships/image" Target="media/x10674.wmf"/><Relationship Id="rId920" Type="http://schemas.openxmlformats.org/officeDocument/2006/relationships/image" Target="media/x10675.wmf"/><Relationship Id="rId921" Type="http://schemas.openxmlformats.org/officeDocument/2006/relationships/image" Target="media/x10676.wmf"/><Relationship Id="rId922" Type="http://schemas.openxmlformats.org/officeDocument/2006/relationships/image" Target="media/x10677.wmf"/><Relationship Id="rId923" Type="http://schemas.openxmlformats.org/officeDocument/2006/relationships/image" Target="media/x10678.wmf"/><Relationship Id="rId924" Type="http://schemas.openxmlformats.org/officeDocument/2006/relationships/image" Target="media/x10679.wmf"/><Relationship Id="rId925" Type="http://schemas.openxmlformats.org/officeDocument/2006/relationships/image" Target="media/x10680.wmf"/><Relationship Id="rId926" Type="http://schemas.openxmlformats.org/officeDocument/2006/relationships/image" Target="media/x10681.wmf"/><Relationship Id="rId927" Type="http://schemas.openxmlformats.org/officeDocument/2006/relationships/image" Target="media/x10682.wmf"/><Relationship Id="rId928" Type="http://schemas.openxmlformats.org/officeDocument/2006/relationships/image" Target="media/x10683.wmf"/><Relationship Id="rId929" Type="http://schemas.openxmlformats.org/officeDocument/2006/relationships/image" Target="media/x10684.wmf"/><Relationship Id="rId930" Type="http://schemas.openxmlformats.org/officeDocument/2006/relationships/image" Target="media/x10685.wmf"/><Relationship Id="rId931" Type="http://schemas.openxmlformats.org/officeDocument/2006/relationships/image" Target="media/x10686.wmf"/><Relationship Id="rId932" Type="http://schemas.openxmlformats.org/officeDocument/2006/relationships/image" Target="media/x10687.wmf"/><Relationship Id="rId933" Type="http://schemas.openxmlformats.org/officeDocument/2006/relationships/image" Target="media/x10688.wmf"/><Relationship Id="rId934" Type="http://schemas.openxmlformats.org/officeDocument/2006/relationships/image" Target="media/x10689.wmf"/><Relationship Id="rId935" Type="http://schemas.openxmlformats.org/officeDocument/2006/relationships/image" Target="media/x10690.wmf"/><Relationship Id="rId936" Type="http://schemas.openxmlformats.org/officeDocument/2006/relationships/image" Target="media/x10691.wmf"/><Relationship Id="rId937" Type="http://schemas.openxmlformats.org/officeDocument/2006/relationships/image" Target="media/x10692.wmf"/><Relationship Id="rId938" Type="http://schemas.openxmlformats.org/officeDocument/2006/relationships/image" Target="media/x10693.wmf"/><Relationship Id="rId939" Type="http://schemas.openxmlformats.org/officeDocument/2006/relationships/image" Target="media/x10694.wmf"/><Relationship Id="rId940" Type="http://schemas.openxmlformats.org/officeDocument/2006/relationships/image" Target="media/x10695.wmf"/><Relationship Id="rId941" Type="http://schemas.openxmlformats.org/officeDocument/2006/relationships/image" Target="media/x10696.wmf"/><Relationship Id="rId942" Type="http://schemas.openxmlformats.org/officeDocument/2006/relationships/image" Target="media/x10697.wmf"/><Relationship Id="rId943" Type="http://schemas.openxmlformats.org/officeDocument/2006/relationships/image" Target="media/x10698.wmf"/><Relationship Id="rId944" Type="http://schemas.openxmlformats.org/officeDocument/2006/relationships/image" Target="media/x10699.wmf"/><Relationship Id="rId945" Type="http://schemas.openxmlformats.org/officeDocument/2006/relationships/image" Target="media/x10700.wmf"/><Relationship Id="rId946" Type="http://schemas.openxmlformats.org/officeDocument/2006/relationships/image" Target="media/x10701.wmf"/><Relationship Id="rId947" Type="http://schemas.openxmlformats.org/officeDocument/2006/relationships/image" Target="media/x10702.wmf"/><Relationship Id="rId948" Type="http://schemas.openxmlformats.org/officeDocument/2006/relationships/image" Target="media/x10703.wmf"/><Relationship Id="rId949" Type="http://schemas.openxmlformats.org/officeDocument/2006/relationships/image" Target="media/x10704.wmf"/><Relationship Id="rId950" Type="http://schemas.openxmlformats.org/officeDocument/2006/relationships/image" Target="media/x10705.wmf"/><Relationship Id="rId951" Type="http://schemas.openxmlformats.org/officeDocument/2006/relationships/image" Target="media/x10706.wmf"/><Relationship Id="rId952" Type="http://schemas.openxmlformats.org/officeDocument/2006/relationships/image" Target="media/x10707.wmf"/><Relationship Id="rId953" Type="http://schemas.openxmlformats.org/officeDocument/2006/relationships/image" Target="media/x10708.wmf"/><Relationship Id="rId954" Type="http://schemas.openxmlformats.org/officeDocument/2006/relationships/image" Target="media/x10709.wmf"/><Relationship Id="rId955" Type="http://schemas.openxmlformats.org/officeDocument/2006/relationships/image" Target="media/x10710.wmf"/><Relationship Id="rId956" Type="http://schemas.openxmlformats.org/officeDocument/2006/relationships/image" Target="media/x10711.wmf"/><Relationship Id="rId957" Type="http://schemas.openxmlformats.org/officeDocument/2006/relationships/image" Target="media/x10712.wmf"/><Relationship Id="rId958" Type="http://schemas.openxmlformats.org/officeDocument/2006/relationships/image" Target="media/x10713.wmf"/><Relationship Id="rId959" Type="http://schemas.openxmlformats.org/officeDocument/2006/relationships/image" Target="media/x10714.wmf"/><Relationship Id="rId960" Type="http://schemas.openxmlformats.org/officeDocument/2006/relationships/image" Target="media/x10715.wmf"/><Relationship Id="rId961" Type="http://schemas.openxmlformats.org/officeDocument/2006/relationships/image" Target="media/x10716.wmf"/><Relationship Id="rId962" Type="http://schemas.openxmlformats.org/officeDocument/2006/relationships/image" Target="media/x10717.wmf"/><Relationship Id="rId963" Type="http://schemas.openxmlformats.org/officeDocument/2006/relationships/image" Target="media/x10718.wmf"/><Relationship Id="rId964" Type="http://schemas.openxmlformats.org/officeDocument/2006/relationships/image" Target="media/x10719.wmf"/><Relationship Id="rId965" Type="http://schemas.openxmlformats.org/officeDocument/2006/relationships/image" Target="media/x10720.wmf"/><Relationship Id="rId966" Type="http://schemas.openxmlformats.org/officeDocument/2006/relationships/image" Target="media/x10721.wmf"/><Relationship Id="rId967" Type="http://schemas.openxmlformats.org/officeDocument/2006/relationships/image" Target="media/x10722.wmf"/><Relationship Id="rId968" Type="http://schemas.openxmlformats.org/officeDocument/2006/relationships/image" Target="media/x10723.wmf"/><Relationship Id="rId969" Type="http://schemas.openxmlformats.org/officeDocument/2006/relationships/image" Target="media/x10724.wmf"/><Relationship Id="rId970" Type="http://schemas.openxmlformats.org/officeDocument/2006/relationships/image" Target="media/x10725.wmf"/><Relationship Id="rId971" Type="http://schemas.openxmlformats.org/officeDocument/2006/relationships/image" Target="media/x10726.wmf"/><Relationship Id="rId972" Type="http://schemas.openxmlformats.org/officeDocument/2006/relationships/image" Target="media/x10727.wmf"/><Relationship Id="rId973" Type="http://schemas.openxmlformats.org/officeDocument/2006/relationships/image" Target="media/x10728.wmf"/><Relationship Id="rId974" Type="http://schemas.openxmlformats.org/officeDocument/2006/relationships/image" Target="media/x10729.wmf"/><Relationship Id="rId975" Type="http://schemas.openxmlformats.org/officeDocument/2006/relationships/image" Target="media/x10730.wmf"/><Relationship Id="rId976" Type="http://schemas.openxmlformats.org/officeDocument/2006/relationships/image" Target="media/x10731.wmf"/><Relationship Id="rId977" Type="http://schemas.openxmlformats.org/officeDocument/2006/relationships/image" Target="media/x10732.wmf"/><Relationship Id="rId978" Type="http://schemas.openxmlformats.org/officeDocument/2006/relationships/image" Target="media/x10733.wmf"/><Relationship Id="rId979" Type="http://schemas.openxmlformats.org/officeDocument/2006/relationships/image" Target="media/x10734.wmf"/><Relationship Id="rId980" Type="http://schemas.openxmlformats.org/officeDocument/2006/relationships/image" Target="media/x10735.wmf"/><Relationship Id="rId981" Type="http://schemas.openxmlformats.org/officeDocument/2006/relationships/image" Target="media/x10736.wmf"/><Relationship Id="rId982" Type="http://schemas.openxmlformats.org/officeDocument/2006/relationships/image" Target="media/x10737.wmf"/><Relationship Id="rId983" Type="http://schemas.openxmlformats.org/officeDocument/2006/relationships/image" Target="media/x10738.wmf"/><Relationship Id="rId984" Type="http://schemas.openxmlformats.org/officeDocument/2006/relationships/image" Target="media/x10739.wmf"/><Relationship Id="rId985" Type="http://schemas.openxmlformats.org/officeDocument/2006/relationships/image" Target="media/x10740.wmf"/><Relationship Id="rId986" Type="http://schemas.openxmlformats.org/officeDocument/2006/relationships/image" Target="media/x10741.wmf"/><Relationship Id="rId987" Type="http://schemas.openxmlformats.org/officeDocument/2006/relationships/image" Target="media/x10742.wmf"/><Relationship Id="rId988" Type="http://schemas.openxmlformats.org/officeDocument/2006/relationships/image" Target="media/x10743.wmf"/><Relationship Id="rId989" Type="http://schemas.openxmlformats.org/officeDocument/2006/relationships/image" Target="media/x10744.wmf"/><Relationship Id="rId990" Type="http://schemas.openxmlformats.org/officeDocument/2006/relationships/image" Target="media/x10745.wmf"/><Relationship Id="rId991" Type="http://schemas.openxmlformats.org/officeDocument/2006/relationships/image" Target="media/x10746.wmf"/><Relationship Id="rId992" Type="http://schemas.openxmlformats.org/officeDocument/2006/relationships/image" Target="media/x10747.wmf"/><Relationship Id="rId993" Type="http://schemas.openxmlformats.org/officeDocument/2006/relationships/image" Target="media/x10748.wmf"/><Relationship Id="rId994" Type="http://schemas.openxmlformats.org/officeDocument/2006/relationships/image" Target="media/x10749.wmf"/><Relationship Id="rId995" Type="http://schemas.openxmlformats.org/officeDocument/2006/relationships/image" Target="media/x10750.wmf"/><Relationship Id="rId996" Type="http://schemas.openxmlformats.org/officeDocument/2006/relationships/image" Target="media/x10751.wmf"/><Relationship Id="rId997" Type="http://schemas.openxmlformats.org/officeDocument/2006/relationships/image" Target="media/x10752.wmf"/><Relationship Id="rId998" Type="http://schemas.openxmlformats.org/officeDocument/2006/relationships/image" Target="media/x10753.png"/><Relationship Id="rId999" Type="http://schemas.openxmlformats.org/officeDocument/2006/relationships/image" Target="media/x10754.wmf"/><Relationship Id="rId1000" Type="http://schemas.openxmlformats.org/officeDocument/2006/relationships/image" Target="media/x10755.wmf"/><Relationship Id="rId1001" Type="http://schemas.openxmlformats.org/officeDocument/2006/relationships/image" Target="media/x10756.wmf"/><Relationship Id="rId1002" Type="http://schemas.openxmlformats.org/officeDocument/2006/relationships/image" Target="media/x10757.wmf"/><Relationship Id="rId1003" Type="http://schemas.openxmlformats.org/officeDocument/2006/relationships/image" Target="media/x10758.wmf"/><Relationship Id="rId1004" Type="http://schemas.openxmlformats.org/officeDocument/2006/relationships/image" Target="media/x10759.wmf"/><Relationship Id="rId1005" Type="http://schemas.openxmlformats.org/officeDocument/2006/relationships/image" Target="media/x10760.wmf"/><Relationship Id="rId1006" Type="http://schemas.openxmlformats.org/officeDocument/2006/relationships/image" Target="media/x10761.wmf"/><Relationship Id="rId1007" Type="http://schemas.openxmlformats.org/officeDocument/2006/relationships/image" Target="media/x10762.png"/><Relationship Id="rId1008" Type="http://schemas.openxmlformats.org/officeDocument/2006/relationships/image" Target="media/x10763.png"/><Relationship Id="rId1009" Type="http://schemas.openxmlformats.org/officeDocument/2006/relationships/image" Target="media/x10764.png"/><Relationship Id="rId1010" Type="http://schemas.openxmlformats.org/officeDocument/2006/relationships/image" Target="media/x10765.wmf"/><Relationship Id="rId1011" Type="http://schemas.openxmlformats.org/officeDocument/2006/relationships/image" Target="media/x10766.png"/><Relationship Id="rId1012" Type="http://schemas.openxmlformats.org/officeDocument/2006/relationships/image" Target="media/x10767.png"/><Relationship Id="rId1013" Type="http://schemas.openxmlformats.org/officeDocument/2006/relationships/image" Target="media/x10768.png"/><Relationship Id="rId1014" Type="http://schemas.openxmlformats.org/officeDocument/2006/relationships/image" Target="media/x10769.wmf"/><Relationship Id="rId1015" Type="http://schemas.openxmlformats.org/officeDocument/2006/relationships/image" Target="media/x10770.wmf"/><Relationship Id="rId1016" Type="http://schemas.openxmlformats.org/officeDocument/2006/relationships/image" Target="media/x10771.wmf"/><Relationship Id="rId1017" Type="http://schemas.openxmlformats.org/officeDocument/2006/relationships/image" Target="media/x10772.wmf"/><Relationship Id="rId1018" Type="http://schemas.openxmlformats.org/officeDocument/2006/relationships/image" Target="media/x10773.wmf"/><Relationship Id="rId1019" Type="http://schemas.openxmlformats.org/officeDocument/2006/relationships/image" Target="media/x10774.wmf"/><Relationship Id="rId1020" Type="http://schemas.openxmlformats.org/officeDocument/2006/relationships/image" Target="media/x10775.wmf"/><Relationship Id="rId1021" Type="http://schemas.openxmlformats.org/officeDocument/2006/relationships/image" Target="media/x10776.wmf"/><Relationship Id="rId1022" Type="http://schemas.openxmlformats.org/officeDocument/2006/relationships/image" Target="media/x10777.wmf"/><Relationship Id="rId1023" Type="http://schemas.openxmlformats.org/officeDocument/2006/relationships/image" Target="media/x10778.wmf"/><Relationship Id="rId1024" Type="http://schemas.openxmlformats.org/officeDocument/2006/relationships/image" Target="media/x10779.wmf"/><Relationship Id="rId1025" Type="http://schemas.openxmlformats.org/officeDocument/2006/relationships/image" Target="media/x10780.wmf"/><Relationship Id="rId1026" Type="http://schemas.openxmlformats.org/officeDocument/2006/relationships/image" Target="media/x10781.wmf"/><Relationship Id="rId1027" Type="http://schemas.openxmlformats.org/officeDocument/2006/relationships/image" Target="media/x10782.wmf"/><Relationship Id="rId1028" Type="http://schemas.openxmlformats.org/officeDocument/2006/relationships/image" Target="media/x10783.wmf"/><Relationship Id="rId1029" Type="http://schemas.openxmlformats.org/officeDocument/2006/relationships/image" Target="media/x10784.wmf"/><Relationship Id="rId1030" Type="http://schemas.openxmlformats.org/officeDocument/2006/relationships/image" Target="media/x10785.wmf"/><Relationship Id="rId1031" Type="http://schemas.openxmlformats.org/officeDocument/2006/relationships/image" Target="media/x10786.wmf"/><Relationship Id="rId1032" Type="http://schemas.openxmlformats.org/officeDocument/2006/relationships/image" Target="media/x10787.wmf"/><Relationship Id="rId1033" Type="http://schemas.openxmlformats.org/officeDocument/2006/relationships/image" Target="media/x10788.wmf"/><Relationship Id="rId1034" Type="http://schemas.openxmlformats.org/officeDocument/2006/relationships/image" Target="media/x10789.wmf"/><Relationship Id="rId1035" Type="http://schemas.openxmlformats.org/officeDocument/2006/relationships/image" Target="media/x10790.wmf"/><Relationship Id="rId1036" Type="http://schemas.openxmlformats.org/officeDocument/2006/relationships/image" Target="media/x10791.wmf"/><Relationship Id="rId1037" Type="http://schemas.openxmlformats.org/officeDocument/2006/relationships/image" Target="media/x10792.wmf"/><Relationship Id="rId1038" Type="http://schemas.openxmlformats.org/officeDocument/2006/relationships/image" Target="media/x10793.wmf"/><Relationship Id="rId1039" Type="http://schemas.openxmlformats.org/officeDocument/2006/relationships/image" Target="media/x10794.wmf"/><Relationship Id="rId1040" Type="http://schemas.openxmlformats.org/officeDocument/2006/relationships/image" Target="media/x10795.wmf"/><Relationship Id="rId1041" Type="http://schemas.openxmlformats.org/officeDocument/2006/relationships/image" Target="media/x10796.wmf"/><Relationship Id="rId1042" Type="http://schemas.openxmlformats.org/officeDocument/2006/relationships/image" Target="media/x10797.wmf"/><Relationship Id="rId1043" Type="http://schemas.openxmlformats.org/officeDocument/2006/relationships/image" Target="media/x10798.wmf"/><Relationship Id="rId1044" Type="http://schemas.openxmlformats.org/officeDocument/2006/relationships/image" Target="media/x10799.wmf"/><Relationship Id="rId1045" Type="http://schemas.openxmlformats.org/officeDocument/2006/relationships/image" Target="media/x10800.wmf"/><Relationship Id="rId1046" Type="http://schemas.openxmlformats.org/officeDocument/2006/relationships/image" Target="media/x10801.wmf"/><Relationship Id="rId1047" Type="http://schemas.openxmlformats.org/officeDocument/2006/relationships/image" Target="media/x10802.wmf"/><Relationship Id="rId1048" Type="http://schemas.openxmlformats.org/officeDocument/2006/relationships/image" Target="media/x10803.wmf"/><Relationship Id="rId1049" Type="http://schemas.openxmlformats.org/officeDocument/2006/relationships/image" Target="media/x10804.wmf"/><Relationship Id="rId1050" Type="http://schemas.openxmlformats.org/officeDocument/2006/relationships/image" Target="media/x10805.wmf"/><Relationship Id="rId1051" Type="http://schemas.openxmlformats.org/officeDocument/2006/relationships/image" Target="media/x10806.wmf"/><Relationship Id="rId1052" Type="http://schemas.openxmlformats.org/officeDocument/2006/relationships/image" Target="media/x10807.wmf"/><Relationship Id="rId1053" Type="http://schemas.openxmlformats.org/officeDocument/2006/relationships/image" Target="media/x10808.wmf"/><Relationship Id="rId1054" Type="http://schemas.openxmlformats.org/officeDocument/2006/relationships/image" Target="media/x10809.wmf"/><Relationship Id="rId1055" Type="http://schemas.openxmlformats.org/officeDocument/2006/relationships/image" Target="media/x10810.wmf"/><Relationship Id="rId1056" Type="http://schemas.openxmlformats.org/officeDocument/2006/relationships/image" Target="media/x10811.wmf"/><Relationship Id="rId1057" Type="http://schemas.openxmlformats.org/officeDocument/2006/relationships/image" Target="media/x10812.wmf"/><Relationship Id="rId1058" Type="http://schemas.openxmlformats.org/officeDocument/2006/relationships/image" Target="media/x10813.wmf"/><Relationship Id="rId1059" Type="http://schemas.openxmlformats.org/officeDocument/2006/relationships/image" Target="media/x10814.wmf"/><Relationship Id="rId1060" Type="http://schemas.openxmlformats.org/officeDocument/2006/relationships/image" Target="media/x10815.png"/><Relationship Id="rId1061" Type="http://schemas.openxmlformats.org/officeDocument/2006/relationships/image" Target="media/x10816.wmf"/><Relationship Id="rId1062" Type="http://schemas.openxmlformats.org/officeDocument/2006/relationships/image" Target="media/x10817.wmf"/><Relationship Id="rId1063" Type="http://schemas.openxmlformats.org/officeDocument/2006/relationships/image" Target="media/x10818.wmf"/><Relationship Id="rId1064" Type="http://schemas.openxmlformats.org/officeDocument/2006/relationships/image" Target="media/x10819.wmf"/><Relationship Id="rId1065" Type="http://schemas.openxmlformats.org/officeDocument/2006/relationships/image" Target="media/x10820.wmf"/><Relationship Id="rId1066" Type="http://schemas.openxmlformats.org/officeDocument/2006/relationships/image" Target="media/x10821.wmf"/><Relationship Id="rId1067" Type="http://schemas.openxmlformats.org/officeDocument/2006/relationships/image" Target="media/x10822.wmf"/><Relationship Id="rId1068" Type="http://schemas.openxmlformats.org/officeDocument/2006/relationships/image" Target="media/x10823.wmf"/><Relationship Id="rId1069" Type="http://schemas.openxmlformats.org/officeDocument/2006/relationships/image" Target="media/x10824.wmf"/><Relationship Id="rId1070" Type="http://schemas.openxmlformats.org/officeDocument/2006/relationships/image" Target="media/x10825.wmf"/><Relationship Id="rId1071" Type="http://schemas.openxmlformats.org/officeDocument/2006/relationships/image" Target="media/x10826.wmf"/><Relationship Id="rId1072" Type="http://schemas.openxmlformats.org/officeDocument/2006/relationships/image" Target="media/x10827.wmf"/><Relationship Id="rId1073" Type="http://schemas.openxmlformats.org/officeDocument/2006/relationships/image" Target="media/x10828.png"/><Relationship Id="rId1074" Type="http://schemas.openxmlformats.org/officeDocument/2006/relationships/image" Target="media/x10829.wmf"/><Relationship Id="rId1075" Type="http://schemas.openxmlformats.org/officeDocument/2006/relationships/image" Target="media/x10830.wmf"/><Relationship Id="rId1076" Type="http://schemas.openxmlformats.org/officeDocument/2006/relationships/image" Target="media/x10831.wmf"/><Relationship Id="rId1077" Type="http://schemas.openxmlformats.org/officeDocument/2006/relationships/image" Target="media/x10832.wmf"/><Relationship Id="rId1078" Type="http://schemas.openxmlformats.org/officeDocument/2006/relationships/image" Target="media/x10833.wmf"/><Relationship Id="rId1079" Type="http://schemas.openxmlformats.org/officeDocument/2006/relationships/image" Target="media/x10834.wmf"/><Relationship Id="rId1080" Type="http://schemas.openxmlformats.org/officeDocument/2006/relationships/image" Target="media/x10835.wmf"/><Relationship Id="rId1081" Type="http://schemas.openxmlformats.org/officeDocument/2006/relationships/image" Target="media/x10836.wmf"/><Relationship Id="rId1082" Type="http://schemas.openxmlformats.org/officeDocument/2006/relationships/image" Target="media/x10837.png"/><Relationship Id="rId1083" Type="http://schemas.openxmlformats.org/officeDocument/2006/relationships/image" Target="media/x10838.wmf"/><Relationship Id="rId1084" Type="http://schemas.openxmlformats.org/officeDocument/2006/relationships/image" Target="media/x10839.wmf"/><Relationship Id="rId1085" Type="http://schemas.openxmlformats.org/officeDocument/2006/relationships/image" Target="media/x10840.wmf"/><Relationship Id="rId1086" Type="http://schemas.openxmlformats.org/officeDocument/2006/relationships/image" Target="media/x10841.wmf"/><Relationship Id="rId1087" Type="http://schemas.openxmlformats.org/officeDocument/2006/relationships/image" Target="media/x10842.wmf"/><Relationship Id="rId1088" Type="http://schemas.openxmlformats.org/officeDocument/2006/relationships/image" Target="media/x10843.wmf"/><Relationship Id="rId1089" Type="http://schemas.openxmlformats.org/officeDocument/2006/relationships/image" Target="media/x10844.wmf"/><Relationship Id="rId1090" Type="http://schemas.openxmlformats.org/officeDocument/2006/relationships/image" Target="media/x10845.wmf"/><Relationship Id="rId1091" Type="http://schemas.openxmlformats.org/officeDocument/2006/relationships/image" Target="media/x10846.wmf"/><Relationship Id="rId1092" Type="http://schemas.openxmlformats.org/officeDocument/2006/relationships/image" Target="media/x10847.wmf"/><Relationship Id="rId1093" Type="http://schemas.openxmlformats.org/officeDocument/2006/relationships/image" Target="media/x10848.wmf"/><Relationship Id="rId1094" Type="http://schemas.openxmlformats.org/officeDocument/2006/relationships/image" Target="media/x10849.wmf"/><Relationship Id="rId1095" Type="http://schemas.openxmlformats.org/officeDocument/2006/relationships/image" Target="media/x10850.wmf"/><Relationship Id="rId1096" Type="http://schemas.openxmlformats.org/officeDocument/2006/relationships/image" Target="media/x10851.wmf"/><Relationship Id="rId1097" Type="http://schemas.openxmlformats.org/officeDocument/2006/relationships/image" Target="media/x10852.wmf"/><Relationship Id="rId1098" Type="http://schemas.openxmlformats.org/officeDocument/2006/relationships/image" Target="media/x10853.wmf"/><Relationship Id="rId1099" Type="http://schemas.openxmlformats.org/officeDocument/2006/relationships/image" Target="media/x10854.wmf"/><Relationship Id="rId1100" Type="http://schemas.openxmlformats.org/officeDocument/2006/relationships/image" Target="media/x10855.wmf"/><Relationship Id="rId1101" Type="http://schemas.openxmlformats.org/officeDocument/2006/relationships/image" Target="media/x10856.wmf"/><Relationship Id="rId1102" Type="http://schemas.openxmlformats.org/officeDocument/2006/relationships/image" Target="media/x10857.wmf"/><Relationship Id="rId1103" Type="http://schemas.openxmlformats.org/officeDocument/2006/relationships/image" Target="media/x10858.wmf"/><Relationship Id="rId1104" Type="http://schemas.openxmlformats.org/officeDocument/2006/relationships/image" Target="media/x10859.wmf"/><Relationship Id="rId1105" Type="http://schemas.openxmlformats.org/officeDocument/2006/relationships/image" Target="media/x10860.wmf"/><Relationship Id="rId1106" Type="http://schemas.openxmlformats.org/officeDocument/2006/relationships/image" Target="media/x10861.wmf"/><Relationship Id="rId1107" Type="http://schemas.openxmlformats.org/officeDocument/2006/relationships/image" Target="media/x10862.wmf"/><Relationship Id="rId1108" Type="http://schemas.openxmlformats.org/officeDocument/2006/relationships/image" Target="media/x10863.wmf"/><Relationship Id="rId1109" Type="http://schemas.openxmlformats.org/officeDocument/2006/relationships/image" Target="media/x10864.wmf"/><Relationship Id="rId1110" Type="http://schemas.openxmlformats.org/officeDocument/2006/relationships/image" Target="media/x10865.wmf"/><Relationship Id="rId1111" Type="http://schemas.openxmlformats.org/officeDocument/2006/relationships/image" Target="media/x10866.wmf"/><Relationship Id="rId1112" Type="http://schemas.openxmlformats.org/officeDocument/2006/relationships/image" Target="media/x10867.wmf"/><Relationship Id="rId1113" Type="http://schemas.openxmlformats.org/officeDocument/2006/relationships/image" Target="media/x10868.wmf"/><Relationship Id="rId1114" Type="http://schemas.openxmlformats.org/officeDocument/2006/relationships/image" Target="media/x10869.wmf"/><Relationship Id="rId1115" Type="http://schemas.openxmlformats.org/officeDocument/2006/relationships/image" Target="media/x10870.wmf"/><Relationship Id="rId1116" Type="http://schemas.openxmlformats.org/officeDocument/2006/relationships/image" Target="media/x10871.wmf"/><Relationship Id="rId1117" Type="http://schemas.openxmlformats.org/officeDocument/2006/relationships/image" Target="media/x10872.wmf"/><Relationship Id="rId1118" Type="http://schemas.openxmlformats.org/officeDocument/2006/relationships/image" Target="media/x10873.wmf"/><Relationship Id="rId1119" Type="http://schemas.openxmlformats.org/officeDocument/2006/relationships/image" Target="media/x10874.wmf"/><Relationship Id="rId1120" Type="http://schemas.openxmlformats.org/officeDocument/2006/relationships/image" Target="media/x10875.wmf"/><Relationship Id="rId1121" Type="http://schemas.openxmlformats.org/officeDocument/2006/relationships/image" Target="media/x10876.wmf"/><Relationship Id="rId1122" Type="http://schemas.openxmlformats.org/officeDocument/2006/relationships/image" Target="media/x10877.wmf"/><Relationship Id="rId1123" Type="http://schemas.openxmlformats.org/officeDocument/2006/relationships/image" Target="media/x10878.wmf"/><Relationship Id="rId1124" Type="http://schemas.openxmlformats.org/officeDocument/2006/relationships/image" Target="media/x10879.wmf"/><Relationship Id="rId1125" Type="http://schemas.openxmlformats.org/officeDocument/2006/relationships/image" Target="media/x10880.wmf"/><Relationship Id="rId1126" Type="http://schemas.openxmlformats.org/officeDocument/2006/relationships/image" Target="media/x10881.wmf"/><Relationship Id="rId1127" Type="http://schemas.openxmlformats.org/officeDocument/2006/relationships/image" Target="media/x10882.wmf"/><Relationship Id="rId1128" Type="http://schemas.openxmlformats.org/officeDocument/2006/relationships/image" Target="media/x10883.wmf"/><Relationship Id="rId1129" Type="http://schemas.openxmlformats.org/officeDocument/2006/relationships/image" Target="media/x10884.wmf"/><Relationship Id="rId1130" Type="http://schemas.openxmlformats.org/officeDocument/2006/relationships/image" Target="media/x10885.wmf"/><Relationship Id="rId1131" Type="http://schemas.openxmlformats.org/officeDocument/2006/relationships/image" Target="media/x10886.wmf"/><Relationship Id="rId1132" Type="http://schemas.openxmlformats.org/officeDocument/2006/relationships/image" Target="media/x10887.wmf"/><Relationship Id="rId1133" Type="http://schemas.openxmlformats.org/officeDocument/2006/relationships/image" Target="media/x10888.wmf"/><Relationship Id="rId1134" Type="http://schemas.openxmlformats.org/officeDocument/2006/relationships/image" Target="media/x10889.wmf"/><Relationship Id="rId1135" Type="http://schemas.openxmlformats.org/officeDocument/2006/relationships/image" Target="media/x10890.wmf"/><Relationship Id="rId1136" Type="http://schemas.openxmlformats.org/officeDocument/2006/relationships/image" Target="media/x10891.wmf"/><Relationship Id="rId1137" Type="http://schemas.openxmlformats.org/officeDocument/2006/relationships/image" Target="media/x10892.wmf"/><Relationship Id="rId1138" Type="http://schemas.openxmlformats.org/officeDocument/2006/relationships/image" Target="media/x10893.wmf"/><Relationship Id="rId1139" Type="http://schemas.openxmlformats.org/officeDocument/2006/relationships/image" Target="media/x10894.wmf"/><Relationship Id="rId1140" Type="http://schemas.openxmlformats.org/officeDocument/2006/relationships/image" Target="media/x10895.wmf"/><Relationship Id="rId1141" Type="http://schemas.openxmlformats.org/officeDocument/2006/relationships/image" Target="media/x10896.wmf"/><Relationship Id="rId1142" Type="http://schemas.openxmlformats.org/officeDocument/2006/relationships/image" Target="media/x10897.wmf"/><Relationship Id="rId1143" Type="http://schemas.openxmlformats.org/officeDocument/2006/relationships/image" Target="media/x10898.wmf"/><Relationship Id="rId1144" Type="http://schemas.openxmlformats.org/officeDocument/2006/relationships/image" Target="media/x10899.wmf"/><Relationship Id="rId1145" Type="http://schemas.openxmlformats.org/officeDocument/2006/relationships/image" Target="media/x10900.wmf"/><Relationship Id="rId1146" Type="http://schemas.openxmlformats.org/officeDocument/2006/relationships/image" Target="media/x10901.wmf"/><Relationship Id="rId1147" Type="http://schemas.openxmlformats.org/officeDocument/2006/relationships/image" Target="media/x10902.wmf"/><Relationship Id="rId1148" Type="http://schemas.openxmlformats.org/officeDocument/2006/relationships/image" Target="media/x10903.wmf"/><Relationship Id="rId1149" Type="http://schemas.openxmlformats.org/officeDocument/2006/relationships/image" Target="media/x10904.wmf"/><Relationship Id="rId1150" Type="http://schemas.openxmlformats.org/officeDocument/2006/relationships/image" Target="media/x10905.wmf"/><Relationship Id="rId1151" Type="http://schemas.openxmlformats.org/officeDocument/2006/relationships/image" Target="media/x10906.wmf"/><Relationship Id="rId1152" Type="http://schemas.openxmlformats.org/officeDocument/2006/relationships/image" Target="media/x10907.wmf"/><Relationship Id="rId1153" Type="http://schemas.openxmlformats.org/officeDocument/2006/relationships/image" Target="media/x10908.wmf"/><Relationship Id="rId1154" Type="http://schemas.openxmlformats.org/officeDocument/2006/relationships/image" Target="media/x10909.wmf"/><Relationship Id="rId1155" Type="http://schemas.openxmlformats.org/officeDocument/2006/relationships/image" Target="media/x10910.wmf"/><Relationship Id="rId1156" Type="http://schemas.openxmlformats.org/officeDocument/2006/relationships/image" Target="media/x10911.png"/><Relationship Id="rId1157" Type="http://schemas.openxmlformats.org/officeDocument/2006/relationships/image" Target="media/x10912.wmf"/><Relationship Id="rId1158" Type="http://schemas.openxmlformats.org/officeDocument/2006/relationships/image" Target="media/x10913.png"/><Relationship Id="rId1159" Type="http://schemas.openxmlformats.org/officeDocument/2006/relationships/image" Target="media/x10914.wmf"/><Relationship Id="rId1160" Type="http://schemas.openxmlformats.org/officeDocument/2006/relationships/image" Target="media/x10915.wmf"/><Relationship Id="rId1161" Type="http://schemas.openxmlformats.org/officeDocument/2006/relationships/image" Target="media/x10916.wmf"/><Relationship Id="rId1162" Type="http://schemas.openxmlformats.org/officeDocument/2006/relationships/image" Target="media/x10917.wmf"/><Relationship Id="rId1163" Type="http://schemas.openxmlformats.org/officeDocument/2006/relationships/image" Target="media/x10918.wmf"/><Relationship Id="rId1164" Type="http://schemas.openxmlformats.org/officeDocument/2006/relationships/image" Target="media/x10919.wmf"/><Relationship Id="rId1165" Type="http://schemas.openxmlformats.org/officeDocument/2006/relationships/image" Target="media/x10920.wmf"/><Relationship Id="rId1166" Type="http://schemas.openxmlformats.org/officeDocument/2006/relationships/image" Target="media/x10921.wmf"/><Relationship Id="rId1167" Type="http://schemas.openxmlformats.org/officeDocument/2006/relationships/image" Target="media/x10922.wmf"/><Relationship Id="rId1168" Type="http://schemas.openxmlformats.org/officeDocument/2006/relationships/image" Target="media/x10923.wmf"/><Relationship Id="rId1169" Type="http://schemas.openxmlformats.org/officeDocument/2006/relationships/image" Target="media/x10924.wmf"/><Relationship Id="rId1170" Type="http://schemas.openxmlformats.org/officeDocument/2006/relationships/image" Target="media/x10925.wmf"/><Relationship Id="rId1171" Type="http://schemas.openxmlformats.org/officeDocument/2006/relationships/image" Target="media/x10926.wmf"/><Relationship Id="rId1172" Type="http://schemas.openxmlformats.org/officeDocument/2006/relationships/image" Target="media/x10927.wmf"/><Relationship Id="rId1173" Type="http://schemas.openxmlformats.org/officeDocument/2006/relationships/image" Target="media/x10928.wmf"/><Relationship Id="rId1174" Type="http://schemas.openxmlformats.org/officeDocument/2006/relationships/image" Target="media/x10929.wmf"/><Relationship Id="rId1175" Type="http://schemas.openxmlformats.org/officeDocument/2006/relationships/image" Target="media/x10930.wmf"/><Relationship Id="rId1176" Type="http://schemas.openxmlformats.org/officeDocument/2006/relationships/image" Target="media/x10931.wmf"/><Relationship Id="rId1177" Type="http://schemas.openxmlformats.org/officeDocument/2006/relationships/image" Target="media/x10932.wmf"/><Relationship Id="rId1178" Type="http://schemas.openxmlformats.org/officeDocument/2006/relationships/image" Target="media/x10933.wmf"/><Relationship Id="rId1179" Type="http://schemas.openxmlformats.org/officeDocument/2006/relationships/image" Target="media/x10934.wmf"/><Relationship Id="rId1180" Type="http://schemas.openxmlformats.org/officeDocument/2006/relationships/image" Target="media/x10935.wmf"/><Relationship Id="rId1181" Type="http://schemas.openxmlformats.org/officeDocument/2006/relationships/image" Target="media/x10936.wmf"/><Relationship Id="rId1182" Type="http://schemas.openxmlformats.org/officeDocument/2006/relationships/image" Target="media/x10937.wmf"/><Relationship Id="rId1183" Type="http://schemas.openxmlformats.org/officeDocument/2006/relationships/image" Target="media/x10938.wmf"/><Relationship Id="rId1184" Type="http://schemas.openxmlformats.org/officeDocument/2006/relationships/image" Target="media/x10939.wmf"/><Relationship Id="rId1185" Type="http://schemas.openxmlformats.org/officeDocument/2006/relationships/image" Target="media/x10940.wmf"/><Relationship Id="rId1186" Type="http://schemas.openxmlformats.org/officeDocument/2006/relationships/image" Target="media/x10941.wmf"/><Relationship Id="rId1187" Type="http://schemas.openxmlformats.org/officeDocument/2006/relationships/image" Target="media/x10942.wmf"/><Relationship Id="rId1188" Type="http://schemas.openxmlformats.org/officeDocument/2006/relationships/image" Target="media/x10943.wmf"/><Relationship Id="rId1189" Type="http://schemas.openxmlformats.org/officeDocument/2006/relationships/image" Target="media/x10944.wmf"/><Relationship Id="rId1190" Type="http://schemas.openxmlformats.org/officeDocument/2006/relationships/image" Target="media/x10945.wmf"/><Relationship Id="rId1191" Type="http://schemas.openxmlformats.org/officeDocument/2006/relationships/image" Target="media/x10946.wmf"/><Relationship Id="rId1192" Type="http://schemas.openxmlformats.org/officeDocument/2006/relationships/image" Target="media/x10947.wmf"/><Relationship Id="rId1193" Type="http://schemas.openxmlformats.org/officeDocument/2006/relationships/image" Target="media/x10948.wmf"/><Relationship Id="rId1194" Type="http://schemas.openxmlformats.org/officeDocument/2006/relationships/image" Target="media/x10949.wmf"/><Relationship Id="rId1195" Type="http://schemas.openxmlformats.org/officeDocument/2006/relationships/image" Target="media/x10950.wmf"/><Relationship Id="rId1196" Type="http://schemas.openxmlformats.org/officeDocument/2006/relationships/image" Target="media/x10951.wmf"/><Relationship Id="rId1197" Type="http://schemas.openxmlformats.org/officeDocument/2006/relationships/image" Target="media/x10952.wmf"/><Relationship Id="rId1198" Type="http://schemas.openxmlformats.org/officeDocument/2006/relationships/image" Target="media/x10953.wmf"/><Relationship Id="rId1199" Type="http://schemas.openxmlformats.org/officeDocument/2006/relationships/image" Target="media/x10954.wmf"/><Relationship Id="rId1200" Type="http://schemas.openxmlformats.org/officeDocument/2006/relationships/image" Target="media/x10955.wmf"/><Relationship Id="rId1201" Type="http://schemas.openxmlformats.org/officeDocument/2006/relationships/image" Target="media/x10956.wmf"/><Relationship Id="rId1202" Type="http://schemas.openxmlformats.org/officeDocument/2006/relationships/image" Target="media/x10957.wmf"/><Relationship Id="rId1203" Type="http://schemas.openxmlformats.org/officeDocument/2006/relationships/image" Target="media/x10958.wmf"/><Relationship Id="rId1204" Type="http://schemas.openxmlformats.org/officeDocument/2006/relationships/image" Target="media/x10959.wmf"/><Relationship Id="rId1205" Type="http://schemas.openxmlformats.org/officeDocument/2006/relationships/image" Target="media/x10960.wmf"/><Relationship Id="rId1206" Type="http://schemas.openxmlformats.org/officeDocument/2006/relationships/image" Target="media/x10961.wmf"/><Relationship Id="rId1207" Type="http://schemas.openxmlformats.org/officeDocument/2006/relationships/image" Target="media/x10962.wmf"/><Relationship Id="rId1208" Type="http://schemas.openxmlformats.org/officeDocument/2006/relationships/image" Target="media/x10963.wmf"/><Relationship Id="rId1209" Type="http://schemas.openxmlformats.org/officeDocument/2006/relationships/image" Target="media/x10964.wmf"/><Relationship Id="rId1210" Type="http://schemas.openxmlformats.org/officeDocument/2006/relationships/image" Target="media/x10965.wmf"/><Relationship Id="rId1211" Type="http://schemas.openxmlformats.org/officeDocument/2006/relationships/image" Target="media/x10966.wmf"/><Relationship Id="rId1212" Type="http://schemas.openxmlformats.org/officeDocument/2006/relationships/image" Target="media/x10967.wmf"/><Relationship Id="rId1213" Type="http://schemas.openxmlformats.org/officeDocument/2006/relationships/image" Target="media/x10968.wmf"/><Relationship Id="rId1214" Type="http://schemas.openxmlformats.org/officeDocument/2006/relationships/image" Target="media/x10969.wmf"/><Relationship Id="rId1215" Type="http://schemas.openxmlformats.org/officeDocument/2006/relationships/image" Target="media/x10970.wmf"/><Relationship Id="rId1216" Type="http://schemas.openxmlformats.org/officeDocument/2006/relationships/image" Target="media/x10971.wmf"/><Relationship Id="rId1217" Type="http://schemas.openxmlformats.org/officeDocument/2006/relationships/image" Target="media/x10972.wmf"/><Relationship Id="rId1218" Type="http://schemas.openxmlformats.org/officeDocument/2006/relationships/image" Target="media/x10973.wmf"/><Relationship Id="rId1219" Type="http://schemas.openxmlformats.org/officeDocument/2006/relationships/image" Target="media/x10974.wmf"/><Relationship Id="rId1220" Type="http://schemas.openxmlformats.org/officeDocument/2006/relationships/image" Target="media/x10975.wmf"/><Relationship Id="rId1221" Type="http://schemas.openxmlformats.org/officeDocument/2006/relationships/image" Target="media/x10976.wmf"/><Relationship Id="rId1222" Type="http://schemas.openxmlformats.org/officeDocument/2006/relationships/image" Target="media/x10977.wmf"/><Relationship Id="rId1223" Type="http://schemas.openxmlformats.org/officeDocument/2006/relationships/image" Target="media/x10978.wmf"/><Relationship Id="rId1224" Type="http://schemas.openxmlformats.org/officeDocument/2006/relationships/image" Target="media/x10979.wmf"/><Relationship Id="rId1225" Type="http://schemas.openxmlformats.org/officeDocument/2006/relationships/image" Target="media/x10980.wmf"/><Relationship Id="rId1226" Type="http://schemas.openxmlformats.org/officeDocument/2006/relationships/image" Target="media/x10981.wmf"/><Relationship Id="rId1227" Type="http://schemas.openxmlformats.org/officeDocument/2006/relationships/image" Target="media/x10982.wmf"/><Relationship Id="rId1228" Type="http://schemas.openxmlformats.org/officeDocument/2006/relationships/image" Target="media/x10983.wmf"/><Relationship Id="rId1229" Type="http://schemas.openxmlformats.org/officeDocument/2006/relationships/image" Target="media/x10984.wmf"/><Relationship Id="rId1230" Type="http://schemas.openxmlformats.org/officeDocument/2006/relationships/image" Target="media/x10985.wmf"/><Relationship Id="rId1231" Type="http://schemas.openxmlformats.org/officeDocument/2006/relationships/image" Target="media/x10986.wmf"/><Relationship Id="rId1232" Type="http://schemas.openxmlformats.org/officeDocument/2006/relationships/image" Target="media/x10987.wmf"/><Relationship Id="rId1233" Type="http://schemas.openxmlformats.org/officeDocument/2006/relationships/image" Target="media/x10988.wmf"/><Relationship Id="rId1234" Type="http://schemas.openxmlformats.org/officeDocument/2006/relationships/image" Target="media/x10989.wmf"/><Relationship Id="rId1235" Type="http://schemas.openxmlformats.org/officeDocument/2006/relationships/image" Target="media/x10990.wmf"/><Relationship Id="rId1236" Type="http://schemas.openxmlformats.org/officeDocument/2006/relationships/image" Target="media/x10991.wmf"/><Relationship Id="rId1237" Type="http://schemas.openxmlformats.org/officeDocument/2006/relationships/image" Target="media/x10992.wmf"/><Relationship Id="rId1238" Type="http://schemas.openxmlformats.org/officeDocument/2006/relationships/image" Target="media/x10993.wmf"/><Relationship Id="rId1239" Type="http://schemas.openxmlformats.org/officeDocument/2006/relationships/image" Target="media/x10994.wmf"/><Relationship Id="rId1240" Type="http://schemas.openxmlformats.org/officeDocument/2006/relationships/image" Target="media/x10995.wmf"/><Relationship Id="rId1241" Type="http://schemas.openxmlformats.org/officeDocument/2006/relationships/image" Target="media/x10996.wmf"/><Relationship Id="rId1242" Type="http://schemas.openxmlformats.org/officeDocument/2006/relationships/image" Target="media/x10997.wmf"/><Relationship Id="rId1243" Type="http://schemas.openxmlformats.org/officeDocument/2006/relationships/image" Target="media/x10998.wmf"/><Relationship Id="rId1244" Type="http://schemas.openxmlformats.org/officeDocument/2006/relationships/image" Target="media/x10999.wmf"/><Relationship Id="rId1245" Type="http://schemas.openxmlformats.org/officeDocument/2006/relationships/image" Target="media/x11000.wmf"/><Relationship Id="rId1246" Type="http://schemas.openxmlformats.org/officeDocument/2006/relationships/image" Target="media/x11001.wmf"/><Relationship Id="rId1247" Type="http://schemas.openxmlformats.org/officeDocument/2006/relationships/image" Target="media/x11002.wmf"/><Relationship Id="rId1248" Type="http://schemas.openxmlformats.org/officeDocument/2006/relationships/image" Target="media/x11003.wmf"/><Relationship Id="rId1249" Type="http://schemas.openxmlformats.org/officeDocument/2006/relationships/image" Target="media/x11004.wmf"/><Relationship Id="rId1250" Type="http://schemas.openxmlformats.org/officeDocument/2006/relationships/image" Target="media/x11005.wmf"/><Relationship Id="rId1251" Type="http://schemas.openxmlformats.org/officeDocument/2006/relationships/image" Target="media/x11006.wmf"/><Relationship Id="rId1252" Type="http://schemas.openxmlformats.org/officeDocument/2006/relationships/image" Target="media/x11007.wmf"/><Relationship Id="rId1253" Type="http://schemas.openxmlformats.org/officeDocument/2006/relationships/image" Target="media/x11008.wmf"/><Relationship Id="rId1254" Type="http://schemas.openxmlformats.org/officeDocument/2006/relationships/image" Target="media/x11009.wmf"/><Relationship Id="rId1255" Type="http://schemas.openxmlformats.org/officeDocument/2006/relationships/image" Target="media/x11010.wmf"/><Relationship Id="rId1256" Type="http://schemas.openxmlformats.org/officeDocument/2006/relationships/image" Target="media/x11011.wmf"/><Relationship Id="rId1257" Type="http://schemas.openxmlformats.org/officeDocument/2006/relationships/image" Target="media/x11012.wmf"/><Relationship Id="rId1258" Type="http://schemas.openxmlformats.org/officeDocument/2006/relationships/image" Target="media/x11013.wmf"/><Relationship Id="rId1259" Type="http://schemas.openxmlformats.org/officeDocument/2006/relationships/image" Target="media/x11014.wmf"/><Relationship Id="rId1260" Type="http://schemas.openxmlformats.org/officeDocument/2006/relationships/image" Target="media/x11015.wmf"/><Relationship Id="rId1261" Type="http://schemas.openxmlformats.org/officeDocument/2006/relationships/image" Target="media/x11016.wmf"/><Relationship Id="rId1262" Type="http://schemas.openxmlformats.org/officeDocument/2006/relationships/image" Target="media/x11017.wmf"/><Relationship Id="rId1263" Type="http://schemas.openxmlformats.org/officeDocument/2006/relationships/image" Target="media/x11018.wmf"/><Relationship Id="rId1264" Type="http://schemas.openxmlformats.org/officeDocument/2006/relationships/image" Target="media/x11019.wmf"/><Relationship Id="rId1265" Type="http://schemas.openxmlformats.org/officeDocument/2006/relationships/image" Target="media/x11020.wmf"/><Relationship Id="rId1266" Type="http://schemas.openxmlformats.org/officeDocument/2006/relationships/image" Target="media/x11021.wmf"/><Relationship Id="rId1267" Type="http://schemas.openxmlformats.org/officeDocument/2006/relationships/image" Target="media/x11022.wmf"/><Relationship Id="rId1268" Type="http://schemas.openxmlformats.org/officeDocument/2006/relationships/image" Target="media/x11023.wmf"/><Relationship Id="rId1269" Type="http://schemas.openxmlformats.org/officeDocument/2006/relationships/image" Target="media/x11024.wmf"/><Relationship Id="rId1270" Type="http://schemas.openxmlformats.org/officeDocument/2006/relationships/image" Target="media/x11025.wmf"/><Relationship Id="rId1271" Type="http://schemas.openxmlformats.org/officeDocument/2006/relationships/image" Target="media/x11026.wmf"/><Relationship Id="rId1272" Type="http://schemas.openxmlformats.org/officeDocument/2006/relationships/image" Target="media/x11027.wmf"/><Relationship Id="rId1273" Type="http://schemas.openxmlformats.org/officeDocument/2006/relationships/image" Target="media/x11028.wmf"/><Relationship Id="rId1274" Type="http://schemas.openxmlformats.org/officeDocument/2006/relationships/image" Target="media/x11029.wmf"/><Relationship Id="rId1275" Type="http://schemas.openxmlformats.org/officeDocument/2006/relationships/image" Target="media/x11030.wmf"/><Relationship Id="rId1276" Type="http://schemas.openxmlformats.org/officeDocument/2006/relationships/image" Target="media/x11031.wmf"/><Relationship Id="rId1277" Type="http://schemas.openxmlformats.org/officeDocument/2006/relationships/image" Target="media/x11032.wmf"/><Relationship Id="rId1278" Type="http://schemas.openxmlformats.org/officeDocument/2006/relationships/image" Target="media/x11033.wmf"/><Relationship Id="rId1279" Type="http://schemas.openxmlformats.org/officeDocument/2006/relationships/image" Target="media/x11034.wmf"/><Relationship Id="rId1280" Type="http://schemas.openxmlformats.org/officeDocument/2006/relationships/image" Target="media/x11035.wmf"/><Relationship Id="rId1281" Type="http://schemas.openxmlformats.org/officeDocument/2006/relationships/image" Target="media/x11036.wmf"/><Relationship Id="rId1282" Type="http://schemas.openxmlformats.org/officeDocument/2006/relationships/image" Target="media/x11037.wmf"/><Relationship Id="rId1283" Type="http://schemas.openxmlformats.org/officeDocument/2006/relationships/image" Target="media/x11038.wmf"/><Relationship Id="rId1284" Type="http://schemas.openxmlformats.org/officeDocument/2006/relationships/image" Target="media/x11039.wmf"/><Relationship Id="rId1285" Type="http://schemas.openxmlformats.org/officeDocument/2006/relationships/image" Target="media/x11040.wmf"/><Relationship Id="rId1286" Type="http://schemas.openxmlformats.org/officeDocument/2006/relationships/image" Target="media/x11041.wmf"/><Relationship Id="rId1287" Type="http://schemas.openxmlformats.org/officeDocument/2006/relationships/image" Target="media/x11042.wmf"/><Relationship Id="rId1288" Type="http://schemas.openxmlformats.org/officeDocument/2006/relationships/image" Target="media/x11043.wmf"/><Relationship Id="rId1289" Type="http://schemas.openxmlformats.org/officeDocument/2006/relationships/image" Target="media/x11044.wmf"/><Relationship Id="rId1290" Type="http://schemas.openxmlformats.org/officeDocument/2006/relationships/image" Target="media/x11045.wmf"/><Relationship Id="rId1291" Type="http://schemas.openxmlformats.org/officeDocument/2006/relationships/image" Target="media/x11046.wmf"/><Relationship Id="rId1292" Type="http://schemas.openxmlformats.org/officeDocument/2006/relationships/image" Target="media/x11047.png"/><Relationship Id="rId1293" Type="http://schemas.openxmlformats.org/officeDocument/2006/relationships/image" Target="media/x11048.png"/><Relationship Id="rId1294" Type="http://schemas.openxmlformats.org/officeDocument/2006/relationships/image" Target="media/x11049.wmf"/><Relationship Id="rId1295" Type="http://schemas.openxmlformats.org/officeDocument/2006/relationships/image" Target="media/x11050.wmf"/><Relationship Id="rId1296" Type="http://schemas.openxmlformats.org/officeDocument/2006/relationships/image" Target="media/x11051.wmf"/><Relationship Id="rId1297" Type="http://schemas.openxmlformats.org/officeDocument/2006/relationships/image" Target="media/x11052.wmf"/><Relationship Id="rId1298" Type="http://schemas.openxmlformats.org/officeDocument/2006/relationships/image" Target="media/x11053.wmf"/><Relationship Id="rId1299" Type="http://schemas.openxmlformats.org/officeDocument/2006/relationships/image" Target="media/x11054.wmf"/><Relationship Id="rId1300" Type="http://schemas.openxmlformats.org/officeDocument/2006/relationships/image" Target="media/x11055.wmf"/><Relationship Id="rId1301" Type="http://schemas.openxmlformats.org/officeDocument/2006/relationships/image" Target="media/x11056.wmf"/><Relationship Id="rId1302" Type="http://schemas.openxmlformats.org/officeDocument/2006/relationships/image" Target="media/x11057.wmf"/><Relationship Id="rId1303" Type="http://schemas.openxmlformats.org/officeDocument/2006/relationships/image" Target="media/x11058.wmf"/><Relationship Id="rId1304" Type="http://schemas.openxmlformats.org/officeDocument/2006/relationships/image" Target="media/x11059.wmf"/><Relationship Id="rId1305" Type="http://schemas.openxmlformats.org/officeDocument/2006/relationships/image" Target="media/x11060.jpeg"/><Relationship Id="rId1306" Type="http://schemas.openxmlformats.org/officeDocument/2006/relationships/image" Target="media/x11061.wmf"/><Relationship Id="rId1307" Type="http://schemas.openxmlformats.org/officeDocument/2006/relationships/image" Target="media/x11062.wmf"/><Relationship Id="rId1308" Type="http://schemas.openxmlformats.org/officeDocument/2006/relationships/image" Target="media/x11063.wmf"/><Relationship Id="rId1309" Type="http://schemas.openxmlformats.org/officeDocument/2006/relationships/image" Target="media/x11064.wmf"/><Relationship Id="rId1310" Type="http://schemas.openxmlformats.org/officeDocument/2006/relationships/image" Target="media/x11065.wmf"/><Relationship Id="rId1311" Type="http://schemas.openxmlformats.org/officeDocument/2006/relationships/image" Target="media/x11066.wmf"/><Relationship Id="rId1312" Type="http://schemas.openxmlformats.org/officeDocument/2006/relationships/image" Target="media/x11067.wmf"/><Relationship Id="rId1313" Type="http://schemas.openxmlformats.org/officeDocument/2006/relationships/image" Target="media/x11068.wmf"/><Relationship Id="rId1314" Type="http://schemas.openxmlformats.org/officeDocument/2006/relationships/image" Target="media/x11069.wmf"/><Relationship Id="rId1315" Type="http://schemas.openxmlformats.org/officeDocument/2006/relationships/image" Target="media/x11070.wmf"/><Relationship Id="rId1316" Type="http://schemas.openxmlformats.org/officeDocument/2006/relationships/image" Target="media/x11071.wmf"/><Relationship Id="rId1317" Type="http://schemas.openxmlformats.org/officeDocument/2006/relationships/image" Target="media/x11072.wmf"/><Relationship Id="rId1318" Type="http://schemas.openxmlformats.org/officeDocument/2006/relationships/image" Target="media/x11073.wmf"/><Relationship Id="rId1319" Type="http://schemas.openxmlformats.org/officeDocument/2006/relationships/image" Target="media/x11074.wmf"/><Relationship Id="rId1320" Type="http://schemas.openxmlformats.org/officeDocument/2006/relationships/image" Target="media/x11075.wmf"/><Relationship Id="rId1321" Type="http://schemas.openxmlformats.org/officeDocument/2006/relationships/image" Target="media/x11076.wmf"/><Relationship Id="rId1322" Type="http://schemas.openxmlformats.org/officeDocument/2006/relationships/image" Target="media/x11077.wmf"/><Relationship Id="rId1323" Type="http://schemas.openxmlformats.org/officeDocument/2006/relationships/image" Target="media/x11078.wmf"/><Relationship Id="rId1324" Type="http://schemas.openxmlformats.org/officeDocument/2006/relationships/image" Target="media/x11079.wmf"/><Relationship Id="rId1325" Type="http://schemas.openxmlformats.org/officeDocument/2006/relationships/image" Target="media/x11080.wmf"/><Relationship Id="rId1326" Type="http://schemas.openxmlformats.org/officeDocument/2006/relationships/image" Target="media/x11081.wmf"/><Relationship Id="rId1327" Type="http://schemas.openxmlformats.org/officeDocument/2006/relationships/image" Target="media/x11082.wmf"/><Relationship Id="rId1328" Type="http://schemas.openxmlformats.org/officeDocument/2006/relationships/image" Target="media/x11083.wmf"/><Relationship Id="rId1329" Type="http://schemas.openxmlformats.org/officeDocument/2006/relationships/image" Target="media/x11084.wmf"/><Relationship Id="rId1330" Type="http://schemas.openxmlformats.org/officeDocument/2006/relationships/image" Target="media/x11085.wmf"/><Relationship Id="rId1331" Type="http://schemas.openxmlformats.org/officeDocument/2006/relationships/image" Target="media/x11086.wmf"/><Relationship Id="rId1332" Type="http://schemas.openxmlformats.org/officeDocument/2006/relationships/image" Target="media/x11087.wmf"/><Relationship Id="rId1333" Type="http://schemas.openxmlformats.org/officeDocument/2006/relationships/image" Target="media/x11088.wmf"/><Relationship Id="rId1334" Type="http://schemas.openxmlformats.org/officeDocument/2006/relationships/image" Target="media/x11089.wmf"/><Relationship Id="rId1335" Type="http://schemas.openxmlformats.org/officeDocument/2006/relationships/image" Target="media/x11090.wmf"/><Relationship Id="rId1336" Type="http://schemas.openxmlformats.org/officeDocument/2006/relationships/image" Target="media/x11091.wmf"/><Relationship Id="rId1337" Type="http://schemas.openxmlformats.org/officeDocument/2006/relationships/image" Target="media/x11092.wmf"/><Relationship Id="rId1338" Type="http://schemas.openxmlformats.org/officeDocument/2006/relationships/image" Target="media/x11093.wmf"/><Relationship Id="rId1339" Type="http://schemas.openxmlformats.org/officeDocument/2006/relationships/image" Target="media/x11094.wmf"/><Relationship Id="rId1340" Type="http://schemas.openxmlformats.org/officeDocument/2006/relationships/image" Target="media/x11095.wmf"/><Relationship Id="rId1341" Type="http://schemas.openxmlformats.org/officeDocument/2006/relationships/image" Target="media/x11096.wmf"/><Relationship Id="rId1342" Type="http://schemas.openxmlformats.org/officeDocument/2006/relationships/image" Target="media/x11097.wmf"/><Relationship Id="rId1343" Type="http://schemas.openxmlformats.org/officeDocument/2006/relationships/image" Target="media/x11098.wmf"/><Relationship Id="rId1344" Type="http://schemas.openxmlformats.org/officeDocument/2006/relationships/image" Target="media/x11099.wmf"/><Relationship Id="rId1345" Type="http://schemas.openxmlformats.org/officeDocument/2006/relationships/image" Target="media/x11100.wmf"/><Relationship Id="rId1346" Type="http://schemas.openxmlformats.org/officeDocument/2006/relationships/image" Target="media/x11101.wmf"/><Relationship Id="rId1347" Type="http://schemas.openxmlformats.org/officeDocument/2006/relationships/image" Target="media/x11102.wmf"/><Relationship Id="rId1348" Type="http://schemas.openxmlformats.org/officeDocument/2006/relationships/image" Target="media/x11103.wmf"/><Relationship Id="rId1349" Type="http://schemas.openxmlformats.org/officeDocument/2006/relationships/image" Target="media/x11104.wmf"/><Relationship Id="rId1350" Type="http://schemas.openxmlformats.org/officeDocument/2006/relationships/image" Target="media/x11105.wmf"/><Relationship Id="rId1351" Type="http://schemas.openxmlformats.org/officeDocument/2006/relationships/image" Target="media/x11106.wmf"/><Relationship Id="rId1352" Type="http://schemas.openxmlformats.org/officeDocument/2006/relationships/image" Target="media/x11107.wmf"/><Relationship Id="rId1353" Type="http://schemas.openxmlformats.org/officeDocument/2006/relationships/image" Target="media/x11108.wmf"/><Relationship Id="rId1354" Type="http://schemas.openxmlformats.org/officeDocument/2006/relationships/image" Target="media/x11109.wmf"/><Relationship Id="rId1355" Type="http://schemas.openxmlformats.org/officeDocument/2006/relationships/image" Target="media/x11110.wmf"/><Relationship Id="rId1356" Type="http://schemas.openxmlformats.org/officeDocument/2006/relationships/image" Target="media/x11111.wmf"/><Relationship Id="rId1357" Type="http://schemas.openxmlformats.org/officeDocument/2006/relationships/image" Target="media/x11112.wmf"/><Relationship Id="rId1358" Type="http://schemas.openxmlformats.org/officeDocument/2006/relationships/image" Target="media/x11113.wmf"/><Relationship Id="rId1359" Type="http://schemas.openxmlformats.org/officeDocument/2006/relationships/image" Target="media/x11114.wmf"/><Relationship Id="rId1360" Type="http://schemas.openxmlformats.org/officeDocument/2006/relationships/image" Target="media/x11115.wmf"/><Relationship Id="rId1361" Type="http://schemas.openxmlformats.org/officeDocument/2006/relationships/image" Target="media/x11116.wmf"/><Relationship Id="rId1362" Type="http://schemas.openxmlformats.org/officeDocument/2006/relationships/image" Target="media/x11117.wmf"/><Relationship Id="rId1363" Type="http://schemas.openxmlformats.org/officeDocument/2006/relationships/image" Target="media/x11118.wmf"/><Relationship Id="rId1364" Type="http://schemas.openxmlformats.org/officeDocument/2006/relationships/image" Target="media/x11119.wmf"/><Relationship Id="rId1365" Type="http://schemas.openxmlformats.org/officeDocument/2006/relationships/image" Target="media/x11120.wmf"/><Relationship Id="rId1366" Type="http://schemas.openxmlformats.org/officeDocument/2006/relationships/image" Target="media/x11121.wmf"/><Relationship Id="rId1367" Type="http://schemas.openxmlformats.org/officeDocument/2006/relationships/image" Target="media/x11122.wmf"/><Relationship Id="rId1368" Type="http://schemas.openxmlformats.org/officeDocument/2006/relationships/image" Target="media/x11123.wmf"/><Relationship Id="rId1369" Type="http://schemas.openxmlformats.org/officeDocument/2006/relationships/image" Target="media/x11124.wmf"/><Relationship Id="rId1370" Type="http://schemas.openxmlformats.org/officeDocument/2006/relationships/image" Target="media/x11125.wmf"/><Relationship Id="rId1371" Type="http://schemas.openxmlformats.org/officeDocument/2006/relationships/image" Target="media/x11126.wmf"/><Relationship Id="rId1372" Type="http://schemas.openxmlformats.org/officeDocument/2006/relationships/image" Target="media/x11127.wmf"/><Relationship Id="rId1373" Type="http://schemas.openxmlformats.org/officeDocument/2006/relationships/image" Target="media/x11128.wmf"/><Relationship Id="rId1374" Type="http://schemas.openxmlformats.org/officeDocument/2006/relationships/image" Target="media/x11129.wmf"/><Relationship Id="rId1375" Type="http://schemas.openxmlformats.org/officeDocument/2006/relationships/image" Target="media/x11130.wmf"/><Relationship Id="rId1376" Type="http://schemas.openxmlformats.org/officeDocument/2006/relationships/image" Target="media/x11131.wmf"/><Relationship Id="rId1377" Type="http://schemas.openxmlformats.org/officeDocument/2006/relationships/image" Target="media/x11132.wmf"/><Relationship Id="rId1378" Type="http://schemas.openxmlformats.org/officeDocument/2006/relationships/image" Target="media/x11133.wmf"/><Relationship Id="rId1379" Type="http://schemas.openxmlformats.org/officeDocument/2006/relationships/image" Target="media/x11134.wmf"/><Relationship Id="rId1380" Type="http://schemas.openxmlformats.org/officeDocument/2006/relationships/image" Target="media/x11135.jpeg"/><Relationship Id="rId1381" Type="http://schemas.openxmlformats.org/officeDocument/2006/relationships/image" Target="media/x11136.wmf"/><Relationship Id="rId1382" Type="http://schemas.openxmlformats.org/officeDocument/2006/relationships/image" Target="media/x11137.wmf"/><Relationship Id="rId1383" Type="http://schemas.openxmlformats.org/officeDocument/2006/relationships/image" Target="media/x11138.wmf"/><Relationship Id="rId1384" Type="http://schemas.openxmlformats.org/officeDocument/2006/relationships/image" Target="media/x11139.wmf"/><Relationship Id="rId1385" Type="http://schemas.openxmlformats.org/officeDocument/2006/relationships/image" Target="media/x11140.wmf"/><Relationship Id="rId1386" Type="http://schemas.openxmlformats.org/officeDocument/2006/relationships/image" Target="media/x11141.wmf"/><Relationship Id="rId1387" Type="http://schemas.openxmlformats.org/officeDocument/2006/relationships/image" Target="media/x11142.wmf"/><Relationship Id="rId1388" Type="http://schemas.openxmlformats.org/officeDocument/2006/relationships/image" Target="media/x11143.wmf"/><Relationship Id="rId1389" Type="http://schemas.openxmlformats.org/officeDocument/2006/relationships/image" Target="media/x11144.wmf"/><Relationship Id="rId1390" Type="http://schemas.openxmlformats.org/officeDocument/2006/relationships/image" Target="media/x11145.wmf"/><Relationship Id="rId1391" Type="http://schemas.openxmlformats.org/officeDocument/2006/relationships/image" Target="media/x11146.wmf"/><Relationship Id="rId1392" Type="http://schemas.openxmlformats.org/officeDocument/2006/relationships/image" Target="media/x11147.wmf"/><Relationship Id="rId1393" Type="http://schemas.openxmlformats.org/officeDocument/2006/relationships/image" Target="media/x11148.wmf"/><Relationship Id="rId1394" Type="http://schemas.openxmlformats.org/officeDocument/2006/relationships/image" Target="media/x11149.wmf"/><Relationship Id="rId1395" Type="http://schemas.openxmlformats.org/officeDocument/2006/relationships/image" Target="media/x11150.wmf"/><Relationship Id="rId1396" Type="http://schemas.openxmlformats.org/officeDocument/2006/relationships/image" Target="media/x11151.wmf"/><Relationship Id="rId1397" Type="http://schemas.openxmlformats.org/officeDocument/2006/relationships/image" Target="media/x11152.wmf"/><Relationship Id="rId1398" Type="http://schemas.openxmlformats.org/officeDocument/2006/relationships/image" Target="media/x11153.wmf"/><Relationship Id="rId1399" Type="http://schemas.openxmlformats.org/officeDocument/2006/relationships/image" Target="media/x11154.wmf"/><Relationship Id="rId1400" Type="http://schemas.openxmlformats.org/officeDocument/2006/relationships/image" Target="media/x11155.wmf"/><Relationship Id="rId1401" Type="http://schemas.openxmlformats.org/officeDocument/2006/relationships/image" Target="media/x11156.wmf"/><Relationship Id="rId1402" Type="http://schemas.openxmlformats.org/officeDocument/2006/relationships/image" Target="media/x11157.wmf"/><Relationship Id="rId1403" Type="http://schemas.openxmlformats.org/officeDocument/2006/relationships/image" Target="media/x11158.wmf"/><Relationship Id="rId1404" Type="http://schemas.openxmlformats.org/officeDocument/2006/relationships/image" Target="media/x11159.wmf"/><Relationship Id="rId1405" Type="http://schemas.openxmlformats.org/officeDocument/2006/relationships/image" Target="media/x11160.wmf"/><Relationship Id="rId1406" Type="http://schemas.openxmlformats.org/officeDocument/2006/relationships/image" Target="media/x11161.wmf"/><Relationship Id="rId1407" Type="http://schemas.openxmlformats.org/officeDocument/2006/relationships/image" Target="media/x11162.wmf"/><Relationship Id="rId1408" Type="http://schemas.openxmlformats.org/officeDocument/2006/relationships/image" Target="media/x11163.wmf"/><Relationship Id="rId1409" Type="http://schemas.openxmlformats.org/officeDocument/2006/relationships/image" Target="media/x11164.wmf"/><Relationship Id="rId1410" Type="http://schemas.openxmlformats.org/officeDocument/2006/relationships/image" Target="media/x11165.wmf"/><Relationship Id="rId1411" Type="http://schemas.openxmlformats.org/officeDocument/2006/relationships/image" Target="media/x11166.wmf"/><Relationship Id="rId1412" Type="http://schemas.openxmlformats.org/officeDocument/2006/relationships/image" Target="media/x11167.png"/><Relationship Id="rId1413" Type="http://schemas.openxmlformats.org/officeDocument/2006/relationships/image" Target="media/x11168.wmf"/><Relationship Id="rId1414" Type="http://schemas.openxmlformats.org/officeDocument/2006/relationships/image" Target="media/x11169.wmf"/><Relationship Id="rId1415" Type="http://schemas.openxmlformats.org/officeDocument/2006/relationships/image" Target="media/x11170.png"/><Relationship Id="rId1416" Type="http://schemas.openxmlformats.org/officeDocument/2006/relationships/image" Target="media/x11171.wmf"/><Relationship Id="rId1417" Type="http://schemas.openxmlformats.org/officeDocument/2006/relationships/image" Target="media/x11172.png"/><Relationship Id="rId1418" Type="http://schemas.openxmlformats.org/officeDocument/2006/relationships/image" Target="media/x11173.wmf"/><Relationship Id="rId1419" Type="http://schemas.openxmlformats.org/officeDocument/2006/relationships/image" Target="media/x11174.wmf"/><Relationship Id="rId1420" Type="http://schemas.openxmlformats.org/officeDocument/2006/relationships/image" Target="media/x11175.wmf"/><Relationship Id="rId1421" Type="http://schemas.openxmlformats.org/officeDocument/2006/relationships/image" Target="media/x11176.wmf"/><Relationship Id="rId1422" Type="http://schemas.openxmlformats.org/officeDocument/2006/relationships/image" Target="media/x11177.wmf"/><Relationship Id="rId1423" Type="http://schemas.openxmlformats.org/officeDocument/2006/relationships/image" Target="media/x11178.wmf"/><Relationship Id="rId1424" Type="http://schemas.openxmlformats.org/officeDocument/2006/relationships/image" Target="media/x11179.wmf"/><Relationship Id="rId1425" Type="http://schemas.openxmlformats.org/officeDocument/2006/relationships/image" Target="media/x11180.wmf"/><Relationship Id="rId1426" Type="http://schemas.openxmlformats.org/officeDocument/2006/relationships/image" Target="media/x11181.wmf"/><Relationship Id="rId1427" Type="http://schemas.openxmlformats.org/officeDocument/2006/relationships/image" Target="media/x11182.wmf"/><Relationship Id="rId1428" Type="http://schemas.openxmlformats.org/officeDocument/2006/relationships/image" Target="media/x11183.wmf"/><Relationship Id="rId1429" Type="http://schemas.openxmlformats.org/officeDocument/2006/relationships/image" Target="media/x11184.wmf"/><Relationship Id="rId1430" Type="http://schemas.openxmlformats.org/officeDocument/2006/relationships/image" Target="media/x11185.wmf"/><Relationship Id="rId1431" Type="http://schemas.openxmlformats.org/officeDocument/2006/relationships/image" Target="media/x11186.wmf"/><Relationship Id="rId1432" Type="http://schemas.openxmlformats.org/officeDocument/2006/relationships/image" Target="media/x11187.wmf"/><Relationship Id="rId1433" Type="http://schemas.openxmlformats.org/officeDocument/2006/relationships/image" Target="media/x11188.wmf"/><Relationship Id="rId1434" Type="http://schemas.openxmlformats.org/officeDocument/2006/relationships/image" Target="media/x11189.wmf"/><Relationship Id="rId1435" Type="http://schemas.openxmlformats.org/officeDocument/2006/relationships/image" Target="media/x11190.wmf"/><Relationship Id="rId1436" Type="http://schemas.openxmlformats.org/officeDocument/2006/relationships/image" Target="media/x11191.wmf"/><Relationship Id="rId1437" Type="http://schemas.openxmlformats.org/officeDocument/2006/relationships/image" Target="media/x11192.wmf"/><Relationship Id="rId1438" Type="http://schemas.openxmlformats.org/officeDocument/2006/relationships/image" Target="media/x11193.wmf"/><Relationship Id="rId1439" Type="http://schemas.openxmlformats.org/officeDocument/2006/relationships/image" Target="media/x11194.wmf"/><Relationship Id="rId1440" Type="http://schemas.openxmlformats.org/officeDocument/2006/relationships/image" Target="media/x11195.wmf"/><Relationship Id="rId1441" Type="http://schemas.openxmlformats.org/officeDocument/2006/relationships/image" Target="media/x11196.wmf"/><Relationship Id="rId1442" Type="http://schemas.openxmlformats.org/officeDocument/2006/relationships/image" Target="media/x11197.wmf"/><Relationship Id="rId1443" Type="http://schemas.openxmlformats.org/officeDocument/2006/relationships/image" Target="media/x11198.wmf"/><Relationship Id="rId1444" Type="http://schemas.openxmlformats.org/officeDocument/2006/relationships/image" Target="media/x11199.wmf"/><Relationship Id="rId1445" Type="http://schemas.openxmlformats.org/officeDocument/2006/relationships/image" Target="media/x11200.wmf"/><Relationship Id="rId1446" Type="http://schemas.openxmlformats.org/officeDocument/2006/relationships/image" Target="media/x11201.wmf"/><Relationship Id="rId1447" Type="http://schemas.openxmlformats.org/officeDocument/2006/relationships/image" Target="media/x11202.wmf"/><Relationship Id="rId1448" Type="http://schemas.openxmlformats.org/officeDocument/2006/relationships/image" Target="media/x11203.wmf"/><Relationship Id="rId1449" Type="http://schemas.openxmlformats.org/officeDocument/2006/relationships/image" Target="media/x11204.wmf"/><Relationship Id="rId1450" Type="http://schemas.openxmlformats.org/officeDocument/2006/relationships/image" Target="media/x11205.wmf"/><Relationship Id="rId1451" Type="http://schemas.openxmlformats.org/officeDocument/2006/relationships/image" Target="media/x11206.wmf"/><Relationship Id="rId1452" Type="http://schemas.openxmlformats.org/officeDocument/2006/relationships/image" Target="media/x11207.wmf"/><Relationship Id="rId1453" Type="http://schemas.openxmlformats.org/officeDocument/2006/relationships/image" Target="media/x11208.wmf"/><Relationship Id="rId1454" Type="http://schemas.openxmlformats.org/officeDocument/2006/relationships/image" Target="media/x11209.wmf"/><Relationship Id="rId1455" Type="http://schemas.openxmlformats.org/officeDocument/2006/relationships/image" Target="media/x11210.png"/><Relationship Id="rId1456" Type="http://schemas.openxmlformats.org/officeDocument/2006/relationships/image" Target="media/x11211.png"/><Relationship Id="rId1457" Type="http://schemas.openxmlformats.org/officeDocument/2006/relationships/image" Target="media/x11212.png"/><Relationship Id="rId1458" Type="http://schemas.openxmlformats.org/officeDocument/2006/relationships/image" Target="media/x11213.wmf"/><Relationship Id="rId1459" Type="http://schemas.openxmlformats.org/officeDocument/2006/relationships/image" Target="media/x11214.wmf"/><Relationship Id="rId1460" Type="http://schemas.openxmlformats.org/officeDocument/2006/relationships/image" Target="media/x11215.wmf"/><Relationship Id="rId1461" Type="http://schemas.openxmlformats.org/officeDocument/2006/relationships/image" Target="media/x11216.wmf"/><Relationship Id="rId1462" Type="http://schemas.openxmlformats.org/officeDocument/2006/relationships/image" Target="media/x11217.wmf"/><Relationship Id="rId1463" Type="http://schemas.openxmlformats.org/officeDocument/2006/relationships/image" Target="media/x11218.wmf"/><Relationship Id="rId1464" Type="http://schemas.openxmlformats.org/officeDocument/2006/relationships/image" Target="media/x11219.wmf"/><Relationship Id="rId1465" Type="http://schemas.openxmlformats.org/officeDocument/2006/relationships/image" Target="media/x11220.wmf"/><Relationship Id="rId1466" Type="http://schemas.openxmlformats.org/officeDocument/2006/relationships/image" Target="media/x11221.wmf"/><Relationship Id="rId1467" Type="http://schemas.openxmlformats.org/officeDocument/2006/relationships/image" Target="media/x11222.wmf"/><Relationship Id="rId1468" Type="http://schemas.openxmlformats.org/officeDocument/2006/relationships/image" Target="media/x11223.wmf"/><Relationship Id="rId1469" Type="http://schemas.openxmlformats.org/officeDocument/2006/relationships/image" Target="media/x11224.wmf"/><Relationship Id="rId1470" Type="http://schemas.openxmlformats.org/officeDocument/2006/relationships/image" Target="media/x11225.wmf"/><Relationship Id="rId1471" Type="http://schemas.openxmlformats.org/officeDocument/2006/relationships/image" Target="media/x11226.png"/><Relationship Id="rId1472" Type="http://schemas.openxmlformats.org/officeDocument/2006/relationships/image" Target="media/x11227.wmf"/><Relationship Id="rId1473" Type="http://schemas.openxmlformats.org/officeDocument/2006/relationships/image" Target="media/x11228.wmf"/><Relationship Id="rId1474" Type="http://schemas.openxmlformats.org/officeDocument/2006/relationships/image" Target="media/x11229.wmf"/><Relationship Id="rId1475" Type="http://schemas.openxmlformats.org/officeDocument/2006/relationships/image" Target="media/x11230.wmf"/><Relationship Id="rId1476" Type="http://schemas.openxmlformats.org/officeDocument/2006/relationships/image" Target="media/x11231.wmf"/><Relationship Id="rId1477" Type="http://schemas.openxmlformats.org/officeDocument/2006/relationships/image" Target="media/x11232.wmf"/><Relationship Id="rId1478" Type="http://schemas.openxmlformats.org/officeDocument/2006/relationships/image" Target="media/x11233.wmf"/><Relationship Id="rId1479" Type="http://schemas.openxmlformats.org/officeDocument/2006/relationships/image" Target="media/x11234.wmf"/><Relationship Id="rId1480" Type="http://schemas.openxmlformats.org/officeDocument/2006/relationships/image" Target="media/x11235.wmf"/><Relationship Id="rId1481" Type="http://schemas.openxmlformats.org/officeDocument/2006/relationships/image" Target="media/x11236.wmf"/><Relationship Id="rId1482" Type="http://schemas.openxmlformats.org/officeDocument/2006/relationships/image" Target="media/x11237.wmf"/><Relationship Id="rId1483" Type="http://schemas.openxmlformats.org/officeDocument/2006/relationships/image" Target="media/x11238.wmf"/><Relationship Id="rId1484" Type="http://schemas.openxmlformats.org/officeDocument/2006/relationships/image" Target="media/x11239.wmf"/><Relationship Id="rId1485" Type="http://schemas.openxmlformats.org/officeDocument/2006/relationships/image" Target="media/x11240.wmf"/><Relationship Id="rId1486" Type="http://schemas.openxmlformats.org/officeDocument/2006/relationships/image" Target="media/x11241.wmf"/><Relationship Id="rId1487" Type="http://schemas.openxmlformats.org/officeDocument/2006/relationships/image" Target="media/x11242.wmf"/><Relationship Id="rId1488" Type="http://schemas.openxmlformats.org/officeDocument/2006/relationships/image" Target="media/x11243.wmf"/><Relationship Id="rId1489" Type="http://schemas.openxmlformats.org/officeDocument/2006/relationships/image" Target="media/x11244.wmf"/><Relationship Id="rId1490" Type="http://schemas.openxmlformats.org/officeDocument/2006/relationships/image" Target="media/x11245.wmf"/><Relationship Id="rId1491" Type="http://schemas.openxmlformats.org/officeDocument/2006/relationships/image" Target="media/x11246.wmf"/><Relationship Id="rId1492" Type="http://schemas.openxmlformats.org/officeDocument/2006/relationships/image" Target="media/x11247.wmf"/><Relationship Id="rId1493" Type="http://schemas.openxmlformats.org/officeDocument/2006/relationships/image" Target="media/x11248.wmf"/><Relationship Id="rId1494" Type="http://schemas.openxmlformats.org/officeDocument/2006/relationships/image" Target="media/x11249.wmf"/><Relationship Id="rId1495" Type="http://schemas.openxmlformats.org/officeDocument/2006/relationships/image" Target="media/x11250.wmf"/><Relationship Id="rId1496" Type="http://schemas.openxmlformats.org/officeDocument/2006/relationships/image" Target="media/x11251.wmf"/><Relationship Id="rId1497" Type="http://schemas.openxmlformats.org/officeDocument/2006/relationships/image" Target="media/x11252.wmf"/><Relationship Id="rId1498" Type="http://schemas.openxmlformats.org/officeDocument/2006/relationships/image" Target="media/x11253.wmf"/><Relationship Id="rId1499" Type="http://schemas.openxmlformats.org/officeDocument/2006/relationships/image" Target="media/x11254.wmf"/><Relationship Id="rId1500" Type="http://schemas.openxmlformats.org/officeDocument/2006/relationships/image" Target="media/x11255.wmf"/><Relationship Id="rId1501" Type="http://schemas.openxmlformats.org/officeDocument/2006/relationships/image" Target="media/x11256.wmf"/><Relationship Id="rId1502" Type="http://schemas.openxmlformats.org/officeDocument/2006/relationships/image" Target="media/x11257.wmf"/><Relationship Id="rId1503" Type="http://schemas.openxmlformats.org/officeDocument/2006/relationships/image" Target="media/x11258.wmf"/><Relationship Id="rId1504" Type="http://schemas.openxmlformats.org/officeDocument/2006/relationships/image" Target="media/x11259.wmf"/><Relationship Id="rId1505" Type="http://schemas.openxmlformats.org/officeDocument/2006/relationships/image" Target="media/x11260.wmf"/><Relationship Id="rId1506" Type="http://schemas.openxmlformats.org/officeDocument/2006/relationships/image" Target="media/x11261.wmf"/><Relationship Id="rId1507" Type="http://schemas.openxmlformats.org/officeDocument/2006/relationships/image" Target="media/x11262.wmf"/><Relationship Id="rId1508" Type="http://schemas.openxmlformats.org/officeDocument/2006/relationships/image" Target="media/x11263.wmf"/><Relationship Id="rId1509" Type="http://schemas.openxmlformats.org/officeDocument/2006/relationships/image" Target="media/x11264.wmf"/><Relationship Id="rId1510" Type="http://schemas.openxmlformats.org/officeDocument/2006/relationships/image" Target="media/x11265.wmf"/><Relationship Id="rId1511" Type="http://schemas.openxmlformats.org/officeDocument/2006/relationships/image" Target="media/x11266.wmf"/><Relationship Id="rId1512" Type="http://schemas.openxmlformats.org/officeDocument/2006/relationships/image" Target="media/x11267.wmf"/><Relationship Id="rId1513" Type="http://schemas.openxmlformats.org/officeDocument/2006/relationships/image" Target="media/x11268.wmf"/><Relationship Id="rId1514" Type="http://schemas.openxmlformats.org/officeDocument/2006/relationships/image" Target="media/x11269.wmf"/><Relationship Id="rId1515" Type="http://schemas.openxmlformats.org/officeDocument/2006/relationships/image" Target="media/x11270.wmf"/><Relationship Id="rId1516" Type="http://schemas.openxmlformats.org/officeDocument/2006/relationships/image" Target="media/x11271.wmf"/><Relationship Id="rId1517" Type="http://schemas.openxmlformats.org/officeDocument/2006/relationships/image" Target="media/x11272.wmf"/><Relationship Id="rId1518" Type="http://schemas.openxmlformats.org/officeDocument/2006/relationships/image" Target="media/x11273.wmf"/><Relationship Id="rId1519" Type="http://schemas.openxmlformats.org/officeDocument/2006/relationships/image" Target="media/x11274.wmf"/><Relationship Id="rId1520" Type="http://schemas.openxmlformats.org/officeDocument/2006/relationships/image" Target="media/x11275.wmf"/><Relationship Id="rId1521" Type="http://schemas.openxmlformats.org/officeDocument/2006/relationships/image" Target="media/x11276.wmf"/><Relationship Id="rId1522" Type="http://schemas.openxmlformats.org/officeDocument/2006/relationships/image" Target="media/x11277.wmf"/><Relationship Id="rId1523" Type="http://schemas.openxmlformats.org/officeDocument/2006/relationships/image" Target="media/x11278.wmf"/><Relationship Id="rId1524" Type="http://schemas.openxmlformats.org/officeDocument/2006/relationships/image" Target="media/x11279.wmf"/><Relationship Id="rId1525" Type="http://schemas.openxmlformats.org/officeDocument/2006/relationships/image" Target="media/x11280.wmf"/><Relationship Id="rId1526" Type="http://schemas.openxmlformats.org/officeDocument/2006/relationships/image" Target="media/x11281.wmf"/><Relationship Id="rId1527" Type="http://schemas.openxmlformats.org/officeDocument/2006/relationships/image" Target="media/x11282.wmf"/><Relationship Id="rId1528" Type="http://schemas.openxmlformats.org/officeDocument/2006/relationships/image" Target="media/x11283.wmf"/><Relationship Id="rId1529" Type="http://schemas.openxmlformats.org/officeDocument/2006/relationships/image" Target="media/x11284.wmf"/><Relationship Id="rId1530" Type="http://schemas.openxmlformats.org/officeDocument/2006/relationships/image" Target="media/x11285.wmf"/><Relationship Id="rId1531" Type="http://schemas.openxmlformats.org/officeDocument/2006/relationships/image" Target="media/x11286.wmf"/><Relationship Id="rId1532" Type="http://schemas.openxmlformats.org/officeDocument/2006/relationships/image" Target="media/x11287.wmf"/><Relationship Id="rId1533" Type="http://schemas.openxmlformats.org/officeDocument/2006/relationships/image" Target="media/x11288.wmf"/><Relationship Id="rId1534" Type="http://schemas.openxmlformats.org/officeDocument/2006/relationships/image" Target="media/x11289.wmf"/><Relationship Id="rId1535" Type="http://schemas.openxmlformats.org/officeDocument/2006/relationships/image" Target="media/x11290.wmf"/><Relationship Id="rId1536" Type="http://schemas.openxmlformats.org/officeDocument/2006/relationships/image" Target="media/x11291.wmf"/><Relationship Id="rId1537" Type="http://schemas.openxmlformats.org/officeDocument/2006/relationships/image" Target="media/x11292.wmf"/><Relationship Id="rId1538" Type="http://schemas.openxmlformats.org/officeDocument/2006/relationships/image" Target="media/x11293.wmf"/><Relationship Id="rId1539" Type="http://schemas.openxmlformats.org/officeDocument/2006/relationships/image" Target="media/x11294.wmf"/><Relationship Id="rId1540" Type="http://schemas.openxmlformats.org/officeDocument/2006/relationships/image" Target="media/x11295.wmf"/><Relationship Id="rId1541" Type="http://schemas.openxmlformats.org/officeDocument/2006/relationships/image" Target="media/x11296.wmf"/><Relationship Id="rId1542" Type="http://schemas.openxmlformats.org/officeDocument/2006/relationships/image" Target="media/x11297.wmf"/><Relationship Id="rId1543" Type="http://schemas.openxmlformats.org/officeDocument/2006/relationships/image" Target="media/x11298.wmf"/><Relationship Id="rId1544" Type="http://schemas.openxmlformats.org/officeDocument/2006/relationships/image" Target="media/x11299.wmf"/><Relationship Id="rId1545" Type="http://schemas.openxmlformats.org/officeDocument/2006/relationships/image" Target="media/x11300.wmf"/><Relationship Id="rId1546" Type="http://schemas.openxmlformats.org/officeDocument/2006/relationships/image" Target="media/x11301.png"/><Relationship Id="rId1547" Type="http://schemas.openxmlformats.org/officeDocument/2006/relationships/image" Target="media/x11302.wmf"/><Relationship Id="rId1548" Type="http://schemas.openxmlformats.org/officeDocument/2006/relationships/image" Target="media/x11303.wmf"/><Relationship Id="rId1549" Type="http://schemas.openxmlformats.org/officeDocument/2006/relationships/image" Target="media/x11304.wmf"/><Relationship Id="rId1550" Type="http://schemas.openxmlformats.org/officeDocument/2006/relationships/image" Target="media/x11305.wmf"/><Relationship Id="rId1551" Type="http://schemas.openxmlformats.org/officeDocument/2006/relationships/image" Target="media/x11306.wmf"/><Relationship Id="rId1552" Type="http://schemas.openxmlformats.org/officeDocument/2006/relationships/image" Target="media/x11307.wmf"/><Relationship Id="rId1553" Type="http://schemas.openxmlformats.org/officeDocument/2006/relationships/image" Target="media/x11308.wmf"/><Relationship Id="rId1554" Type="http://schemas.openxmlformats.org/officeDocument/2006/relationships/image" Target="media/x11309.wmf"/><Relationship Id="rId1555" Type="http://schemas.openxmlformats.org/officeDocument/2006/relationships/image" Target="media/x11310.wmf"/><Relationship Id="rId1556" Type="http://schemas.openxmlformats.org/officeDocument/2006/relationships/image" Target="media/x11311.wmf"/><Relationship Id="rId1557" Type="http://schemas.openxmlformats.org/officeDocument/2006/relationships/image" Target="media/x11312.png"/><Relationship Id="rId1558" Type="http://schemas.openxmlformats.org/officeDocument/2006/relationships/image" Target="media/x11313.wmf"/><Relationship Id="rId1559" Type="http://schemas.openxmlformats.org/officeDocument/2006/relationships/image" Target="media/x11314.wmf"/><Relationship Id="rId1560" Type="http://schemas.openxmlformats.org/officeDocument/2006/relationships/image" Target="media/x11315.wmf"/><Relationship Id="rId1561" Type="http://schemas.openxmlformats.org/officeDocument/2006/relationships/image" Target="media/x11316.wmf"/><Relationship Id="rId1562" Type="http://schemas.openxmlformats.org/officeDocument/2006/relationships/image" Target="media/x11317.wmf"/><Relationship Id="rId1563" Type="http://schemas.openxmlformats.org/officeDocument/2006/relationships/image" Target="media/x11318.wmf"/><Relationship Id="rId1564" Type="http://schemas.openxmlformats.org/officeDocument/2006/relationships/image" Target="media/x11319.wmf"/><Relationship Id="rId1565" Type="http://schemas.openxmlformats.org/officeDocument/2006/relationships/image" Target="media/x11320.wmf"/><Relationship Id="rId1566" Type="http://schemas.openxmlformats.org/officeDocument/2006/relationships/image" Target="media/x11321.wmf"/><Relationship Id="rId1567" Type="http://schemas.openxmlformats.org/officeDocument/2006/relationships/image" Target="media/x11322.wmf"/><Relationship Id="rId1568" Type="http://schemas.openxmlformats.org/officeDocument/2006/relationships/image" Target="media/x11323.wmf"/><Relationship Id="rId1569" Type="http://schemas.openxmlformats.org/officeDocument/2006/relationships/image" Target="media/x11324.wmf"/><Relationship Id="rId1570" Type="http://schemas.openxmlformats.org/officeDocument/2006/relationships/image" Target="media/x11325.wmf"/><Relationship Id="rId1571" Type="http://schemas.openxmlformats.org/officeDocument/2006/relationships/image" Target="media/x11326.wmf"/><Relationship Id="rId1572" Type="http://schemas.openxmlformats.org/officeDocument/2006/relationships/image" Target="media/x11327.wmf"/><Relationship Id="rId1573" Type="http://schemas.openxmlformats.org/officeDocument/2006/relationships/image" Target="media/x11328.wmf"/><Relationship Id="rId1574" Type="http://schemas.openxmlformats.org/officeDocument/2006/relationships/image" Target="media/x11329.wmf"/><Relationship Id="rId1575" Type="http://schemas.openxmlformats.org/officeDocument/2006/relationships/image" Target="media/x11330.wmf"/><Relationship Id="rId1576" Type="http://schemas.openxmlformats.org/officeDocument/2006/relationships/image" Target="media/x11331.wmf"/><Relationship Id="rId1577" Type="http://schemas.openxmlformats.org/officeDocument/2006/relationships/image" Target="media/x11332.wmf"/><Relationship Id="rId1578" Type="http://schemas.openxmlformats.org/officeDocument/2006/relationships/image" Target="media/x11333.wmf"/><Relationship Id="rId1579" Type="http://schemas.openxmlformats.org/officeDocument/2006/relationships/image" Target="media/x11334.wmf"/><Relationship Id="rId1580" Type="http://schemas.openxmlformats.org/officeDocument/2006/relationships/image" Target="media/x11335.wmf"/><Relationship Id="rId1581" Type="http://schemas.openxmlformats.org/officeDocument/2006/relationships/image" Target="media/x11336.wmf"/><Relationship Id="rId1582" Type="http://schemas.openxmlformats.org/officeDocument/2006/relationships/image" Target="media/x11337.wmf"/><Relationship Id="rId1583" Type="http://schemas.openxmlformats.org/officeDocument/2006/relationships/image" Target="media/x11338.wmf"/><Relationship Id="rId1584" Type="http://schemas.openxmlformats.org/officeDocument/2006/relationships/image" Target="media/x11339.wmf"/><Relationship Id="rId1585" Type="http://schemas.openxmlformats.org/officeDocument/2006/relationships/image" Target="media/x11340.wmf"/><Relationship Id="rId1586" Type="http://schemas.openxmlformats.org/officeDocument/2006/relationships/image" Target="media/x11341.wmf"/><Relationship Id="rId1587" Type="http://schemas.openxmlformats.org/officeDocument/2006/relationships/image" Target="media/x11342.wmf"/><Relationship Id="rId1588" Type="http://schemas.openxmlformats.org/officeDocument/2006/relationships/image" Target="media/x11343.wmf"/><Relationship Id="rId1589" Type="http://schemas.openxmlformats.org/officeDocument/2006/relationships/image" Target="media/x11344.wmf"/><Relationship Id="rId1590" Type="http://schemas.openxmlformats.org/officeDocument/2006/relationships/image" Target="media/x11345.wmf"/><Relationship Id="rId1591" Type="http://schemas.openxmlformats.org/officeDocument/2006/relationships/image" Target="media/x11346.wmf"/><Relationship Id="rId1592" Type="http://schemas.openxmlformats.org/officeDocument/2006/relationships/image" Target="media/x11347.wmf"/><Relationship Id="rId1593" Type="http://schemas.openxmlformats.org/officeDocument/2006/relationships/image" Target="media/x11348.wmf"/><Relationship Id="rId1594" Type="http://schemas.openxmlformats.org/officeDocument/2006/relationships/image" Target="media/x11349.wmf"/><Relationship Id="rId1595" Type="http://schemas.openxmlformats.org/officeDocument/2006/relationships/image" Target="media/x11350.wmf"/><Relationship Id="rId1596" Type="http://schemas.openxmlformats.org/officeDocument/2006/relationships/image" Target="media/x11351.wmf"/><Relationship Id="rId1597" Type="http://schemas.openxmlformats.org/officeDocument/2006/relationships/image" Target="media/x11352.wmf"/><Relationship Id="rId1598" Type="http://schemas.openxmlformats.org/officeDocument/2006/relationships/image" Target="media/x11353.wmf"/><Relationship Id="rId1599" Type="http://schemas.openxmlformats.org/officeDocument/2006/relationships/image" Target="media/x11354.wmf"/><Relationship Id="rId1600" Type="http://schemas.openxmlformats.org/officeDocument/2006/relationships/image" Target="media/x11355.wmf"/><Relationship Id="rId1601" Type="http://schemas.openxmlformats.org/officeDocument/2006/relationships/image" Target="media/x11356.wmf"/><Relationship Id="rId1602" Type="http://schemas.openxmlformats.org/officeDocument/2006/relationships/image" Target="media/x11357.wmf"/><Relationship Id="rId1603" Type="http://schemas.openxmlformats.org/officeDocument/2006/relationships/image" Target="media/x11358.wmf"/><Relationship Id="rId1604" Type="http://schemas.openxmlformats.org/officeDocument/2006/relationships/image" Target="media/x11359.wmf"/><Relationship Id="rId1605" Type="http://schemas.openxmlformats.org/officeDocument/2006/relationships/image" Target="media/x11360.wmf"/><Relationship Id="rId1606" Type="http://schemas.openxmlformats.org/officeDocument/2006/relationships/image" Target="media/x11361.wmf"/><Relationship Id="rId1607" Type="http://schemas.openxmlformats.org/officeDocument/2006/relationships/image" Target="media/x11362.wmf"/><Relationship Id="rId1608" Type="http://schemas.openxmlformats.org/officeDocument/2006/relationships/image" Target="media/x11363.wmf"/><Relationship Id="rId1609" Type="http://schemas.openxmlformats.org/officeDocument/2006/relationships/image" Target="media/x11364.wmf"/><Relationship Id="rId1610" Type="http://schemas.openxmlformats.org/officeDocument/2006/relationships/image" Target="media/x11365.wmf"/><Relationship Id="rId1611" Type="http://schemas.openxmlformats.org/officeDocument/2006/relationships/image" Target="media/x11366.wmf"/><Relationship Id="rId1612" Type="http://schemas.openxmlformats.org/officeDocument/2006/relationships/image" Target="media/x11367.wmf"/><Relationship Id="rId1613" Type="http://schemas.openxmlformats.org/officeDocument/2006/relationships/image" Target="media/x11368.wmf"/><Relationship Id="rId1614" Type="http://schemas.openxmlformats.org/officeDocument/2006/relationships/image" Target="media/x11369.wmf"/><Relationship Id="rId1615" Type="http://schemas.openxmlformats.org/officeDocument/2006/relationships/image" Target="media/x11370.wmf"/><Relationship Id="rId1616" Type="http://schemas.openxmlformats.org/officeDocument/2006/relationships/image" Target="media/x11371.wmf"/><Relationship Id="rId1617" Type="http://schemas.openxmlformats.org/officeDocument/2006/relationships/image" Target="media/x11372.wmf"/><Relationship Id="rId1618" Type="http://schemas.openxmlformats.org/officeDocument/2006/relationships/image" Target="media/x11373.wmf"/><Relationship Id="rId1619" Type="http://schemas.openxmlformats.org/officeDocument/2006/relationships/image" Target="media/x11374.wmf"/><Relationship Id="rId1620" Type="http://schemas.openxmlformats.org/officeDocument/2006/relationships/image" Target="media/x11375.wmf"/><Relationship Id="rId1621" Type="http://schemas.openxmlformats.org/officeDocument/2006/relationships/image" Target="media/x11376.wmf"/><Relationship Id="rId1622" Type="http://schemas.openxmlformats.org/officeDocument/2006/relationships/image" Target="media/x11377.png"/><Relationship Id="rId1623" Type="http://schemas.openxmlformats.org/officeDocument/2006/relationships/image" Target="media/x11378.wmf"/><Relationship Id="rId1624" Type="http://schemas.openxmlformats.org/officeDocument/2006/relationships/image" Target="media/x11379.wmf"/><Relationship Id="rId1625" Type="http://schemas.openxmlformats.org/officeDocument/2006/relationships/image" Target="media/x11380.wmf"/><Relationship Id="rId1626" Type="http://schemas.openxmlformats.org/officeDocument/2006/relationships/image" Target="media/x11381.wmf"/><Relationship Id="rId1627" Type="http://schemas.openxmlformats.org/officeDocument/2006/relationships/image" Target="media/x11382.wmf"/><Relationship Id="rId1628" Type="http://schemas.openxmlformats.org/officeDocument/2006/relationships/image" Target="media/x11383.wmf"/><Relationship Id="rId1629" Type="http://schemas.openxmlformats.org/officeDocument/2006/relationships/image" Target="media/x11384.wmf"/><Relationship Id="rId1630" Type="http://schemas.openxmlformats.org/officeDocument/2006/relationships/image" Target="media/x11385.wmf"/><Relationship Id="rId1631" Type="http://schemas.openxmlformats.org/officeDocument/2006/relationships/image" Target="media/x11386.wmf"/><Relationship Id="rId1632" Type="http://schemas.openxmlformats.org/officeDocument/2006/relationships/image" Target="media/x11387.wmf"/><Relationship Id="rId1633" Type="http://schemas.openxmlformats.org/officeDocument/2006/relationships/image" Target="media/x11388.wmf"/><Relationship Id="rId1634" Type="http://schemas.openxmlformats.org/officeDocument/2006/relationships/image" Target="media/x11389.wmf"/><Relationship Id="rId1635" Type="http://schemas.openxmlformats.org/officeDocument/2006/relationships/image" Target="media/x11390.wmf"/><Relationship Id="rId1636" Type="http://schemas.openxmlformats.org/officeDocument/2006/relationships/image" Target="media/x11391.wmf"/><Relationship Id="rId1637" Type="http://schemas.openxmlformats.org/officeDocument/2006/relationships/image" Target="media/x11392.wmf"/><Relationship Id="rId1638" Type="http://schemas.openxmlformats.org/officeDocument/2006/relationships/image" Target="media/x11393.png"/><Relationship Id="rId1639" Type="http://schemas.openxmlformats.org/officeDocument/2006/relationships/image" Target="media/x11394.wmf"/><Relationship Id="rId1640" Type="http://schemas.openxmlformats.org/officeDocument/2006/relationships/image" Target="media/x11395.wmf"/><Relationship Id="rId1641" Type="http://schemas.openxmlformats.org/officeDocument/2006/relationships/image" Target="media/x11396.wmf"/><Relationship Id="rId1642" Type="http://schemas.openxmlformats.org/officeDocument/2006/relationships/image" Target="media/x11397.wmf"/><Relationship Id="rId1643" Type="http://schemas.openxmlformats.org/officeDocument/2006/relationships/image" Target="media/x11398.wmf"/><Relationship Id="rId1644" Type="http://schemas.openxmlformats.org/officeDocument/2006/relationships/image" Target="media/x11399.wmf"/><Relationship Id="rId1645" Type="http://schemas.openxmlformats.org/officeDocument/2006/relationships/image" Target="media/x11400.wmf"/><Relationship Id="rId1646" Type="http://schemas.openxmlformats.org/officeDocument/2006/relationships/image" Target="media/x11401.wmf"/><Relationship Id="rId1647" Type="http://schemas.openxmlformats.org/officeDocument/2006/relationships/image" Target="media/x11402.wmf"/><Relationship Id="rId1648" Type="http://schemas.openxmlformats.org/officeDocument/2006/relationships/image" Target="media/x11403.wmf"/><Relationship Id="rId1649" Type="http://schemas.openxmlformats.org/officeDocument/2006/relationships/image" Target="media/x11404.wmf"/><Relationship Id="rId1650" Type="http://schemas.openxmlformats.org/officeDocument/2006/relationships/image" Target="media/x11405.wmf"/><Relationship Id="rId1651" Type="http://schemas.openxmlformats.org/officeDocument/2006/relationships/image" Target="media/x11406.wmf"/><Relationship Id="rId1652" Type="http://schemas.openxmlformats.org/officeDocument/2006/relationships/image" Target="media/x11407.wmf"/><Relationship Id="rId1653" Type="http://schemas.openxmlformats.org/officeDocument/2006/relationships/image" Target="media/x11408.wmf"/><Relationship Id="rId1654" Type="http://schemas.openxmlformats.org/officeDocument/2006/relationships/image" Target="media/x11409.wmf"/><Relationship Id="rId1655" Type="http://schemas.openxmlformats.org/officeDocument/2006/relationships/image" Target="media/x11410.wmf"/><Relationship Id="rId1656" Type="http://schemas.openxmlformats.org/officeDocument/2006/relationships/image" Target="media/x11411.wmf"/><Relationship Id="rId1657" Type="http://schemas.openxmlformats.org/officeDocument/2006/relationships/image" Target="media/x11412.wmf"/><Relationship Id="rId1658" Type="http://schemas.openxmlformats.org/officeDocument/2006/relationships/image" Target="media/x11413.wmf"/><Relationship Id="rId1659" Type="http://schemas.openxmlformats.org/officeDocument/2006/relationships/image" Target="media/x11414.wmf"/><Relationship Id="rId1660" Type="http://schemas.openxmlformats.org/officeDocument/2006/relationships/image" Target="media/x11415.wmf"/><Relationship Id="rId1661" Type="http://schemas.openxmlformats.org/officeDocument/2006/relationships/image" Target="media/x11416.wmf"/><Relationship Id="rId1662" Type="http://schemas.openxmlformats.org/officeDocument/2006/relationships/image" Target="media/x11417.wmf"/><Relationship Id="rId1663" Type="http://schemas.openxmlformats.org/officeDocument/2006/relationships/image" Target="media/x11418.wmf"/><Relationship Id="rId1664" Type="http://schemas.openxmlformats.org/officeDocument/2006/relationships/image" Target="media/x11419.wmf"/><Relationship Id="rId1665" Type="http://schemas.openxmlformats.org/officeDocument/2006/relationships/image" Target="media/x11420.wmf"/><Relationship Id="rId1666" Type="http://schemas.openxmlformats.org/officeDocument/2006/relationships/image" Target="media/x11421.wmf"/><Relationship Id="rId1667" Type="http://schemas.openxmlformats.org/officeDocument/2006/relationships/image" Target="media/x11422.wmf"/><Relationship Id="rId1668" Type="http://schemas.openxmlformats.org/officeDocument/2006/relationships/image" Target="media/x11423.wmf"/><Relationship Id="rId1669" Type="http://schemas.openxmlformats.org/officeDocument/2006/relationships/image" Target="media/x11424.wmf"/><Relationship Id="rId1670" Type="http://schemas.openxmlformats.org/officeDocument/2006/relationships/image" Target="media/x11425.wmf"/><Relationship Id="rId1671" Type="http://schemas.openxmlformats.org/officeDocument/2006/relationships/image" Target="media/x11426.wmf"/><Relationship Id="rId1672" Type="http://schemas.openxmlformats.org/officeDocument/2006/relationships/image" Target="media/x11427.wmf"/><Relationship Id="rId1673" Type="http://schemas.openxmlformats.org/officeDocument/2006/relationships/image" Target="media/x11428.wmf"/><Relationship Id="rId1674" Type="http://schemas.openxmlformats.org/officeDocument/2006/relationships/image" Target="media/x11429.wmf"/><Relationship Id="rId1675" Type="http://schemas.openxmlformats.org/officeDocument/2006/relationships/image" Target="media/x11430.wmf"/><Relationship Id="rId1676" Type="http://schemas.openxmlformats.org/officeDocument/2006/relationships/image" Target="media/x11431.wmf"/><Relationship Id="rId1677" Type="http://schemas.openxmlformats.org/officeDocument/2006/relationships/image" Target="media/x11432.wmf"/><Relationship Id="rId1678" Type="http://schemas.openxmlformats.org/officeDocument/2006/relationships/image" Target="media/x11433.wmf"/><Relationship Id="rId1679" Type="http://schemas.openxmlformats.org/officeDocument/2006/relationships/image" Target="media/x11434.wmf"/><Relationship Id="rId1680" Type="http://schemas.openxmlformats.org/officeDocument/2006/relationships/image" Target="media/x11435.png"/><Relationship Id="rId1681" Type="http://schemas.openxmlformats.org/officeDocument/2006/relationships/image" Target="media/x11436.wmf"/><Relationship Id="rId1682" Type="http://schemas.openxmlformats.org/officeDocument/2006/relationships/image" Target="media/x11437.wmf"/><Relationship Id="rId1683" Type="http://schemas.openxmlformats.org/officeDocument/2006/relationships/image" Target="media/x11438.wmf"/><Relationship Id="rId1684" Type="http://schemas.openxmlformats.org/officeDocument/2006/relationships/image" Target="media/x11439.wmf"/><Relationship Id="rId1685" Type="http://schemas.openxmlformats.org/officeDocument/2006/relationships/image" Target="media/x11440.wmf"/><Relationship Id="rId1686" Type="http://schemas.openxmlformats.org/officeDocument/2006/relationships/image" Target="media/x11441.wmf"/><Relationship Id="rId1687" Type="http://schemas.openxmlformats.org/officeDocument/2006/relationships/image" Target="media/x11442.wmf"/><Relationship Id="rId1688" Type="http://schemas.openxmlformats.org/officeDocument/2006/relationships/image" Target="media/x11443.wmf"/><Relationship Id="rId1689" Type="http://schemas.openxmlformats.org/officeDocument/2006/relationships/image" Target="media/x11444.wmf"/><Relationship Id="rId1690" Type="http://schemas.openxmlformats.org/officeDocument/2006/relationships/image" Target="media/x11445.wmf"/><Relationship Id="rId1691" Type="http://schemas.openxmlformats.org/officeDocument/2006/relationships/image" Target="media/x11446.wmf"/><Relationship Id="rId1692" Type="http://schemas.openxmlformats.org/officeDocument/2006/relationships/image" Target="media/x11447.wmf"/><Relationship Id="rId1693" Type="http://schemas.openxmlformats.org/officeDocument/2006/relationships/image" Target="media/x11448.wmf"/><Relationship Id="rId1694" Type="http://schemas.openxmlformats.org/officeDocument/2006/relationships/image" Target="media/x11449.wmf"/><Relationship Id="rId1695" Type="http://schemas.openxmlformats.org/officeDocument/2006/relationships/image" Target="media/x11450.wmf"/><Relationship Id="rId1696" Type="http://schemas.openxmlformats.org/officeDocument/2006/relationships/image" Target="media/x11451.wmf"/><Relationship Id="rId1697" Type="http://schemas.openxmlformats.org/officeDocument/2006/relationships/image" Target="media/x11452.wmf"/><Relationship Id="rId1698" Type="http://schemas.openxmlformats.org/officeDocument/2006/relationships/image" Target="media/x11453.wmf"/><Relationship Id="rId1699" Type="http://schemas.openxmlformats.org/officeDocument/2006/relationships/image" Target="media/x11454.wmf"/><Relationship Id="rId1700" Type="http://schemas.openxmlformats.org/officeDocument/2006/relationships/image" Target="media/x11455.wmf"/><Relationship Id="rId1701" Type="http://schemas.openxmlformats.org/officeDocument/2006/relationships/image" Target="media/x11456.wmf"/><Relationship Id="rId1702" Type="http://schemas.openxmlformats.org/officeDocument/2006/relationships/image" Target="media/x11457.wmf"/><Relationship Id="rId1703" Type="http://schemas.openxmlformats.org/officeDocument/2006/relationships/image" Target="media/x11458.wmf"/><Relationship Id="rId1704" Type="http://schemas.openxmlformats.org/officeDocument/2006/relationships/image" Target="media/x11459.wmf"/><Relationship Id="rId1705" Type="http://schemas.openxmlformats.org/officeDocument/2006/relationships/image" Target="media/x11460.wmf"/><Relationship Id="rId1706" Type="http://schemas.openxmlformats.org/officeDocument/2006/relationships/image" Target="media/x11461.wmf"/><Relationship Id="rId1707" Type="http://schemas.openxmlformats.org/officeDocument/2006/relationships/image" Target="media/x11462.wmf"/><Relationship Id="rId1708" Type="http://schemas.openxmlformats.org/officeDocument/2006/relationships/image" Target="media/x11463.wmf"/><Relationship Id="rId1709" Type="http://schemas.openxmlformats.org/officeDocument/2006/relationships/image" Target="media/x11464.wmf"/><Relationship Id="rId1710" Type="http://schemas.openxmlformats.org/officeDocument/2006/relationships/image" Target="media/x11465.wmf"/><Relationship Id="rId1711" Type="http://schemas.openxmlformats.org/officeDocument/2006/relationships/image" Target="media/x11466.wmf"/><Relationship Id="rId1712" Type="http://schemas.openxmlformats.org/officeDocument/2006/relationships/image" Target="media/x11467.wmf"/><Relationship Id="rId1713" Type="http://schemas.openxmlformats.org/officeDocument/2006/relationships/image" Target="media/x11468.wmf"/><Relationship Id="rId1714" Type="http://schemas.openxmlformats.org/officeDocument/2006/relationships/image" Target="media/x11469.wmf"/><Relationship Id="rId1715" Type="http://schemas.openxmlformats.org/officeDocument/2006/relationships/image" Target="media/x11470.wmf"/><Relationship Id="rId1716" Type="http://schemas.openxmlformats.org/officeDocument/2006/relationships/image" Target="media/x11471.wmf"/><Relationship Id="rId1717" Type="http://schemas.openxmlformats.org/officeDocument/2006/relationships/image" Target="media/x11472.wmf"/><Relationship Id="rId1718" Type="http://schemas.openxmlformats.org/officeDocument/2006/relationships/image" Target="media/x11473.wmf"/><Relationship Id="rId1719" Type="http://schemas.openxmlformats.org/officeDocument/2006/relationships/image" Target="media/x11474.wmf"/><Relationship Id="rId1720" Type="http://schemas.openxmlformats.org/officeDocument/2006/relationships/image" Target="media/x11475.wmf"/><Relationship Id="rId1721" Type="http://schemas.openxmlformats.org/officeDocument/2006/relationships/image" Target="media/x11476.wmf"/><Relationship Id="rId1722" Type="http://schemas.openxmlformats.org/officeDocument/2006/relationships/image" Target="media/x11477.wmf"/><Relationship Id="rId1723" Type="http://schemas.openxmlformats.org/officeDocument/2006/relationships/image" Target="media/x11478.wmf"/><Relationship Id="rId1724" Type="http://schemas.openxmlformats.org/officeDocument/2006/relationships/image" Target="media/x11479.wmf"/><Relationship Id="rId1725" Type="http://schemas.openxmlformats.org/officeDocument/2006/relationships/image" Target="media/x11480.wmf"/><Relationship Id="rId1726" Type="http://schemas.openxmlformats.org/officeDocument/2006/relationships/image" Target="media/x11481.wmf"/><Relationship Id="rId1727" Type="http://schemas.openxmlformats.org/officeDocument/2006/relationships/image" Target="media/x11482.wmf"/><Relationship Id="rId1728" Type="http://schemas.openxmlformats.org/officeDocument/2006/relationships/image" Target="media/x11483.wmf"/><Relationship Id="rId1729" Type="http://schemas.openxmlformats.org/officeDocument/2006/relationships/image" Target="media/x11484.wmf"/><Relationship Id="rId1730" Type="http://schemas.openxmlformats.org/officeDocument/2006/relationships/image" Target="media/x11485.wmf"/><Relationship Id="rId1731" Type="http://schemas.openxmlformats.org/officeDocument/2006/relationships/image" Target="media/x11486.wmf"/><Relationship Id="rId1732" Type="http://schemas.openxmlformats.org/officeDocument/2006/relationships/image" Target="media/x11487.wmf"/><Relationship Id="rId1733" Type="http://schemas.openxmlformats.org/officeDocument/2006/relationships/image" Target="media/x11488.wmf"/><Relationship Id="rId1734" Type="http://schemas.openxmlformats.org/officeDocument/2006/relationships/image" Target="media/x11489.wmf"/><Relationship Id="rId1735" Type="http://schemas.openxmlformats.org/officeDocument/2006/relationships/image" Target="media/x11490.wmf"/><Relationship Id="rId1736" Type="http://schemas.openxmlformats.org/officeDocument/2006/relationships/image" Target="media/x11491.wmf"/><Relationship Id="rId1737" Type="http://schemas.openxmlformats.org/officeDocument/2006/relationships/image" Target="media/x11492.wmf"/><Relationship Id="rId1738" Type="http://schemas.openxmlformats.org/officeDocument/2006/relationships/image" Target="media/x11493.png"/><Relationship Id="rId1739" Type="http://schemas.openxmlformats.org/officeDocument/2006/relationships/image" Target="media/x11494.wmf"/><Relationship Id="rId1740" Type="http://schemas.openxmlformats.org/officeDocument/2006/relationships/image" Target="media/x11495.wmf"/><Relationship Id="rId1741" Type="http://schemas.openxmlformats.org/officeDocument/2006/relationships/image" Target="media/x11496.wmf"/><Relationship Id="rId1742" Type="http://schemas.openxmlformats.org/officeDocument/2006/relationships/image" Target="media/x11497.wmf"/><Relationship Id="rId1743" Type="http://schemas.openxmlformats.org/officeDocument/2006/relationships/image" Target="media/x11498.wmf"/><Relationship Id="rId1744" Type="http://schemas.openxmlformats.org/officeDocument/2006/relationships/image" Target="media/x11499.wmf"/><Relationship Id="rId1745" Type="http://schemas.openxmlformats.org/officeDocument/2006/relationships/image" Target="media/x11500.wmf"/><Relationship Id="rId1746" Type="http://schemas.openxmlformats.org/officeDocument/2006/relationships/image" Target="media/x11501.wmf"/><Relationship Id="rId1747" Type="http://schemas.openxmlformats.org/officeDocument/2006/relationships/image" Target="media/x11502.wmf"/><Relationship Id="rId1748" Type="http://schemas.openxmlformats.org/officeDocument/2006/relationships/image" Target="media/x11503.wmf"/><Relationship Id="rId1749" Type="http://schemas.openxmlformats.org/officeDocument/2006/relationships/image" Target="media/x11504.wmf"/><Relationship Id="rId1750" Type="http://schemas.openxmlformats.org/officeDocument/2006/relationships/image" Target="media/x11505.wmf"/><Relationship Id="rId1751" Type="http://schemas.openxmlformats.org/officeDocument/2006/relationships/image" Target="media/x11506.wmf"/><Relationship Id="rId1752" Type="http://schemas.openxmlformats.org/officeDocument/2006/relationships/image" Target="media/x11507.wmf"/><Relationship Id="rId1753" Type="http://schemas.openxmlformats.org/officeDocument/2006/relationships/image" Target="media/x11508.wmf"/><Relationship Id="rId1754" Type="http://schemas.openxmlformats.org/officeDocument/2006/relationships/image" Target="media/x11509.wmf"/><Relationship Id="rId1755" Type="http://schemas.openxmlformats.org/officeDocument/2006/relationships/image" Target="media/x11510.wmf"/><Relationship Id="rId1756" Type="http://schemas.openxmlformats.org/officeDocument/2006/relationships/image" Target="media/x11511.wmf"/><Relationship Id="rId1757" Type="http://schemas.openxmlformats.org/officeDocument/2006/relationships/image" Target="media/x11512.wmf"/><Relationship Id="rId1758" Type="http://schemas.openxmlformats.org/officeDocument/2006/relationships/image" Target="media/x11513.wmf"/><Relationship Id="rId1759" Type="http://schemas.openxmlformats.org/officeDocument/2006/relationships/image" Target="media/x11514.wmf"/><Relationship Id="rId1760" Type="http://schemas.openxmlformats.org/officeDocument/2006/relationships/image" Target="media/x11515.wmf"/><Relationship Id="rId1761" Type="http://schemas.openxmlformats.org/officeDocument/2006/relationships/image" Target="media/x11516.wmf"/><Relationship Id="rId1762" Type="http://schemas.openxmlformats.org/officeDocument/2006/relationships/image" Target="media/x11517.wmf"/><Relationship Id="rId1763" Type="http://schemas.openxmlformats.org/officeDocument/2006/relationships/image" Target="media/x11518.wmf"/><Relationship Id="rId1764" Type="http://schemas.openxmlformats.org/officeDocument/2006/relationships/image" Target="media/x11519.wmf"/><Relationship Id="rId1765" Type="http://schemas.openxmlformats.org/officeDocument/2006/relationships/image" Target="media/x11520.png"/><Relationship Id="rId1766" Type="http://schemas.openxmlformats.org/officeDocument/2006/relationships/image" Target="media/x11521.wmf"/><Relationship Id="rId1767" Type="http://schemas.openxmlformats.org/officeDocument/2006/relationships/image" Target="media/x11522.wmf"/><Relationship Id="rId1768" Type="http://schemas.openxmlformats.org/officeDocument/2006/relationships/image" Target="media/x11523.wmf"/><Relationship Id="rId1769" Type="http://schemas.openxmlformats.org/officeDocument/2006/relationships/image" Target="media/x11524.wmf"/><Relationship Id="rId1770" Type="http://schemas.openxmlformats.org/officeDocument/2006/relationships/image" Target="media/x11525.wmf"/><Relationship Id="rId1771" Type="http://schemas.openxmlformats.org/officeDocument/2006/relationships/image" Target="media/x11526.wmf"/><Relationship Id="rId1772" Type="http://schemas.openxmlformats.org/officeDocument/2006/relationships/image" Target="media/x11527.wmf"/><Relationship Id="rId1773" Type="http://schemas.openxmlformats.org/officeDocument/2006/relationships/image" Target="media/x11528.wmf"/><Relationship Id="rId1774" Type="http://schemas.openxmlformats.org/officeDocument/2006/relationships/image" Target="media/x11529.wmf"/><Relationship Id="rId1775" Type="http://schemas.openxmlformats.org/officeDocument/2006/relationships/image" Target="media/x11530.wmf"/><Relationship Id="rId1776" Type="http://schemas.openxmlformats.org/officeDocument/2006/relationships/image" Target="media/x11531.wmf"/><Relationship Id="rId1777" Type="http://schemas.openxmlformats.org/officeDocument/2006/relationships/image" Target="media/x11532.wmf"/><Relationship Id="rId1778" Type="http://schemas.openxmlformats.org/officeDocument/2006/relationships/image" Target="media/x11533.wmf"/><Relationship Id="rId1779" Type="http://schemas.openxmlformats.org/officeDocument/2006/relationships/image" Target="media/x11534.wmf"/><Relationship Id="rId1780" Type="http://schemas.openxmlformats.org/officeDocument/2006/relationships/image" Target="media/x11535.wmf"/><Relationship Id="rId1781" Type="http://schemas.openxmlformats.org/officeDocument/2006/relationships/image" Target="media/x11536.wmf"/><Relationship Id="rId1782" Type="http://schemas.openxmlformats.org/officeDocument/2006/relationships/image" Target="media/x11537.wmf"/><Relationship Id="rId1783" Type="http://schemas.openxmlformats.org/officeDocument/2006/relationships/image" Target="media/x11538.wmf"/><Relationship Id="rId1784" Type="http://schemas.openxmlformats.org/officeDocument/2006/relationships/image" Target="media/x11539.wmf"/><Relationship Id="rId1785" Type="http://schemas.openxmlformats.org/officeDocument/2006/relationships/image" Target="media/x11540.wmf"/><Relationship Id="rId1786" Type="http://schemas.openxmlformats.org/officeDocument/2006/relationships/image" Target="media/x11541.wmf"/><Relationship Id="rId1787" Type="http://schemas.openxmlformats.org/officeDocument/2006/relationships/image" Target="media/x11542.png"/><Relationship Id="rId1788" Type="http://schemas.openxmlformats.org/officeDocument/2006/relationships/image" Target="media/x11543.wmf"/><Relationship Id="rId1789" Type="http://schemas.openxmlformats.org/officeDocument/2006/relationships/image" Target="media/x11544.png"/><Relationship Id="rId1790" Type="http://schemas.openxmlformats.org/officeDocument/2006/relationships/image" Target="media/x11545.wmf"/><Relationship Id="rId1791" Type="http://schemas.openxmlformats.org/officeDocument/2006/relationships/image" Target="media/x11546.wmf"/><Relationship Id="rId1792" Type="http://schemas.openxmlformats.org/officeDocument/2006/relationships/image" Target="media/x11547.wmf"/><Relationship Id="rId1793" Type="http://schemas.openxmlformats.org/officeDocument/2006/relationships/image" Target="media/x11548.wmf"/><Relationship Id="rId1794" Type="http://schemas.openxmlformats.org/officeDocument/2006/relationships/image" Target="media/x11549.wmf"/><Relationship Id="rId1795" Type="http://schemas.openxmlformats.org/officeDocument/2006/relationships/image" Target="media/x11550.wmf"/><Relationship Id="rId1796" Type="http://schemas.openxmlformats.org/officeDocument/2006/relationships/image" Target="media/x11551.png"/><Relationship Id="rId1797" Type="http://schemas.openxmlformats.org/officeDocument/2006/relationships/image" Target="media/x11552.wmf"/><Relationship Id="rId1798" Type="http://schemas.openxmlformats.org/officeDocument/2006/relationships/image" Target="media/x11553.wmf"/><Relationship Id="rId1799" Type="http://schemas.openxmlformats.org/officeDocument/2006/relationships/image" Target="media/x11554.wmf"/><Relationship Id="rId1800" Type="http://schemas.openxmlformats.org/officeDocument/2006/relationships/image" Target="media/x11555.wmf"/><Relationship Id="rId1801" Type="http://schemas.openxmlformats.org/officeDocument/2006/relationships/image" Target="media/x11556.wmf"/><Relationship Id="rId1802" Type="http://schemas.openxmlformats.org/officeDocument/2006/relationships/image" Target="media/x11557.wmf"/><Relationship Id="rId1803" Type="http://schemas.openxmlformats.org/officeDocument/2006/relationships/image" Target="media/x11558.wmf"/><Relationship Id="rId1804" Type="http://schemas.openxmlformats.org/officeDocument/2006/relationships/image" Target="media/x11559.wmf"/><Relationship Id="rId1805" Type="http://schemas.openxmlformats.org/officeDocument/2006/relationships/image" Target="media/x11560.wmf"/><Relationship Id="rId1806" Type="http://schemas.openxmlformats.org/officeDocument/2006/relationships/image" Target="media/x11561.wmf"/><Relationship Id="rId1807" Type="http://schemas.openxmlformats.org/officeDocument/2006/relationships/image" Target="media/x11562.wmf"/><Relationship Id="rId1808" Type="http://schemas.openxmlformats.org/officeDocument/2006/relationships/image" Target="media/x11563.wmf"/><Relationship Id="rId1809" Type="http://schemas.openxmlformats.org/officeDocument/2006/relationships/image" Target="media/x11564.wmf"/><Relationship Id="rId1810" Type="http://schemas.openxmlformats.org/officeDocument/2006/relationships/image" Target="media/x11565.wmf"/><Relationship Id="rId1811" Type="http://schemas.openxmlformats.org/officeDocument/2006/relationships/image" Target="media/x11566.wmf"/><Relationship Id="rId1812" Type="http://schemas.openxmlformats.org/officeDocument/2006/relationships/image" Target="media/x11567.wmf"/><Relationship Id="rId1813" Type="http://schemas.openxmlformats.org/officeDocument/2006/relationships/image" Target="media/x11568.wmf"/><Relationship Id="rId1814" Type="http://schemas.openxmlformats.org/officeDocument/2006/relationships/image" Target="media/x11569.wmf"/><Relationship Id="rId1815" Type="http://schemas.openxmlformats.org/officeDocument/2006/relationships/image" Target="media/x11570.wmf"/><Relationship Id="rId1816" Type="http://schemas.openxmlformats.org/officeDocument/2006/relationships/image" Target="media/x11571.wmf"/><Relationship Id="rId1817" Type="http://schemas.openxmlformats.org/officeDocument/2006/relationships/image" Target="media/x11572.wmf"/><Relationship Id="rId1818" Type="http://schemas.openxmlformats.org/officeDocument/2006/relationships/image" Target="media/x11573.wmf"/><Relationship Id="rId1819" Type="http://schemas.openxmlformats.org/officeDocument/2006/relationships/image" Target="media/x11574.wmf"/><Relationship Id="rId1820" Type="http://schemas.openxmlformats.org/officeDocument/2006/relationships/image" Target="media/x11575.wmf"/><Relationship Id="rId1821" Type="http://schemas.openxmlformats.org/officeDocument/2006/relationships/image" Target="media/x11576.wmf"/><Relationship Id="rId1822" Type="http://schemas.openxmlformats.org/officeDocument/2006/relationships/image" Target="media/x11577.wmf"/><Relationship Id="rId1823" Type="http://schemas.openxmlformats.org/officeDocument/2006/relationships/image" Target="media/x11578.wmf"/><Relationship Id="rId1824" Type="http://schemas.openxmlformats.org/officeDocument/2006/relationships/image" Target="media/x11579.wmf"/><Relationship Id="rId1825" Type="http://schemas.openxmlformats.org/officeDocument/2006/relationships/image" Target="media/x11580.wmf"/><Relationship Id="rId1826" Type="http://schemas.openxmlformats.org/officeDocument/2006/relationships/image" Target="media/x11581.wmf"/><Relationship Id="rId1827" Type="http://schemas.openxmlformats.org/officeDocument/2006/relationships/image" Target="media/x11582.wmf"/><Relationship Id="rId1828" Type="http://schemas.openxmlformats.org/officeDocument/2006/relationships/image" Target="media/x11583.wmf"/><Relationship Id="rId1829" Type="http://schemas.openxmlformats.org/officeDocument/2006/relationships/image" Target="media/x11584.wmf"/><Relationship Id="rId1830" Type="http://schemas.openxmlformats.org/officeDocument/2006/relationships/image" Target="media/x11585.wmf"/><Relationship Id="rId1831" Type="http://schemas.openxmlformats.org/officeDocument/2006/relationships/image" Target="media/x11586.wmf"/><Relationship Id="rId1832" Type="http://schemas.openxmlformats.org/officeDocument/2006/relationships/image" Target="media/x11587.wmf"/><Relationship Id="rId1833" Type="http://schemas.openxmlformats.org/officeDocument/2006/relationships/image" Target="media/x11588.wmf"/><Relationship Id="rId1834" Type="http://schemas.openxmlformats.org/officeDocument/2006/relationships/image" Target="media/x11589.wmf"/><Relationship Id="rId1835" Type="http://schemas.openxmlformats.org/officeDocument/2006/relationships/image" Target="media/x11590.wmf"/><Relationship Id="rId1836" Type="http://schemas.openxmlformats.org/officeDocument/2006/relationships/image" Target="media/x11591.wmf"/><Relationship Id="rId1837" Type="http://schemas.openxmlformats.org/officeDocument/2006/relationships/image" Target="media/x11592.wmf"/><Relationship Id="rId1838" Type="http://schemas.openxmlformats.org/officeDocument/2006/relationships/image" Target="media/x11593.wmf"/><Relationship Id="rId1839" Type="http://schemas.openxmlformats.org/officeDocument/2006/relationships/image" Target="media/x11594.wmf"/><Relationship Id="rId1840" Type="http://schemas.openxmlformats.org/officeDocument/2006/relationships/image" Target="media/x11595.wmf"/><Relationship Id="rId1841" Type="http://schemas.openxmlformats.org/officeDocument/2006/relationships/image" Target="media/x11596.wmf"/><Relationship Id="rId1842" Type="http://schemas.openxmlformats.org/officeDocument/2006/relationships/image" Target="media/x11597.wmf"/><Relationship Id="rId1843" Type="http://schemas.openxmlformats.org/officeDocument/2006/relationships/image" Target="media/x11598.wmf"/><Relationship Id="rId1844" Type="http://schemas.openxmlformats.org/officeDocument/2006/relationships/image" Target="media/x11599.wmf"/><Relationship Id="rId1845" Type="http://schemas.openxmlformats.org/officeDocument/2006/relationships/image" Target="media/x11600.wmf"/><Relationship Id="rId1846" Type="http://schemas.openxmlformats.org/officeDocument/2006/relationships/image" Target="media/x11601.wmf"/><Relationship Id="rId1847" Type="http://schemas.openxmlformats.org/officeDocument/2006/relationships/image" Target="media/x11602.wmf"/><Relationship Id="rId1848" Type="http://schemas.openxmlformats.org/officeDocument/2006/relationships/image" Target="media/x11603.wmf"/><Relationship Id="rId1849" Type="http://schemas.openxmlformats.org/officeDocument/2006/relationships/image" Target="media/x11604.wmf"/><Relationship Id="rId1850" Type="http://schemas.openxmlformats.org/officeDocument/2006/relationships/image" Target="media/x11605.wmf"/><Relationship Id="rId1851" Type="http://schemas.openxmlformats.org/officeDocument/2006/relationships/image" Target="media/x11606.wmf"/><Relationship Id="rId1852" Type="http://schemas.openxmlformats.org/officeDocument/2006/relationships/image" Target="media/x11607.wmf"/><Relationship Id="rId1853" Type="http://schemas.openxmlformats.org/officeDocument/2006/relationships/image" Target="media/x11608.wmf"/><Relationship Id="rId1854" Type="http://schemas.openxmlformats.org/officeDocument/2006/relationships/image" Target="media/x11609.wmf"/><Relationship Id="rId1855" Type="http://schemas.openxmlformats.org/officeDocument/2006/relationships/image" Target="media/x11610.wmf"/><Relationship Id="rId1856" Type="http://schemas.openxmlformats.org/officeDocument/2006/relationships/image" Target="media/x11611.wmf"/><Relationship Id="rId1857" Type="http://schemas.openxmlformats.org/officeDocument/2006/relationships/image" Target="media/x11612.wmf"/><Relationship Id="rId1858" Type="http://schemas.openxmlformats.org/officeDocument/2006/relationships/image" Target="media/x11613.wmf"/><Relationship Id="rId1859" Type="http://schemas.openxmlformats.org/officeDocument/2006/relationships/image" Target="media/x11614.wmf"/><Relationship Id="rId1860" Type="http://schemas.openxmlformats.org/officeDocument/2006/relationships/image" Target="media/x11615.wmf"/><Relationship Id="rId1861" Type="http://schemas.openxmlformats.org/officeDocument/2006/relationships/image" Target="media/x11616.wmf"/><Relationship Id="rId1862" Type="http://schemas.openxmlformats.org/officeDocument/2006/relationships/image" Target="media/x11617.wmf"/><Relationship Id="rId1863" Type="http://schemas.openxmlformats.org/officeDocument/2006/relationships/image" Target="media/x11618.wmf"/><Relationship Id="rId1864" Type="http://schemas.openxmlformats.org/officeDocument/2006/relationships/image" Target="media/x11619.wmf"/><Relationship Id="rId1865" Type="http://schemas.openxmlformats.org/officeDocument/2006/relationships/image" Target="media/x11620.wmf"/><Relationship Id="rId1866" Type="http://schemas.openxmlformats.org/officeDocument/2006/relationships/image" Target="media/x11621.wmf"/><Relationship Id="rId1867" Type="http://schemas.openxmlformats.org/officeDocument/2006/relationships/image" Target="media/x11622.wmf"/><Relationship Id="rId1868" Type="http://schemas.openxmlformats.org/officeDocument/2006/relationships/image" Target="media/x11623.wmf"/><Relationship Id="rId1869" Type="http://schemas.openxmlformats.org/officeDocument/2006/relationships/image" Target="media/x11624.wmf"/><Relationship Id="rId1870" Type="http://schemas.openxmlformats.org/officeDocument/2006/relationships/image" Target="media/x11625.wmf"/><Relationship Id="rId1871" Type="http://schemas.openxmlformats.org/officeDocument/2006/relationships/image" Target="media/x11626.wmf"/><Relationship Id="rId1872" Type="http://schemas.openxmlformats.org/officeDocument/2006/relationships/image" Target="media/x11627.wmf"/><Relationship Id="rId1873" Type="http://schemas.openxmlformats.org/officeDocument/2006/relationships/image" Target="media/x11628.wmf"/><Relationship Id="rId1874" Type="http://schemas.openxmlformats.org/officeDocument/2006/relationships/image" Target="media/x11629.wmf"/><Relationship Id="rId1875" Type="http://schemas.openxmlformats.org/officeDocument/2006/relationships/image" Target="media/x11630.wmf"/><Relationship Id="rId1876" Type="http://schemas.openxmlformats.org/officeDocument/2006/relationships/image" Target="media/x11631.wmf"/><Relationship Id="rId1877" Type="http://schemas.openxmlformats.org/officeDocument/2006/relationships/image" Target="media/x11632.wmf"/><Relationship Id="rId1878" Type="http://schemas.openxmlformats.org/officeDocument/2006/relationships/image" Target="media/x11633.wmf"/><Relationship Id="rId1879" Type="http://schemas.openxmlformats.org/officeDocument/2006/relationships/image" Target="media/x11634.wmf"/><Relationship Id="rId1880" Type="http://schemas.openxmlformats.org/officeDocument/2006/relationships/image" Target="media/x11635.wmf"/><Relationship Id="rId1881" Type="http://schemas.openxmlformats.org/officeDocument/2006/relationships/image" Target="media/x11636.wmf"/><Relationship Id="rId1882" Type="http://schemas.openxmlformats.org/officeDocument/2006/relationships/image" Target="media/x11637.wmf"/><Relationship Id="rId1883" Type="http://schemas.openxmlformats.org/officeDocument/2006/relationships/image" Target="media/x11638.wmf"/><Relationship Id="rId1884" Type="http://schemas.openxmlformats.org/officeDocument/2006/relationships/image" Target="media/x11639.wmf"/><Relationship Id="rId1885" Type="http://schemas.openxmlformats.org/officeDocument/2006/relationships/image" Target="media/x11640.wmf"/><Relationship Id="rId1886" Type="http://schemas.openxmlformats.org/officeDocument/2006/relationships/image" Target="media/x11641.wmf"/><Relationship Id="rId1887" Type="http://schemas.openxmlformats.org/officeDocument/2006/relationships/image" Target="media/x11642.wmf"/><Relationship Id="rId1888" Type="http://schemas.openxmlformats.org/officeDocument/2006/relationships/image" Target="media/x11643.wmf"/><Relationship Id="rId1889" Type="http://schemas.openxmlformats.org/officeDocument/2006/relationships/image" Target="media/x11644.wmf"/><Relationship Id="rId1890" Type="http://schemas.openxmlformats.org/officeDocument/2006/relationships/image" Target="media/x11645.wmf"/><Relationship Id="rId1891" Type="http://schemas.openxmlformats.org/officeDocument/2006/relationships/image" Target="media/x11646.wmf"/><Relationship Id="rId1892" Type="http://schemas.openxmlformats.org/officeDocument/2006/relationships/image" Target="media/x11647.wmf"/><Relationship Id="rId1893" Type="http://schemas.openxmlformats.org/officeDocument/2006/relationships/image" Target="media/x11648.wmf"/><Relationship Id="rId1894" Type="http://schemas.openxmlformats.org/officeDocument/2006/relationships/image" Target="media/x11649.wmf"/><Relationship Id="rId1895" Type="http://schemas.openxmlformats.org/officeDocument/2006/relationships/image" Target="media/x11650.wmf"/><Relationship Id="rId1896" Type="http://schemas.openxmlformats.org/officeDocument/2006/relationships/image" Target="media/x11651.wmf"/><Relationship Id="rId1897" Type="http://schemas.openxmlformats.org/officeDocument/2006/relationships/image" Target="media/x11652.wmf"/><Relationship Id="rId1898" Type="http://schemas.openxmlformats.org/officeDocument/2006/relationships/image" Target="media/x11653.wmf"/><Relationship Id="rId1899" Type="http://schemas.openxmlformats.org/officeDocument/2006/relationships/image" Target="media/x11654.wmf"/><Relationship Id="rId1900" Type="http://schemas.openxmlformats.org/officeDocument/2006/relationships/image" Target="media/x11655.wmf"/><Relationship Id="rId1901" Type="http://schemas.openxmlformats.org/officeDocument/2006/relationships/image" Target="media/x11656.wmf"/><Relationship Id="rId1902" Type="http://schemas.openxmlformats.org/officeDocument/2006/relationships/image" Target="media/x11657.wmf"/><Relationship Id="rId1903" Type="http://schemas.openxmlformats.org/officeDocument/2006/relationships/image" Target="media/x11658.wmf"/><Relationship Id="rId1904" Type="http://schemas.openxmlformats.org/officeDocument/2006/relationships/image" Target="media/x11659.wmf"/><Relationship Id="rId1905" Type="http://schemas.openxmlformats.org/officeDocument/2006/relationships/image" Target="media/x11660.wmf"/><Relationship Id="rId1906" Type="http://schemas.openxmlformats.org/officeDocument/2006/relationships/image" Target="media/x11661.wmf"/><Relationship Id="rId1907" Type="http://schemas.openxmlformats.org/officeDocument/2006/relationships/image" Target="media/x11662.wmf"/><Relationship Id="rId1908" Type="http://schemas.openxmlformats.org/officeDocument/2006/relationships/image" Target="media/x11663.wmf"/><Relationship Id="rId1909" Type="http://schemas.openxmlformats.org/officeDocument/2006/relationships/image" Target="media/x11664.wmf"/><Relationship Id="rId1910" Type="http://schemas.openxmlformats.org/officeDocument/2006/relationships/image" Target="media/x11665.wmf"/><Relationship Id="rId1911" Type="http://schemas.openxmlformats.org/officeDocument/2006/relationships/image" Target="media/x11666.wmf"/><Relationship Id="rId1912" Type="http://schemas.openxmlformats.org/officeDocument/2006/relationships/image" Target="media/x11667.wmf"/><Relationship Id="rId1913" Type="http://schemas.openxmlformats.org/officeDocument/2006/relationships/image" Target="media/x11668.wmf"/><Relationship Id="rId1914" Type="http://schemas.openxmlformats.org/officeDocument/2006/relationships/image" Target="media/x11669.wmf"/><Relationship Id="rId1915" Type="http://schemas.openxmlformats.org/officeDocument/2006/relationships/image" Target="media/x11670.wmf"/><Relationship Id="rId1916" Type="http://schemas.openxmlformats.org/officeDocument/2006/relationships/image" Target="media/x11671.wmf"/><Relationship Id="rId1917" Type="http://schemas.openxmlformats.org/officeDocument/2006/relationships/image" Target="media/x11672.wmf"/><Relationship Id="rId1918" Type="http://schemas.openxmlformats.org/officeDocument/2006/relationships/image" Target="media/x11673.wmf"/><Relationship Id="rId1919" Type="http://schemas.openxmlformats.org/officeDocument/2006/relationships/image" Target="media/x11674.wmf"/><Relationship Id="rId1920" Type="http://schemas.openxmlformats.org/officeDocument/2006/relationships/image" Target="media/x11675.wmf"/><Relationship Id="rId1921" Type="http://schemas.openxmlformats.org/officeDocument/2006/relationships/image" Target="media/x11676.wmf"/><Relationship Id="rId1922" Type="http://schemas.openxmlformats.org/officeDocument/2006/relationships/image" Target="media/x11677.wmf"/><Relationship Id="rId1923" Type="http://schemas.openxmlformats.org/officeDocument/2006/relationships/image" Target="media/x11678.wmf"/><Relationship Id="rId1924" Type="http://schemas.openxmlformats.org/officeDocument/2006/relationships/image" Target="media/x11679.wmf"/><Relationship Id="rId1925" Type="http://schemas.openxmlformats.org/officeDocument/2006/relationships/image" Target="media/x11680.png"/><Relationship Id="rId1926" Type="http://schemas.openxmlformats.org/officeDocument/2006/relationships/image" Target="media/x11681.wmf"/><Relationship Id="rId1927" Type="http://schemas.openxmlformats.org/officeDocument/2006/relationships/image" Target="media/x11682.wmf"/><Relationship Id="rId1928" Type="http://schemas.openxmlformats.org/officeDocument/2006/relationships/image" Target="media/x11683.wmf"/><Relationship Id="rId1929" Type="http://schemas.openxmlformats.org/officeDocument/2006/relationships/image" Target="media/x11684.wmf"/><Relationship Id="rId1930" Type="http://schemas.openxmlformats.org/officeDocument/2006/relationships/image" Target="media/x11685.wmf"/><Relationship Id="rId1931" Type="http://schemas.openxmlformats.org/officeDocument/2006/relationships/image" Target="media/x11686.wmf"/><Relationship Id="rId1932" Type="http://schemas.openxmlformats.org/officeDocument/2006/relationships/image" Target="media/x11687.wmf"/><Relationship Id="rId1933" Type="http://schemas.openxmlformats.org/officeDocument/2006/relationships/image" Target="media/x11688.wmf"/><Relationship Id="rId1934" Type="http://schemas.openxmlformats.org/officeDocument/2006/relationships/image" Target="media/x11689.wmf"/><Relationship Id="rId1935" Type="http://schemas.openxmlformats.org/officeDocument/2006/relationships/image" Target="media/x11690.wmf"/><Relationship Id="rId1936" Type="http://schemas.openxmlformats.org/officeDocument/2006/relationships/image" Target="media/x11691.wmf"/><Relationship Id="rId1937" Type="http://schemas.openxmlformats.org/officeDocument/2006/relationships/image" Target="media/x11692.wmf"/><Relationship Id="rId1938" Type="http://schemas.openxmlformats.org/officeDocument/2006/relationships/image" Target="media/x11693.wmf"/><Relationship Id="rId1939" Type="http://schemas.openxmlformats.org/officeDocument/2006/relationships/image" Target="media/x11694.wmf"/><Relationship Id="rId1940" Type="http://schemas.openxmlformats.org/officeDocument/2006/relationships/image" Target="media/x11695.wmf"/><Relationship Id="rId1941" Type="http://schemas.openxmlformats.org/officeDocument/2006/relationships/image" Target="media/x11696.wmf"/><Relationship Id="rId1942" Type="http://schemas.openxmlformats.org/officeDocument/2006/relationships/image" Target="media/x11697.wmf"/><Relationship Id="rId1943" Type="http://schemas.openxmlformats.org/officeDocument/2006/relationships/image" Target="media/x11698.wmf"/><Relationship Id="rId1944" Type="http://schemas.openxmlformats.org/officeDocument/2006/relationships/image" Target="media/x11699.wmf"/><Relationship Id="rId1945" Type="http://schemas.openxmlformats.org/officeDocument/2006/relationships/image" Target="media/x11700.wmf"/><Relationship Id="rId1946" Type="http://schemas.openxmlformats.org/officeDocument/2006/relationships/image" Target="media/x11701.wmf"/><Relationship Id="rId1947" Type="http://schemas.openxmlformats.org/officeDocument/2006/relationships/image" Target="media/x11702.wmf"/><Relationship Id="rId1948" Type="http://schemas.openxmlformats.org/officeDocument/2006/relationships/image" Target="media/x11703.wmf"/><Relationship Id="rId1949" Type="http://schemas.openxmlformats.org/officeDocument/2006/relationships/image" Target="media/x11704.wmf"/><Relationship Id="rId1950" Type="http://schemas.openxmlformats.org/officeDocument/2006/relationships/image" Target="media/x11705.wmf"/><Relationship Id="rId1951" Type="http://schemas.openxmlformats.org/officeDocument/2006/relationships/image" Target="media/x11706.wmf"/><Relationship Id="rId1952" Type="http://schemas.openxmlformats.org/officeDocument/2006/relationships/image" Target="media/x11707.wmf"/><Relationship Id="rId1953" Type="http://schemas.openxmlformats.org/officeDocument/2006/relationships/image" Target="media/x11708.wmf"/><Relationship Id="rId1954" Type="http://schemas.openxmlformats.org/officeDocument/2006/relationships/image" Target="media/x11709.wmf"/><Relationship Id="rId1955" Type="http://schemas.openxmlformats.org/officeDocument/2006/relationships/image" Target="media/x11710.wmf"/><Relationship Id="rId1956" Type="http://schemas.openxmlformats.org/officeDocument/2006/relationships/image" Target="media/x11711.wmf"/><Relationship Id="rId1957" Type="http://schemas.openxmlformats.org/officeDocument/2006/relationships/image" Target="media/x11712.wmf"/><Relationship Id="rId1958" Type="http://schemas.openxmlformats.org/officeDocument/2006/relationships/image" Target="media/x11713.wmf"/><Relationship Id="rId1959" Type="http://schemas.openxmlformats.org/officeDocument/2006/relationships/image" Target="media/x11714.wmf"/><Relationship Id="rId1960" Type="http://schemas.openxmlformats.org/officeDocument/2006/relationships/image" Target="media/x11715.wmf"/><Relationship Id="rId1961" Type="http://schemas.openxmlformats.org/officeDocument/2006/relationships/image" Target="media/x11716.wmf"/><Relationship Id="rId1962" Type="http://schemas.openxmlformats.org/officeDocument/2006/relationships/image" Target="media/x11717.wmf"/><Relationship Id="rId1963" Type="http://schemas.openxmlformats.org/officeDocument/2006/relationships/image" Target="media/x11718.wmf"/><Relationship Id="rId1964" Type="http://schemas.openxmlformats.org/officeDocument/2006/relationships/image" Target="media/x11719.wmf"/><Relationship Id="rId1965" Type="http://schemas.openxmlformats.org/officeDocument/2006/relationships/image" Target="media/x11720.wmf"/><Relationship Id="rId1966" Type="http://schemas.openxmlformats.org/officeDocument/2006/relationships/image" Target="media/x11721.wmf"/><Relationship Id="rId1967" Type="http://schemas.openxmlformats.org/officeDocument/2006/relationships/image" Target="media/x11722.wmf"/><Relationship Id="rId1968" Type="http://schemas.openxmlformats.org/officeDocument/2006/relationships/image" Target="media/x11723.wmf"/><Relationship Id="rId1969" Type="http://schemas.openxmlformats.org/officeDocument/2006/relationships/image" Target="media/x11724.wmf"/><Relationship Id="rId1970" Type="http://schemas.openxmlformats.org/officeDocument/2006/relationships/image" Target="media/x11725.wmf"/><Relationship Id="rId1971" Type="http://schemas.openxmlformats.org/officeDocument/2006/relationships/image" Target="media/x11726.wmf"/><Relationship Id="rId1972" Type="http://schemas.openxmlformats.org/officeDocument/2006/relationships/image" Target="media/x11727.wmf"/><Relationship Id="rId1973" Type="http://schemas.openxmlformats.org/officeDocument/2006/relationships/image" Target="media/x11728.wmf"/><Relationship Id="rId1974" Type="http://schemas.openxmlformats.org/officeDocument/2006/relationships/image" Target="media/x11729.wmf"/><Relationship Id="rId1975" Type="http://schemas.openxmlformats.org/officeDocument/2006/relationships/image" Target="media/x11730.wmf"/><Relationship Id="rId1976" Type="http://schemas.openxmlformats.org/officeDocument/2006/relationships/image" Target="media/x11731.wmf"/><Relationship Id="rId1977" Type="http://schemas.openxmlformats.org/officeDocument/2006/relationships/image" Target="media/x11732.wmf"/><Relationship Id="rId1978" Type="http://schemas.openxmlformats.org/officeDocument/2006/relationships/image" Target="media/x11733.wmf"/><Relationship Id="rId1979" Type="http://schemas.openxmlformats.org/officeDocument/2006/relationships/image" Target="media/x11734.wmf"/><Relationship Id="rId1980" Type="http://schemas.openxmlformats.org/officeDocument/2006/relationships/image" Target="media/x11735.wmf"/><Relationship Id="rId1981" Type="http://schemas.openxmlformats.org/officeDocument/2006/relationships/image" Target="media/x11736.wmf"/><Relationship Id="rId1982" Type="http://schemas.openxmlformats.org/officeDocument/2006/relationships/image" Target="media/x11737.wmf"/><Relationship Id="rId1983" Type="http://schemas.openxmlformats.org/officeDocument/2006/relationships/image" Target="media/x11738.wmf"/><Relationship Id="rId1984" Type="http://schemas.openxmlformats.org/officeDocument/2006/relationships/image" Target="media/x11739.wmf"/><Relationship Id="rId1985" Type="http://schemas.openxmlformats.org/officeDocument/2006/relationships/image" Target="media/x11740.wmf"/><Relationship Id="rId1986" Type="http://schemas.openxmlformats.org/officeDocument/2006/relationships/image" Target="media/x11741.wmf"/><Relationship Id="rId1987" Type="http://schemas.openxmlformats.org/officeDocument/2006/relationships/image" Target="media/x11742.wmf"/><Relationship Id="rId1988" Type="http://schemas.openxmlformats.org/officeDocument/2006/relationships/image" Target="media/x11743.wmf"/><Relationship Id="rId1989" Type="http://schemas.openxmlformats.org/officeDocument/2006/relationships/image" Target="media/x11744.wmf"/><Relationship Id="rId1990" Type="http://schemas.openxmlformats.org/officeDocument/2006/relationships/image" Target="media/x11745.wmf"/><Relationship Id="rId1991" Type="http://schemas.openxmlformats.org/officeDocument/2006/relationships/image" Target="media/x11746.wmf"/><Relationship Id="rId1992" Type="http://schemas.openxmlformats.org/officeDocument/2006/relationships/image" Target="media/x11747.wmf"/><Relationship Id="rId1993" Type="http://schemas.openxmlformats.org/officeDocument/2006/relationships/image" Target="media/x11748.wmf"/><Relationship Id="rId1994" Type="http://schemas.openxmlformats.org/officeDocument/2006/relationships/image" Target="media/x11749.wmf"/><Relationship Id="rId1995" Type="http://schemas.openxmlformats.org/officeDocument/2006/relationships/image" Target="media/x11750.wmf"/><Relationship Id="rId1996" Type="http://schemas.openxmlformats.org/officeDocument/2006/relationships/image" Target="media/x11751.wmf"/><Relationship Id="rId1997" Type="http://schemas.openxmlformats.org/officeDocument/2006/relationships/image" Target="media/x11752.wmf"/><Relationship Id="rId1998" Type="http://schemas.openxmlformats.org/officeDocument/2006/relationships/image" Target="media/x11753.wmf"/><Relationship Id="rId1999" Type="http://schemas.openxmlformats.org/officeDocument/2006/relationships/image" Target="media/x11754.wmf"/><Relationship Id="rId2000" Type="http://schemas.openxmlformats.org/officeDocument/2006/relationships/image" Target="media/x11755.wmf"/><Relationship Id="rId2001" Type="http://schemas.openxmlformats.org/officeDocument/2006/relationships/image" Target="media/x11756.wmf"/><Relationship Id="rId2002" Type="http://schemas.openxmlformats.org/officeDocument/2006/relationships/image" Target="media/x11757.wmf"/><Relationship Id="rId2003" Type="http://schemas.openxmlformats.org/officeDocument/2006/relationships/image" Target="media/x11758.wmf"/><Relationship Id="rId2004" Type="http://schemas.openxmlformats.org/officeDocument/2006/relationships/image" Target="media/x11759.wmf"/><Relationship Id="rId2005" Type="http://schemas.openxmlformats.org/officeDocument/2006/relationships/image" Target="media/x11760.wmf"/><Relationship Id="rId2006" Type="http://schemas.openxmlformats.org/officeDocument/2006/relationships/image" Target="media/x11761.wmf"/><Relationship Id="rId2007" Type="http://schemas.openxmlformats.org/officeDocument/2006/relationships/image" Target="media/x11762.wmf"/><Relationship Id="rId2008" Type="http://schemas.openxmlformats.org/officeDocument/2006/relationships/image" Target="media/x11763.wmf"/><Relationship Id="rId2009" Type="http://schemas.openxmlformats.org/officeDocument/2006/relationships/image" Target="media/x11764.wmf"/><Relationship Id="rId2010" Type="http://schemas.openxmlformats.org/officeDocument/2006/relationships/image" Target="media/x11765.wmf"/><Relationship Id="rId2011" Type="http://schemas.openxmlformats.org/officeDocument/2006/relationships/image" Target="media/x11766.wmf"/><Relationship Id="rId2012" Type="http://schemas.openxmlformats.org/officeDocument/2006/relationships/image" Target="media/x11767.wmf"/><Relationship Id="rId2013" Type="http://schemas.openxmlformats.org/officeDocument/2006/relationships/image" Target="media/x11768.wmf"/><Relationship Id="rId2014" Type="http://schemas.openxmlformats.org/officeDocument/2006/relationships/image" Target="media/x11769.wmf"/><Relationship Id="rId2015" Type="http://schemas.openxmlformats.org/officeDocument/2006/relationships/image" Target="media/x11770.wmf"/><Relationship Id="rId2016" Type="http://schemas.openxmlformats.org/officeDocument/2006/relationships/image" Target="media/x11771.wmf"/><Relationship Id="rId2017" Type="http://schemas.openxmlformats.org/officeDocument/2006/relationships/image" Target="media/x11772.wmf"/><Relationship Id="rId2018" Type="http://schemas.openxmlformats.org/officeDocument/2006/relationships/image" Target="media/x11773.wmf"/><Relationship Id="rId2019" Type="http://schemas.openxmlformats.org/officeDocument/2006/relationships/image" Target="media/x11774.wmf"/><Relationship Id="rId2020" Type="http://schemas.openxmlformats.org/officeDocument/2006/relationships/image" Target="media/x11775.wmf"/><Relationship Id="rId2021" Type="http://schemas.openxmlformats.org/officeDocument/2006/relationships/image" Target="media/x11776.wmf"/><Relationship Id="rId2022" Type="http://schemas.openxmlformats.org/officeDocument/2006/relationships/image" Target="media/x11777.wmf"/><Relationship Id="rId2023" Type="http://schemas.openxmlformats.org/officeDocument/2006/relationships/image" Target="media/x11778.wmf"/><Relationship Id="rId2024" Type="http://schemas.openxmlformats.org/officeDocument/2006/relationships/image" Target="media/x11779.wmf"/><Relationship Id="rId2025" Type="http://schemas.openxmlformats.org/officeDocument/2006/relationships/image" Target="media/x11780.wmf"/><Relationship Id="rId2026" Type="http://schemas.openxmlformats.org/officeDocument/2006/relationships/image" Target="media/x11781.wmf"/><Relationship Id="rId2027" Type="http://schemas.openxmlformats.org/officeDocument/2006/relationships/image" Target="media/x11782.wmf"/><Relationship Id="rId2028" Type="http://schemas.openxmlformats.org/officeDocument/2006/relationships/image" Target="media/x11783.wmf"/><Relationship Id="rId2029" Type="http://schemas.openxmlformats.org/officeDocument/2006/relationships/image" Target="media/x11784.wmf"/><Relationship Id="rId2030" Type="http://schemas.openxmlformats.org/officeDocument/2006/relationships/image" Target="media/x11785.wmf"/><Relationship Id="rId2031" Type="http://schemas.openxmlformats.org/officeDocument/2006/relationships/image" Target="media/x11786.wmf"/><Relationship Id="rId2032" Type="http://schemas.openxmlformats.org/officeDocument/2006/relationships/image" Target="media/x11787.wmf"/><Relationship Id="rId2033" Type="http://schemas.openxmlformats.org/officeDocument/2006/relationships/image" Target="media/x11788.wmf"/><Relationship Id="rId2034" Type="http://schemas.openxmlformats.org/officeDocument/2006/relationships/image" Target="media/x11789.wmf"/><Relationship Id="rId2035" Type="http://schemas.openxmlformats.org/officeDocument/2006/relationships/image" Target="media/x11790.wmf"/><Relationship Id="rId2036" Type="http://schemas.openxmlformats.org/officeDocument/2006/relationships/image" Target="media/x11791.wmf"/><Relationship Id="rId2037" Type="http://schemas.openxmlformats.org/officeDocument/2006/relationships/image" Target="media/x11792.wmf"/><Relationship Id="rId2038" Type="http://schemas.openxmlformats.org/officeDocument/2006/relationships/image" Target="media/x11793.wmf"/><Relationship Id="rId2039" Type="http://schemas.openxmlformats.org/officeDocument/2006/relationships/image" Target="media/x11794.wmf"/><Relationship Id="rId2040" Type="http://schemas.openxmlformats.org/officeDocument/2006/relationships/image" Target="media/x11795.wmf"/><Relationship Id="rId2041" Type="http://schemas.openxmlformats.org/officeDocument/2006/relationships/image" Target="media/x11796.wmf"/><Relationship Id="rId2042" Type="http://schemas.openxmlformats.org/officeDocument/2006/relationships/image" Target="media/x11797.wmf"/><Relationship Id="rId2043" Type="http://schemas.openxmlformats.org/officeDocument/2006/relationships/image" Target="media/x11798.wmf"/><Relationship Id="rId2044" Type="http://schemas.openxmlformats.org/officeDocument/2006/relationships/image" Target="media/x11799.wmf"/><Relationship Id="rId2045" Type="http://schemas.openxmlformats.org/officeDocument/2006/relationships/image" Target="media/x11800.wmf"/><Relationship Id="rId2046" Type="http://schemas.openxmlformats.org/officeDocument/2006/relationships/image" Target="media/x11801.wmf"/><Relationship Id="rId2047" Type="http://schemas.openxmlformats.org/officeDocument/2006/relationships/image" Target="media/x11802.wmf"/><Relationship Id="rId2048" Type="http://schemas.openxmlformats.org/officeDocument/2006/relationships/image" Target="media/x11803.wmf"/><Relationship Id="rId2049" Type="http://schemas.openxmlformats.org/officeDocument/2006/relationships/image" Target="media/x11804.wmf"/><Relationship Id="rId2050" Type="http://schemas.openxmlformats.org/officeDocument/2006/relationships/image" Target="media/x11805.wmf"/><Relationship Id="rId2051" Type="http://schemas.openxmlformats.org/officeDocument/2006/relationships/image" Target="media/x11806.wmf"/><Relationship Id="rId2052" Type="http://schemas.openxmlformats.org/officeDocument/2006/relationships/image" Target="media/x11807.wmf"/><Relationship Id="rId2053" Type="http://schemas.openxmlformats.org/officeDocument/2006/relationships/image" Target="media/x11808.wmf"/><Relationship Id="rId2054" Type="http://schemas.openxmlformats.org/officeDocument/2006/relationships/image" Target="media/x11809.wmf"/><Relationship Id="rId2055" Type="http://schemas.openxmlformats.org/officeDocument/2006/relationships/image" Target="media/x11810.wmf"/><Relationship Id="rId2056" Type="http://schemas.openxmlformats.org/officeDocument/2006/relationships/image" Target="media/x11811.wmf"/><Relationship Id="rId2057" Type="http://schemas.openxmlformats.org/officeDocument/2006/relationships/image" Target="media/x11812.wmf"/><Relationship Id="rId2058" Type="http://schemas.openxmlformats.org/officeDocument/2006/relationships/image" Target="media/x11813.wmf"/><Relationship Id="rId2059" Type="http://schemas.openxmlformats.org/officeDocument/2006/relationships/image" Target="media/x11814.wmf"/><Relationship Id="rId2060" Type="http://schemas.openxmlformats.org/officeDocument/2006/relationships/image" Target="media/x11815.wmf"/><Relationship Id="rId2061" Type="http://schemas.openxmlformats.org/officeDocument/2006/relationships/image" Target="media/x11816.wmf"/><Relationship Id="rId2062" Type="http://schemas.openxmlformats.org/officeDocument/2006/relationships/image" Target="media/x11817.wmf"/><Relationship Id="rId2063" Type="http://schemas.openxmlformats.org/officeDocument/2006/relationships/image" Target="media/x11818.wmf"/><Relationship Id="rId2064" Type="http://schemas.openxmlformats.org/officeDocument/2006/relationships/image" Target="media/x11819.wmf"/><Relationship Id="rId2065" Type="http://schemas.openxmlformats.org/officeDocument/2006/relationships/image" Target="media/x11820.wmf"/><Relationship Id="rId2066" Type="http://schemas.openxmlformats.org/officeDocument/2006/relationships/image" Target="media/x11821.wmf"/><Relationship Id="rId2067" Type="http://schemas.openxmlformats.org/officeDocument/2006/relationships/image" Target="media/x11822.wmf"/><Relationship Id="rId2068" Type="http://schemas.openxmlformats.org/officeDocument/2006/relationships/image" Target="media/x11823.wmf"/><Relationship Id="rId2069" Type="http://schemas.openxmlformats.org/officeDocument/2006/relationships/image" Target="media/x11824.wmf"/><Relationship Id="rId2070" Type="http://schemas.openxmlformats.org/officeDocument/2006/relationships/image" Target="media/x11825.wmf"/><Relationship Id="rId2071" Type="http://schemas.openxmlformats.org/officeDocument/2006/relationships/image" Target="media/x11826.wmf"/><Relationship Id="rId2072" Type="http://schemas.openxmlformats.org/officeDocument/2006/relationships/image" Target="media/x11827.wmf"/><Relationship Id="rId2073" Type="http://schemas.openxmlformats.org/officeDocument/2006/relationships/image" Target="media/x11828.wmf"/><Relationship Id="rId2074" Type="http://schemas.openxmlformats.org/officeDocument/2006/relationships/image" Target="media/x11829.wmf"/><Relationship Id="rId2075" Type="http://schemas.openxmlformats.org/officeDocument/2006/relationships/image" Target="media/x11830.wmf"/><Relationship Id="rId2076" Type="http://schemas.openxmlformats.org/officeDocument/2006/relationships/image" Target="media/x11831.wmf"/><Relationship Id="rId2077" Type="http://schemas.openxmlformats.org/officeDocument/2006/relationships/image" Target="media/x11832.wmf"/><Relationship Id="rId2078" Type="http://schemas.openxmlformats.org/officeDocument/2006/relationships/image" Target="media/x11833.wmf"/><Relationship Id="rId2079" Type="http://schemas.openxmlformats.org/officeDocument/2006/relationships/image" Target="media/x11834.wmf"/><Relationship Id="rId2080" Type="http://schemas.openxmlformats.org/officeDocument/2006/relationships/image" Target="media/x11835.wmf"/><Relationship Id="rId2081" Type="http://schemas.openxmlformats.org/officeDocument/2006/relationships/image" Target="media/x11836.wmf"/><Relationship Id="rId2082" Type="http://schemas.openxmlformats.org/officeDocument/2006/relationships/image" Target="media/x11837.wmf"/><Relationship Id="rId2083" Type="http://schemas.openxmlformats.org/officeDocument/2006/relationships/image" Target="media/x11838.wmf"/><Relationship Id="rId2084" Type="http://schemas.openxmlformats.org/officeDocument/2006/relationships/image" Target="media/x11839.wmf"/><Relationship Id="rId2085" Type="http://schemas.openxmlformats.org/officeDocument/2006/relationships/image" Target="media/x11840.wmf"/><Relationship Id="rId2086" Type="http://schemas.openxmlformats.org/officeDocument/2006/relationships/image" Target="media/x11841.wmf"/><Relationship Id="rId2087" Type="http://schemas.openxmlformats.org/officeDocument/2006/relationships/image" Target="media/x11842.wmf"/><Relationship Id="rId2088" Type="http://schemas.openxmlformats.org/officeDocument/2006/relationships/image" Target="media/x11843.wmf"/><Relationship Id="rId2089" Type="http://schemas.openxmlformats.org/officeDocument/2006/relationships/image" Target="media/x11844.wmf"/><Relationship Id="rId2090" Type="http://schemas.openxmlformats.org/officeDocument/2006/relationships/image" Target="media/x11845.wmf"/><Relationship Id="rId2091" Type="http://schemas.openxmlformats.org/officeDocument/2006/relationships/image" Target="media/x11846.wmf"/><Relationship Id="rId2092" Type="http://schemas.openxmlformats.org/officeDocument/2006/relationships/image" Target="media/x11847.png"/><Relationship Id="rId2093" Type="http://schemas.openxmlformats.org/officeDocument/2006/relationships/image" Target="media/x11848.png"/><Relationship Id="rId2094" Type="http://schemas.openxmlformats.org/officeDocument/2006/relationships/image" Target="media/x11849.png"/><Relationship Id="rId2095" Type="http://schemas.openxmlformats.org/officeDocument/2006/relationships/image" Target="media/x11850.png"/><Relationship Id="rId2096" Type="http://schemas.openxmlformats.org/officeDocument/2006/relationships/image" Target="media/x11851.png"/><Relationship Id="rId2097" Type="http://schemas.openxmlformats.org/officeDocument/2006/relationships/image" Target="media/x11852.png"/><Relationship Id="rId2098" Type="http://schemas.openxmlformats.org/officeDocument/2006/relationships/image" Target="media/x11853.png"/><Relationship Id="rId2099" Type="http://schemas.openxmlformats.org/officeDocument/2006/relationships/image" Target="media/x11854.wmf"/><Relationship Id="rId2100" Type="http://schemas.openxmlformats.org/officeDocument/2006/relationships/image" Target="media/x11855.wmf"/><Relationship Id="rId2101" Type="http://schemas.openxmlformats.org/officeDocument/2006/relationships/image" Target="media/x11856.wmf"/><Relationship Id="rId2102" Type="http://schemas.openxmlformats.org/officeDocument/2006/relationships/image" Target="media/x11857.wmf"/><Relationship Id="rId2103" Type="http://schemas.openxmlformats.org/officeDocument/2006/relationships/image" Target="media/x11858.wmf"/><Relationship Id="rId2104" Type="http://schemas.openxmlformats.org/officeDocument/2006/relationships/image" Target="media/x11859.wmf"/><Relationship Id="rId2105" Type="http://schemas.openxmlformats.org/officeDocument/2006/relationships/image" Target="media/x11860.wmf"/><Relationship Id="rId2106" Type="http://schemas.openxmlformats.org/officeDocument/2006/relationships/image" Target="media/x11861.wmf"/><Relationship Id="rId2107" Type="http://schemas.openxmlformats.org/officeDocument/2006/relationships/image" Target="media/x11862.wmf"/><Relationship Id="rId2108" Type="http://schemas.openxmlformats.org/officeDocument/2006/relationships/image" Target="media/x11863.wmf"/><Relationship Id="rId2109" Type="http://schemas.openxmlformats.org/officeDocument/2006/relationships/image" Target="media/x11864.wmf"/><Relationship Id="rId2110" Type="http://schemas.openxmlformats.org/officeDocument/2006/relationships/image" Target="media/x11865.wmf"/><Relationship Id="rId2111" Type="http://schemas.openxmlformats.org/officeDocument/2006/relationships/image" Target="media/x11866.wmf"/><Relationship Id="rId2112" Type="http://schemas.openxmlformats.org/officeDocument/2006/relationships/image" Target="media/x11867.wmf"/><Relationship Id="rId2113" Type="http://schemas.openxmlformats.org/officeDocument/2006/relationships/image" Target="media/x11868.wmf"/><Relationship Id="rId2114" Type="http://schemas.openxmlformats.org/officeDocument/2006/relationships/image" Target="media/x11869.wmf"/><Relationship Id="rId2115" Type="http://schemas.openxmlformats.org/officeDocument/2006/relationships/image" Target="media/x11870.wmf"/><Relationship Id="rId2116" Type="http://schemas.openxmlformats.org/officeDocument/2006/relationships/image" Target="media/x11871.wmf"/><Relationship Id="rId2117" Type="http://schemas.openxmlformats.org/officeDocument/2006/relationships/image" Target="media/x11872.wmf"/><Relationship Id="rId2118" Type="http://schemas.openxmlformats.org/officeDocument/2006/relationships/image" Target="media/x11873.wmf"/><Relationship Id="rId2119" Type="http://schemas.openxmlformats.org/officeDocument/2006/relationships/image" Target="media/x11874.wmf"/><Relationship Id="rId2120" Type="http://schemas.openxmlformats.org/officeDocument/2006/relationships/image" Target="media/x11875.wmf"/><Relationship Id="rId2121" Type="http://schemas.openxmlformats.org/officeDocument/2006/relationships/image" Target="media/x11876.wmf"/><Relationship Id="rId2122" Type="http://schemas.openxmlformats.org/officeDocument/2006/relationships/image" Target="media/x11877.wmf"/><Relationship Id="rId2123" Type="http://schemas.openxmlformats.org/officeDocument/2006/relationships/image" Target="media/x11878.wmf"/><Relationship Id="rId2124" Type="http://schemas.openxmlformats.org/officeDocument/2006/relationships/image" Target="media/x11879.wmf"/><Relationship Id="rId2125" Type="http://schemas.openxmlformats.org/officeDocument/2006/relationships/image" Target="media/x11880.wmf"/><Relationship Id="rId2126" Type="http://schemas.openxmlformats.org/officeDocument/2006/relationships/image" Target="media/x11881.wmf"/><Relationship Id="rId2127" Type="http://schemas.openxmlformats.org/officeDocument/2006/relationships/image" Target="media/x11882.wmf"/><Relationship Id="rId2128" Type="http://schemas.openxmlformats.org/officeDocument/2006/relationships/image" Target="media/x11883.wmf"/><Relationship Id="rId2129" Type="http://schemas.openxmlformats.org/officeDocument/2006/relationships/image" Target="media/x11884.wmf"/><Relationship Id="rId2130" Type="http://schemas.openxmlformats.org/officeDocument/2006/relationships/image" Target="media/x11885.wmf"/><Relationship Id="rId2131" Type="http://schemas.openxmlformats.org/officeDocument/2006/relationships/image" Target="media/x11886.wmf"/><Relationship Id="rId2132" Type="http://schemas.openxmlformats.org/officeDocument/2006/relationships/image" Target="media/x11887.wmf"/><Relationship Id="rId2133" Type="http://schemas.openxmlformats.org/officeDocument/2006/relationships/image" Target="media/x11888.wmf"/><Relationship Id="rId2134" Type="http://schemas.openxmlformats.org/officeDocument/2006/relationships/image" Target="media/x11889.wmf"/><Relationship Id="rId2135" Type="http://schemas.openxmlformats.org/officeDocument/2006/relationships/image" Target="media/x11890.wmf"/><Relationship Id="rId2136" Type="http://schemas.openxmlformats.org/officeDocument/2006/relationships/image" Target="media/x11891.wmf"/><Relationship Id="rId2137" Type="http://schemas.openxmlformats.org/officeDocument/2006/relationships/image" Target="media/x11892.wmf"/><Relationship Id="rId2138" Type="http://schemas.openxmlformats.org/officeDocument/2006/relationships/image" Target="media/x11893.wmf"/><Relationship Id="rId2139" Type="http://schemas.openxmlformats.org/officeDocument/2006/relationships/image" Target="media/x11894.wmf"/><Relationship Id="rId2140" Type="http://schemas.openxmlformats.org/officeDocument/2006/relationships/image" Target="media/x11895.wmf"/><Relationship Id="rId2141" Type="http://schemas.openxmlformats.org/officeDocument/2006/relationships/image" Target="media/x11896.wmf"/><Relationship Id="rId2142" Type="http://schemas.openxmlformats.org/officeDocument/2006/relationships/image" Target="media/x11897.wmf"/><Relationship Id="rId2143" Type="http://schemas.openxmlformats.org/officeDocument/2006/relationships/image" Target="media/x11898.wmf"/><Relationship Id="rId2144" Type="http://schemas.openxmlformats.org/officeDocument/2006/relationships/image" Target="media/x11899.wmf"/><Relationship Id="rId2145" Type="http://schemas.openxmlformats.org/officeDocument/2006/relationships/image" Target="media/x11900.wmf"/><Relationship Id="rId2146" Type="http://schemas.openxmlformats.org/officeDocument/2006/relationships/image" Target="media/x11901.wmf"/><Relationship Id="rId2147" Type="http://schemas.openxmlformats.org/officeDocument/2006/relationships/image" Target="media/x11902.wmf"/><Relationship Id="rId2148" Type="http://schemas.openxmlformats.org/officeDocument/2006/relationships/image" Target="media/x11903.wmf"/><Relationship Id="rId2149" Type="http://schemas.openxmlformats.org/officeDocument/2006/relationships/image" Target="media/x11904.wmf"/><Relationship Id="rId2150" Type="http://schemas.openxmlformats.org/officeDocument/2006/relationships/image" Target="media/x11905.wmf"/><Relationship Id="rId2151" Type="http://schemas.openxmlformats.org/officeDocument/2006/relationships/image" Target="media/x11906.wmf"/><Relationship Id="rId2152" Type="http://schemas.openxmlformats.org/officeDocument/2006/relationships/image" Target="media/x11907.wmf"/><Relationship Id="rId2153" Type="http://schemas.openxmlformats.org/officeDocument/2006/relationships/image" Target="media/x11908.wmf"/><Relationship Id="rId2154" Type="http://schemas.openxmlformats.org/officeDocument/2006/relationships/image" Target="media/x11909.wmf"/><Relationship Id="rId2155" Type="http://schemas.openxmlformats.org/officeDocument/2006/relationships/image" Target="media/x11910.wmf"/><Relationship Id="rId2156" Type="http://schemas.openxmlformats.org/officeDocument/2006/relationships/image" Target="media/x11911.wmf"/><Relationship Id="rId2157" Type="http://schemas.openxmlformats.org/officeDocument/2006/relationships/image" Target="media/x11912.wmf"/><Relationship Id="rId2158" Type="http://schemas.openxmlformats.org/officeDocument/2006/relationships/image" Target="media/x11913.wmf"/><Relationship Id="rId2159" Type="http://schemas.openxmlformats.org/officeDocument/2006/relationships/image" Target="media/x11914.wmf"/><Relationship Id="rId2160" Type="http://schemas.openxmlformats.org/officeDocument/2006/relationships/image" Target="media/x11915.wmf"/><Relationship Id="rId2161" Type="http://schemas.openxmlformats.org/officeDocument/2006/relationships/image" Target="media/x11916.wmf"/><Relationship Id="rId2162" Type="http://schemas.openxmlformats.org/officeDocument/2006/relationships/image" Target="media/x11917.wmf"/><Relationship Id="rId2163" Type="http://schemas.openxmlformats.org/officeDocument/2006/relationships/image" Target="media/x11918.wmf"/><Relationship Id="rId2164" Type="http://schemas.openxmlformats.org/officeDocument/2006/relationships/image" Target="media/x11919.wmf"/><Relationship Id="rId2165" Type="http://schemas.openxmlformats.org/officeDocument/2006/relationships/image" Target="media/x11920.wmf"/><Relationship Id="rId2166" Type="http://schemas.openxmlformats.org/officeDocument/2006/relationships/image" Target="media/x11921.wmf"/><Relationship Id="rId2167" Type="http://schemas.openxmlformats.org/officeDocument/2006/relationships/image" Target="media/x11922.wmf"/><Relationship Id="rId2168" Type="http://schemas.openxmlformats.org/officeDocument/2006/relationships/image" Target="media/x11923.wmf"/><Relationship Id="rId2169" Type="http://schemas.openxmlformats.org/officeDocument/2006/relationships/image" Target="media/x11924.wmf"/><Relationship Id="rId2170" Type="http://schemas.openxmlformats.org/officeDocument/2006/relationships/image" Target="media/x11925.wmf"/><Relationship Id="rId2171" Type="http://schemas.openxmlformats.org/officeDocument/2006/relationships/image" Target="media/x11926.wmf"/><Relationship Id="rId2172" Type="http://schemas.openxmlformats.org/officeDocument/2006/relationships/image" Target="media/x11927.wmf"/><Relationship Id="rId2173" Type="http://schemas.openxmlformats.org/officeDocument/2006/relationships/image" Target="media/x11928.wmf"/><Relationship Id="rId2174" Type="http://schemas.openxmlformats.org/officeDocument/2006/relationships/image" Target="media/x11929.wmf"/><Relationship Id="rId2175" Type="http://schemas.openxmlformats.org/officeDocument/2006/relationships/image" Target="media/x11930.wmf"/><Relationship Id="rId2176" Type="http://schemas.openxmlformats.org/officeDocument/2006/relationships/image" Target="media/x11931.wmf"/><Relationship Id="rId2177" Type="http://schemas.openxmlformats.org/officeDocument/2006/relationships/image" Target="media/x11932.wmf"/><Relationship Id="rId2178" Type="http://schemas.openxmlformats.org/officeDocument/2006/relationships/image" Target="media/x11933.wmf"/><Relationship Id="rId2179" Type="http://schemas.openxmlformats.org/officeDocument/2006/relationships/image" Target="media/x11934.wmf"/><Relationship Id="rId2180" Type="http://schemas.openxmlformats.org/officeDocument/2006/relationships/image" Target="media/x11935.wmf"/><Relationship Id="rId2181" Type="http://schemas.openxmlformats.org/officeDocument/2006/relationships/image" Target="media/x11936.wmf"/><Relationship Id="rId2182" Type="http://schemas.openxmlformats.org/officeDocument/2006/relationships/image" Target="media/x11937.wmf"/><Relationship Id="rId2183" Type="http://schemas.openxmlformats.org/officeDocument/2006/relationships/image" Target="media/x11938.wmf"/><Relationship Id="rId2184" Type="http://schemas.openxmlformats.org/officeDocument/2006/relationships/image" Target="media/x11939.wmf"/><Relationship Id="rId2185" Type="http://schemas.openxmlformats.org/officeDocument/2006/relationships/image" Target="media/x11940.wmf"/><Relationship Id="rId2186" Type="http://schemas.openxmlformats.org/officeDocument/2006/relationships/image" Target="media/x11941.wmf"/><Relationship Id="rId2187" Type="http://schemas.openxmlformats.org/officeDocument/2006/relationships/image" Target="media/x11942.wmf"/><Relationship Id="rId2188" Type="http://schemas.openxmlformats.org/officeDocument/2006/relationships/image" Target="media/x11943.wmf"/><Relationship Id="rId2189" Type="http://schemas.openxmlformats.org/officeDocument/2006/relationships/image" Target="media/x11944.wmf"/><Relationship Id="rId2190" Type="http://schemas.openxmlformats.org/officeDocument/2006/relationships/image" Target="media/x11945.wmf"/><Relationship Id="rId2191" Type="http://schemas.openxmlformats.org/officeDocument/2006/relationships/image" Target="media/x11946.wmf"/><Relationship Id="rId2192" Type="http://schemas.openxmlformats.org/officeDocument/2006/relationships/image" Target="media/x11947.wmf"/><Relationship Id="rId2193" Type="http://schemas.openxmlformats.org/officeDocument/2006/relationships/image" Target="media/x11948.wmf"/><Relationship Id="rId2194" Type="http://schemas.openxmlformats.org/officeDocument/2006/relationships/image" Target="media/x11949.wmf"/><Relationship Id="rId2195" Type="http://schemas.openxmlformats.org/officeDocument/2006/relationships/image" Target="media/x11950.png"/><Relationship Id="rId2196" Type="http://schemas.openxmlformats.org/officeDocument/2006/relationships/image" Target="media/x11951.wmf"/><Relationship Id="rId2197" Type="http://schemas.openxmlformats.org/officeDocument/2006/relationships/image" Target="media/x11952.wmf"/><Relationship Id="rId2198" Type="http://schemas.openxmlformats.org/officeDocument/2006/relationships/image" Target="media/x11953.wmf"/><Relationship Id="rId2199" Type="http://schemas.openxmlformats.org/officeDocument/2006/relationships/image" Target="media/x11954.wmf"/><Relationship Id="rId2200" Type="http://schemas.openxmlformats.org/officeDocument/2006/relationships/image" Target="media/x11955.wmf"/><Relationship Id="rId2201" Type="http://schemas.openxmlformats.org/officeDocument/2006/relationships/image" Target="media/x11956.wmf"/><Relationship Id="rId2202" Type="http://schemas.openxmlformats.org/officeDocument/2006/relationships/image" Target="media/x11957.wmf"/><Relationship Id="rId2203" Type="http://schemas.openxmlformats.org/officeDocument/2006/relationships/image" Target="media/x11958.wmf"/><Relationship Id="rId2204" Type="http://schemas.openxmlformats.org/officeDocument/2006/relationships/image" Target="media/x11959.wmf"/><Relationship Id="rId2205" Type="http://schemas.openxmlformats.org/officeDocument/2006/relationships/image" Target="media/x11960.wmf"/><Relationship Id="rId2206" Type="http://schemas.openxmlformats.org/officeDocument/2006/relationships/image" Target="media/x11961.wmf"/><Relationship Id="rId2207" Type="http://schemas.openxmlformats.org/officeDocument/2006/relationships/image" Target="media/x11962.wmf"/><Relationship Id="rId2208" Type="http://schemas.openxmlformats.org/officeDocument/2006/relationships/image" Target="media/x11963.wmf"/><Relationship Id="rId2209" Type="http://schemas.openxmlformats.org/officeDocument/2006/relationships/image" Target="media/x11964.wmf"/><Relationship Id="rId2210" Type="http://schemas.openxmlformats.org/officeDocument/2006/relationships/image" Target="media/x11965.wmf"/><Relationship Id="rId2211" Type="http://schemas.openxmlformats.org/officeDocument/2006/relationships/image" Target="media/x11966.wmf"/><Relationship Id="rId2212" Type="http://schemas.openxmlformats.org/officeDocument/2006/relationships/image" Target="media/x11967.wmf"/><Relationship Id="rId2213" Type="http://schemas.openxmlformats.org/officeDocument/2006/relationships/image" Target="media/x11968.wmf"/><Relationship Id="rId2214" Type="http://schemas.openxmlformats.org/officeDocument/2006/relationships/image" Target="media/x11969.wmf"/><Relationship Id="rId2215" Type="http://schemas.openxmlformats.org/officeDocument/2006/relationships/image" Target="media/x11970.wmf"/><Relationship Id="rId2216" Type="http://schemas.openxmlformats.org/officeDocument/2006/relationships/image" Target="media/x11971.wmf"/><Relationship Id="rId2217" Type="http://schemas.openxmlformats.org/officeDocument/2006/relationships/image" Target="media/x11972.wmf"/><Relationship Id="rId2218" Type="http://schemas.openxmlformats.org/officeDocument/2006/relationships/image" Target="media/x11973.wmf"/><Relationship Id="rId2219" Type="http://schemas.openxmlformats.org/officeDocument/2006/relationships/image" Target="media/x11974.wmf"/><Relationship Id="rId2220" Type="http://schemas.openxmlformats.org/officeDocument/2006/relationships/image" Target="media/x11975.wmf"/><Relationship Id="rId2221" Type="http://schemas.openxmlformats.org/officeDocument/2006/relationships/image" Target="media/x11976.wmf"/><Relationship Id="rId2222" Type="http://schemas.openxmlformats.org/officeDocument/2006/relationships/image" Target="media/x11977.wmf"/><Relationship Id="rId2223" Type="http://schemas.openxmlformats.org/officeDocument/2006/relationships/image" Target="media/x11978.wmf"/><Relationship Id="rId2224" Type="http://schemas.openxmlformats.org/officeDocument/2006/relationships/image" Target="media/x11979.wmf"/><Relationship Id="rId2225" Type="http://schemas.openxmlformats.org/officeDocument/2006/relationships/image" Target="media/x11980.wmf"/><Relationship Id="rId2226" Type="http://schemas.openxmlformats.org/officeDocument/2006/relationships/image" Target="media/x11981.wmf"/><Relationship Id="rId2227" Type="http://schemas.openxmlformats.org/officeDocument/2006/relationships/image" Target="media/x11982.wmf"/><Relationship Id="rId2228" Type="http://schemas.openxmlformats.org/officeDocument/2006/relationships/image" Target="media/x11983.wmf"/><Relationship Id="rId2229" Type="http://schemas.openxmlformats.org/officeDocument/2006/relationships/image" Target="media/x11984.wmf"/><Relationship Id="rId2230" Type="http://schemas.openxmlformats.org/officeDocument/2006/relationships/image" Target="media/x11985.wmf"/><Relationship Id="rId2231" Type="http://schemas.openxmlformats.org/officeDocument/2006/relationships/image" Target="media/x11986.wmf"/><Relationship Id="rId2232" Type="http://schemas.openxmlformats.org/officeDocument/2006/relationships/image" Target="media/x11987.wmf"/><Relationship Id="rId2233" Type="http://schemas.openxmlformats.org/officeDocument/2006/relationships/image" Target="media/x11988.wmf"/><Relationship Id="rId2234" Type="http://schemas.openxmlformats.org/officeDocument/2006/relationships/image" Target="media/x11989.wmf"/><Relationship Id="rId2235" Type="http://schemas.openxmlformats.org/officeDocument/2006/relationships/image" Target="media/x11990.wmf"/><Relationship Id="rId2236" Type="http://schemas.openxmlformats.org/officeDocument/2006/relationships/image" Target="media/x11991.wmf"/><Relationship Id="rId2237" Type="http://schemas.openxmlformats.org/officeDocument/2006/relationships/image" Target="media/x11992.wmf"/><Relationship Id="rId2238" Type="http://schemas.openxmlformats.org/officeDocument/2006/relationships/image" Target="media/x11993.wmf"/><Relationship Id="rId2239" Type="http://schemas.openxmlformats.org/officeDocument/2006/relationships/image" Target="media/x11994.wmf"/><Relationship Id="rId2240" Type="http://schemas.openxmlformats.org/officeDocument/2006/relationships/image" Target="media/x11995.wmf"/><Relationship Id="rId2241" Type="http://schemas.openxmlformats.org/officeDocument/2006/relationships/image" Target="media/x11996.wmf"/><Relationship Id="rId2242" Type="http://schemas.openxmlformats.org/officeDocument/2006/relationships/image" Target="media/x11997.wmf"/><Relationship Id="rId2243" Type="http://schemas.openxmlformats.org/officeDocument/2006/relationships/image" Target="media/x11998.wmf"/><Relationship Id="rId2244" Type="http://schemas.openxmlformats.org/officeDocument/2006/relationships/image" Target="media/x11999.wmf"/><Relationship Id="rId2245" Type="http://schemas.openxmlformats.org/officeDocument/2006/relationships/image" Target="media/x12000.wmf"/><Relationship Id="rId2246" Type="http://schemas.openxmlformats.org/officeDocument/2006/relationships/image" Target="media/x12001.wmf"/><Relationship Id="rId2247" Type="http://schemas.openxmlformats.org/officeDocument/2006/relationships/image" Target="media/x12002.wmf"/><Relationship Id="rId2248" Type="http://schemas.openxmlformats.org/officeDocument/2006/relationships/image" Target="media/x12003.wmf"/><Relationship Id="rId2249" Type="http://schemas.openxmlformats.org/officeDocument/2006/relationships/image" Target="media/x12004.wmf"/><Relationship Id="rId2250" Type="http://schemas.openxmlformats.org/officeDocument/2006/relationships/image" Target="media/x12005.wmf"/><Relationship Id="rId2251" Type="http://schemas.openxmlformats.org/officeDocument/2006/relationships/image" Target="media/x12006.wmf"/><Relationship Id="rId2252" Type="http://schemas.openxmlformats.org/officeDocument/2006/relationships/image" Target="media/x12007.wmf"/><Relationship Id="rId2253" Type="http://schemas.openxmlformats.org/officeDocument/2006/relationships/image" Target="media/x12008.wmf"/><Relationship Id="rId2254" Type="http://schemas.openxmlformats.org/officeDocument/2006/relationships/image" Target="media/x12009.wmf"/><Relationship Id="rId2255" Type="http://schemas.openxmlformats.org/officeDocument/2006/relationships/image" Target="media/x12010.wmf"/><Relationship Id="rId2256" Type="http://schemas.openxmlformats.org/officeDocument/2006/relationships/image" Target="media/x12011.wmf"/><Relationship Id="rId2257" Type="http://schemas.openxmlformats.org/officeDocument/2006/relationships/image" Target="media/x12012.wmf"/><Relationship Id="rId2258" Type="http://schemas.openxmlformats.org/officeDocument/2006/relationships/image" Target="media/x12013.wmf"/><Relationship Id="rId2259" Type="http://schemas.openxmlformats.org/officeDocument/2006/relationships/image" Target="media/x12014.wmf"/><Relationship Id="rId2260" Type="http://schemas.openxmlformats.org/officeDocument/2006/relationships/image" Target="media/x12015.wmf"/><Relationship Id="rId2261" Type="http://schemas.openxmlformats.org/officeDocument/2006/relationships/image" Target="media/x12016.wmf"/><Relationship Id="rId2262" Type="http://schemas.openxmlformats.org/officeDocument/2006/relationships/image" Target="media/x12017.wmf"/><Relationship Id="rId2263" Type="http://schemas.openxmlformats.org/officeDocument/2006/relationships/image" Target="media/x12018.wmf"/><Relationship Id="rId2264" Type="http://schemas.openxmlformats.org/officeDocument/2006/relationships/image" Target="media/x12019.wmf"/><Relationship Id="rId2265" Type="http://schemas.openxmlformats.org/officeDocument/2006/relationships/image" Target="media/x12020.wmf"/><Relationship Id="rId2266" Type="http://schemas.openxmlformats.org/officeDocument/2006/relationships/image" Target="media/x12021.wmf"/><Relationship Id="rId2267" Type="http://schemas.openxmlformats.org/officeDocument/2006/relationships/image" Target="media/x12022.wmf"/><Relationship Id="rId2268" Type="http://schemas.openxmlformats.org/officeDocument/2006/relationships/image" Target="media/x12023.wmf"/><Relationship Id="rId2269" Type="http://schemas.openxmlformats.org/officeDocument/2006/relationships/image" Target="media/x12024.wmf"/><Relationship Id="rId2270" Type="http://schemas.openxmlformats.org/officeDocument/2006/relationships/image" Target="media/x12025.wmf"/><Relationship Id="rId2271" Type="http://schemas.openxmlformats.org/officeDocument/2006/relationships/image" Target="media/x12026.wmf"/><Relationship Id="rId2272" Type="http://schemas.openxmlformats.org/officeDocument/2006/relationships/image" Target="media/x12027.wmf"/><Relationship Id="rId2273" Type="http://schemas.openxmlformats.org/officeDocument/2006/relationships/image" Target="media/x12028.wmf"/><Relationship Id="rId2274" Type="http://schemas.openxmlformats.org/officeDocument/2006/relationships/image" Target="media/x12029.wmf"/><Relationship Id="rId2275" Type="http://schemas.openxmlformats.org/officeDocument/2006/relationships/image" Target="media/x12030.wmf"/><Relationship Id="rId2276" Type="http://schemas.openxmlformats.org/officeDocument/2006/relationships/image" Target="media/x12031.wmf"/><Relationship Id="rId2277" Type="http://schemas.openxmlformats.org/officeDocument/2006/relationships/image" Target="media/x12032.wmf"/><Relationship Id="rId2278" Type="http://schemas.openxmlformats.org/officeDocument/2006/relationships/image" Target="media/x12033.wmf"/><Relationship Id="rId2279" Type="http://schemas.openxmlformats.org/officeDocument/2006/relationships/image" Target="media/x12034.wmf"/><Relationship Id="rId2280" Type="http://schemas.openxmlformats.org/officeDocument/2006/relationships/image" Target="media/x12035.wmf"/><Relationship Id="rId2281" Type="http://schemas.openxmlformats.org/officeDocument/2006/relationships/image" Target="media/x12036.wmf"/><Relationship Id="rId2282" Type="http://schemas.openxmlformats.org/officeDocument/2006/relationships/image" Target="media/x12037.wmf"/><Relationship Id="rId2283" Type="http://schemas.openxmlformats.org/officeDocument/2006/relationships/image" Target="media/x12038.wmf"/><Relationship Id="rId2284" Type="http://schemas.openxmlformats.org/officeDocument/2006/relationships/image" Target="media/x12039.wmf"/><Relationship Id="rId2285" Type="http://schemas.openxmlformats.org/officeDocument/2006/relationships/image" Target="media/x12040.wmf"/><Relationship Id="rId2286" Type="http://schemas.openxmlformats.org/officeDocument/2006/relationships/image" Target="media/x12041.wmf"/><Relationship Id="rId2287" Type="http://schemas.openxmlformats.org/officeDocument/2006/relationships/image" Target="media/x12042.wmf"/><Relationship Id="rId2288" Type="http://schemas.openxmlformats.org/officeDocument/2006/relationships/image" Target="media/x12043.wmf"/><Relationship Id="rId2289" Type="http://schemas.openxmlformats.org/officeDocument/2006/relationships/image" Target="media/x12044.wmf"/><Relationship Id="rId2290" Type="http://schemas.openxmlformats.org/officeDocument/2006/relationships/image" Target="media/x12045.wmf"/><Relationship Id="rId2291" Type="http://schemas.openxmlformats.org/officeDocument/2006/relationships/image" Target="media/x12046.wmf"/><Relationship Id="rId2292" Type="http://schemas.openxmlformats.org/officeDocument/2006/relationships/image" Target="media/x12047.wmf"/><Relationship Id="rId2293" Type="http://schemas.openxmlformats.org/officeDocument/2006/relationships/image" Target="media/x12048.wmf"/><Relationship Id="rId2294" Type="http://schemas.openxmlformats.org/officeDocument/2006/relationships/image" Target="media/x12049.wmf"/><Relationship Id="rId2295" Type="http://schemas.openxmlformats.org/officeDocument/2006/relationships/image" Target="media/x12050.wmf"/><Relationship Id="rId2296" Type="http://schemas.openxmlformats.org/officeDocument/2006/relationships/image" Target="media/x12051.wmf"/><Relationship Id="rId2297" Type="http://schemas.openxmlformats.org/officeDocument/2006/relationships/image" Target="media/x12052.wmf"/><Relationship Id="rId2298" Type="http://schemas.openxmlformats.org/officeDocument/2006/relationships/image" Target="media/x12053.wmf"/><Relationship Id="rId2299" Type="http://schemas.openxmlformats.org/officeDocument/2006/relationships/image" Target="media/x12054.wmf"/><Relationship Id="rId2300" Type="http://schemas.openxmlformats.org/officeDocument/2006/relationships/image" Target="media/x12055.wmf"/><Relationship Id="rId2301" Type="http://schemas.openxmlformats.org/officeDocument/2006/relationships/image" Target="media/x12056.wmf"/><Relationship Id="rId2302" Type="http://schemas.openxmlformats.org/officeDocument/2006/relationships/image" Target="media/x12057.wmf"/><Relationship Id="rId2303" Type="http://schemas.openxmlformats.org/officeDocument/2006/relationships/image" Target="media/x12058.wmf"/><Relationship Id="rId2304" Type="http://schemas.openxmlformats.org/officeDocument/2006/relationships/image" Target="media/x12059.wmf"/><Relationship Id="rId2305" Type="http://schemas.openxmlformats.org/officeDocument/2006/relationships/image" Target="media/x12060.wmf"/><Relationship Id="rId2306" Type="http://schemas.openxmlformats.org/officeDocument/2006/relationships/image" Target="media/x12061.wmf"/><Relationship Id="rId2307" Type="http://schemas.openxmlformats.org/officeDocument/2006/relationships/image" Target="media/x12062.wmf"/><Relationship Id="rId2308" Type="http://schemas.openxmlformats.org/officeDocument/2006/relationships/image" Target="media/x12063.wmf"/><Relationship Id="rId2309" Type="http://schemas.openxmlformats.org/officeDocument/2006/relationships/image" Target="media/x12064.wmf"/><Relationship Id="rId2310" Type="http://schemas.openxmlformats.org/officeDocument/2006/relationships/image" Target="media/x12065.wmf"/><Relationship Id="rId2311" Type="http://schemas.openxmlformats.org/officeDocument/2006/relationships/image" Target="media/x12066.wmf"/><Relationship Id="rId2312" Type="http://schemas.openxmlformats.org/officeDocument/2006/relationships/image" Target="media/x12067.wmf"/><Relationship Id="rId2313" Type="http://schemas.openxmlformats.org/officeDocument/2006/relationships/image" Target="media/x12068.wmf"/><Relationship Id="rId2314" Type="http://schemas.openxmlformats.org/officeDocument/2006/relationships/image" Target="media/x12069.png"/><Relationship Id="rId2315" Type="http://schemas.openxmlformats.org/officeDocument/2006/relationships/image" Target="media/x12070.wmf"/><Relationship Id="rId2316" Type="http://schemas.openxmlformats.org/officeDocument/2006/relationships/image" Target="media/x12071.wmf"/><Relationship Id="rId2317" Type="http://schemas.openxmlformats.org/officeDocument/2006/relationships/image" Target="media/x12072.wmf"/><Relationship Id="rId2318" Type="http://schemas.openxmlformats.org/officeDocument/2006/relationships/image" Target="media/x12073.wmf"/><Relationship Id="rId2319" Type="http://schemas.openxmlformats.org/officeDocument/2006/relationships/image" Target="media/x12074.wmf"/><Relationship Id="rId2320" Type="http://schemas.openxmlformats.org/officeDocument/2006/relationships/image" Target="media/x12075.wmf"/><Relationship Id="rId2321" Type="http://schemas.openxmlformats.org/officeDocument/2006/relationships/image" Target="media/x12076.wmf"/><Relationship Id="rId2322" Type="http://schemas.openxmlformats.org/officeDocument/2006/relationships/image" Target="media/x12077.wmf"/><Relationship Id="rId2323" Type="http://schemas.openxmlformats.org/officeDocument/2006/relationships/image" Target="media/x12078.wmf"/><Relationship Id="rId2324" Type="http://schemas.openxmlformats.org/officeDocument/2006/relationships/image" Target="media/x12079.wmf"/><Relationship Id="rId2325" Type="http://schemas.openxmlformats.org/officeDocument/2006/relationships/image" Target="media/x12080.wmf"/><Relationship Id="rId2326" Type="http://schemas.openxmlformats.org/officeDocument/2006/relationships/image" Target="media/x12081.wmf"/><Relationship Id="rId2327" Type="http://schemas.openxmlformats.org/officeDocument/2006/relationships/image" Target="media/x12082.wmf"/><Relationship Id="rId2328" Type="http://schemas.openxmlformats.org/officeDocument/2006/relationships/image" Target="media/x12083.wmf"/><Relationship Id="rId2329" Type="http://schemas.openxmlformats.org/officeDocument/2006/relationships/image" Target="media/x12084.wmf"/><Relationship Id="rId2330" Type="http://schemas.openxmlformats.org/officeDocument/2006/relationships/image" Target="media/x12085.wmf"/><Relationship Id="rId2331" Type="http://schemas.openxmlformats.org/officeDocument/2006/relationships/image" Target="media/x12086.wmf"/><Relationship Id="rId2332" Type="http://schemas.openxmlformats.org/officeDocument/2006/relationships/image" Target="media/x12087.wmf"/><Relationship Id="rId2333" Type="http://schemas.openxmlformats.org/officeDocument/2006/relationships/image" Target="media/x12088.wmf"/><Relationship Id="rId2334" Type="http://schemas.openxmlformats.org/officeDocument/2006/relationships/image" Target="media/x12089.wmf"/><Relationship Id="rId2335" Type="http://schemas.openxmlformats.org/officeDocument/2006/relationships/image" Target="media/x12090.wmf"/><Relationship Id="rId2336" Type="http://schemas.openxmlformats.org/officeDocument/2006/relationships/image" Target="media/x12091.wmf"/><Relationship Id="rId2337" Type="http://schemas.openxmlformats.org/officeDocument/2006/relationships/image" Target="media/x12092.wmf"/><Relationship Id="rId2338" Type="http://schemas.openxmlformats.org/officeDocument/2006/relationships/image" Target="media/x12093.wmf"/><Relationship Id="rId2339" Type="http://schemas.openxmlformats.org/officeDocument/2006/relationships/image" Target="media/x12094.wmf"/><Relationship Id="rId2340" Type="http://schemas.openxmlformats.org/officeDocument/2006/relationships/image" Target="media/x12095.wmf"/><Relationship Id="rId2341" Type="http://schemas.openxmlformats.org/officeDocument/2006/relationships/image" Target="media/x12096.wmf"/><Relationship Id="rId2342" Type="http://schemas.openxmlformats.org/officeDocument/2006/relationships/image" Target="media/x12097.wmf"/><Relationship Id="rId2343" Type="http://schemas.openxmlformats.org/officeDocument/2006/relationships/image" Target="media/x12098.wmf"/><Relationship Id="rId2344" Type="http://schemas.openxmlformats.org/officeDocument/2006/relationships/image" Target="media/x12099.wmf"/><Relationship Id="rId2345" Type="http://schemas.openxmlformats.org/officeDocument/2006/relationships/image" Target="media/x12100.wmf"/><Relationship Id="rId2346" Type="http://schemas.openxmlformats.org/officeDocument/2006/relationships/image" Target="media/x12101.wmf"/><Relationship Id="rId2347" Type="http://schemas.openxmlformats.org/officeDocument/2006/relationships/image" Target="media/x12102.wmf"/><Relationship Id="rId2348" Type="http://schemas.openxmlformats.org/officeDocument/2006/relationships/image" Target="media/x12103.wmf"/><Relationship Id="rId2349" Type="http://schemas.openxmlformats.org/officeDocument/2006/relationships/image" Target="media/x12104.png"/><Relationship Id="rId2350" Type="http://schemas.openxmlformats.org/officeDocument/2006/relationships/image" Target="media/x12105.png"/><Relationship Id="rId2351" Type="http://schemas.openxmlformats.org/officeDocument/2006/relationships/image" Target="media/x12106.png"/><Relationship Id="rId2352" Type="http://schemas.openxmlformats.org/officeDocument/2006/relationships/image" Target="media/x12107.wmf"/><Relationship Id="rId2353" Type="http://schemas.openxmlformats.org/officeDocument/2006/relationships/image" Target="media/x12108.wmf"/><Relationship Id="rId2354" Type="http://schemas.openxmlformats.org/officeDocument/2006/relationships/image" Target="media/x12109.wmf"/><Relationship Id="rId2355" Type="http://schemas.openxmlformats.org/officeDocument/2006/relationships/image" Target="media/x12110.png"/><Relationship Id="rId2356" Type="http://schemas.openxmlformats.org/officeDocument/2006/relationships/image" Target="media/x12111.png"/><Relationship Id="rId2357" Type="http://schemas.openxmlformats.org/officeDocument/2006/relationships/image" Target="media/x12112.png"/><Relationship Id="rId2358" Type="http://schemas.openxmlformats.org/officeDocument/2006/relationships/image" Target="media/x12113.wmf"/><Relationship Id="rId2359" Type="http://schemas.openxmlformats.org/officeDocument/2006/relationships/image" Target="media/x12114.png"/><Relationship Id="rId2360" Type="http://schemas.openxmlformats.org/officeDocument/2006/relationships/image" Target="media/x12115.wmf"/><Relationship Id="rId2361" Type="http://schemas.openxmlformats.org/officeDocument/2006/relationships/image" Target="media/x12116.png"/><Relationship Id="rId2362" Type="http://schemas.openxmlformats.org/officeDocument/2006/relationships/image" Target="media/x12117.wmf"/><Relationship Id="rId2363" Type="http://schemas.openxmlformats.org/officeDocument/2006/relationships/image" Target="media/x12118.wmf"/><Relationship Id="rId2364" Type="http://schemas.openxmlformats.org/officeDocument/2006/relationships/image" Target="media/x12119.wmf"/><Relationship Id="rId2365" Type="http://schemas.openxmlformats.org/officeDocument/2006/relationships/image" Target="media/x12120.wmf"/><Relationship Id="rId2366" Type="http://schemas.openxmlformats.org/officeDocument/2006/relationships/image" Target="media/x12121.wmf"/><Relationship Id="rId2367" Type="http://schemas.openxmlformats.org/officeDocument/2006/relationships/image" Target="media/x12122.wmf"/><Relationship Id="rId2368" Type="http://schemas.openxmlformats.org/officeDocument/2006/relationships/image" Target="media/x12123.wmf"/><Relationship Id="rId2369" Type="http://schemas.openxmlformats.org/officeDocument/2006/relationships/image" Target="media/x12124.wmf"/><Relationship Id="rId2370" Type="http://schemas.openxmlformats.org/officeDocument/2006/relationships/image" Target="media/x12125.wmf"/><Relationship Id="rId2371" Type="http://schemas.openxmlformats.org/officeDocument/2006/relationships/image" Target="media/x12126.wmf"/><Relationship Id="rId2372" Type="http://schemas.openxmlformats.org/officeDocument/2006/relationships/image" Target="media/x12127.wmf"/><Relationship Id="rId2373" Type="http://schemas.openxmlformats.org/officeDocument/2006/relationships/image" Target="media/x12128.wmf"/><Relationship Id="rId2374" Type="http://schemas.openxmlformats.org/officeDocument/2006/relationships/image" Target="media/x12129.wmf"/><Relationship Id="rId2375" Type="http://schemas.openxmlformats.org/officeDocument/2006/relationships/image" Target="media/x12130.wmf"/><Relationship Id="rId2376" Type="http://schemas.openxmlformats.org/officeDocument/2006/relationships/image" Target="media/x12131.wmf"/><Relationship Id="rId2377" Type="http://schemas.openxmlformats.org/officeDocument/2006/relationships/image" Target="media/x12132.wmf"/><Relationship Id="rId2378" Type="http://schemas.openxmlformats.org/officeDocument/2006/relationships/image" Target="media/x12133.wmf"/><Relationship Id="rId2379" Type="http://schemas.openxmlformats.org/officeDocument/2006/relationships/image" Target="media/x12134.wmf"/><Relationship Id="rId2380" Type="http://schemas.openxmlformats.org/officeDocument/2006/relationships/image" Target="media/x12135.wmf"/><Relationship Id="rId2381" Type="http://schemas.openxmlformats.org/officeDocument/2006/relationships/image" Target="media/x12136.wmf"/><Relationship Id="rId2382" Type="http://schemas.openxmlformats.org/officeDocument/2006/relationships/image" Target="media/x12137.wmf"/><Relationship Id="rId2383" Type="http://schemas.openxmlformats.org/officeDocument/2006/relationships/image" Target="media/x12138.wmf"/><Relationship Id="rId2384" Type="http://schemas.openxmlformats.org/officeDocument/2006/relationships/image" Target="media/x12139.wmf"/><Relationship Id="rId2385" Type="http://schemas.openxmlformats.org/officeDocument/2006/relationships/image" Target="media/x12140.wmf"/><Relationship Id="rId2386" Type="http://schemas.openxmlformats.org/officeDocument/2006/relationships/image" Target="media/x12141.wmf"/><Relationship Id="rId2387" Type="http://schemas.openxmlformats.org/officeDocument/2006/relationships/image" Target="media/x12142.wmf"/><Relationship Id="rId2388" Type="http://schemas.openxmlformats.org/officeDocument/2006/relationships/image" Target="media/x12143.wmf"/><Relationship Id="rId2389" Type="http://schemas.openxmlformats.org/officeDocument/2006/relationships/image" Target="media/x12144.wmf"/><Relationship Id="rId2390" Type="http://schemas.openxmlformats.org/officeDocument/2006/relationships/image" Target="media/x12145.wmf"/><Relationship Id="rId2391" Type="http://schemas.openxmlformats.org/officeDocument/2006/relationships/image" Target="media/x12146.wmf"/><Relationship Id="rId2392" Type="http://schemas.openxmlformats.org/officeDocument/2006/relationships/image" Target="media/x12147.wmf"/><Relationship Id="rId2393" Type="http://schemas.openxmlformats.org/officeDocument/2006/relationships/image" Target="media/x12148.wmf"/><Relationship Id="rId2394" Type="http://schemas.openxmlformats.org/officeDocument/2006/relationships/image" Target="media/x12149.wmf"/><Relationship Id="rId2395" Type="http://schemas.openxmlformats.org/officeDocument/2006/relationships/image" Target="media/x12150.wmf"/><Relationship Id="rId2396" Type="http://schemas.openxmlformats.org/officeDocument/2006/relationships/image" Target="media/x12151.wmf"/><Relationship Id="rId2397" Type="http://schemas.openxmlformats.org/officeDocument/2006/relationships/image" Target="media/x12152.wmf"/><Relationship Id="rId2398" Type="http://schemas.openxmlformats.org/officeDocument/2006/relationships/image" Target="media/x12153.wmf"/><Relationship Id="rId2399" Type="http://schemas.openxmlformats.org/officeDocument/2006/relationships/image" Target="media/x12154.wmf"/><Relationship Id="rId2400" Type="http://schemas.openxmlformats.org/officeDocument/2006/relationships/image" Target="media/x12155.wmf"/><Relationship Id="rId2401" Type="http://schemas.openxmlformats.org/officeDocument/2006/relationships/image" Target="media/x12156.wmf"/><Relationship Id="rId2402" Type="http://schemas.openxmlformats.org/officeDocument/2006/relationships/image" Target="media/x12157.wmf"/><Relationship Id="rId2403" Type="http://schemas.openxmlformats.org/officeDocument/2006/relationships/image" Target="media/x12158.wmf"/><Relationship Id="rId2404" Type="http://schemas.openxmlformats.org/officeDocument/2006/relationships/image" Target="media/x12159.wmf"/><Relationship Id="rId2405" Type="http://schemas.openxmlformats.org/officeDocument/2006/relationships/image" Target="media/x12160.wmf"/><Relationship Id="rId2406" Type="http://schemas.openxmlformats.org/officeDocument/2006/relationships/image" Target="media/x12161.wmf"/><Relationship Id="rId2407" Type="http://schemas.openxmlformats.org/officeDocument/2006/relationships/image" Target="media/x12162.wmf"/><Relationship Id="rId2408" Type="http://schemas.openxmlformats.org/officeDocument/2006/relationships/image" Target="media/x12163.wmf"/><Relationship Id="rId2409" Type="http://schemas.openxmlformats.org/officeDocument/2006/relationships/image" Target="media/x12164.wmf"/><Relationship Id="rId2410" Type="http://schemas.openxmlformats.org/officeDocument/2006/relationships/image" Target="media/x12165.wmf"/><Relationship Id="rId2411" Type="http://schemas.openxmlformats.org/officeDocument/2006/relationships/image" Target="media/x12166.png"/><Relationship Id="rId2412" Type="http://schemas.openxmlformats.org/officeDocument/2006/relationships/image" Target="media/x12167.png"/><Relationship Id="rId2413" Type="http://schemas.openxmlformats.org/officeDocument/2006/relationships/image" Target="media/x12168.png"/><Relationship Id="rId2414" Type="http://schemas.openxmlformats.org/officeDocument/2006/relationships/image" Target="media/x12169.png"/><Relationship Id="rId2415" Type="http://schemas.openxmlformats.org/officeDocument/2006/relationships/image" Target="media/x12170.png"/><Relationship Id="rId2416" Type="http://schemas.openxmlformats.org/officeDocument/2006/relationships/image" Target="media/x12171.wmf"/><Relationship Id="rId2417" Type="http://schemas.openxmlformats.org/officeDocument/2006/relationships/image" Target="media/x12172.wmf"/><Relationship Id="rId2418" Type="http://schemas.openxmlformats.org/officeDocument/2006/relationships/image" Target="media/x12173.wmf"/><Relationship Id="rId2419" Type="http://schemas.openxmlformats.org/officeDocument/2006/relationships/image" Target="media/x12174.wmf"/><Relationship Id="rId2420" Type="http://schemas.openxmlformats.org/officeDocument/2006/relationships/image" Target="media/x12175.wmf"/><Relationship Id="rId2421" Type="http://schemas.openxmlformats.org/officeDocument/2006/relationships/image" Target="media/x12176.wmf"/><Relationship Id="rId2422" Type="http://schemas.openxmlformats.org/officeDocument/2006/relationships/image" Target="media/x12177.wmf"/><Relationship Id="rId2423" Type="http://schemas.openxmlformats.org/officeDocument/2006/relationships/image" Target="media/x12178.wmf"/><Relationship Id="rId2424" Type="http://schemas.openxmlformats.org/officeDocument/2006/relationships/image" Target="media/x12179.wmf"/><Relationship Id="rId2425" Type="http://schemas.openxmlformats.org/officeDocument/2006/relationships/image" Target="media/x12180.wmf"/><Relationship Id="rId2426" Type="http://schemas.openxmlformats.org/officeDocument/2006/relationships/image" Target="media/x12181.png"/><Relationship Id="rId2427" Type="http://schemas.openxmlformats.org/officeDocument/2006/relationships/image" Target="media/x12182.wmf"/><Relationship Id="rId2428" Type="http://schemas.openxmlformats.org/officeDocument/2006/relationships/image" Target="media/x12183.wmf"/><Relationship Id="rId2429" Type="http://schemas.openxmlformats.org/officeDocument/2006/relationships/image" Target="media/x12184.wmf"/><Relationship Id="rId2430" Type="http://schemas.openxmlformats.org/officeDocument/2006/relationships/image" Target="media/x12185.wmf"/><Relationship Id="rId2431" Type="http://schemas.openxmlformats.org/officeDocument/2006/relationships/image" Target="media/x12186.wmf"/><Relationship Id="rId2432" Type="http://schemas.openxmlformats.org/officeDocument/2006/relationships/image" Target="media/x12187.wmf"/><Relationship Id="rId2433" Type="http://schemas.openxmlformats.org/officeDocument/2006/relationships/image" Target="media/x12188.wmf"/><Relationship Id="rId2434" Type="http://schemas.openxmlformats.org/officeDocument/2006/relationships/image" Target="media/x12189.wmf"/><Relationship Id="rId2435" Type="http://schemas.openxmlformats.org/officeDocument/2006/relationships/image" Target="media/x12190.wmf"/><Relationship Id="rId2436" Type="http://schemas.openxmlformats.org/officeDocument/2006/relationships/image" Target="media/x12191.wmf"/><Relationship Id="rId2437" Type="http://schemas.openxmlformats.org/officeDocument/2006/relationships/image" Target="media/x12192.wmf"/><Relationship Id="rId2438" Type="http://schemas.openxmlformats.org/officeDocument/2006/relationships/image" Target="media/x12193.wmf"/><Relationship Id="rId2439" Type="http://schemas.openxmlformats.org/officeDocument/2006/relationships/image" Target="media/x12194.wmf"/><Relationship Id="rId2440" Type="http://schemas.openxmlformats.org/officeDocument/2006/relationships/image" Target="media/x12195.wmf"/><Relationship Id="rId2441" Type="http://schemas.openxmlformats.org/officeDocument/2006/relationships/image" Target="media/x12196.wmf"/><Relationship Id="rId2442" Type="http://schemas.openxmlformats.org/officeDocument/2006/relationships/image" Target="media/x12197.wmf"/><Relationship Id="rId2443" Type="http://schemas.openxmlformats.org/officeDocument/2006/relationships/image" Target="media/x12198.wmf"/><Relationship Id="rId2444" Type="http://schemas.openxmlformats.org/officeDocument/2006/relationships/image" Target="media/x12199.wmf"/><Relationship Id="rId2445" Type="http://schemas.openxmlformats.org/officeDocument/2006/relationships/image" Target="media/x12200.wmf"/><Relationship Id="rId2446" Type="http://schemas.openxmlformats.org/officeDocument/2006/relationships/image" Target="media/x12201.png"/><Relationship Id="rId2447" Type="http://schemas.openxmlformats.org/officeDocument/2006/relationships/image" Target="media/x12202.wmf"/><Relationship Id="rId2448" Type="http://schemas.openxmlformats.org/officeDocument/2006/relationships/image" Target="media/x12203.wmf"/><Relationship Id="rId2449" Type="http://schemas.openxmlformats.org/officeDocument/2006/relationships/image" Target="media/x12204.wmf"/><Relationship Id="rId2450" Type="http://schemas.openxmlformats.org/officeDocument/2006/relationships/image" Target="media/x12205.wmf"/><Relationship Id="rId2451" Type="http://schemas.openxmlformats.org/officeDocument/2006/relationships/image" Target="media/x12206.wmf"/><Relationship Id="rId2452" Type="http://schemas.openxmlformats.org/officeDocument/2006/relationships/image" Target="media/x12207.wmf"/><Relationship Id="rId2453" Type="http://schemas.openxmlformats.org/officeDocument/2006/relationships/image" Target="media/x12208.wmf"/><Relationship Id="rId2454" Type="http://schemas.openxmlformats.org/officeDocument/2006/relationships/image" Target="media/x12209.wmf"/><Relationship Id="rId2455" Type="http://schemas.openxmlformats.org/officeDocument/2006/relationships/image" Target="media/x12210.wmf"/><Relationship Id="rId2456" Type="http://schemas.openxmlformats.org/officeDocument/2006/relationships/image" Target="media/x12211.wmf"/><Relationship Id="rId2457" Type="http://schemas.openxmlformats.org/officeDocument/2006/relationships/image" Target="media/x12212.wmf"/><Relationship Id="rId2458" Type="http://schemas.openxmlformats.org/officeDocument/2006/relationships/image" Target="media/x12213.wmf"/><Relationship Id="rId2459" Type="http://schemas.openxmlformats.org/officeDocument/2006/relationships/image" Target="media/x12214.wmf"/><Relationship Id="rId2460" Type="http://schemas.openxmlformats.org/officeDocument/2006/relationships/image" Target="media/x12215.wmf"/><Relationship Id="rId2461" Type="http://schemas.openxmlformats.org/officeDocument/2006/relationships/image" Target="media/x12216.wmf"/><Relationship Id="rId2462" Type="http://schemas.openxmlformats.org/officeDocument/2006/relationships/image" Target="media/x12217.wmf"/><Relationship Id="rId2463" Type="http://schemas.openxmlformats.org/officeDocument/2006/relationships/image" Target="media/x12218.wmf"/><Relationship Id="rId2464" Type="http://schemas.openxmlformats.org/officeDocument/2006/relationships/image" Target="media/x12219.wmf"/><Relationship Id="rId2465" Type="http://schemas.openxmlformats.org/officeDocument/2006/relationships/image" Target="media/x12220.wmf"/><Relationship Id="rId2466" Type="http://schemas.openxmlformats.org/officeDocument/2006/relationships/image" Target="media/x12221.wmf"/><Relationship Id="rId2467" Type="http://schemas.openxmlformats.org/officeDocument/2006/relationships/image" Target="media/x12222.wmf"/><Relationship Id="rId2468" Type="http://schemas.openxmlformats.org/officeDocument/2006/relationships/image" Target="media/x12223.wmf"/><Relationship Id="rId2469" Type="http://schemas.openxmlformats.org/officeDocument/2006/relationships/image" Target="media/x12224.wmf"/><Relationship Id="rId2470" Type="http://schemas.openxmlformats.org/officeDocument/2006/relationships/image" Target="media/x12225.wmf"/><Relationship Id="rId2471" Type="http://schemas.openxmlformats.org/officeDocument/2006/relationships/image" Target="media/x12226.wmf"/><Relationship Id="rId2472" Type="http://schemas.openxmlformats.org/officeDocument/2006/relationships/image" Target="media/x12227.wmf"/><Relationship Id="rId2473" Type="http://schemas.openxmlformats.org/officeDocument/2006/relationships/image" Target="media/x12228.wmf"/><Relationship Id="rId2474" Type="http://schemas.openxmlformats.org/officeDocument/2006/relationships/image" Target="media/x12229.wmf"/><Relationship Id="rId2475" Type="http://schemas.openxmlformats.org/officeDocument/2006/relationships/image" Target="media/x12230.wmf"/><Relationship Id="rId2476" Type="http://schemas.openxmlformats.org/officeDocument/2006/relationships/image" Target="media/x12231.wmf"/><Relationship Id="rId2477" Type="http://schemas.openxmlformats.org/officeDocument/2006/relationships/image" Target="media/x12232.wmf"/><Relationship Id="rId2478" Type="http://schemas.openxmlformats.org/officeDocument/2006/relationships/image" Target="media/x12233.wmf"/><Relationship Id="rId2479" Type="http://schemas.openxmlformats.org/officeDocument/2006/relationships/image" Target="media/x12234.wmf"/><Relationship Id="rId2480" Type="http://schemas.openxmlformats.org/officeDocument/2006/relationships/image" Target="media/x12235.wmf"/><Relationship Id="rId2481" Type="http://schemas.openxmlformats.org/officeDocument/2006/relationships/image" Target="media/x12236.wmf"/><Relationship Id="rId2482" Type="http://schemas.openxmlformats.org/officeDocument/2006/relationships/image" Target="media/x12237.wmf"/><Relationship Id="rId2483" Type="http://schemas.openxmlformats.org/officeDocument/2006/relationships/image" Target="media/x12238.wmf"/><Relationship Id="rId2484" Type="http://schemas.openxmlformats.org/officeDocument/2006/relationships/image" Target="media/x12239.wmf"/><Relationship Id="rId2485" Type="http://schemas.openxmlformats.org/officeDocument/2006/relationships/image" Target="media/x12240.wmf"/><Relationship Id="rId2486" Type="http://schemas.openxmlformats.org/officeDocument/2006/relationships/image" Target="media/x12241.wmf"/><Relationship Id="rId2487" Type="http://schemas.openxmlformats.org/officeDocument/2006/relationships/image" Target="media/x12242.wmf"/><Relationship Id="rId2488" Type="http://schemas.openxmlformats.org/officeDocument/2006/relationships/image" Target="media/x12243.wmf"/><Relationship Id="rId2489" Type="http://schemas.openxmlformats.org/officeDocument/2006/relationships/image" Target="media/x12244.wmf"/><Relationship Id="rId2490" Type="http://schemas.openxmlformats.org/officeDocument/2006/relationships/image" Target="media/x12245.wmf"/><Relationship Id="rId2491" Type="http://schemas.openxmlformats.org/officeDocument/2006/relationships/image" Target="media/x12246.wmf"/><Relationship Id="rId2492" Type="http://schemas.openxmlformats.org/officeDocument/2006/relationships/image" Target="media/x12247.wmf"/><Relationship Id="rId2493" Type="http://schemas.openxmlformats.org/officeDocument/2006/relationships/image" Target="media/x12248.wmf"/><Relationship Id="rId2494" Type="http://schemas.openxmlformats.org/officeDocument/2006/relationships/image" Target="media/x12249.wmf"/><Relationship Id="rId2495" Type="http://schemas.openxmlformats.org/officeDocument/2006/relationships/image" Target="media/x12250.wmf"/><Relationship Id="rId2496" Type="http://schemas.openxmlformats.org/officeDocument/2006/relationships/image" Target="media/x12251.wmf"/><Relationship Id="rId2497" Type="http://schemas.openxmlformats.org/officeDocument/2006/relationships/image" Target="media/x12252.wmf"/><Relationship Id="rId2498" Type="http://schemas.openxmlformats.org/officeDocument/2006/relationships/image" Target="media/x12253.wmf"/><Relationship Id="rId2499" Type="http://schemas.openxmlformats.org/officeDocument/2006/relationships/image" Target="media/x12254.wmf"/><Relationship Id="rId2500" Type="http://schemas.openxmlformats.org/officeDocument/2006/relationships/image" Target="media/x12255.wmf"/><Relationship Id="rId2501" Type="http://schemas.openxmlformats.org/officeDocument/2006/relationships/image" Target="media/x12256.wmf"/><Relationship Id="rId2502" Type="http://schemas.openxmlformats.org/officeDocument/2006/relationships/image" Target="media/x12257.wmf"/><Relationship Id="rId2503" Type="http://schemas.openxmlformats.org/officeDocument/2006/relationships/image" Target="media/x12258.wmf"/><Relationship Id="rId2504" Type="http://schemas.openxmlformats.org/officeDocument/2006/relationships/image" Target="media/x12259.wmf"/><Relationship Id="rId2505" Type="http://schemas.openxmlformats.org/officeDocument/2006/relationships/image" Target="media/x12260.wmf"/><Relationship Id="rId2506" Type="http://schemas.openxmlformats.org/officeDocument/2006/relationships/image" Target="media/x12261.wmf"/><Relationship Id="rId2507" Type="http://schemas.openxmlformats.org/officeDocument/2006/relationships/image" Target="media/x12262.wmf"/><Relationship Id="rId2508" Type="http://schemas.openxmlformats.org/officeDocument/2006/relationships/image" Target="media/x12263.wmf"/><Relationship Id="rId2509" Type="http://schemas.openxmlformats.org/officeDocument/2006/relationships/image" Target="media/x12264.wmf"/><Relationship Id="rId2510" Type="http://schemas.openxmlformats.org/officeDocument/2006/relationships/image" Target="media/x12265.wmf"/><Relationship Id="rId2511" Type="http://schemas.openxmlformats.org/officeDocument/2006/relationships/image" Target="media/x12266.wmf"/><Relationship Id="rId2512" Type="http://schemas.openxmlformats.org/officeDocument/2006/relationships/image" Target="media/x12267.wmf"/><Relationship Id="rId2513" Type="http://schemas.openxmlformats.org/officeDocument/2006/relationships/image" Target="media/x12268.wmf"/><Relationship Id="rId2514" Type="http://schemas.openxmlformats.org/officeDocument/2006/relationships/image" Target="media/x12269.wmf"/><Relationship Id="rId2515" Type="http://schemas.openxmlformats.org/officeDocument/2006/relationships/image" Target="media/x12270.wmf"/><Relationship Id="rId2516" Type="http://schemas.openxmlformats.org/officeDocument/2006/relationships/image" Target="media/x12271.wmf"/><Relationship Id="rId2517" Type="http://schemas.openxmlformats.org/officeDocument/2006/relationships/image" Target="media/x12272.wmf"/><Relationship Id="rId2518" Type="http://schemas.openxmlformats.org/officeDocument/2006/relationships/image" Target="media/x12273.wmf"/><Relationship Id="rId2519" Type="http://schemas.openxmlformats.org/officeDocument/2006/relationships/image" Target="media/x12274.wmf"/><Relationship Id="rId2520" Type="http://schemas.openxmlformats.org/officeDocument/2006/relationships/image" Target="media/x12275.wmf"/><Relationship Id="rId2521" Type="http://schemas.openxmlformats.org/officeDocument/2006/relationships/image" Target="media/x12276.wmf"/><Relationship Id="rId2522" Type="http://schemas.openxmlformats.org/officeDocument/2006/relationships/image" Target="media/x12277.wmf"/><Relationship Id="rId2523" Type="http://schemas.openxmlformats.org/officeDocument/2006/relationships/image" Target="media/x12278.wmf"/><Relationship Id="rId2524" Type="http://schemas.openxmlformats.org/officeDocument/2006/relationships/image" Target="media/x12279.wmf"/><Relationship Id="rId2525" Type="http://schemas.openxmlformats.org/officeDocument/2006/relationships/image" Target="media/x12280.wmf"/><Relationship Id="rId2526" Type="http://schemas.openxmlformats.org/officeDocument/2006/relationships/image" Target="media/x12281.wmf"/><Relationship Id="rId2527" Type="http://schemas.openxmlformats.org/officeDocument/2006/relationships/image" Target="media/x12282.wmf"/><Relationship Id="rId2528" Type="http://schemas.openxmlformats.org/officeDocument/2006/relationships/image" Target="media/x12283.wmf"/><Relationship Id="rId2529" Type="http://schemas.openxmlformats.org/officeDocument/2006/relationships/image" Target="media/x12284.wmf"/><Relationship Id="rId2530" Type="http://schemas.openxmlformats.org/officeDocument/2006/relationships/image" Target="media/x12285.wmf"/><Relationship Id="rId2531" Type="http://schemas.openxmlformats.org/officeDocument/2006/relationships/image" Target="media/x12286.wmf"/><Relationship Id="rId2532" Type="http://schemas.openxmlformats.org/officeDocument/2006/relationships/image" Target="media/x12287.wmf"/><Relationship Id="rId2533" Type="http://schemas.openxmlformats.org/officeDocument/2006/relationships/image" Target="media/x12288.wmf"/><Relationship Id="rId2534" Type="http://schemas.openxmlformats.org/officeDocument/2006/relationships/image" Target="media/x12289.wmf"/><Relationship Id="rId2535" Type="http://schemas.openxmlformats.org/officeDocument/2006/relationships/image" Target="media/x12290.wmf"/><Relationship Id="rId2536" Type="http://schemas.openxmlformats.org/officeDocument/2006/relationships/image" Target="media/x12291.wmf"/><Relationship Id="rId2537" Type="http://schemas.openxmlformats.org/officeDocument/2006/relationships/image" Target="media/x12292.wmf"/><Relationship Id="rId2538" Type="http://schemas.openxmlformats.org/officeDocument/2006/relationships/image" Target="media/x12293.wmf"/><Relationship Id="rId2539" Type="http://schemas.openxmlformats.org/officeDocument/2006/relationships/image" Target="media/x12294.wmf"/><Relationship Id="rId2540" Type="http://schemas.openxmlformats.org/officeDocument/2006/relationships/image" Target="media/x12295.wmf"/><Relationship Id="rId2541" Type="http://schemas.openxmlformats.org/officeDocument/2006/relationships/image" Target="media/x12296.wmf"/><Relationship Id="rId2542" Type="http://schemas.openxmlformats.org/officeDocument/2006/relationships/image" Target="media/x12297.wmf"/><Relationship Id="rId2543" Type="http://schemas.openxmlformats.org/officeDocument/2006/relationships/image" Target="media/x12298.wmf"/><Relationship Id="rId2544" Type="http://schemas.openxmlformats.org/officeDocument/2006/relationships/image" Target="media/x12299.wmf"/><Relationship Id="rId2545" Type="http://schemas.openxmlformats.org/officeDocument/2006/relationships/image" Target="media/x12300.wmf"/><Relationship Id="rId2546" Type="http://schemas.openxmlformats.org/officeDocument/2006/relationships/image" Target="media/x12301.wmf"/><Relationship Id="rId2547" Type="http://schemas.openxmlformats.org/officeDocument/2006/relationships/image" Target="media/x12302.wmf"/><Relationship Id="rId2548" Type="http://schemas.openxmlformats.org/officeDocument/2006/relationships/image" Target="media/x12303.wmf"/><Relationship Id="rId2549" Type="http://schemas.openxmlformats.org/officeDocument/2006/relationships/image" Target="media/x12304.wmf"/><Relationship Id="rId2550" Type="http://schemas.openxmlformats.org/officeDocument/2006/relationships/image" Target="media/x12305.wmf"/><Relationship Id="rId2551" Type="http://schemas.openxmlformats.org/officeDocument/2006/relationships/image" Target="media/x12306.wmf"/><Relationship Id="rId2552" Type="http://schemas.openxmlformats.org/officeDocument/2006/relationships/image" Target="media/x12307.wmf"/><Relationship Id="rId2553" Type="http://schemas.openxmlformats.org/officeDocument/2006/relationships/image" Target="media/x12308.wmf"/><Relationship Id="rId2554" Type="http://schemas.openxmlformats.org/officeDocument/2006/relationships/image" Target="media/x12309.wmf"/><Relationship Id="rId2555" Type="http://schemas.openxmlformats.org/officeDocument/2006/relationships/image" Target="media/x12310.wmf"/><Relationship Id="rId2556" Type="http://schemas.openxmlformats.org/officeDocument/2006/relationships/image" Target="media/x12311.wmf"/><Relationship Id="rId2557" Type="http://schemas.openxmlformats.org/officeDocument/2006/relationships/image" Target="media/x12312.wmf"/><Relationship Id="rId2558" Type="http://schemas.openxmlformats.org/officeDocument/2006/relationships/image" Target="media/x12313.wmf"/><Relationship Id="rId2559" Type="http://schemas.openxmlformats.org/officeDocument/2006/relationships/image" Target="media/x12314.wmf"/><Relationship Id="rId2560" Type="http://schemas.openxmlformats.org/officeDocument/2006/relationships/image" Target="media/x12315.wmf"/><Relationship Id="rId2561" Type="http://schemas.openxmlformats.org/officeDocument/2006/relationships/image" Target="media/x12316.wmf"/><Relationship Id="rId2562" Type="http://schemas.openxmlformats.org/officeDocument/2006/relationships/image" Target="media/x12317.wmf"/><Relationship Id="rId2563" Type="http://schemas.openxmlformats.org/officeDocument/2006/relationships/image" Target="media/x12318.wmf"/><Relationship Id="rId2564" Type="http://schemas.openxmlformats.org/officeDocument/2006/relationships/image" Target="media/x12319.wmf"/><Relationship Id="rId2565" Type="http://schemas.openxmlformats.org/officeDocument/2006/relationships/image" Target="media/x12320.wmf"/><Relationship Id="rId2566" Type="http://schemas.openxmlformats.org/officeDocument/2006/relationships/image" Target="media/x12321.wmf"/><Relationship Id="rId2567" Type="http://schemas.openxmlformats.org/officeDocument/2006/relationships/image" Target="media/x12322.wmf"/><Relationship Id="rId2568" Type="http://schemas.openxmlformats.org/officeDocument/2006/relationships/image" Target="media/x12323.wmf"/><Relationship Id="rId2569" Type="http://schemas.openxmlformats.org/officeDocument/2006/relationships/image" Target="media/x12324.wmf"/><Relationship Id="rId2570" Type="http://schemas.openxmlformats.org/officeDocument/2006/relationships/image" Target="media/x12325.wmf"/><Relationship Id="rId2571" Type="http://schemas.openxmlformats.org/officeDocument/2006/relationships/image" Target="media/x12326.wmf"/><Relationship Id="rId2572" Type="http://schemas.openxmlformats.org/officeDocument/2006/relationships/image" Target="media/x12327.wmf"/><Relationship Id="rId2573" Type="http://schemas.openxmlformats.org/officeDocument/2006/relationships/image" Target="media/x12328.wmf"/><Relationship Id="rId2574" Type="http://schemas.openxmlformats.org/officeDocument/2006/relationships/image" Target="media/x12329.wmf"/><Relationship Id="rId2575" Type="http://schemas.openxmlformats.org/officeDocument/2006/relationships/image" Target="media/x12330.wmf"/><Relationship Id="rId2576" Type="http://schemas.openxmlformats.org/officeDocument/2006/relationships/image" Target="media/x12331.wmf"/><Relationship Id="rId2577" Type="http://schemas.openxmlformats.org/officeDocument/2006/relationships/image" Target="media/x12332.wmf"/><Relationship Id="rId2578" Type="http://schemas.openxmlformats.org/officeDocument/2006/relationships/image" Target="media/x12333.wmf"/><Relationship Id="rId2579" Type="http://schemas.openxmlformats.org/officeDocument/2006/relationships/image" Target="media/x12334.wmf"/><Relationship Id="rId2580" Type="http://schemas.openxmlformats.org/officeDocument/2006/relationships/image" Target="media/x12335.wmf"/><Relationship Id="rId2581" Type="http://schemas.openxmlformats.org/officeDocument/2006/relationships/image" Target="media/x12336.wmf"/><Relationship Id="rId2582" Type="http://schemas.openxmlformats.org/officeDocument/2006/relationships/image" Target="media/x12337.wmf"/><Relationship Id="rId2583" Type="http://schemas.openxmlformats.org/officeDocument/2006/relationships/image" Target="media/x12338.wmf"/><Relationship Id="rId2584" Type="http://schemas.openxmlformats.org/officeDocument/2006/relationships/image" Target="media/x12339.wmf"/><Relationship Id="rId2585" Type="http://schemas.openxmlformats.org/officeDocument/2006/relationships/image" Target="media/x12340.wmf"/><Relationship Id="rId2586" Type="http://schemas.openxmlformats.org/officeDocument/2006/relationships/image" Target="media/x12341.wmf"/><Relationship Id="rId2587" Type="http://schemas.openxmlformats.org/officeDocument/2006/relationships/image" Target="media/x12342.wmf"/><Relationship Id="rId2588" Type="http://schemas.openxmlformats.org/officeDocument/2006/relationships/image" Target="media/x12343.wmf"/><Relationship Id="rId2589" Type="http://schemas.openxmlformats.org/officeDocument/2006/relationships/image" Target="media/x12344.wmf"/><Relationship Id="rId2590" Type="http://schemas.openxmlformats.org/officeDocument/2006/relationships/image" Target="media/x12345.wmf"/><Relationship Id="rId2591" Type="http://schemas.openxmlformats.org/officeDocument/2006/relationships/image" Target="media/x12346.wmf"/><Relationship Id="rId2592" Type="http://schemas.openxmlformats.org/officeDocument/2006/relationships/image" Target="media/x12347.wmf"/><Relationship Id="rId2593" Type="http://schemas.openxmlformats.org/officeDocument/2006/relationships/image" Target="media/x12348.wmf"/><Relationship Id="rId2594" Type="http://schemas.openxmlformats.org/officeDocument/2006/relationships/image" Target="media/x12349.wmf"/><Relationship Id="rId2595" Type="http://schemas.openxmlformats.org/officeDocument/2006/relationships/image" Target="media/x12350.wmf"/><Relationship Id="rId2596" Type="http://schemas.openxmlformats.org/officeDocument/2006/relationships/image" Target="media/x12351.wmf"/><Relationship Id="rId2597" Type="http://schemas.openxmlformats.org/officeDocument/2006/relationships/image" Target="media/x12352.wmf"/><Relationship Id="rId2598" Type="http://schemas.openxmlformats.org/officeDocument/2006/relationships/image" Target="media/x12353.wmf"/><Relationship Id="rId2599" Type="http://schemas.openxmlformats.org/officeDocument/2006/relationships/image" Target="media/x12354.wmf"/><Relationship Id="rId2600" Type="http://schemas.openxmlformats.org/officeDocument/2006/relationships/image" Target="media/x12355.wmf"/><Relationship Id="rId2601" Type="http://schemas.openxmlformats.org/officeDocument/2006/relationships/image" Target="media/x12356.wmf"/><Relationship Id="rId2602" Type="http://schemas.openxmlformats.org/officeDocument/2006/relationships/image" Target="media/x12357.wmf"/><Relationship Id="rId2603" Type="http://schemas.openxmlformats.org/officeDocument/2006/relationships/image" Target="media/x12358.wmf"/><Relationship Id="rId2604" Type="http://schemas.openxmlformats.org/officeDocument/2006/relationships/image" Target="media/x12359.wmf"/><Relationship Id="rId2605" Type="http://schemas.openxmlformats.org/officeDocument/2006/relationships/image" Target="media/x12360.wmf"/><Relationship Id="rId2606" Type="http://schemas.openxmlformats.org/officeDocument/2006/relationships/image" Target="media/x12361.wmf"/><Relationship Id="rId2607" Type="http://schemas.openxmlformats.org/officeDocument/2006/relationships/image" Target="media/x12362.wmf"/><Relationship Id="rId2608" Type="http://schemas.openxmlformats.org/officeDocument/2006/relationships/image" Target="media/x12363.wmf"/><Relationship Id="rId2609" Type="http://schemas.openxmlformats.org/officeDocument/2006/relationships/image" Target="media/x12364.wmf"/><Relationship Id="rId2610" Type="http://schemas.openxmlformats.org/officeDocument/2006/relationships/image" Target="media/x12365.wmf"/><Relationship Id="rId2611" Type="http://schemas.openxmlformats.org/officeDocument/2006/relationships/image" Target="media/x12366.png"/><Relationship Id="rId2612" Type="http://schemas.openxmlformats.org/officeDocument/2006/relationships/image" Target="media/x12367.wmf"/><Relationship Id="rId2613" Type="http://schemas.openxmlformats.org/officeDocument/2006/relationships/image" Target="media/x12368.wmf"/><Relationship Id="rId2614" Type="http://schemas.openxmlformats.org/officeDocument/2006/relationships/image" Target="media/x12369.wmf"/><Relationship Id="rId2615" Type="http://schemas.openxmlformats.org/officeDocument/2006/relationships/image" Target="media/x12370.wmf"/><Relationship Id="rId2616" Type="http://schemas.openxmlformats.org/officeDocument/2006/relationships/image" Target="media/x12371.wmf"/><Relationship Id="rId2617" Type="http://schemas.openxmlformats.org/officeDocument/2006/relationships/image" Target="media/x12372.wmf"/><Relationship Id="rId2618" Type="http://schemas.openxmlformats.org/officeDocument/2006/relationships/image" Target="media/x12373.wmf"/><Relationship Id="rId2619" Type="http://schemas.openxmlformats.org/officeDocument/2006/relationships/image" Target="media/x12374.wmf"/><Relationship Id="rId2620" Type="http://schemas.openxmlformats.org/officeDocument/2006/relationships/image" Target="media/x12375.wmf"/><Relationship Id="rId2621" Type="http://schemas.openxmlformats.org/officeDocument/2006/relationships/image" Target="media/x12376.wmf"/><Relationship Id="rId2622" Type="http://schemas.openxmlformats.org/officeDocument/2006/relationships/image" Target="media/x12377.wmf"/><Relationship Id="rId2623" Type="http://schemas.openxmlformats.org/officeDocument/2006/relationships/image" Target="media/x12378.wmf"/><Relationship Id="rId2624" Type="http://schemas.openxmlformats.org/officeDocument/2006/relationships/image" Target="media/x12379.wmf"/><Relationship Id="rId2625" Type="http://schemas.openxmlformats.org/officeDocument/2006/relationships/image" Target="media/x12380.wmf"/><Relationship Id="rId2626" Type="http://schemas.openxmlformats.org/officeDocument/2006/relationships/image" Target="media/x12381.wmf"/><Relationship Id="rId2627" Type="http://schemas.openxmlformats.org/officeDocument/2006/relationships/image" Target="media/x12382.wmf"/><Relationship Id="rId2628" Type="http://schemas.openxmlformats.org/officeDocument/2006/relationships/image" Target="media/x12383.wmf"/><Relationship Id="rId2629" Type="http://schemas.openxmlformats.org/officeDocument/2006/relationships/image" Target="media/x12384.wmf"/><Relationship Id="rId2630" Type="http://schemas.openxmlformats.org/officeDocument/2006/relationships/image" Target="media/x12385.wmf"/><Relationship Id="rId2631" Type="http://schemas.openxmlformats.org/officeDocument/2006/relationships/image" Target="media/x12386.wmf"/><Relationship Id="rId2632" Type="http://schemas.openxmlformats.org/officeDocument/2006/relationships/image" Target="media/x12387.wmf"/><Relationship Id="rId2633" Type="http://schemas.openxmlformats.org/officeDocument/2006/relationships/image" Target="media/x12388.wmf"/><Relationship Id="rId2634" Type="http://schemas.openxmlformats.org/officeDocument/2006/relationships/image" Target="media/x12389.wmf"/><Relationship Id="rId2635" Type="http://schemas.openxmlformats.org/officeDocument/2006/relationships/image" Target="media/x12390.wmf"/><Relationship Id="rId2636" Type="http://schemas.openxmlformats.org/officeDocument/2006/relationships/image" Target="media/x12391.wmf"/><Relationship Id="rId2637" Type="http://schemas.openxmlformats.org/officeDocument/2006/relationships/image" Target="media/x12392.wmf"/><Relationship Id="rId2638" Type="http://schemas.openxmlformats.org/officeDocument/2006/relationships/image" Target="media/x12393.wmf"/><Relationship Id="rId2639" Type="http://schemas.openxmlformats.org/officeDocument/2006/relationships/image" Target="media/x12394.wmf"/><Relationship Id="rId2640" Type="http://schemas.openxmlformats.org/officeDocument/2006/relationships/image" Target="media/x12395.wmf"/><Relationship Id="rId2641" Type="http://schemas.openxmlformats.org/officeDocument/2006/relationships/image" Target="media/x12396.wmf"/><Relationship Id="rId2642" Type="http://schemas.openxmlformats.org/officeDocument/2006/relationships/image" Target="media/x12397.wmf"/><Relationship Id="rId2643" Type="http://schemas.openxmlformats.org/officeDocument/2006/relationships/image" Target="media/x12398.wmf"/><Relationship Id="rId2644" Type="http://schemas.openxmlformats.org/officeDocument/2006/relationships/image" Target="media/x12399.wmf"/><Relationship Id="rId2645" Type="http://schemas.openxmlformats.org/officeDocument/2006/relationships/image" Target="media/x12400.wmf"/><Relationship Id="rId2646" Type="http://schemas.openxmlformats.org/officeDocument/2006/relationships/image" Target="media/x12401.wmf"/><Relationship Id="rId2647" Type="http://schemas.openxmlformats.org/officeDocument/2006/relationships/image" Target="media/x12402.wmf"/><Relationship Id="rId2648" Type="http://schemas.openxmlformats.org/officeDocument/2006/relationships/image" Target="media/x12403.wmf"/><Relationship Id="rId2649" Type="http://schemas.openxmlformats.org/officeDocument/2006/relationships/image" Target="media/x12404.wmf"/><Relationship Id="rId2650" Type="http://schemas.openxmlformats.org/officeDocument/2006/relationships/image" Target="media/x12405.wmf"/><Relationship Id="rId2651" Type="http://schemas.openxmlformats.org/officeDocument/2006/relationships/image" Target="media/x12406.wmf"/><Relationship Id="rId2652" Type="http://schemas.openxmlformats.org/officeDocument/2006/relationships/image" Target="media/x12407.wmf"/><Relationship Id="rId2653" Type="http://schemas.openxmlformats.org/officeDocument/2006/relationships/image" Target="media/x12408.wmf"/><Relationship Id="rId2654" Type="http://schemas.openxmlformats.org/officeDocument/2006/relationships/image" Target="media/x12409.wmf"/><Relationship Id="rId2655" Type="http://schemas.openxmlformats.org/officeDocument/2006/relationships/image" Target="media/x12410.wmf"/><Relationship Id="rId2656" Type="http://schemas.openxmlformats.org/officeDocument/2006/relationships/image" Target="media/x12411.wmf"/><Relationship Id="rId2657" Type="http://schemas.openxmlformats.org/officeDocument/2006/relationships/image" Target="media/x12412.wmf"/><Relationship Id="rId2658" Type="http://schemas.openxmlformats.org/officeDocument/2006/relationships/image" Target="media/x12413.wmf"/><Relationship Id="rId2659" Type="http://schemas.openxmlformats.org/officeDocument/2006/relationships/image" Target="media/x12414.wmf"/><Relationship Id="rId2660" Type="http://schemas.openxmlformats.org/officeDocument/2006/relationships/image" Target="media/x12415.wmf"/><Relationship Id="rId2661" Type="http://schemas.openxmlformats.org/officeDocument/2006/relationships/image" Target="media/x12416.wmf"/><Relationship Id="rId2662" Type="http://schemas.openxmlformats.org/officeDocument/2006/relationships/image" Target="media/x12417.wmf"/><Relationship Id="rId2663" Type="http://schemas.openxmlformats.org/officeDocument/2006/relationships/image" Target="media/x12418.wmf"/><Relationship Id="rId2664" Type="http://schemas.openxmlformats.org/officeDocument/2006/relationships/image" Target="media/x12419.wmf"/><Relationship Id="rId2665" Type="http://schemas.openxmlformats.org/officeDocument/2006/relationships/image" Target="media/x12420.wmf"/><Relationship Id="rId2666" Type="http://schemas.openxmlformats.org/officeDocument/2006/relationships/image" Target="media/x12421.wmf"/><Relationship Id="rId2667" Type="http://schemas.openxmlformats.org/officeDocument/2006/relationships/image" Target="media/x12422.wmf"/><Relationship Id="rId2668" Type="http://schemas.openxmlformats.org/officeDocument/2006/relationships/image" Target="media/x12423.wmf"/><Relationship Id="rId2669" Type="http://schemas.openxmlformats.org/officeDocument/2006/relationships/image" Target="media/x12424.wmf"/><Relationship Id="rId2670" Type="http://schemas.openxmlformats.org/officeDocument/2006/relationships/image" Target="media/x12425.wmf"/><Relationship Id="rId2671" Type="http://schemas.openxmlformats.org/officeDocument/2006/relationships/image" Target="media/x12426.wmf"/><Relationship Id="rId2672" Type="http://schemas.openxmlformats.org/officeDocument/2006/relationships/image" Target="media/x12427.wmf"/><Relationship Id="rId2673" Type="http://schemas.openxmlformats.org/officeDocument/2006/relationships/image" Target="media/x12428.wmf"/><Relationship Id="rId2674" Type="http://schemas.openxmlformats.org/officeDocument/2006/relationships/image" Target="media/x12429.wmf"/><Relationship Id="rId2675" Type="http://schemas.openxmlformats.org/officeDocument/2006/relationships/image" Target="media/x12430.wmf"/><Relationship Id="rId2676" Type="http://schemas.openxmlformats.org/officeDocument/2006/relationships/image" Target="media/x12431.wmf"/><Relationship Id="rId2677" Type="http://schemas.openxmlformats.org/officeDocument/2006/relationships/image" Target="media/x12432.wmf"/><Relationship Id="rId2678" Type="http://schemas.openxmlformats.org/officeDocument/2006/relationships/image" Target="media/x12433.wmf"/><Relationship Id="rId2679" Type="http://schemas.openxmlformats.org/officeDocument/2006/relationships/image" Target="media/x12434.wmf"/><Relationship Id="rId2680" Type="http://schemas.openxmlformats.org/officeDocument/2006/relationships/image" Target="media/x12435.wmf"/><Relationship Id="rId2681" Type="http://schemas.openxmlformats.org/officeDocument/2006/relationships/image" Target="media/x12436.wmf"/><Relationship Id="rId2682" Type="http://schemas.openxmlformats.org/officeDocument/2006/relationships/image" Target="media/x12437.wmf"/><Relationship Id="rId2683" Type="http://schemas.openxmlformats.org/officeDocument/2006/relationships/image" Target="media/x12438.wmf"/><Relationship Id="rId2684" Type="http://schemas.openxmlformats.org/officeDocument/2006/relationships/image" Target="media/x12439.wmf"/><Relationship Id="rId2685" Type="http://schemas.openxmlformats.org/officeDocument/2006/relationships/image" Target="media/x12440.wmf"/><Relationship Id="rId2686" Type="http://schemas.openxmlformats.org/officeDocument/2006/relationships/image" Target="media/x12441.wmf"/><Relationship Id="rId2687" Type="http://schemas.openxmlformats.org/officeDocument/2006/relationships/image" Target="media/x12442.wmf"/><Relationship Id="rId2688" Type="http://schemas.openxmlformats.org/officeDocument/2006/relationships/image" Target="media/x12443.wmf"/><Relationship Id="rId2689" Type="http://schemas.openxmlformats.org/officeDocument/2006/relationships/image" Target="media/x12444.wmf"/><Relationship Id="rId2690" Type="http://schemas.openxmlformats.org/officeDocument/2006/relationships/image" Target="media/x12445.wmf"/><Relationship Id="rId2691" Type="http://schemas.openxmlformats.org/officeDocument/2006/relationships/image" Target="media/x12446.wmf"/><Relationship Id="rId2692" Type="http://schemas.openxmlformats.org/officeDocument/2006/relationships/image" Target="media/x12447.wmf"/><Relationship Id="rId2693" Type="http://schemas.openxmlformats.org/officeDocument/2006/relationships/image" Target="media/x12448.wmf"/><Relationship Id="rId2694" Type="http://schemas.openxmlformats.org/officeDocument/2006/relationships/image" Target="media/x12449.png"/><Relationship Id="rId2695" Type="http://schemas.openxmlformats.org/officeDocument/2006/relationships/image" Target="media/x12450.wmf"/><Relationship Id="rId2696" Type="http://schemas.openxmlformats.org/officeDocument/2006/relationships/image" Target="media/x12451.wmf"/><Relationship Id="rId2697" Type="http://schemas.openxmlformats.org/officeDocument/2006/relationships/image" Target="media/x12452.wmf"/><Relationship Id="rId2698" Type="http://schemas.openxmlformats.org/officeDocument/2006/relationships/image" Target="media/x12453.wmf"/><Relationship Id="rId2699" Type="http://schemas.openxmlformats.org/officeDocument/2006/relationships/image" Target="media/x12454.wmf"/><Relationship Id="rId2700" Type="http://schemas.openxmlformats.org/officeDocument/2006/relationships/image" Target="media/x12455.wmf"/><Relationship Id="rId2701" Type="http://schemas.openxmlformats.org/officeDocument/2006/relationships/image" Target="media/x12456.wmf"/><Relationship Id="rId2702" Type="http://schemas.openxmlformats.org/officeDocument/2006/relationships/image" Target="media/x12457.wmf"/><Relationship Id="rId2703" Type="http://schemas.openxmlformats.org/officeDocument/2006/relationships/image" Target="media/x12458.wmf"/><Relationship Id="rId2704" Type="http://schemas.openxmlformats.org/officeDocument/2006/relationships/image" Target="media/x12459.wmf"/><Relationship Id="rId2705" Type="http://schemas.openxmlformats.org/officeDocument/2006/relationships/image" Target="media/x12460.wmf"/><Relationship Id="rId2706" Type="http://schemas.openxmlformats.org/officeDocument/2006/relationships/image" Target="media/x12461.wmf"/><Relationship Id="rId2707" Type="http://schemas.openxmlformats.org/officeDocument/2006/relationships/image" Target="media/x12462.wmf"/><Relationship Id="rId2708" Type="http://schemas.openxmlformats.org/officeDocument/2006/relationships/image" Target="media/x12463.wmf"/><Relationship Id="rId2709" Type="http://schemas.openxmlformats.org/officeDocument/2006/relationships/image" Target="media/x12464.wmf"/><Relationship Id="rId2710" Type="http://schemas.openxmlformats.org/officeDocument/2006/relationships/image" Target="media/x12465.wmf"/><Relationship Id="rId2711" Type="http://schemas.openxmlformats.org/officeDocument/2006/relationships/image" Target="media/x12466.wmf"/><Relationship Id="rId2712" Type="http://schemas.openxmlformats.org/officeDocument/2006/relationships/image" Target="media/x12467.wmf"/><Relationship Id="rId2713" Type="http://schemas.openxmlformats.org/officeDocument/2006/relationships/image" Target="media/x12468.wmf"/><Relationship Id="rId2714" Type="http://schemas.openxmlformats.org/officeDocument/2006/relationships/image" Target="media/x12469.wmf"/><Relationship Id="rId2715" Type="http://schemas.openxmlformats.org/officeDocument/2006/relationships/image" Target="media/x12470.wmf"/><Relationship Id="rId2716" Type="http://schemas.openxmlformats.org/officeDocument/2006/relationships/image" Target="media/x12471.wmf"/><Relationship Id="rId2717" Type="http://schemas.openxmlformats.org/officeDocument/2006/relationships/image" Target="media/x12472.wmf"/><Relationship Id="rId2718" Type="http://schemas.openxmlformats.org/officeDocument/2006/relationships/image" Target="media/x12473.png"/><Relationship Id="rId2719" Type="http://schemas.openxmlformats.org/officeDocument/2006/relationships/image" Target="media/x12474.wmf"/><Relationship Id="rId2720" Type="http://schemas.openxmlformats.org/officeDocument/2006/relationships/image" Target="media/x12475.wmf"/><Relationship Id="rId2721" Type="http://schemas.openxmlformats.org/officeDocument/2006/relationships/image" Target="media/x12476.wmf"/><Relationship Id="rId2722" Type="http://schemas.openxmlformats.org/officeDocument/2006/relationships/image" Target="media/x12477.wmf"/><Relationship Id="rId2723" Type="http://schemas.openxmlformats.org/officeDocument/2006/relationships/image" Target="media/x12478.wmf"/><Relationship Id="rId2724" Type="http://schemas.openxmlformats.org/officeDocument/2006/relationships/image" Target="media/x12479.wmf"/><Relationship Id="rId2725" Type="http://schemas.openxmlformats.org/officeDocument/2006/relationships/image" Target="media/x12480.wmf"/><Relationship Id="rId2726" Type="http://schemas.openxmlformats.org/officeDocument/2006/relationships/image" Target="media/x12481.wmf"/><Relationship Id="rId2727" Type="http://schemas.openxmlformats.org/officeDocument/2006/relationships/image" Target="media/x12482.wmf"/><Relationship Id="rId2728" Type="http://schemas.openxmlformats.org/officeDocument/2006/relationships/image" Target="media/x12483.wmf"/><Relationship Id="rId2729" Type="http://schemas.openxmlformats.org/officeDocument/2006/relationships/image" Target="media/x12484.wmf"/><Relationship Id="rId2730" Type="http://schemas.openxmlformats.org/officeDocument/2006/relationships/image" Target="media/x12485.wmf"/><Relationship Id="rId2731" Type="http://schemas.openxmlformats.org/officeDocument/2006/relationships/image" Target="media/x12486.wmf"/><Relationship Id="rId2732" Type="http://schemas.openxmlformats.org/officeDocument/2006/relationships/image" Target="media/x12487.wmf"/><Relationship Id="rId2733" Type="http://schemas.openxmlformats.org/officeDocument/2006/relationships/image" Target="media/x12488.wmf"/><Relationship Id="rId2734" Type="http://schemas.openxmlformats.org/officeDocument/2006/relationships/image" Target="media/x12489.wmf"/><Relationship Id="rId2735" Type="http://schemas.openxmlformats.org/officeDocument/2006/relationships/image" Target="media/x12490.wmf"/><Relationship Id="rId2736" Type="http://schemas.openxmlformats.org/officeDocument/2006/relationships/image" Target="media/x12491.wmf"/><Relationship Id="rId2737" Type="http://schemas.openxmlformats.org/officeDocument/2006/relationships/image" Target="media/x12492.wmf"/><Relationship Id="rId2738" Type="http://schemas.openxmlformats.org/officeDocument/2006/relationships/image" Target="media/x12493.wmf"/><Relationship Id="rId2739" Type="http://schemas.openxmlformats.org/officeDocument/2006/relationships/image" Target="media/x12494.wmf"/><Relationship Id="rId2740" Type="http://schemas.openxmlformats.org/officeDocument/2006/relationships/image" Target="media/x12495.wmf"/><Relationship Id="rId2741" Type="http://schemas.openxmlformats.org/officeDocument/2006/relationships/image" Target="media/x12496.wmf"/><Relationship Id="rId2742" Type="http://schemas.openxmlformats.org/officeDocument/2006/relationships/image" Target="media/x12497.wmf"/><Relationship Id="rId2743" Type="http://schemas.openxmlformats.org/officeDocument/2006/relationships/image" Target="media/x12498.wmf"/><Relationship Id="rId2744" Type="http://schemas.openxmlformats.org/officeDocument/2006/relationships/image" Target="media/x12499.wmf"/><Relationship Id="rId2745" Type="http://schemas.openxmlformats.org/officeDocument/2006/relationships/image" Target="media/x12500.wmf"/><Relationship Id="rId2746" Type="http://schemas.openxmlformats.org/officeDocument/2006/relationships/image" Target="media/x12501.wmf"/><Relationship Id="rId2747" Type="http://schemas.openxmlformats.org/officeDocument/2006/relationships/image" Target="media/x12502.wmf"/><Relationship Id="rId2748" Type="http://schemas.openxmlformats.org/officeDocument/2006/relationships/image" Target="media/x12503.wmf"/><Relationship Id="rId2749" Type="http://schemas.openxmlformats.org/officeDocument/2006/relationships/image" Target="media/x12504.wmf"/><Relationship Id="rId2750" Type="http://schemas.openxmlformats.org/officeDocument/2006/relationships/image" Target="media/x12505.wmf"/><Relationship Id="rId2751" Type="http://schemas.openxmlformats.org/officeDocument/2006/relationships/image" Target="media/x12506.wmf"/><Relationship Id="rId2752" Type="http://schemas.openxmlformats.org/officeDocument/2006/relationships/image" Target="media/x12507.wmf"/><Relationship Id="rId2753" Type="http://schemas.openxmlformats.org/officeDocument/2006/relationships/image" Target="media/x12508.wmf"/><Relationship Id="rId2754" Type="http://schemas.openxmlformats.org/officeDocument/2006/relationships/image" Target="media/x12509.wmf"/><Relationship Id="rId2755" Type="http://schemas.openxmlformats.org/officeDocument/2006/relationships/image" Target="media/x12510.wmf"/><Relationship Id="rId2756" Type="http://schemas.openxmlformats.org/officeDocument/2006/relationships/image" Target="media/x12511.wmf"/><Relationship Id="rId2757" Type="http://schemas.openxmlformats.org/officeDocument/2006/relationships/image" Target="media/x12512.wmf"/><Relationship Id="rId2758" Type="http://schemas.openxmlformats.org/officeDocument/2006/relationships/image" Target="media/x12513.wmf"/><Relationship Id="rId2759" Type="http://schemas.openxmlformats.org/officeDocument/2006/relationships/image" Target="media/x12514.wmf"/><Relationship Id="rId2760" Type="http://schemas.openxmlformats.org/officeDocument/2006/relationships/image" Target="media/x12515.wmf"/><Relationship Id="rId2761" Type="http://schemas.openxmlformats.org/officeDocument/2006/relationships/image" Target="media/x12516.wmf"/><Relationship Id="rId2762" Type="http://schemas.openxmlformats.org/officeDocument/2006/relationships/image" Target="media/x12517.wmf"/><Relationship Id="rId2763" Type="http://schemas.openxmlformats.org/officeDocument/2006/relationships/image" Target="media/x12518.wmf"/><Relationship Id="rId2764" Type="http://schemas.openxmlformats.org/officeDocument/2006/relationships/image" Target="media/x12519.wmf"/><Relationship Id="rId2765" Type="http://schemas.openxmlformats.org/officeDocument/2006/relationships/image" Target="media/x12520.wmf"/><Relationship Id="rId2766" Type="http://schemas.openxmlformats.org/officeDocument/2006/relationships/image" Target="media/x12521.wmf"/><Relationship Id="rId2767" Type="http://schemas.openxmlformats.org/officeDocument/2006/relationships/image" Target="media/x12522.wmf"/><Relationship Id="rId2768" Type="http://schemas.openxmlformats.org/officeDocument/2006/relationships/image" Target="media/x12523.wmf"/><Relationship Id="rId2769" Type="http://schemas.openxmlformats.org/officeDocument/2006/relationships/image" Target="media/x12524.wmf"/><Relationship Id="rId2770" Type="http://schemas.openxmlformats.org/officeDocument/2006/relationships/image" Target="media/x12525.wmf"/><Relationship Id="rId2771" Type="http://schemas.openxmlformats.org/officeDocument/2006/relationships/image" Target="media/x12526.wmf"/><Relationship Id="rId2772" Type="http://schemas.openxmlformats.org/officeDocument/2006/relationships/image" Target="media/x12527.wmf"/><Relationship Id="rId2773" Type="http://schemas.openxmlformats.org/officeDocument/2006/relationships/image" Target="media/x12528.wmf"/><Relationship Id="rId2774" Type="http://schemas.openxmlformats.org/officeDocument/2006/relationships/image" Target="media/x12529.wmf"/><Relationship Id="rId2775" Type="http://schemas.openxmlformats.org/officeDocument/2006/relationships/image" Target="media/x12530.wmf"/><Relationship Id="rId2776" Type="http://schemas.openxmlformats.org/officeDocument/2006/relationships/image" Target="media/x12531.wmf"/><Relationship Id="rId2777" Type="http://schemas.openxmlformats.org/officeDocument/2006/relationships/image" Target="media/x12532.wmf"/><Relationship Id="rId2778" Type="http://schemas.openxmlformats.org/officeDocument/2006/relationships/image" Target="media/x12533.wmf"/><Relationship Id="rId2779" Type="http://schemas.openxmlformats.org/officeDocument/2006/relationships/image" Target="media/x12534.wmf"/><Relationship Id="rId2780" Type="http://schemas.openxmlformats.org/officeDocument/2006/relationships/image" Target="media/x12535.wmf"/><Relationship Id="rId2781" Type="http://schemas.openxmlformats.org/officeDocument/2006/relationships/image" Target="media/x12536.wmf"/><Relationship Id="rId2782" Type="http://schemas.openxmlformats.org/officeDocument/2006/relationships/image" Target="media/x12537.wmf"/><Relationship Id="rId2783" Type="http://schemas.openxmlformats.org/officeDocument/2006/relationships/image" Target="media/x12538.wmf"/><Relationship Id="rId2784" Type="http://schemas.openxmlformats.org/officeDocument/2006/relationships/image" Target="media/x12539.wmf"/><Relationship Id="rId2785" Type="http://schemas.openxmlformats.org/officeDocument/2006/relationships/image" Target="media/x12540.wmf"/><Relationship Id="rId2786" Type="http://schemas.openxmlformats.org/officeDocument/2006/relationships/image" Target="media/x12541.wmf"/><Relationship Id="rId2787" Type="http://schemas.openxmlformats.org/officeDocument/2006/relationships/image" Target="media/x12542.wmf"/><Relationship Id="rId2788" Type="http://schemas.openxmlformats.org/officeDocument/2006/relationships/image" Target="media/x12543.wmf"/><Relationship Id="rId2789" Type="http://schemas.openxmlformats.org/officeDocument/2006/relationships/image" Target="media/x12544.wmf"/><Relationship Id="rId2790" Type="http://schemas.openxmlformats.org/officeDocument/2006/relationships/image" Target="media/x12545.wmf"/><Relationship Id="rId2791" Type="http://schemas.openxmlformats.org/officeDocument/2006/relationships/image" Target="media/x12546.wmf"/><Relationship Id="rId2792" Type="http://schemas.openxmlformats.org/officeDocument/2006/relationships/image" Target="media/x12547.wmf"/><Relationship Id="rId2793" Type="http://schemas.openxmlformats.org/officeDocument/2006/relationships/image" Target="media/x12548.wmf"/><Relationship Id="rId2794" Type="http://schemas.openxmlformats.org/officeDocument/2006/relationships/image" Target="media/x12549.wmf"/><Relationship Id="rId2795" Type="http://schemas.openxmlformats.org/officeDocument/2006/relationships/image" Target="media/x12550.wmf"/><Relationship Id="rId2796" Type="http://schemas.openxmlformats.org/officeDocument/2006/relationships/image" Target="media/x12551.wmf"/><Relationship Id="rId2797" Type="http://schemas.openxmlformats.org/officeDocument/2006/relationships/image" Target="media/x12552.wmf"/><Relationship Id="rId2798" Type="http://schemas.openxmlformats.org/officeDocument/2006/relationships/image" Target="media/x12553.wmf"/><Relationship Id="rId2799" Type="http://schemas.openxmlformats.org/officeDocument/2006/relationships/image" Target="media/x12554.wmf"/><Relationship Id="rId2800" Type="http://schemas.openxmlformats.org/officeDocument/2006/relationships/image" Target="media/x12555.wmf"/><Relationship Id="rId2801" Type="http://schemas.openxmlformats.org/officeDocument/2006/relationships/image" Target="media/x12556.wmf"/><Relationship Id="rId2802" Type="http://schemas.openxmlformats.org/officeDocument/2006/relationships/image" Target="media/x12557.wmf"/><Relationship Id="rId2803" Type="http://schemas.openxmlformats.org/officeDocument/2006/relationships/image" Target="media/x12558.wmf"/><Relationship Id="rId2804" Type="http://schemas.openxmlformats.org/officeDocument/2006/relationships/image" Target="media/x12559.wmf"/><Relationship Id="rId2805" Type="http://schemas.openxmlformats.org/officeDocument/2006/relationships/image" Target="media/x12560.wmf"/><Relationship Id="rId2806" Type="http://schemas.openxmlformats.org/officeDocument/2006/relationships/image" Target="media/x12561.wmf"/><Relationship Id="rId2807" Type="http://schemas.openxmlformats.org/officeDocument/2006/relationships/image" Target="media/x12562.png"/><Relationship Id="rId2808" Type="http://schemas.openxmlformats.org/officeDocument/2006/relationships/image" Target="media/x12563.wmf"/><Relationship Id="rId2809" Type="http://schemas.openxmlformats.org/officeDocument/2006/relationships/image" Target="media/x12564.wmf"/><Relationship Id="rId2810" Type="http://schemas.openxmlformats.org/officeDocument/2006/relationships/image" Target="media/x12565.wmf"/><Relationship Id="rId2811" Type="http://schemas.openxmlformats.org/officeDocument/2006/relationships/image" Target="media/x12566.wmf"/><Relationship Id="rId2812" Type="http://schemas.openxmlformats.org/officeDocument/2006/relationships/image" Target="media/x12567.png"/><Relationship Id="rId2813" Type="http://schemas.openxmlformats.org/officeDocument/2006/relationships/image" Target="media/x12568.wmf"/><Relationship Id="rId2814" Type="http://schemas.openxmlformats.org/officeDocument/2006/relationships/image" Target="media/x12569.wmf"/><Relationship Id="rId2815" Type="http://schemas.openxmlformats.org/officeDocument/2006/relationships/image" Target="media/x12570.wmf"/><Relationship Id="rId2816" Type="http://schemas.openxmlformats.org/officeDocument/2006/relationships/image" Target="media/x12571.wmf"/><Relationship Id="rId2817" Type="http://schemas.openxmlformats.org/officeDocument/2006/relationships/image" Target="media/x12572.wmf"/><Relationship Id="rId2818" Type="http://schemas.openxmlformats.org/officeDocument/2006/relationships/image" Target="media/x12573.wmf"/><Relationship Id="rId2819" Type="http://schemas.openxmlformats.org/officeDocument/2006/relationships/image" Target="media/x12574.wmf"/><Relationship Id="rId2820" Type="http://schemas.openxmlformats.org/officeDocument/2006/relationships/image" Target="media/x12575.wmf"/><Relationship Id="rId2821" Type="http://schemas.openxmlformats.org/officeDocument/2006/relationships/image" Target="media/x12576.wmf"/><Relationship Id="rId2822" Type="http://schemas.openxmlformats.org/officeDocument/2006/relationships/image" Target="media/x12577.wmf"/><Relationship Id="rId2823" Type="http://schemas.openxmlformats.org/officeDocument/2006/relationships/image" Target="media/x12578.wmf"/><Relationship Id="rId2824" Type="http://schemas.openxmlformats.org/officeDocument/2006/relationships/image" Target="media/x12579.wmf"/><Relationship Id="rId2825" Type="http://schemas.openxmlformats.org/officeDocument/2006/relationships/image" Target="media/x12580.wmf"/><Relationship Id="rId2826" Type="http://schemas.openxmlformats.org/officeDocument/2006/relationships/image" Target="media/x12581.wmf"/><Relationship Id="rId2827" Type="http://schemas.openxmlformats.org/officeDocument/2006/relationships/image" Target="media/x12582.wmf"/><Relationship Id="rId2828" Type="http://schemas.openxmlformats.org/officeDocument/2006/relationships/image" Target="media/x12583.png"/><Relationship Id="rId2829" Type="http://schemas.openxmlformats.org/officeDocument/2006/relationships/image" Target="media/x12584.wmf"/><Relationship Id="rId2830" Type="http://schemas.openxmlformats.org/officeDocument/2006/relationships/image" Target="media/x12585.wmf"/><Relationship Id="rId2831" Type="http://schemas.openxmlformats.org/officeDocument/2006/relationships/image" Target="media/x12586.wmf"/><Relationship Id="rId2832" Type="http://schemas.openxmlformats.org/officeDocument/2006/relationships/image" Target="media/x12587.png"/><Relationship Id="rId2833" Type="http://schemas.openxmlformats.org/officeDocument/2006/relationships/image" Target="media/x12588.wmf"/><Relationship Id="rId2834" Type="http://schemas.openxmlformats.org/officeDocument/2006/relationships/image" Target="media/x12589.wmf"/><Relationship Id="rId2835" Type="http://schemas.openxmlformats.org/officeDocument/2006/relationships/image" Target="media/x12590.wmf"/><Relationship Id="rId2836" Type="http://schemas.openxmlformats.org/officeDocument/2006/relationships/image" Target="media/x12591.wmf"/><Relationship Id="rId2837" Type="http://schemas.openxmlformats.org/officeDocument/2006/relationships/image" Target="media/x12592.wmf"/><Relationship Id="rId2838" Type="http://schemas.openxmlformats.org/officeDocument/2006/relationships/image" Target="media/x12593.wmf"/><Relationship Id="rId2839" Type="http://schemas.openxmlformats.org/officeDocument/2006/relationships/image" Target="media/x12594.wmf"/><Relationship Id="rId2840" Type="http://schemas.openxmlformats.org/officeDocument/2006/relationships/image" Target="media/x12595.wmf"/><Relationship Id="rId2841" Type="http://schemas.openxmlformats.org/officeDocument/2006/relationships/image" Target="media/x12596.wmf"/><Relationship Id="rId2842" Type="http://schemas.openxmlformats.org/officeDocument/2006/relationships/image" Target="media/x12597.wmf"/><Relationship Id="rId2843" Type="http://schemas.openxmlformats.org/officeDocument/2006/relationships/image" Target="media/x12598.wmf"/><Relationship Id="rId2844" Type="http://schemas.openxmlformats.org/officeDocument/2006/relationships/image" Target="media/x12599.wmf"/><Relationship Id="rId2845" Type="http://schemas.openxmlformats.org/officeDocument/2006/relationships/image" Target="media/x12600.wmf"/><Relationship Id="rId2846" Type="http://schemas.openxmlformats.org/officeDocument/2006/relationships/image" Target="media/x12601.wmf"/><Relationship Id="rId2847" Type="http://schemas.openxmlformats.org/officeDocument/2006/relationships/image" Target="media/x12602.wmf"/><Relationship Id="rId2848" Type="http://schemas.openxmlformats.org/officeDocument/2006/relationships/image" Target="media/x12603.wmf"/><Relationship Id="rId2849" Type="http://schemas.openxmlformats.org/officeDocument/2006/relationships/image" Target="media/x12604.png"/><Relationship Id="rId2850" Type="http://schemas.openxmlformats.org/officeDocument/2006/relationships/image" Target="media/x12605.wmf"/><Relationship Id="rId2851" Type="http://schemas.openxmlformats.org/officeDocument/2006/relationships/image" Target="media/x12606.wmf"/><Relationship Id="rId2852" Type="http://schemas.openxmlformats.org/officeDocument/2006/relationships/image" Target="media/x12607.wmf"/><Relationship Id="rId2853" Type="http://schemas.openxmlformats.org/officeDocument/2006/relationships/image" Target="media/x12608.wmf"/><Relationship Id="rId2854" Type="http://schemas.openxmlformats.org/officeDocument/2006/relationships/image" Target="media/x12609.wmf"/><Relationship Id="rId2855" Type="http://schemas.openxmlformats.org/officeDocument/2006/relationships/image" Target="media/x12610.wmf"/><Relationship Id="rId2856" Type="http://schemas.openxmlformats.org/officeDocument/2006/relationships/image" Target="media/x12611.wmf"/><Relationship Id="rId2857" Type="http://schemas.openxmlformats.org/officeDocument/2006/relationships/image" Target="media/x12612.wmf"/><Relationship Id="rId2858" Type="http://schemas.openxmlformats.org/officeDocument/2006/relationships/image" Target="media/x12613.wmf"/><Relationship Id="rId2859" Type="http://schemas.openxmlformats.org/officeDocument/2006/relationships/image" Target="media/x12614.wmf"/><Relationship Id="rId2860" Type="http://schemas.openxmlformats.org/officeDocument/2006/relationships/image" Target="media/x12615.wmf"/><Relationship Id="rId2861" Type="http://schemas.openxmlformats.org/officeDocument/2006/relationships/image" Target="media/x12616.wmf"/><Relationship Id="rId2862" Type="http://schemas.openxmlformats.org/officeDocument/2006/relationships/image" Target="media/x12617.wmf"/><Relationship Id="rId2863" Type="http://schemas.openxmlformats.org/officeDocument/2006/relationships/image" Target="media/x12618.wmf"/><Relationship Id="rId2864" Type="http://schemas.openxmlformats.org/officeDocument/2006/relationships/image" Target="media/x12619.wmf"/><Relationship Id="rId2865" Type="http://schemas.openxmlformats.org/officeDocument/2006/relationships/image" Target="media/x12620.wmf"/><Relationship Id="rId2866" Type="http://schemas.openxmlformats.org/officeDocument/2006/relationships/image" Target="media/x12621.wmf"/><Relationship Id="rId2867" Type="http://schemas.openxmlformats.org/officeDocument/2006/relationships/image" Target="media/x12622.wmf"/><Relationship Id="rId2868" Type="http://schemas.openxmlformats.org/officeDocument/2006/relationships/image" Target="media/x12623.wmf"/><Relationship Id="rId2869" Type="http://schemas.openxmlformats.org/officeDocument/2006/relationships/image" Target="media/x12624.wmf"/><Relationship Id="rId2870" Type="http://schemas.openxmlformats.org/officeDocument/2006/relationships/image" Target="media/x12625.wmf"/><Relationship Id="rId2871" Type="http://schemas.openxmlformats.org/officeDocument/2006/relationships/image" Target="media/x12626.wmf"/><Relationship Id="rId2872" Type="http://schemas.openxmlformats.org/officeDocument/2006/relationships/image" Target="media/x12627.wmf"/><Relationship Id="rId2873" Type="http://schemas.openxmlformats.org/officeDocument/2006/relationships/image" Target="media/x12628.wmf"/><Relationship Id="rId2874" Type="http://schemas.openxmlformats.org/officeDocument/2006/relationships/image" Target="media/x12629.wmf"/><Relationship Id="rId2875" Type="http://schemas.openxmlformats.org/officeDocument/2006/relationships/image" Target="media/x12630.wmf"/><Relationship Id="rId2876" Type="http://schemas.openxmlformats.org/officeDocument/2006/relationships/image" Target="media/x12631.wmf"/><Relationship Id="rId2877" Type="http://schemas.openxmlformats.org/officeDocument/2006/relationships/image" Target="media/x12632.wmf"/><Relationship Id="rId2878" Type="http://schemas.openxmlformats.org/officeDocument/2006/relationships/image" Target="media/x12633.wmf"/><Relationship Id="rId2879" Type="http://schemas.openxmlformats.org/officeDocument/2006/relationships/image" Target="media/x12634.wmf"/><Relationship Id="rId2880" Type="http://schemas.openxmlformats.org/officeDocument/2006/relationships/image" Target="media/x12635.wmf"/><Relationship Id="rId2881" Type="http://schemas.openxmlformats.org/officeDocument/2006/relationships/image" Target="media/x12636.wmf"/><Relationship Id="rId2882" Type="http://schemas.openxmlformats.org/officeDocument/2006/relationships/image" Target="media/x12637.wmf"/><Relationship Id="rId2883" Type="http://schemas.openxmlformats.org/officeDocument/2006/relationships/image" Target="media/x12638.wmf"/><Relationship Id="rId2884" Type="http://schemas.openxmlformats.org/officeDocument/2006/relationships/image" Target="media/x12639.wmf"/><Relationship Id="rId2885" Type="http://schemas.openxmlformats.org/officeDocument/2006/relationships/image" Target="media/x12640.wmf"/><Relationship Id="rId2886" Type="http://schemas.openxmlformats.org/officeDocument/2006/relationships/image" Target="media/x12641.wmf"/><Relationship Id="rId2887" Type="http://schemas.openxmlformats.org/officeDocument/2006/relationships/image" Target="media/x12642.wmf"/><Relationship Id="rId2888" Type="http://schemas.openxmlformats.org/officeDocument/2006/relationships/image" Target="media/x12643.wmf"/><Relationship Id="rId2889" Type="http://schemas.openxmlformats.org/officeDocument/2006/relationships/image" Target="media/x12644.wmf"/><Relationship Id="rId2890" Type="http://schemas.openxmlformats.org/officeDocument/2006/relationships/image" Target="media/x12645.wmf"/><Relationship Id="rId2891" Type="http://schemas.openxmlformats.org/officeDocument/2006/relationships/image" Target="media/x12646.wmf"/><Relationship Id="rId2892" Type="http://schemas.openxmlformats.org/officeDocument/2006/relationships/image" Target="media/x12647.wmf"/><Relationship Id="rId2893" Type="http://schemas.openxmlformats.org/officeDocument/2006/relationships/image" Target="media/x12648.wmf"/><Relationship Id="rId2894" Type="http://schemas.openxmlformats.org/officeDocument/2006/relationships/image" Target="media/x12649.wmf"/><Relationship Id="rId2895" Type="http://schemas.openxmlformats.org/officeDocument/2006/relationships/image" Target="media/x12650.wmf"/><Relationship Id="rId2896" Type="http://schemas.openxmlformats.org/officeDocument/2006/relationships/image" Target="media/x12651.wmf"/><Relationship Id="rId2897" Type="http://schemas.openxmlformats.org/officeDocument/2006/relationships/image" Target="media/x12652.wmf"/><Relationship Id="rId2898" Type="http://schemas.openxmlformats.org/officeDocument/2006/relationships/image" Target="media/x12653.wmf"/><Relationship Id="rId2899" Type="http://schemas.openxmlformats.org/officeDocument/2006/relationships/image" Target="media/x12654.wmf"/><Relationship Id="rId2900" Type="http://schemas.openxmlformats.org/officeDocument/2006/relationships/image" Target="media/x12655.wmf"/><Relationship Id="rId2901" Type="http://schemas.openxmlformats.org/officeDocument/2006/relationships/image" Target="media/x12656.wmf"/><Relationship Id="rId2902" Type="http://schemas.openxmlformats.org/officeDocument/2006/relationships/image" Target="media/x12657.wmf"/><Relationship Id="rId2903" Type="http://schemas.openxmlformats.org/officeDocument/2006/relationships/image" Target="media/x12658.wmf"/><Relationship Id="rId2904" Type="http://schemas.openxmlformats.org/officeDocument/2006/relationships/image" Target="media/x12659.wmf"/><Relationship Id="rId2905" Type="http://schemas.openxmlformats.org/officeDocument/2006/relationships/image" Target="media/x12660.wmf"/><Relationship Id="rId2906" Type="http://schemas.openxmlformats.org/officeDocument/2006/relationships/image" Target="media/x12661.wmf"/><Relationship Id="rId2907" Type="http://schemas.openxmlformats.org/officeDocument/2006/relationships/image" Target="media/x12662.wmf"/><Relationship Id="rId2908" Type="http://schemas.openxmlformats.org/officeDocument/2006/relationships/image" Target="media/x12663.wmf"/><Relationship Id="rId2909" Type="http://schemas.openxmlformats.org/officeDocument/2006/relationships/image" Target="media/x12664.wmf"/><Relationship Id="rId2910" Type="http://schemas.openxmlformats.org/officeDocument/2006/relationships/image" Target="media/x12665.wmf"/><Relationship Id="rId2911" Type="http://schemas.openxmlformats.org/officeDocument/2006/relationships/image" Target="media/x12666.wmf"/><Relationship Id="rId2912" Type="http://schemas.openxmlformats.org/officeDocument/2006/relationships/image" Target="media/x12667.wmf"/><Relationship Id="rId2913" Type="http://schemas.openxmlformats.org/officeDocument/2006/relationships/image" Target="media/x12668.wmf"/><Relationship Id="rId2914" Type="http://schemas.openxmlformats.org/officeDocument/2006/relationships/image" Target="media/x12669.wmf"/><Relationship Id="rId2915" Type="http://schemas.openxmlformats.org/officeDocument/2006/relationships/image" Target="media/x12670.wmf"/><Relationship Id="rId2916" Type="http://schemas.openxmlformats.org/officeDocument/2006/relationships/image" Target="media/x12671.png"/><Relationship Id="rId2917" Type="http://schemas.openxmlformats.org/officeDocument/2006/relationships/image" Target="media/x12672.wmf"/><Relationship Id="rId2918" Type="http://schemas.openxmlformats.org/officeDocument/2006/relationships/image" Target="media/x12673.wmf"/><Relationship Id="rId2919" Type="http://schemas.openxmlformats.org/officeDocument/2006/relationships/image" Target="media/x12674.wmf"/><Relationship Id="rId2920" Type="http://schemas.openxmlformats.org/officeDocument/2006/relationships/image" Target="media/x12675.wmf"/><Relationship Id="rId2921" Type="http://schemas.openxmlformats.org/officeDocument/2006/relationships/image" Target="media/x12676.wmf"/><Relationship Id="rId2922" Type="http://schemas.openxmlformats.org/officeDocument/2006/relationships/image" Target="media/x12677.wmf"/><Relationship Id="rId2923" Type="http://schemas.openxmlformats.org/officeDocument/2006/relationships/image" Target="media/x12678.wmf"/><Relationship Id="rId2924" Type="http://schemas.openxmlformats.org/officeDocument/2006/relationships/image" Target="media/x12679.wmf"/><Relationship Id="rId2925" Type="http://schemas.openxmlformats.org/officeDocument/2006/relationships/image" Target="media/x12680.wmf"/><Relationship Id="rId2926" Type="http://schemas.openxmlformats.org/officeDocument/2006/relationships/image" Target="media/x12681.wmf"/><Relationship Id="rId2927" Type="http://schemas.openxmlformats.org/officeDocument/2006/relationships/image" Target="media/x12682.wmf"/><Relationship Id="rId2928" Type="http://schemas.openxmlformats.org/officeDocument/2006/relationships/image" Target="media/x12683.wmf"/><Relationship Id="rId2929" Type="http://schemas.openxmlformats.org/officeDocument/2006/relationships/image" Target="media/x12684.wmf"/><Relationship Id="rId2930" Type="http://schemas.openxmlformats.org/officeDocument/2006/relationships/image" Target="media/x12685.wmf"/><Relationship Id="rId2931" Type="http://schemas.openxmlformats.org/officeDocument/2006/relationships/image" Target="media/x12686.wmf"/><Relationship Id="rId2932" Type="http://schemas.openxmlformats.org/officeDocument/2006/relationships/image" Target="media/x12687.wmf"/><Relationship Id="rId2933" Type="http://schemas.openxmlformats.org/officeDocument/2006/relationships/image" Target="media/x12688.wmf"/><Relationship Id="rId2934" Type="http://schemas.openxmlformats.org/officeDocument/2006/relationships/image" Target="media/x12689.wmf"/><Relationship Id="rId2935" Type="http://schemas.openxmlformats.org/officeDocument/2006/relationships/image" Target="media/x12690.png"/><Relationship Id="rId2936" Type="http://schemas.openxmlformats.org/officeDocument/2006/relationships/image" Target="media/x12691.wmf"/><Relationship Id="rId2937" Type="http://schemas.openxmlformats.org/officeDocument/2006/relationships/image" Target="media/x12692.wmf"/><Relationship Id="rId2938" Type="http://schemas.openxmlformats.org/officeDocument/2006/relationships/image" Target="media/x12693.wmf"/><Relationship Id="rId2939" Type="http://schemas.openxmlformats.org/officeDocument/2006/relationships/image" Target="media/x12694.wmf"/><Relationship Id="rId2940" Type="http://schemas.openxmlformats.org/officeDocument/2006/relationships/image" Target="media/x12695.wmf"/><Relationship Id="rId2941" Type="http://schemas.openxmlformats.org/officeDocument/2006/relationships/image" Target="media/x12696.wmf"/><Relationship Id="rId2942" Type="http://schemas.openxmlformats.org/officeDocument/2006/relationships/image" Target="media/x12697.wmf"/><Relationship Id="rId2943" Type="http://schemas.openxmlformats.org/officeDocument/2006/relationships/image" Target="media/x12698.wmf"/><Relationship Id="rId2944" Type="http://schemas.openxmlformats.org/officeDocument/2006/relationships/image" Target="media/x12699.wmf"/><Relationship Id="rId2945" Type="http://schemas.openxmlformats.org/officeDocument/2006/relationships/image" Target="media/x12700.wmf"/><Relationship Id="rId2946" Type="http://schemas.openxmlformats.org/officeDocument/2006/relationships/image" Target="media/x12701.png"/><Relationship Id="rId2947" Type="http://schemas.openxmlformats.org/officeDocument/2006/relationships/image" Target="media/x12702.wmf"/><Relationship Id="rId2948" Type="http://schemas.openxmlformats.org/officeDocument/2006/relationships/image" Target="media/x12703.wmf"/><Relationship Id="rId2949" Type="http://schemas.openxmlformats.org/officeDocument/2006/relationships/image" Target="media/x12704.wmf"/><Relationship Id="rId2950" Type="http://schemas.openxmlformats.org/officeDocument/2006/relationships/image" Target="media/x12705.wmf"/><Relationship Id="rId2951" Type="http://schemas.openxmlformats.org/officeDocument/2006/relationships/image" Target="media/x12706.wmf"/><Relationship Id="rId2952" Type="http://schemas.openxmlformats.org/officeDocument/2006/relationships/image" Target="media/x12707.wmf"/><Relationship Id="rId2953" Type="http://schemas.openxmlformats.org/officeDocument/2006/relationships/image" Target="media/x12708.wmf"/><Relationship Id="rId2954" Type="http://schemas.openxmlformats.org/officeDocument/2006/relationships/image" Target="media/x12709.png"/><Relationship Id="rId2955" Type="http://schemas.openxmlformats.org/officeDocument/2006/relationships/image" Target="media/x12710.wmf"/><Relationship Id="rId2956" Type="http://schemas.openxmlformats.org/officeDocument/2006/relationships/image" Target="media/x12711.wmf"/><Relationship Id="rId2957" Type="http://schemas.openxmlformats.org/officeDocument/2006/relationships/image" Target="media/x12712.wmf"/><Relationship Id="rId2958" Type="http://schemas.openxmlformats.org/officeDocument/2006/relationships/image" Target="media/x12713.wmf"/><Relationship Id="rId2959" Type="http://schemas.openxmlformats.org/officeDocument/2006/relationships/image" Target="media/x12714.wmf"/><Relationship Id="rId2960" Type="http://schemas.openxmlformats.org/officeDocument/2006/relationships/image" Target="media/x12715.wmf"/><Relationship Id="rId2961" Type="http://schemas.openxmlformats.org/officeDocument/2006/relationships/image" Target="media/x12716.wmf"/><Relationship Id="rId2962" Type="http://schemas.openxmlformats.org/officeDocument/2006/relationships/image" Target="media/x12717.wmf"/><Relationship Id="rId2963" Type="http://schemas.openxmlformats.org/officeDocument/2006/relationships/image" Target="media/x12718.wmf"/><Relationship Id="rId2964" Type="http://schemas.openxmlformats.org/officeDocument/2006/relationships/image" Target="media/x12719.wmf"/><Relationship Id="rId2965" Type="http://schemas.openxmlformats.org/officeDocument/2006/relationships/image" Target="media/x12720.wmf"/><Relationship Id="rId2966" Type="http://schemas.openxmlformats.org/officeDocument/2006/relationships/image" Target="media/x12721.wmf"/><Relationship Id="rId2967" Type="http://schemas.openxmlformats.org/officeDocument/2006/relationships/image" Target="media/x12722.wmf"/><Relationship Id="rId2968" Type="http://schemas.openxmlformats.org/officeDocument/2006/relationships/image" Target="media/x12723.wmf"/><Relationship Id="rId2969" Type="http://schemas.openxmlformats.org/officeDocument/2006/relationships/image" Target="media/x12724.wmf"/><Relationship Id="rId2970" Type="http://schemas.openxmlformats.org/officeDocument/2006/relationships/image" Target="media/x12725.wmf"/><Relationship Id="rId2971" Type="http://schemas.openxmlformats.org/officeDocument/2006/relationships/image" Target="media/x12726.wmf"/><Relationship Id="rId2972" Type="http://schemas.openxmlformats.org/officeDocument/2006/relationships/image" Target="media/x12727.wmf"/><Relationship Id="rId2973" Type="http://schemas.openxmlformats.org/officeDocument/2006/relationships/image" Target="media/x12728.wmf"/><Relationship Id="rId2974" Type="http://schemas.openxmlformats.org/officeDocument/2006/relationships/image" Target="media/x12729.wmf"/><Relationship Id="rId2975" Type="http://schemas.openxmlformats.org/officeDocument/2006/relationships/image" Target="media/x12730.wmf"/><Relationship Id="rId2976" Type="http://schemas.openxmlformats.org/officeDocument/2006/relationships/image" Target="media/x12731.wmf"/><Relationship Id="rId2977" Type="http://schemas.openxmlformats.org/officeDocument/2006/relationships/image" Target="media/x12732.wmf"/><Relationship Id="rId2978" Type="http://schemas.openxmlformats.org/officeDocument/2006/relationships/image" Target="media/x12733.wmf"/><Relationship Id="rId2979" Type="http://schemas.openxmlformats.org/officeDocument/2006/relationships/image" Target="media/x12734.wmf"/><Relationship Id="rId2980" Type="http://schemas.openxmlformats.org/officeDocument/2006/relationships/image" Target="media/x12735.wmf"/><Relationship Id="rId2981" Type="http://schemas.openxmlformats.org/officeDocument/2006/relationships/image" Target="media/x12736.wmf"/><Relationship Id="rId2982" Type="http://schemas.openxmlformats.org/officeDocument/2006/relationships/image" Target="media/x12737.wmf"/><Relationship Id="rId2983" Type="http://schemas.openxmlformats.org/officeDocument/2006/relationships/image" Target="media/x12738.wmf"/><Relationship Id="rId2984" Type="http://schemas.openxmlformats.org/officeDocument/2006/relationships/image" Target="media/x12739.wmf"/><Relationship Id="rId2985" Type="http://schemas.openxmlformats.org/officeDocument/2006/relationships/image" Target="media/x12740.wmf"/><Relationship Id="rId2986" Type="http://schemas.openxmlformats.org/officeDocument/2006/relationships/image" Target="media/x12741.wmf"/><Relationship Id="rId2987" Type="http://schemas.openxmlformats.org/officeDocument/2006/relationships/image" Target="media/x12742.wmf"/><Relationship Id="rId2988" Type="http://schemas.openxmlformats.org/officeDocument/2006/relationships/image" Target="media/x12743.wmf"/><Relationship Id="rId2989" Type="http://schemas.openxmlformats.org/officeDocument/2006/relationships/image" Target="media/x12744.wmf"/><Relationship Id="rId2990" Type="http://schemas.openxmlformats.org/officeDocument/2006/relationships/image" Target="media/x12745.wmf"/><Relationship Id="rId2991" Type="http://schemas.openxmlformats.org/officeDocument/2006/relationships/image" Target="media/x12746.wmf"/><Relationship Id="rId2992" Type="http://schemas.openxmlformats.org/officeDocument/2006/relationships/image" Target="media/x12747.wmf"/><Relationship Id="rId2993" Type="http://schemas.openxmlformats.org/officeDocument/2006/relationships/image" Target="media/x12748.wmf"/><Relationship Id="rId2994" Type="http://schemas.openxmlformats.org/officeDocument/2006/relationships/image" Target="media/x12749.wmf"/><Relationship Id="rId2995" Type="http://schemas.openxmlformats.org/officeDocument/2006/relationships/image" Target="media/x12750.wmf"/><Relationship Id="rId2996" Type="http://schemas.openxmlformats.org/officeDocument/2006/relationships/image" Target="media/x12751.wmf"/><Relationship Id="rId2997" Type="http://schemas.openxmlformats.org/officeDocument/2006/relationships/image" Target="media/x12752.wmf"/><Relationship Id="rId2998" Type="http://schemas.openxmlformats.org/officeDocument/2006/relationships/image" Target="media/x12753.wmf"/><Relationship Id="rId2999" Type="http://schemas.openxmlformats.org/officeDocument/2006/relationships/image" Target="media/x12754.wmf"/><Relationship Id="rId3000" Type="http://schemas.openxmlformats.org/officeDocument/2006/relationships/image" Target="media/x12755.wmf"/><Relationship Id="rId3001" Type="http://schemas.openxmlformats.org/officeDocument/2006/relationships/image" Target="media/x12756.wmf"/><Relationship Id="rId3002" Type="http://schemas.openxmlformats.org/officeDocument/2006/relationships/image" Target="media/x12757.wmf"/><Relationship Id="rId3003" Type="http://schemas.openxmlformats.org/officeDocument/2006/relationships/image" Target="media/x12758.wmf"/><Relationship Id="rId3004" Type="http://schemas.openxmlformats.org/officeDocument/2006/relationships/image" Target="media/x12759.wmf"/><Relationship Id="rId3005" Type="http://schemas.openxmlformats.org/officeDocument/2006/relationships/image" Target="media/x12760.wmf"/><Relationship Id="rId3006" Type="http://schemas.openxmlformats.org/officeDocument/2006/relationships/image" Target="media/x12761.wmf"/><Relationship Id="rId3007" Type="http://schemas.openxmlformats.org/officeDocument/2006/relationships/image" Target="media/x12762.wmf"/><Relationship Id="rId3008" Type="http://schemas.openxmlformats.org/officeDocument/2006/relationships/image" Target="media/x12763.wmf"/><Relationship Id="rId3009" Type="http://schemas.openxmlformats.org/officeDocument/2006/relationships/image" Target="media/x12764.wmf"/><Relationship Id="rId3010" Type="http://schemas.openxmlformats.org/officeDocument/2006/relationships/image" Target="media/x12765.wmf"/><Relationship Id="rId3011" Type="http://schemas.openxmlformats.org/officeDocument/2006/relationships/image" Target="media/x12766.wmf"/><Relationship Id="rId3012" Type="http://schemas.openxmlformats.org/officeDocument/2006/relationships/image" Target="media/x12767.wmf"/><Relationship Id="rId3013" Type="http://schemas.openxmlformats.org/officeDocument/2006/relationships/image" Target="media/x12768.wmf"/><Relationship Id="rId3014" Type="http://schemas.openxmlformats.org/officeDocument/2006/relationships/image" Target="media/x12769.wmf"/><Relationship Id="rId3015" Type="http://schemas.openxmlformats.org/officeDocument/2006/relationships/image" Target="media/x12770.wmf"/><Relationship Id="rId3016" Type="http://schemas.openxmlformats.org/officeDocument/2006/relationships/image" Target="media/x12771.wmf"/><Relationship Id="rId3017" Type="http://schemas.openxmlformats.org/officeDocument/2006/relationships/image" Target="media/x12772.wmf"/><Relationship Id="rId3018" Type="http://schemas.openxmlformats.org/officeDocument/2006/relationships/image" Target="media/x12773.wmf"/><Relationship Id="rId3019" Type="http://schemas.openxmlformats.org/officeDocument/2006/relationships/image" Target="media/x12774.wmf"/><Relationship Id="rId3020" Type="http://schemas.openxmlformats.org/officeDocument/2006/relationships/image" Target="media/x12775.wmf"/><Relationship Id="rId3021" Type="http://schemas.openxmlformats.org/officeDocument/2006/relationships/image" Target="media/x12776.wmf"/><Relationship Id="rId3022" Type="http://schemas.openxmlformats.org/officeDocument/2006/relationships/image" Target="media/x12777.wmf"/><Relationship Id="rId3023" Type="http://schemas.openxmlformats.org/officeDocument/2006/relationships/image" Target="media/x12778.wmf"/><Relationship Id="rId3024" Type="http://schemas.openxmlformats.org/officeDocument/2006/relationships/image" Target="media/x12779.wmf"/><Relationship Id="rId3025" Type="http://schemas.openxmlformats.org/officeDocument/2006/relationships/image" Target="media/x12780.wmf"/><Relationship Id="rId3026" Type="http://schemas.openxmlformats.org/officeDocument/2006/relationships/image" Target="media/x12781.wmf"/><Relationship Id="rId3027" Type="http://schemas.openxmlformats.org/officeDocument/2006/relationships/image" Target="media/x12782.wmf"/><Relationship Id="rId3028" Type="http://schemas.openxmlformats.org/officeDocument/2006/relationships/image" Target="media/x12783.wmf"/><Relationship Id="rId3029" Type="http://schemas.openxmlformats.org/officeDocument/2006/relationships/image" Target="media/x12784.wmf"/><Relationship Id="rId3030" Type="http://schemas.openxmlformats.org/officeDocument/2006/relationships/image" Target="media/x12785.wmf"/><Relationship Id="rId3031" Type="http://schemas.openxmlformats.org/officeDocument/2006/relationships/image" Target="media/x12786.wmf"/><Relationship Id="rId3032" Type="http://schemas.openxmlformats.org/officeDocument/2006/relationships/image" Target="media/x12787.wmf"/><Relationship Id="rId3033" Type="http://schemas.openxmlformats.org/officeDocument/2006/relationships/image" Target="media/x12788.wmf"/><Relationship Id="rId3034" Type="http://schemas.openxmlformats.org/officeDocument/2006/relationships/image" Target="media/x12789.wmf"/><Relationship Id="rId3035" Type="http://schemas.openxmlformats.org/officeDocument/2006/relationships/image" Target="media/x12790.wmf"/><Relationship Id="rId3036" Type="http://schemas.openxmlformats.org/officeDocument/2006/relationships/image" Target="media/x12791.wmf"/><Relationship Id="rId3037" Type="http://schemas.openxmlformats.org/officeDocument/2006/relationships/image" Target="media/x12792.wmf"/><Relationship Id="rId3038" Type="http://schemas.openxmlformats.org/officeDocument/2006/relationships/image" Target="media/x12793.wmf"/><Relationship Id="rId3039" Type="http://schemas.openxmlformats.org/officeDocument/2006/relationships/image" Target="media/x12794.wmf"/><Relationship Id="rId3040" Type="http://schemas.openxmlformats.org/officeDocument/2006/relationships/image" Target="media/x12795.wmf"/><Relationship Id="rId3041" Type="http://schemas.openxmlformats.org/officeDocument/2006/relationships/image" Target="media/x12796.wmf"/><Relationship Id="rId3042" Type="http://schemas.openxmlformats.org/officeDocument/2006/relationships/image" Target="media/x12797.wmf"/><Relationship Id="rId3043" Type="http://schemas.openxmlformats.org/officeDocument/2006/relationships/image" Target="media/x12798.wmf"/><Relationship Id="rId3044" Type="http://schemas.openxmlformats.org/officeDocument/2006/relationships/image" Target="media/x12799.wmf"/><Relationship Id="rId3045" Type="http://schemas.openxmlformats.org/officeDocument/2006/relationships/image" Target="media/x12800.wmf"/><Relationship Id="rId3046" Type="http://schemas.openxmlformats.org/officeDocument/2006/relationships/image" Target="media/x12801.wmf"/><Relationship Id="rId3047" Type="http://schemas.openxmlformats.org/officeDocument/2006/relationships/image" Target="media/x12802.wmf"/><Relationship Id="rId3048" Type="http://schemas.openxmlformats.org/officeDocument/2006/relationships/image" Target="media/x12803.wmf"/><Relationship Id="rId3049" Type="http://schemas.openxmlformats.org/officeDocument/2006/relationships/image" Target="media/x12804.wmf"/><Relationship Id="rId3050" Type="http://schemas.openxmlformats.org/officeDocument/2006/relationships/image" Target="media/x12805.wmf"/><Relationship Id="rId3051" Type="http://schemas.openxmlformats.org/officeDocument/2006/relationships/image" Target="media/x12806.wmf"/><Relationship Id="rId3052" Type="http://schemas.openxmlformats.org/officeDocument/2006/relationships/image" Target="media/x12807.wmf"/><Relationship Id="rId3053" Type="http://schemas.openxmlformats.org/officeDocument/2006/relationships/image" Target="media/x12808.wmf"/><Relationship Id="rId3054" Type="http://schemas.openxmlformats.org/officeDocument/2006/relationships/image" Target="media/x12809.wmf"/><Relationship Id="rId3055" Type="http://schemas.openxmlformats.org/officeDocument/2006/relationships/image" Target="media/x12810.wmf"/><Relationship Id="rId3056" Type="http://schemas.openxmlformats.org/officeDocument/2006/relationships/image" Target="media/x12811.wmf"/><Relationship Id="rId3057" Type="http://schemas.openxmlformats.org/officeDocument/2006/relationships/image" Target="media/x12812.wmf"/><Relationship Id="rId3058" Type="http://schemas.openxmlformats.org/officeDocument/2006/relationships/image" Target="media/x12813.wmf"/><Relationship Id="rId3059" Type="http://schemas.openxmlformats.org/officeDocument/2006/relationships/image" Target="media/x12814.wmf"/><Relationship Id="rId3060" Type="http://schemas.openxmlformats.org/officeDocument/2006/relationships/image" Target="media/x12815.wmf"/><Relationship Id="rId3061" Type="http://schemas.openxmlformats.org/officeDocument/2006/relationships/image" Target="media/x12816.wmf"/><Relationship Id="rId3062" Type="http://schemas.openxmlformats.org/officeDocument/2006/relationships/image" Target="media/x12817.wmf"/><Relationship Id="rId3063" Type="http://schemas.openxmlformats.org/officeDocument/2006/relationships/image" Target="media/x12818.wmf"/><Relationship Id="rId3064" Type="http://schemas.openxmlformats.org/officeDocument/2006/relationships/image" Target="media/x12819.wmf"/><Relationship Id="rId3065" Type="http://schemas.openxmlformats.org/officeDocument/2006/relationships/image" Target="media/x12820.wmf"/><Relationship Id="rId3066" Type="http://schemas.openxmlformats.org/officeDocument/2006/relationships/image" Target="media/x12821.wmf"/><Relationship Id="rId3067" Type="http://schemas.openxmlformats.org/officeDocument/2006/relationships/image" Target="media/x12822.wmf"/><Relationship Id="rId3068" Type="http://schemas.openxmlformats.org/officeDocument/2006/relationships/image" Target="media/x12823.wmf"/><Relationship Id="rId3069" Type="http://schemas.openxmlformats.org/officeDocument/2006/relationships/image" Target="media/x12824.wmf"/><Relationship Id="rId3070" Type="http://schemas.openxmlformats.org/officeDocument/2006/relationships/image" Target="media/x12825.wmf"/><Relationship Id="rId3071" Type="http://schemas.openxmlformats.org/officeDocument/2006/relationships/image" Target="media/x12826.wmf"/><Relationship Id="rId3072" Type="http://schemas.openxmlformats.org/officeDocument/2006/relationships/image" Target="media/x12827.wmf"/><Relationship Id="rId3073" Type="http://schemas.openxmlformats.org/officeDocument/2006/relationships/image" Target="media/x12828.wmf"/><Relationship Id="rId3074" Type="http://schemas.openxmlformats.org/officeDocument/2006/relationships/image" Target="media/x12829.wmf"/><Relationship Id="rId3075" Type="http://schemas.openxmlformats.org/officeDocument/2006/relationships/image" Target="media/x12830.wmf"/><Relationship Id="rId3076" Type="http://schemas.openxmlformats.org/officeDocument/2006/relationships/image" Target="media/x12831.wmf"/><Relationship Id="rId3077" Type="http://schemas.openxmlformats.org/officeDocument/2006/relationships/image" Target="media/x12832.wmf"/><Relationship Id="rId3078" Type="http://schemas.openxmlformats.org/officeDocument/2006/relationships/image" Target="media/x12833.wmf"/><Relationship Id="rId3079" Type="http://schemas.openxmlformats.org/officeDocument/2006/relationships/image" Target="media/x12834.wmf"/><Relationship Id="rId3080" Type="http://schemas.openxmlformats.org/officeDocument/2006/relationships/image" Target="media/x12835.wmf"/><Relationship Id="rId3081" Type="http://schemas.openxmlformats.org/officeDocument/2006/relationships/image" Target="media/x12836.wmf"/><Relationship Id="rId3082" Type="http://schemas.openxmlformats.org/officeDocument/2006/relationships/image" Target="media/x12837.wmf"/><Relationship Id="rId3083" Type="http://schemas.openxmlformats.org/officeDocument/2006/relationships/image" Target="media/x12838.wmf"/><Relationship Id="rId3084" Type="http://schemas.openxmlformats.org/officeDocument/2006/relationships/image" Target="media/x12839.wmf"/><Relationship Id="rId3085" Type="http://schemas.openxmlformats.org/officeDocument/2006/relationships/image" Target="media/x12840.wmf"/><Relationship Id="rId3086" Type="http://schemas.openxmlformats.org/officeDocument/2006/relationships/image" Target="media/x12841.wmf"/><Relationship Id="rId3087" Type="http://schemas.openxmlformats.org/officeDocument/2006/relationships/image" Target="media/x12842.wmf"/><Relationship Id="rId3088" Type="http://schemas.openxmlformats.org/officeDocument/2006/relationships/image" Target="media/x12843.wmf"/><Relationship Id="rId3089" Type="http://schemas.openxmlformats.org/officeDocument/2006/relationships/image" Target="media/x12844.wmf"/><Relationship Id="rId3090" Type="http://schemas.openxmlformats.org/officeDocument/2006/relationships/image" Target="media/x12845.wmf"/><Relationship Id="rId3091" Type="http://schemas.openxmlformats.org/officeDocument/2006/relationships/image" Target="media/x12846.wmf"/><Relationship Id="rId3092" Type="http://schemas.openxmlformats.org/officeDocument/2006/relationships/image" Target="media/x12847.wmf"/><Relationship Id="rId3093" Type="http://schemas.openxmlformats.org/officeDocument/2006/relationships/image" Target="media/x12848.wmf"/><Relationship Id="rId3094" Type="http://schemas.openxmlformats.org/officeDocument/2006/relationships/image" Target="media/x12849.wmf"/><Relationship Id="rId3095" Type="http://schemas.openxmlformats.org/officeDocument/2006/relationships/image" Target="media/x12850.wmf"/><Relationship Id="rId3096" Type="http://schemas.openxmlformats.org/officeDocument/2006/relationships/image" Target="media/x12851.wmf"/><Relationship Id="rId3097" Type="http://schemas.openxmlformats.org/officeDocument/2006/relationships/image" Target="media/x12852.wmf"/><Relationship Id="rId3098" Type="http://schemas.openxmlformats.org/officeDocument/2006/relationships/image" Target="media/x12853.wmf"/><Relationship Id="rId3099" Type="http://schemas.openxmlformats.org/officeDocument/2006/relationships/image" Target="media/x12854.wmf"/><Relationship Id="rId3100" Type="http://schemas.openxmlformats.org/officeDocument/2006/relationships/image" Target="media/x12855.wmf"/><Relationship Id="rId3101" Type="http://schemas.openxmlformats.org/officeDocument/2006/relationships/image" Target="media/x12856.wmf"/><Relationship Id="rId3102" Type="http://schemas.openxmlformats.org/officeDocument/2006/relationships/image" Target="media/x12857.wmf"/><Relationship Id="rId3103" Type="http://schemas.openxmlformats.org/officeDocument/2006/relationships/image" Target="media/x12858.wmf"/><Relationship Id="rId3104" Type="http://schemas.openxmlformats.org/officeDocument/2006/relationships/image" Target="media/x12859.wmf"/><Relationship Id="rId3105" Type="http://schemas.openxmlformats.org/officeDocument/2006/relationships/image" Target="media/x12860.wmf"/><Relationship Id="rId3106" Type="http://schemas.openxmlformats.org/officeDocument/2006/relationships/image" Target="media/x12861.wmf"/><Relationship Id="rId3107" Type="http://schemas.openxmlformats.org/officeDocument/2006/relationships/image" Target="media/x12862.wmf"/><Relationship Id="rId3108" Type="http://schemas.openxmlformats.org/officeDocument/2006/relationships/image" Target="media/x12863.wmf"/><Relationship Id="rId3109" Type="http://schemas.openxmlformats.org/officeDocument/2006/relationships/image" Target="media/x12864.wmf"/><Relationship Id="rId3110" Type="http://schemas.openxmlformats.org/officeDocument/2006/relationships/image" Target="media/x12865.wmf"/><Relationship Id="rId3111" Type="http://schemas.openxmlformats.org/officeDocument/2006/relationships/image" Target="media/x12866.wmf"/><Relationship Id="rId3112" Type="http://schemas.openxmlformats.org/officeDocument/2006/relationships/image" Target="media/x12867.wmf"/><Relationship Id="rId3113" Type="http://schemas.openxmlformats.org/officeDocument/2006/relationships/image" Target="media/x12868.wmf"/><Relationship Id="rId3114" Type="http://schemas.openxmlformats.org/officeDocument/2006/relationships/image" Target="media/x12869.wmf"/><Relationship Id="rId3115" Type="http://schemas.openxmlformats.org/officeDocument/2006/relationships/image" Target="media/x12870.wmf"/><Relationship Id="rId3116" Type="http://schemas.openxmlformats.org/officeDocument/2006/relationships/image" Target="media/x12871.wmf"/><Relationship Id="rId3117" Type="http://schemas.openxmlformats.org/officeDocument/2006/relationships/image" Target="media/x12872.wmf"/><Relationship Id="rId3118" Type="http://schemas.openxmlformats.org/officeDocument/2006/relationships/image" Target="media/x12873.wmf"/><Relationship Id="rId3119" Type="http://schemas.openxmlformats.org/officeDocument/2006/relationships/image" Target="media/x12874.wmf"/><Relationship Id="rId3120" Type="http://schemas.openxmlformats.org/officeDocument/2006/relationships/image" Target="media/x12875.wmf"/><Relationship Id="rId3121" Type="http://schemas.openxmlformats.org/officeDocument/2006/relationships/image" Target="media/x12876.wmf"/><Relationship Id="rId3122" Type="http://schemas.openxmlformats.org/officeDocument/2006/relationships/image" Target="media/x12877.wmf"/><Relationship Id="rId3123" Type="http://schemas.openxmlformats.org/officeDocument/2006/relationships/image" Target="media/x12878.wmf"/><Relationship Id="rId3124" Type="http://schemas.openxmlformats.org/officeDocument/2006/relationships/image" Target="media/x12879.wmf"/><Relationship Id="rId3125" Type="http://schemas.openxmlformats.org/officeDocument/2006/relationships/image" Target="media/x12880.wmf"/><Relationship Id="rId3126" Type="http://schemas.openxmlformats.org/officeDocument/2006/relationships/image" Target="media/x12881.wmf"/><Relationship Id="rId3127" Type="http://schemas.openxmlformats.org/officeDocument/2006/relationships/image" Target="media/x12882.wmf"/><Relationship Id="rId3128" Type="http://schemas.openxmlformats.org/officeDocument/2006/relationships/image" Target="media/x12883.wmf"/><Relationship Id="rId3129" Type="http://schemas.openxmlformats.org/officeDocument/2006/relationships/image" Target="media/x12884.wmf"/><Relationship Id="rId3130" Type="http://schemas.openxmlformats.org/officeDocument/2006/relationships/image" Target="media/x12885.wmf"/><Relationship Id="rId3131" Type="http://schemas.openxmlformats.org/officeDocument/2006/relationships/image" Target="media/x12886.wmf"/><Relationship Id="rId3132" Type="http://schemas.openxmlformats.org/officeDocument/2006/relationships/image" Target="media/x12887.wmf"/><Relationship Id="rId3133" Type="http://schemas.openxmlformats.org/officeDocument/2006/relationships/image" Target="media/x12888.wmf"/><Relationship Id="rId3134" Type="http://schemas.openxmlformats.org/officeDocument/2006/relationships/image" Target="media/x12889.wmf"/><Relationship Id="rId3135" Type="http://schemas.openxmlformats.org/officeDocument/2006/relationships/image" Target="media/x12890.wmf"/><Relationship Id="rId3136" Type="http://schemas.openxmlformats.org/officeDocument/2006/relationships/image" Target="media/x12891.wmf"/><Relationship Id="rId3137" Type="http://schemas.openxmlformats.org/officeDocument/2006/relationships/image" Target="media/x12892.wmf"/><Relationship Id="rId3138" Type="http://schemas.openxmlformats.org/officeDocument/2006/relationships/image" Target="media/x12893.wmf"/><Relationship Id="rId3139" Type="http://schemas.openxmlformats.org/officeDocument/2006/relationships/image" Target="media/x12894.wmf"/><Relationship Id="rId3140" Type="http://schemas.openxmlformats.org/officeDocument/2006/relationships/image" Target="media/x12895.wmf"/><Relationship Id="rId3141" Type="http://schemas.openxmlformats.org/officeDocument/2006/relationships/image" Target="media/x12896.wmf"/><Relationship Id="rId3142" Type="http://schemas.openxmlformats.org/officeDocument/2006/relationships/image" Target="media/x12897.wmf"/><Relationship Id="rId3143" Type="http://schemas.openxmlformats.org/officeDocument/2006/relationships/image" Target="media/x12898.wmf"/><Relationship Id="rId3144" Type="http://schemas.openxmlformats.org/officeDocument/2006/relationships/image" Target="media/x12899.wmf"/><Relationship Id="rId3145" Type="http://schemas.openxmlformats.org/officeDocument/2006/relationships/image" Target="media/x12900.wmf"/><Relationship Id="rId3146" Type="http://schemas.openxmlformats.org/officeDocument/2006/relationships/image" Target="media/x12901.wmf"/><Relationship Id="rId3147" Type="http://schemas.openxmlformats.org/officeDocument/2006/relationships/image" Target="media/x12902.wmf"/><Relationship Id="rId3148" Type="http://schemas.openxmlformats.org/officeDocument/2006/relationships/image" Target="media/x12903.wmf"/><Relationship Id="rId3149" Type="http://schemas.openxmlformats.org/officeDocument/2006/relationships/image" Target="media/x12904.wmf"/><Relationship Id="rId3150" Type="http://schemas.openxmlformats.org/officeDocument/2006/relationships/image" Target="media/x12905.wmf"/><Relationship Id="rId3151" Type="http://schemas.openxmlformats.org/officeDocument/2006/relationships/image" Target="media/x12906.wmf"/><Relationship Id="rId3152" Type="http://schemas.openxmlformats.org/officeDocument/2006/relationships/image" Target="media/x12907.wmf"/><Relationship Id="rId3153" Type="http://schemas.openxmlformats.org/officeDocument/2006/relationships/image" Target="media/x12908.wmf"/><Relationship Id="rId3154" Type="http://schemas.openxmlformats.org/officeDocument/2006/relationships/image" Target="media/x12909.wmf"/><Relationship Id="rId3155" Type="http://schemas.openxmlformats.org/officeDocument/2006/relationships/image" Target="media/x12910.wmf"/><Relationship Id="rId3156" Type="http://schemas.openxmlformats.org/officeDocument/2006/relationships/image" Target="media/x12911.wmf"/><Relationship Id="rId3157" Type="http://schemas.openxmlformats.org/officeDocument/2006/relationships/image" Target="media/x12912.wmf"/><Relationship Id="rId3158" Type="http://schemas.openxmlformats.org/officeDocument/2006/relationships/image" Target="media/x12913.wmf"/><Relationship Id="rId3159" Type="http://schemas.openxmlformats.org/officeDocument/2006/relationships/image" Target="media/x12914.wmf"/><Relationship Id="rId3160" Type="http://schemas.openxmlformats.org/officeDocument/2006/relationships/image" Target="media/x12915.wmf"/><Relationship Id="rId3161" Type="http://schemas.openxmlformats.org/officeDocument/2006/relationships/image" Target="media/x12916.wmf"/><Relationship Id="rId3162" Type="http://schemas.openxmlformats.org/officeDocument/2006/relationships/image" Target="media/x12917.wmf"/><Relationship Id="rId3163" Type="http://schemas.openxmlformats.org/officeDocument/2006/relationships/image" Target="media/x12918.wmf"/><Relationship Id="rId3164" Type="http://schemas.openxmlformats.org/officeDocument/2006/relationships/image" Target="media/x12919.wmf"/><Relationship Id="rId3165" Type="http://schemas.openxmlformats.org/officeDocument/2006/relationships/image" Target="media/x12920.wmf"/><Relationship Id="rId3166" Type="http://schemas.openxmlformats.org/officeDocument/2006/relationships/image" Target="media/x12921.wmf"/><Relationship Id="rId3167" Type="http://schemas.openxmlformats.org/officeDocument/2006/relationships/image" Target="media/x12922.wmf"/><Relationship Id="rId3168" Type="http://schemas.openxmlformats.org/officeDocument/2006/relationships/image" Target="media/x12923.wmf"/><Relationship Id="rId3169" Type="http://schemas.openxmlformats.org/officeDocument/2006/relationships/image" Target="media/x12924.wmf"/><Relationship Id="rId3170" Type="http://schemas.openxmlformats.org/officeDocument/2006/relationships/image" Target="media/x12925.wmf"/><Relationship Id="rId3171" Type="http://schemas.openxmlformats.org/officeDocument/2006/relationships/image" Target="media/x12926.wmf"/><Relationship Id="rId3172" Type="http://schemas.openxmlformats.org/officeDocument/2006/relationships/image" Target="media/x12927.wmf"/><Relationship Id="rId3173" Type="http://schemas.openxmlformats.org/officeDocument/2006/relationships/image" Target="media/x12928.wmf"/><Relationship Id="rId3174" Type="http://schemas.openxmlformats.org/officeDocument/2006/relationships/image" Target="media/x12929.wmf"/><Relationship Id="rId3175" Type="http://schemas.openxmlformats.org/officeDocument/2006/relationships/image" Target="media/x12930.wmf"/><Relationship Id="rId3176" Type="http://schemas.openxmlformats.org/officeDocument/2006/relationships/image" Target="media/x12931.wmf"/><Relationship Id="rId3177" Type="http://schemas.openxmlformats.org/officeDocument/2006/relationships/image" Target="media/x12932.wmf"/><Relationship Id="rId3178" Type="http://schemas.openxmlformats.org/officeDocument/2006/relationships/image" Target="media/x12933.wmf"/><Relationship Id="rId3179" Type="http://schemas.openxmlformats.org/officeDocument/2006/relationships/image" Target="media/x12934.wmf"/><Relationship Id="rId3180" Type="http://schemas.openxmlformats.org/officeDocument/2006/relationships/image" Target="media/x12935.wmf"/><Relationship Id="rId3181" Type="http://schemas.openxmlformats.org/officeDocument/2006/relationships/image" Target="media/x12936.wmf"/><Relationship Id="rId3182" Type="http://schemas.openxmlformats.org/officeDocument/2006/relationships/image" Target="media/x12937.wmf"/><Relationship Id="rId3183" Type="http://schemas.openxmlformats.org/officeDocument/2006/relationships/image" Target="media/x12938.wmf"/><Relationship Id="rId3184" Type="http://schemas.openxmlformats.org/officeDocument/2006/relationships/image" Target="media/x12939.wmf"/><Relationship Id="rId3185" Type="http://schemas.openxmlformats.org/officeDocument/2006/relationships/image" Target="media/x12940.wmf"/><Relationship Id="rId3186" Type="http://schemas.openxmlformats.org/officeDocument/2006/relationships/image" Target="media/x12941.wmf"/><Relationship Id="rId3187" Type="http://schemas.openxmlformats.org/officeDocument/2006/relationships/image" Target="media/x12942.wmf"/><Relationship Id="rId3188" Type="http://schemas.openxmlformats.org/officeDocument/2006/relationships/image" Target="media/x12943.wmf"/><Relationship Id="rId3189" Type="http://schemas.openxmlformats.org/officeDocument/2006/relationships/image" Target="media/x12944.wmf"/><Relationship Id="rId3190" Type="http://schemas.openxmlformats.org/officeDocument/2006/relationships/image" Target="media/x12945.wmf"/><Relationship Id="rId3191" Type="http://schemas.openxmlformats.org/officeDocument/2006/relationships/image" Target="media/x12946.wmf"/><Relationship Id="rId3192" Type="http://schemas.openxmlformats.org/officeDocument/2006/relationships/image" Target="media/x12947.wmf"/><Relationship Id="rId3193" Type="http://schemas.openxmlformats.org/officeDocument/2006/relationships/image" Target="media/x12948.wmf"/><Relationship Id="rId3194" Type="http://schemas.openxmlformats.org/officeDocument/2006/relationships/image" Target="media/x12949.png"/><Relationship Id="rId3195" Type="http://schemas.openxmlformats.org/officeDocument/2006/relationships/image" Target="media/x12950.png"/><Relationship Id="rId3196" Type="http://schemas.openxmlformats.org/officeDocument/2006/relationships/image" Target="media/x12951.png"/><Relationship Id="rId3197" Type="http://schemas.openxmlformats.org/officeDocument/2006/relationships/image" Target="media/x12952.wmf"/><Relationship Id="rId3198" Type="http://schemas.openxmlformats.org/officeDocument/2006/relationships/image" Target="media/x12953.wmf"/><Relationship Id="rId3199" Type="http://schemas.openxmlformats.org/officeDocument/2006/relationships/image" Target="media/x12954.wmf"/><Relationship Id="rId3200" Type="http://schemas.openxmlformats.org/officeDocument/2006/relationships/image" Target="media/x12955.wmf"/><Relationship Id="rId3201" Type="http://schemas.openxmlformats.org/officeDocument/2006/relationships/image" Target="media/x12956.wmf"/><Relationship Id="rId3202" Type="http://schemas.openxmlformats.org/officeDocument/2006/relationships/image" Target="media/x12957.wmf"/><Relationship Id="rId3203" Type="http://schemas.openxmlformats.org/officeDocument/2006/relationships/image" Target="media/x12958.wmf"/><Relationship Id="rId3204" Type="http://schemas.openxmlformats.org/officeDocument/2006/relationships/image" Target="media/x12959.wmf"/><Relationship Id="rId3205" Type="http://schemas.openxmlformats.org/officeDocument/2006/relationships/image" Target="media/x12960.wmf"/><Relationship Id="rId3206" Type="http://schemas.openxmlformats.org/officeDocument/2006/relationships/image" Target="media/x12961.wmf"/><Relationship Id="rId3207" Type="http://schemas.openxmlformats.org/officeDocument/2006/relationships/image" Target="media/x12962.wmf"/><Relationship Id="rId3208" Type="http://schemas.openxmlformats.org/officeDocument/2006/relationships/image" Target="media/x12963.wmf"/><Relationship Id="rId3209" Type="http://schemas.openxmlformats.org/officeDocument/2006/relationships/image" Target="media/x12964.wmf"/><Relationship Id="rId3210" Type="http://schemas.openxmlformats.org/officeDocument/2006/relationships/image" Target="media/x12965.wmf"/><Relationship Id="rId3211" Type="http://schemas.openxmlformats.org/officeDocument/2006/relationships/image" Target="media/x12966.wmf"/><Relationship Id="rId3212" Type="http://schemas.openxmlformats.org/officeDocument/2006/relationships/image" Target="media/x12967.wmf"/><Relationship Id="rId3213" Type="http://schemas.openxmlformats.org/officeDocument/2006/relationships/image" Target="media/x12968.wmf"/><Relationship Id="rId3214" Type="http://schemas.openxmlformats.org/officeDocument/2006/relationships/image" Target="media/x12969.wmf"/><Relationship Id="rId3215" Type="http://schemas.openxmlformats.org/officeDocument/2006/relationships/image" Target="media/x12970.wmf"/><Relationship Id="rId3216" Type="http://schemas.openxmlformats.org/officeDocument/2006/relationships/image" Target="media/x12971.wmf"/><Relationship Id="rId3217" Type="http://schemas.openxmlformats.org/officeDocument/2006/relationships/image" Target="media/x12972.wmf"/><Relationship Id="rId3218" Type="http://schemas.openxmlformats.org/officeDocument/2006/relationships/image" Target="media/x12973.wmf"/><Relationship Id="rId3219" Type="http://schemas.openxmlformats.org/officeDocument/2006/relationships/image" Target="media/x12974.wmf"/><Relationship Id="rId3220" Type="http://schemas.openxmlformats.org/officeDocument/2006/relationships/image" Target="media/x12975.png"/><Relationship Id="rId3221" Type="http://schemas.openxmlformats.org/officeDocument/2006/relationships/image" Target="media/x12976.png"/><Relationship Id="rId3222" Type="http://schemas.openxmlformats.org/officeDocument/2006/relationships/image" Target="media/x12977.wmf"/><Relationship Id="rId3223" Type="http://schemas.openxmlformats.org/officeDocument/2006/relationships/image" Target="media/x12978.wmf"/><Relationship Id="rId3224" Type="http://schemas.openxmlformats.org/officeDocument/2006/relationships/image" Target="media/x12979.wmf"/><Relationship Id="rId3225" Type="http://schemas.openxmlformats.org/officeDocument/2006/relationships/image" Target="media/x12980.wmf"/><Relationship Id="rId3226" Type="http://schemas.openxmlformats.org/officeDocument/2006/relationships/image" Target="media/x12981.wmf"/><Relationship Id="rId3227" Type="http://schemas.openxmlformats.org/officeDocument/2006/relationships/image" Target="media/x12982.wmf"/><Relationship Id="rId3228" Type="http://schemas.openxmlformats.org/officeDocument/2006/relationships/image" Target="media/x12983.wmf"/><Relationship Id="rId3229" Type="http://schemas.openxmlformats.org/officeDocument/2006/relationships/image" Target="media/x12984.wmf"/><Relationship Id="rId3230" Type="http://schemas.openxmlformats.org/officeDocument/2006/relationships/image" Target="media/x12985.wmf"/><Relationship Id="rId3231" Type="http://schemas.openxmlformats.org/officeDocument/2006/relationships/image" Target="media/x12986.wmf"/><Relationship Id="rId3232" Type="http://schemas.openxmlformats.org/officeDocument/2006/relationships/image" Target="media/x12987.png"/><Relationship Id="rId3233" Type="http://schemas.openxmlformats.org/officeDocument/2006/relationships/image" Target="media/x12988.wmf"/><Relationship Id="rId3234" Type="http://schemas.openxmlformats.org/officeDocument/2006/relationships/image" Target="media/x12989.wmf"/><Relationship Id="rId3235" Type="http://schemas.openxmlformats.org/officeDocument/2006/relationships/image" Target="media/x12990.wmf"/><Relationship Id="rId3236" Type="http://schemas.openxmlformats.org/officeDocument/2006/relationships/image" Target="media/x12991.wmf"/><Relationship Id="rId3237" Type="http://schemas.openxmlformats.org/officeDocument/2006/relationships/image" Target="media/x12992.png"/><Relationship Id="rId3238" Type="http://schemas.openxmlformats.org/officeDocument/2006/relationships/image" Target="media/x12993.wmf"/><Relationship Id="rId3239" Type="http://schemas.openxmlformats.org/officeDocument/2006/relationships/image" Target="media/x12994.wmf"/><Relationship Id="rId3240" Type="http://schemas.openxmlformats.org/officeDocument/2006/relationships/image" Target="media/x12995.wmf"/><Relationship Id="rId3241" Type="http://schemas.openxmlformats.org/officeDocument/2006/relationships/image" Target="media/x12996.wmf"/><Relationship Id="rId3242" Type="http://schemas.openxmlformats.org/officeDocument/2006/relationships/image" Target="media/x12997.png"/><Relationship Id="rId3243" Type="http://schemas.openxmlformats.org/officeDocument/2006/relationships/image" Target="media/x12998.wmf"/><Relationship Id="rId3244" Type="http://schemas.openxmlformats.org/officeDocument/2006/relationships/image" Target="media/x12999.wmf"/><Relationship Id="rId3245" Type="http://schemas.openxmlformats.org/officeDocument/2006/relationships/image" Target="media/x13000.wmf"/><Relationship Id="rId3246" Type="http://schemas.openxmlformats.org/officeDocument/2006/relationships/image" Target="media/x13001.wmf"/><Relationship Id="rId3247" Type="http://schemas.openxmlformats.org/officeDocument/2006/relationships/image" Target="media/x13002.wmf"/><Relationship Id="rId3248" Type="http://schemas.openxmlformats.org/officeDocument/2006/relationships/image" Target="media/x13003.wmf"/><Relationship Id="rId3249" Type="http://schemas.openxmlformats.org/officeDocument/2006/relationships/image" Target="media/x13004.wmf"/><Relationship Id="rId3250" Type="http://schemas.openxmlformats.org/officeDocument/2006/relationships/image" Target="media/x13005.wmf"/><Relationship Id="rId3251" Type="http://schemas.openxmlformats.org/officeDocument/2006/relationships/image" Target="media/x13006.wmf"/><Relationship Id="rId3252" Type="http://schemas.openxmlformats.org/officeDocument/2006/relationships/image" Target="media/x13007.wmf"/><Relationship Id="rId3253" Type="http://schemas.openxmlformats.org/officeDocument/2006/relationships/image" Target="media/x13008.wmf"/><Relationship Id="rId3254" Type="http://schemas.openxmlformats.org/officeDocument/2006/relationships/image" Target="media/x13009.wmf"/><Relationship Id="rId3255" Type="http://schemas.openxmlformats.org/officeDocument/2006/relationships/image" Target="media/x13010.wmf"/><Relationship Id="rId3256" Type="http://schemas.openxmlformats.org/officeDocument/2006/relationships/image" Target="media/x13011.wmf"/><Relationship Id="rId3257" Type="http://schemas.openxmlformats.org/officeDocument/2006/relationships/image" Target="media/x13012.wmf"/><Relationship Id="rId3258" Type="http://schemas.openxmlformats.org/officeDocument/2006/relationships/image" Target="media/x13013.wmf"/><Relationship Id="rId3259" Type="http://schemas.openxmlformats.org/officeDocument/2006/relationships/image" Target="media/x13014.wmf"/><Relationship Id="rId3260" Type="http://schemas.openxmlformats.org/officeDocument/2006/relationships/image" Target="media/x13015.wmf"/><Relationship Id="rId3261" Type="http://schemas.openxmlformats.org/officeDocument/2006/relationships/image" Target="media/x13016.wmf"/><Relationship Id="rId3262" Type="http://schemas.openxmlformats.org/officeDocument/2006/relationships/image" Target="media/x13017.wmf"/><Relationship Id="rId3263" Type="http://schemas.openxmlformats.org/officeDocument/2006/relationships/image" Target="media/x13018.wmf"/><Relationship Id="rId3264" Type="http://schemas.openxmlformats.org/officeDocument/2006/relationships/image" Target="media/x13019.wmf"/><Relationship Id="rId3265" Type="http://schemas.openxmlformats.org/officeDocument/2006/relationships/image" Target="media/x13020.wmf"/><Relationship Id="rId3266" Type="http://schemas.openxmlformats.org/officeDocument/2006/relationships/image" Target="media/x13021.wmf"/><Relationship Id="rId3267" Type="http://schemas.openxmlformats.org/officeDocument/2006/relationships/image" Target="media/x13022.wmf"/><Relationship Id="rId3268" Type="http://schemas.openxmlformats.org/officeDocument/2006/relationships/image" Target="media/x13023.png"/><Relationship Id="rId3269" Type="http://schemas.openxmlformats.org/officeDocument/2006/relationships/image" Target="media/x13024.wmf"/><Relationship Id="rId3270" Type="http://schemas.openxmlformats.org/officeDocument/2006/relationships/image" Target="media/x13025.wmf"/><Relationship Id="rId3271" Type="http://schemas.openxmlformats.org/officeDocument/2006/relationships/image" Target="media/x13026.wmf"/><Relationship Id="rId3272" Type="http://schemas.openxmlformats.org/officeDocument/2006/relationships/image" Target="media/x13027.wmf"/><Relationship Id="rId3273" Type="http://schemas.openxmlformats.org/officeDocument/2006/relationships/image" Target="media/x13028.wmf"/><Relationship Id="rId3274" Type="http://schemas.openxmlformats.org/officeDocument/2006/relationships/image" Target="media/x13029.wmf"/><Relationship Id="rId3275" Type="http://schemas.openxmlformats.org/officeDocument/2006/relationships/image" Target="media/x13030.wmf"/><Relationship Id="rId3276" Type="http://schemas.openxmlformats.org/officeDocument/2006/relationships/image" Target="media/x13031.wmf"/><Relationship Id="rId3277" Type="http://schemas.openxmlformats.org/officeDocument/2006/relationships/image" Target="media/x13032.wmf"/><Relationship Id="rId3278" Type="http://schemas.openxmlformats.org/officeDocument/2006/relationships/image" Target="media/x13033.wmf"/><Relationship Id="rId3279" Type="http://schemas.openxmlformats.org/officeDocument/2006/relationships/image" Target="media/x13034.wmf"/><Relationship Id="rId3280" Type="http://schemas.openxmlformats.org/officeDocument/2006/relationships/image" Target="media/x13035.wmf"/><Relationship Id="rId3281" Type="http://schemas.openxmlformats.org/officeDocument/2006/relationships/image" Target="media/x13036.wmf"/><Relationship Id="rId3282" Type="http://schemas.openxmlformats.org/officeDocument/2006/relationships/image" Target="media/x13037.wmf"/><Relationship Id="rId3283" Type="http://schemas.openxmlformats.org/officeDocument/2006/relationships/image" Target="media/x13038.wmf"/><Relationship Id="rId3284" Type="http://schemas.openxmlformats.org/officeDocument/2006/relationships/image" Target="media/x13039.wmf"/><Relationship Id="rId3285" Type="http://schemas.openxmlformats.org/officeDocument/2006/relationships/image" Target="media/x13040.wmf"/><Relationship Id="rId3286" Type="http://schemas.openxmlformats.org/officeDocument/2006/relationships/image" Target="media/x13041.wmf"/><Relationship Id="rId3287" Type="http://schemas.openxmlformats.org/officeDocument/2006/relationships/image" Target="media/x13042.wmf"/><Relationship Id="rId3288" Type="http://schemas.openxmlformats.org/officeDocument/2006/relationships/image" Target="media/x13043.wmf"/><Relationship Id="rId3289" Type="http://schemas.openxmlformats.org/officeDocument/2006/relationships/image" Target="media/x13044.wmf"/><Relationship Id="rId3290" Type="http://schemas.openxmlformats.org/officeDocument/2006/relationships/image" Target="media/x13045.wmf"/><Relationship Id="rId3291" Type="http://schemas.openxmlformats.org/officeDocument/2006/relationships/image" Target="media/x13046.wmf"/><Relationship Id="rId3292" Type="http://schemas.openxmlformats.org/officeDocument/2006/relationships/image" Target="media/x13047.wmf"/><Relationship Id="rId3293" Type="http://schemas.openxmlformats.org/officeDocument/2006/relationships/image" Target="media/x13048.wmf"/><Relationship Id="rId3294" Type="http://schemas.openxmlformats.org/officeDocument/2006/relationships/image" Target="media/x13049.wmf"/><Relationship Id="rId3295" Type="http://schemas.openxmlformats.org/officeDocument/2006/relationships/image" Target="media/x13050.wmf"/><Relationship Id="rId3296" Type="http://schemas.openxmlformats.org/officeDocument/2006/relationships/image" Target="media/x13051.wmf"/><Relationship Id="rId3297" Type="http://schemas.openxmlformats.org/officeDocument/2006/relationships/image" Target="media/x13052.wmf"/><Relationship Id="rId3298" Type="http://schemas.openxmlformats.org/officeDocument/2006/relationships/image" Target="media/x13053.wmf"/><Relationship Id="rId3299" Type="http://schemas.openxmlformats.org/officeDocument/2006/relationships/image" Target="media/x13054.png"/><Relationship Id="rId3300" Type="http://schemas.openxmlformats.org/officeDocument/2006/relationships/image" Target="media/x13055.wmf"/><Relationship Id="rId3301" Type="http://schemas.openxmlformats.org/officeDocument/2006/relationships/image" Target="media/x13056.wmf"/><Relationship Id="rId3302" Type="http://schemas.openxmlformats.org/officeDocument/2006/relationships/image" Target="media/x13057.wmf"/><Relationship Id="rId3303" Type="http://schemas.openxmlformats.org/officeDocument/2006/relationships/image" Target="media/x13058.wmf"/><Relationship Id="rId3304" Type="http://schemas.openxmlformats.org/officeDocument/2006/relationships/image" Target="media/x13059.wmf"/><Relationship Id="rId3305" Type="http://schemas.openxmlformats.org/officeDocument/2006/relationships/image" Target="media/x13060.wmf"/><Relationship Id="rId3306" Type="http://schemas.openxmlformats.org/officeDocument/2006/relationships/image" Target="media/x13061.wmf"/><Relationship Id="rId3307" Type="http://schemas.openxmlformats.org/officeDocument/2006/relationships/image" Target="media/x13062.wmf"/><Relationship Id="rId3308" Type="http://schemas.openxmlformats.org/officeDocument/2006/relationships/image" Target="media/x13063.wmf"/><Relationship Id="rId3309" Type="http://schemas.openxmlformats.org/officeDocument/2006/relationships/image" Target="media/x13064.wmf"/><Relationship Id="rId3310" Type="http://schemas.openxmlformats.org/officeDocument/2006/relationships/image" Target="media/x13065.wmf"/><Relationship Id="rId3311" Type="http://schemas.openxmlformats.org/officeDocument/2006/relationships/image" Target="media/x13066.wmf"/><Relationship Id="rId3312" Type="http://schemas.openxmlformats.org/officeDocument/2006/relationships/image" Target="media/x13067.wmf"/><Relationship Id="rId3313" Type="http://schemas.openxmlformats.org/officeDocument/2006/relationships/image" Target="media/x13068.wmf"/><Relationship Id="rId3314" Type="http://schemas.openxmlformats.org/officeDocument/2006/relationships/image" Target="media/x13069.wmf"/><Relationship Id="rId3315" Type="http://schemas.openxmlformats.org/officeDocument/2006/relationships/image" Target="media/x13070.wmf"/><Relationship Id="rId3316" Type="http://schemas.openxmlformats.org/officeDocument/2006/relationships/image" Target="media/x13071.wmf"/><Relationship Id="rId3317" Type="http://schemas.openxmlformats.org/officeDocument/2006/relationships/image" Target="media/x13072.wmf"/><Relationship Id="rId3318" Type="http://schemas.openxmlformats.org/officeDocument/2006/relationships/image" Target="media/x13073.wmf"/><Relationship Id="rId3319" Type="http://schemas.openxmlformats.org/officeDocument/2006/relationships/image" Target="media/x13074.wmf"/><Relationship Id="rId3320" Type="http://schemas.openxmlformats.org/officeDocument/2006/relationships/image" Target="media/x13075.wmf"/><Relationship Id="rId3321" Type="http://schemas.openxmlformats.org/officeDocument/2006/relationships/image" Target="media/x13076.wmf"/><Relationship Id="rId3322" Type="http://schemas.openxmlformats.org/officeDocument/2006/relationships/image" Target="media/x13077.wmf"/><Relationship Id="rId3323" Type="http://schemas.openxmlformats.org/officeDocument/2006/relationships/image" Target="media/x13078.wmf"/><Relationship Id="rId3324" Type="http://schemas.openxmlformats.org/officeDocument/2006/relationships/image" Target="media/x13079.wmf"/><Relationship Id="rId3325" Type="http://schemas.openxmlformats.org/officeDocument/2006/relationships/image" Target="media/x13080.wmf"/><Relationship Id="rId3326" Type="http://schemas.openxmlformats.org/officeDocument/2006/relationships/image" Target="media/x13081.wmf"/><Relationship Id="rId3327" Type="http://schemas.openxmlformats.org/officeDocument/2006/relationships/image" Target="media/x13082.wmf"/><Relationship Id="rId3328" Type="http://schemas.openxmlformats.org/officeDocument/2006/relationships/image" Target="media/x13083.wmf"/><Relationship Id="rId3329" Type="http://schemas.openxmlformats.org/officeDocument/2006/relationships/image" Target="media/x13084.wmf"/><Relationship Id="rId3330" Type="http://schemas.openxmlformats.org/officeDocument/2006/relationships/image" Target="media/x13085.png"/><Relationship Id="rId3331" Type="http://schemas.openxmlformats.org/officeDocument/2006/relationships/image" Target="media/x13086.wmf"/><Relationship Id="rId3332" Type="http://schemas.openxmlformats.org/officeDocument/2006/relationships/image" Target="media/x13087.wmf"/><Relationship Id="rId3333" Type="http://schemas.openxmlformats.org/officeDocument/2006/relationships/image" Target="media/x13088.wmf"/><Relationship Id="rId3334" Type="http://schemas.openxmlformats.org/officeDocument/2006/relationships/image" Target="media/x13089.wmf"/><Relationship Id="rId3335" Type="http://schemas.openxmlformats.org/officeDocument/2006/relationships/image" Target="media/x13090.wmf"/><Relationship Id="rId3336" Type="http://schemas.openxmlformats.org/officeDocument/2006/relationships/image" Target="media/x13091.wmf"/><Relationship Id="rId3337" Type="http://schemas.openxmlformats.org/officeDocument/2006/relationships/image" Target="media/x13092.wmf"/><Relationship Id="rId3338" Type="http://schemas.openxmlformats.org/officeDocument/2006/relationships/image" Target="media/x13093.wmf"/><Relationship Id="rId3339" Type="http://schemas.openxmlformats.org/officeDocument/2006/relationships/image" Target="media/x13094.png"/><Relationship Id="rId3340" Type="http://schemas.openxmlformats.org/officeDocument/2006/relationships/image" Target="media/x13095.wmf"/><Relationship Id="rId3341" Type="http://schemas.openxmlformats.org/officeDocument/2006/relationships/image" Target="media/x13096.wmf"/><Relationship Id="rId3342" Type="http://schemas.openxmlformats.org/officeDocument/2006/relationships/image" Target="media/x13097.wmf"/><Relationship Id="rId3343" Type="http://schemas.openxmlformats.org/officeDocument/2006/relationships/image" Target="media/x13098.wmf"/><Relationship Id="rId3344" Type="http://schemas.openxmlformats.org/officeDocument/2006/relationships/image" Target="media/x13099.wmf"/><Relationship Id="rId3345" Type="http://schemas.openxmlformats.org/officeDocument/2006/relationships/image" Target="media/x13100.wmf"/><Relationship Id="rId3346" Type="http://schemas.openxmlformats.org/officeDocument/2006/relationships/image" Target="media/x13101.wmf"/><Relationship Id="rId3347" Type="http://schemas.openxmlformats.org/officeDocument/2006/relationships/image" Target="media/x13102.wmf"/><Relationship Id="rId3348" Type="http://schemas.openxmlformats.org/officeDocument/2006/relationships/image" Target="media/x13103.wmf"/><Relationship Id="rId3349" Type="http://schemas.openxmlformats.org/officeDocument/2006/relationships/image" Target="media/x13104.wmf"/><Relationship Id="rId3350" Type="http://schemas.openxmlformats.org/officeDocument/2006/relationships/image" Target="media/x13105.wmf"/><Relationship Id="rId3351" Type="http://schemas.openxmlformats.org/officeDocument/2006/relationships/image" Target="media/x13106.wmf"/><Relationship Id="rId3352" Type="http://schemas.openxmlformats.org/officeDocument/2006/relationships/image" Target="media/x13107.wmf"/><Relationship Id="rId3353" Type="http://schemas.openxmlformats.org/officeDocument/2006/relationships/image" Target="media/x13108.wmf"/><Relationship Id="rId3354" Type="http://schemas.openxmlformats.org/officeDocument/2006/relationships/image" Target="media/x13109.wmf"/><Relationship Id="rId3355" Type="http://schemas.openxmlformats.org/officeDocument/2006/relationships/image" Target="media/x13110.wmf"/><Relationship Id="rId3356" Type="http://schemas.openxmlformats.org/officeDocument/2006/relationships/image" Target="media/x13111.png"/><Relationship Id="rId3357" Type="http://schemas.openxmlformats.org/officeDocument/2006/relationships/image" Target="media/x13112.wmf"/><Relationship Id="rId3358" Type="http://schemas.openxmlformats.org/officeDocument/2006/relationships/image" Target="media/x13113.wmf"/><Relationship Id="rId3359" Type="http://schemas.openxmlformats.org/officeDocument/2006/relationships/image" Target="media/x13114.wmf"/><Relationship Id="rId3360" Type="http://schemas.openxmlformats.org/officeDocument/2006/relationships/image" Target="media/x13115.wmf"/><Relationship Id="rId3361" Type="http://schemas.openxmlformats.org/officeDocument/2006/relationships/image" Target="media/x13116.wmf"/><Relationship Id="rId3362" Type="http://schemas.openxmlformats.org/officeDocument/2006/relationships/image" Target="media/x13117.wmf"/><Relationship Id="rId3363" Type="http://schemas.openxmlformats.org/officeDocument/2006/relationships/image" Target="media/x13118.wmf"/><Relationship Id="rId3364" Type="http://schemas.openxmlformats.org/officeDocument/2006/relationships/image" Target="media/x13119.wmf"/><Relationship Id="rId3365" Type="http://schemas.openxmlformats.org/officeDocument/2006/relationships/image" Target="media/x13120.wmf"/><Relationship Id="rId3366" Type="http://schemas.openxmlformats.org/officeDocument/2006/relationships/image" Target="media/x13121.wmf"/><Relationship Id="rId3367" Type="http://schemas.openxmlformats.org/officeDocument/2006/relationships/image" Target="media/x13122.wmf"/><Relationship Id="rId3368" Type="http://schemas.openxmlformats.org/officeDocument/2006/relationships/image" Target="media/x13123.wmf"/><Relationship Id="rId3369" Type="http://schemas.openxmlformats.org/officeDocument/2006/relationships/image" Target="media/x13124.wmf"/><Relationship Id="rId3370" Type="http://schemas.openxmlformats.org/officeDocument/2006/relationships/image" Target="media/x13125.wmf"/><Relationship Id="rId3371" Type="http://schemas.openxmlformats.org/officeDocument/2006/relationships/image" Target="media/x13126.wmf"/><Relationship Id="rId3372" Type="http://schemas.openxmlformats.org/officeDocument/2006/relationships/image" Target="media/x13127.wmf"/><Relationship Id="rId3373" Type="http://schemas.openxmlformats.org/officeDocument/2006/relationships/image" Target="media/x13128.wmf"/><Relationship Id="rId3374" Type="http://schemas.openxmlformats.org/officeDocument/2006/relationships/image" Target="media/x13129.wmf"/><Relationship Id="rId3375" Type="http://schemas.openxmlformats.org/officeDocument/2006/relationships/image" Target="media/x13130.wmf"/><Relationship Id="rId3376" Type="http://schemas.openxmlformats.org/officeDocument/2006/relationships/image" Target="media/x13131.wmf"/><Relationship Id="rId3377" Type="http://schemas.openxmlformats.org/officeDocument/2006/relationships/image" Target="media/x13132.wmf"/><Relationship Id="rId3378" Type="http://schemas.openxmlformats.org/officeDocument/2006/relationships/image" Target="media/x13133.wmf"/><Relationship Id="rId3379" Type="http://schemas.openxmlformats.org/officeDocument/2006/relationships/image" Target="media/x13134.wmf"/><Relationship Id="rId3380" Type="http://schemas.openxmlformats.org/officeDocument/2006/relationships/image" Target="media/x13135.wmf"/><Relationship Id="rId3381" Type="http://schemas.openxmlformats.org/officeDocument/2006/relationships/image" Target="media/x13136.wmf"/><Relationship Id="rId3382" Type="http://schemas.openxmlformats.org/officeDocument/2006/relationships/image" Target="media/x13137.wmf"/><Relationship Id="rId3383" Type="http://schemas.openxmlformats.org/officeDocument/2006/relationships/image" Target="media/x13138.wmf"/><Relationship Id="rId3384" Type="http://schemas.openxmlformats.org/officeDocument/2006/relationships/image" Target="media/x13139.wmf"/><Relationship Id="rId3385" Type="http://schemas.openxmlformats.org/officeDocument/2006/relationships/image" Target="media/x13140.wmf"/><Relationship Id="rId3386" Type="http://schemas.openxmlformats.org/officeDocument/2006/relationships/image" Target="media/x13141.wmf"/><Relationship Id="rId3387" Type="http://schemas.openxmlformats.org/officeDocument/2006/relationships/image" Target="media/x13142.png"/><Relationship Id="rId3388" Type="http://schemas.openxmlformats.org/officeDocument/2006/relationships/image" Target="media/x13143.wmf"/><Relationship Id="rId3389" Type="http://schemas.openxmlformats.org/officeDocument/2006/relationships/image" Target="media/x13144.wmf"/><Relationship Id="rId3390" Type="http://schemas.openxmlformats.org/officeDocument/2006/relationships/image" Target="media/x13145.wmf"/><Relationship Id="rId3391" Type="http://schemas.openxmlformats.org/officeDocument/2006/relationships/image" Target="media/x13146.wmf"/><Relationship Id="rId3392" Type="http://schemas.openxmlformats.org/officeDocument/2006/relationships/image" Target="media/x13147.wmf"/><Relationship Id="rId3393" Type="http://schemas.openxmlformats.org/officeDocument/2006/relationships/image" Target="media/x13148.wmf"/><Relationship Id="rId3394" Type="http://schemas.openxmlformats.org/officeDocument/2006/relationships/image" Target="media/x13149.wmf"/><Relationship Id="rId3395" Type="http://schemas.openxmlformats.org/officeDocument/2006/relationships/image" Target="media/x13150.wmf"/><Relationship Id="rId3396" Type="http://schemas.openxmlformats.org/officeDocument/2006/relationships/image" Target="media/x13151.wmf"/><Relationship Id="rId3397" Type="http://schemas.openxmlformats.org/officeDocument/2006/relationships/image" Target="media/x13152.wmf"/><Relationship Id="rId3398" Type="http://schemas.openxmlformats.org/officeDocument/2006/relationships/image" Target="media/x13153.wmf"/><Relationship Id="rId3399" Type="http://schemas.openxmlformats.org/officeDocument/2006/relationships/image" Target="media/x13154.wmf"/><Relationship Id="rId3400" Type="http://schemas.openxmlformats.org/officeDocument/2006/relationships/image" Target="media/x13155.wmf"/><Relationship Id="rId3401" Type="http://schemas.openxmlformats.org/officeDocument/2006/relationships/image" Target="media/x13156.png"/><Relationship Id="rId3402" Type="http://schemas.openxmlformats.org/officeDocument/2006/relationships/image" Target="media/x13157.wmf"/><Relationship Id="rId3403" Type="http://schemas.openxmlformats.org/officeDocument/2006/relationships/image" Target="media/x13158.wmf"/><Relationship Id="rId3404" Type="http://schemas.openxmlformats.org/officeDocument/2006/relationships/image" Target="media/x13159.wmf"/><Relationship Id="rId3405" Type="http://schemas.openxmlformats.org/officeDocument/2006/relationships/image" Target="media/x13160.wmf"/><Relationship Id="rId3406" Type="http://schemas.openxmlformats.org/officeDocument/2006/relationships/image" Target="media/x13161.wmf"/><Relationship Id="rId3407" Type="http://schemas.openxmlformats.org/officeDocument/2006/relationships/image" Target="media/x13162.wmf"/><Relationship Id="rId3408" Type="http://schemas.openxmlformats.org/officeDocument/2006/relationships/image" Target="media/x13163.wmf"/><Relationship Id="rId3409" Type="http://schemas.openxmlformats.org/officeDocument/2006/relationships/image" Target="media/x13164.wmf"/><Relationship Id="rId3410" Type="http://schemas.openxmlformats.org/officeDocument/2006/relationships/image" Target="media/x13165.wmf"/><Relationship Id="rId3411" Type="http://schemas.openxmlformats.org/officeDocument/2006/relationships/image" Target="media/x13166.wmf"/><Relationship Id="rId3412" Type="http://schemas.openxmlformats.org/officeDocument/2006/relationships/image" Target="media/x13167.wmf"/><Relationship Id="rId3413" Type="http://schemas.openxmlformats.org/officeDocument/2006/relationships/image" Target="media/x13168.wmf"/><Relationship Id="rId3414" Type="http://schemas.openxmlformats.org/officeDocument/2006/relationships/image" Target="media/x13169.wmf"/><Relationship Id="rId3415" Type="http://schemas.openxmlformats.org/officeDocument/2006/relationships/image" Target="media/x13170.wmf"/><Relationship Id="rId3416" Type="http://schemas.openxmlformats.org/officeDocument/2006/relationships/image" Target="media/x13171.wmf"/><Relationship Id="rId3417" Type="http://schemas.openxmlformats.org/officeDocument/2006/relationships/image" Target="media/x13172.wmf"/><Relationship Id="rId3418" Type="http://schemas.openxmlformats.org/officeDocument/2006/relationships/image" Target="media/x13173.wmf"/><Relationship Id="rId3419" Type="http://schemas.openxmlformats.org/officeDocument/2006/relationships/image" Target="media/x13174.wmf"/><Relationship Id="rId3420" Type="http://schemas.openxmlformats.org/officeDocument/2006/relationships/image" Target="media/x13175.wmf"/><Relationship Id="rId3421" Type="http://schemas.openxmlformats.org/officeDocument/2006/relationships/image" Target="media/x13176.wmf"/><Relationship Id="rId3422" Type="http://schemas.openxmlformats.org/officeDocument/2006/relationships/image" Target="media/x13177.wmf"/><Relationship Id="rId3423" Type="http://schemas.openxmlformats.org/officeDocument/2006/relationships/image" Target="media/x13178.wmf"/><Relationship Id="rId3424" Type="http://schemas.openxmlformats.org/officeDocument/2006/relationships/image" Target="media/x13179.wmf"/><Relationship Id="rId3425" Type="http://schemas.openxmlformats.org/officeDocument/2006/relationships/image" Target="media/x13180.wmf"/><Relationship Id="rId3426" Type="http://schemas.openxmlformats.org/officeDocument/2006/relationships/image" Target="media/x13181.wmf"/><Relationship Id="rId3427" Type="http://schemas.openxmlformats.org/officeDocument/2006/relationships/image" Target="media/x13182.wmf"/><Relationship Id="rId3428" Type="http://schemas.openxmlformats.org/officeDocument/2006/relationships/image" Target="media/x13183.wmf"/><Relationship Id="rId3429" Type="http://schemas.openxmlformats.org/officeDocument/2006/relationships/image" Target="media/x13184.wmf"/><Relationship Id="rId3430" Type="http://schemas.openxmlformats.org/officeDocument/2006/relationships/image" Target="media/x13185.wmf"/><Relationship Id="rId3431" Type="http://schemas.openxmlformats.org/officeDocument/2006/relationships/image" Target="media/x13186.wmf"/><Relationship Id="rId3432" Type="http://schemas.openxmlformats.org/officeDocument/2006/relationships/image" Target="media/x13187.wmf"/><Relationship Id="rId3433" Type="http://schemas.openxmlformats.org/officeDocument/2006/relationships/image" Target="media/x13188.wmf"/><Relationship Id="rId3434" Type="http://schemas.openxmlformats.org/officeDocument/2006/relationships/image" Target="media/x13189.wmf"/><Relationship Id="rId3435" Type="http://schemas.openxmlformats.org/officeDocument/2006/relationships/image" Target="media/x13190.wmf"/><Relationship Id="rId3436" Type="http://schemas.openxmlformats.org/officeDocument/2006/relationships/image" Target="media/x13191.wmf"/><Relationship Id="rId3437" Type="http://schemas.openxmlformats.org/officeDocument/2006/relationships/image" Target="media/x13192.wmf"/><Relationship Id="rId3438" Type="http://schemas.openxmlformats.org/officeDocument/2006/relationships/image" Target="media/x13193.wmf"/><Relationship Id="rId3439" Type="http://schemas.openxmlformats.org/officeDocument/2006/relationships/image" Target="media/x13194.wmf"/><Relationship Id="rId3440" Type="http://schemas.openxmlformats.org/officeDocument/2006/relationships/image" Target="media/x13195.wmf"/><Relationship Id="rId3441" Type="http://schemas.openxmlformats.org/officeDocument/2006/relationships/image" Target="media/x13196.wmf"/><Relationship Id="rId3442" Type="http://schemas.openxmlformats.org/officeDocument/2006/relationships/image" Target="media/x13197.wmf"/><Relationship Id="rId3443" Type="http://schemas.openxmlformats.org/officeDocument/2006/relationships/image" Target="media/x13198.wmf"/><Relationship Id="rId3444" Type="http://schemas.openxmlformats.org/officeDocument/2006/relationships/image" Target="media/x13199.wmf"/><Relationship Id="rId3445" Type="http://schemas.openxmlformats.org/officeDocument/2006/relationships/image" Target="media/x13200.wmf"/><Relationship Id="rId3446" Type="http://schemas.openxmlformats.org/officeDocument/2006/relationships/image" Target="media/x13201.wmf"/><Relationship Id="rId3447" Type="http://schemas.openxmlformats.org/officeDocument/2006/relationships/image" Target="media/x13202.wmf"/><Relationship Id="rId3448" Type="http://schemas.openxmlformats.org/officeDocument/2006/relationships/image" Target="media/x13203.wmf"/><Relationship Id="rId3449" Type="http://schemas.openxmlformats.org/officeDocument/2006/relationships/image" Target="media/x13204.wmf"/><Relationship Id="rId3450" Type="http://schemas.openxmlformats.org/officeDocument/2006/relationships/image" Target="media/x13205.wmf"/><Relationship Id="rId3451" Type="http://schemas.openxmlformats.org/officeDocument/2006/relationships/image" Target="media/x13206.wmf"/><Relationship Id="rId3452" Type="http://schemas.openxmlformats.org/officeDocument/2006/relationships/image" Target="media/x13207.wmf"/><Relationship Id="rId3453" Type="http://schemas.openxmlformats.org/officeDocument/2006/relationships/image" Target="media/x13208.wmf"/><Relationship Id="rId3454" Type="http://schemas.openxmlformats.org/officeDocument/2006/relationships/image" Target="media/x13209.wmf"/><Relationship Id="rId3455" Type="http://schemas.openxmlformats.org/officeDocument/2006/relationships/image" Target="media/x13210.wmf"/><Relationship Id="rId3456" Type="http://schemas.openxmlformats.org/officeDocument/2006/relationships/image" Target="media/x13211.wmf"/><Relationship Id="rId3457" Type="http://schemas.openxmlformats.org/officeDocument/2006/relationships/image" Target="media/x13212.wmf"/><Relationship Id="rId3458" Type="http://schemas.openxmlformats.org/officeDocument/2006/relationships/image" Target="media/x13213.wmf"/><Relationship Id="rId3459" Type="http://schemas.openxmlformats.org/officeDocument/2006/relationships/image" Target="media/x13214.wmf"/><Relationship Id="rId3460" Type="http://schemas.openxmlformats.org/officeDocument/2006/relationships/image" Target="media/x13215.wmf"/><Relationship Id="rId3461" Type="http://schemas.openxmlformats.org/officeDocument/2006/relationships/image" Target="media/x13216.wmf"/><Relationship Id="rId3462" Type="http://schemas.openxmlformats.org/officeDocument/2006/relationships/image" Target="media/x13217.wmf"/><Relationship Id="rId3463" Type="http://schemas.openxmlformats.org/officeDocument/2006/relationships/image" Target="media/x13218.wmf"/><Relationship Id="rId3464" Type="http://schemas.openxmlformats.org/officeDocument/2006/relationships/image" Target="media/x13219.wmf"/><Relationship Id="rId3465" Type="http://schemas.openxmlformats.org/officeDocument/2006/relationships/image" Target="media/x13220.wmf"/><Relationship Id="rId3466" Type="http://schemas.openxmlformats.org/officeDocument/2006/relationships/image" Target="media/x13221.wmf"/><Relationship Id="rId3467" Type="http://schemas.openxmlformats.org/officeDocument/2006/relationships/image" Target="media/x13222.wmf"/><Relationship Id="rId3468" Type="http://schemas.openxmlformats.org/officeDocument/2006/relationships/image" Target="media/x13223.wmf"/><Relationship Id="rId3469" Type="http://schemas.openxmlformats.org/officeDocument/2006/relationships/image" Target="media/x13224.wmf"/><Relationship Id="rId3470" Type="http://schemas.openxmlformats.org/officeDocument/2006/relationships/image" Target="media/x13225.wmf"/><Relationship Id="rId3471" Type="http://schemas.openxmlformats.org/officeDocument/2006/relationships/image" Target="media/x13226.wmf"/><Relationship Id="rId3472" Type="http://schemas.openxmlformats.org/officeDocument/2006/relationships/image" Target="media/x13227.wmf"/><Relationship Id="rId3473" Type="http://schemas.openxmlformats.org/officeDocument/2006/relationships/image" Target="media/x13228.wmf"/><Relationship Id="rId3474" Type="http://schemas.openxmlformats.org/officeDocument/2006/relationships/image" Target="media/x13229.wmf"/><Relationship Id="rId3475" Type="http://schemas.openxmlformats.org/officeDocument/2006/relationships/image" Target="media/x13230.wmf"/><Relationship Id="rId3476" Type="http://schemas.openxmlformats.org/officeDocument/2006/relationships/image" Target="media/x13231.wmf"/><Relationship Id="rId3477" Type="http://schemas.openxmlformats.org/officeDocument/2006/relationships/image" Target="media/x13232.wmf"/><Relationship Id="rId3478" Type="http://schemas.openxmlformats.org/officeDocument/2006/relationships/image" Target="media/x13233.wmf"/><Relationship Id="rId3479" Type="http://schemas.openxmlformats.org/officeDocument/2006/relationships/image" Target="media/x13234.wmf"/><Relationship Id="rId3480" Type="http://schemas.openxmlformats.org/officeDocument/2006/relationships/image" Target="media/x13235.png"/><Relationship Id="rId3481" Type="http://schemas.openxmlformats.org/officeDocument/2006/relationships/image" Target="media/x13236.wmf"/><Relationship Id="rId3482" Type="http://schemas.openxmlformats.org/officeDocument/2006/relationships/image" Target="media/x13237.wmf"/><Relationship Id="rId3483" Type="http://schemas.openxmlformats.org/officeDocument/2006/relationships/image" Target="media/x13238.wmf"/><Relationship Id="rId3484" Type="http://schemas.openxmlformats.org/officeDocument/2006/relationships/image" Target="media/x13239.wmf"/><Relationship Id="rId3485" Type="http://schemas.openxmlformats.org/officeDocument/2006/relationships/image" Target="media/x13240.wmf"/><Relationship Id="rId3486" Type="http://schemas.openxmlformats.org/officeDocument/2006/relationships/image" Target="media/x13241.wmf"/><Relationship Id="rId3487" Type="http://schemas.openxmlformats.org/officeDocument/2006/relationships/image" Target="media/x13242.wmf"/><Relationship Id="rId3488" Type="http://schemas.openxmlformats.org/officeDocument/2006/relationships/image" Target="media/x13243.wmf"/><Relationship Id="rId3489" Type="http://schemas.openxmlformats.org/officeDocument/2006/relationships/image" Target="media/x13244.wmf"/><Relationship Id="rId3490" Type="http://schemas.openxmlformats.org/officeDocument/2006/relationships/image" Target="media/x13245.wmf"/><Relationship Id="rId3491" Type="http://schemas.openxmlformats.org/officeDocument/2006/relationships/image" Target="media/x13246.wmf"/><Relationship Id="rId3492" Type="http://schemas.openxmlformats.org/officeDocument/2006/relationships/image" Target="media/x13247.wmf"/><Relationship Id="rId3493" Type="http://schemas.openxmlformats.org/officeDocument/2006/relationships/image" Target="media/x13248.wmf"/><Relationship Id="rId3494" Type="http://schemas.openxmlformats.org/officeDocument/2006/relationships/image" Target="media/x13249.wmf"/><Relationship Id="rId3495" Type="http://schemas.openxmlformats.org/officeDocument/2006/relationships/image" Target="media/x13250.wmf"/><Relationship Id="rId3496" Type="http://schemas.openxmlformats.org/officeDocument/2006/relationships/image" Target="media/x13251.wmf"/><Relationship Id="rId3497" Type="http://schemas.openxmlformats.org/officeDocument/2006/relationships/image" Target="media/x13252.wmf"/><Relationship Id="rId3498" Type="http://schemas.openxmlformats.org/officeDocument/2006/relationships/image" Target="media/x13253.wmf"/><Relationship Id="rId3499" Type="http://schemas.openxmlformats.org/officeDocument/2006/relationships/image" Target="media/x13254.wmf"/><Relationship Id="rId3500" Type="http://schemas.openxmlformats.org/officeDocument/2006/relationships/image" Target="media/x13255.wmf"/><Relationship Id="rId3501" Type="http://schemas.openxmlformats.org/officeDocument/2006/relationships/image" Target="media/x13256.wmf"/><Relationship Id="rId3502" Type="http://schemas.openxmlformats.org/officeDocument/2006/relationships/image" Target="media/x13257.wmf"/><Relationship Id="rId3503" Type="http://schemas.openxmlformats.org/officeDocument/2006/relationships/image" Target="media/x13258.wmf"/><Relationship Id="rId3504" Type="http://schemas.openxmlformats.org/officeDocument/2006/relationships/image" Target="media/x13259.wmf"/><Relationship Id="rId3505" Type="http://schemas.openxmlformats.org/officeDocument/2006/relationships/image" Target="media/x13260.wmf"/><Relationship Id="rId3506" Type="http://schemas.openxmlformats.org/officeDocument/2006/relationships/image" Target="media/x13261.wmf"/><Relationship Id="rId3507" Type="http://schemas.openxmlformats.org/officeDocument/2006/relationships/image" Target="media/x13262.wmf"/><Relationship Id="rId3508" Type="http://schemas.openxmlformats.org/officeDocument/2006/relationships/image" Target="media/x13263.wmf"/><Relationship Id="rId3509" Type="http://schemas.openxmlformats.org/officeDocument/2006/relationships/image" Target="media/x13264.wmf"/><Relationship Id="rId3510" Type="http://schemas.openxmlformats.org/officeDocument/2006/relationships/image" Target="media/x13265.wmf"/><Relationship Id="rId3511" Type="http://schemas.openxmlformats.org/officeDocument/2006/relationships/image" Target="media/x13266.wmf"/><Relationship Id="rId3512" Type="http://schemas.openxmlformats.org/officeDocument/2006/relationships/image" Target="media/x13267.wmf"/><Relationship Id="rId3513" Type="http://schemas.openxmlformats.org/officeDocument/2006/relationships/image" Target="media/x13268.wmf"/><Relationship Id="rId3514" Type="http://schemas.openxmlformats.org/officeDocument/2006/relationships/image" Target="media/x13269.wmf"/><Relationship Id="rId3515" Type="http://schemas.openxmlformats.org/officeDocument/2006/relationships/image" Target="media/x13270.wmf"/><Relationship Id="rId3516" Type="http://schemas.openxmlformats.org/officeDocument/2006/relationships/image" Target="media/x13271.wmf"/><Relationship Id="rId3517" Type="http://schemas.openxmlformats.org/officeDocument/2006/relationships/image" Target="media/x13272.wmf"/><Relationship Id="rId3518" Type="http://schemas.openxmlformats.org/officeDocument/2006/relationships/image" Target="media/x13273.wmf"/><Relationship Id="rId3519" Type="http://schemas.openxmlformats.org/officeDocument/2006/relationships/image" Target="media/x13274.wmf"/><Relationship Id="rId3520" Type="http://schemas.openxmlformats.org/officeDocument/2006/relationships/image" Target="media/x13275.wmf"/><Relationship Id="rId3521" Type="http://schemas.openxmlformats.org/officeDocument/2006/relationships/image" Target="media/x13276.wmf"/><Relationship Id="rId3522" Type="http://schemas.openxmlformats.org/officeDocument/2006/relationships/image" Target="media/x13277.wmf"/><Relationship Id="rId3523" Type="http://schemas.openxmlformats.org/officeDocument/2006/relationships/image" Target="media/x13278.wmf"/><Relationship Id="rId3524" Type="http://schemas.openxmlformats.org/officeDocument/2006/relationships/image" Target="media/x13279.wmf"/><Relationship Id="rId3525" Type="http://schemas.openxmlformats.org/officeDocument/2006/relationships/image" Target="media/x13280.wmf"/><Relationship Id="rId3526" Type="http://schemas.openxmlformats.org/officeDocument/2006/relationships/image" Target="media/x13281.wmf"/><Relationship Id="rId3527" Type="http://schemas.openxmlformats.org/officeDocument/2006/relationships/image" Target="media/x13282.wmf"/><Relationship Id="rId3528" Type="http://schemas.openxmlformats.org/officeDocument/2006/relationships/image" Target="media/x13283.wmf"/><Relationship Id="rId3529" Type="http://schemas.openxmlformats.org/officeDocument/2006/relationships/image" Target="media/x13284.png"/><Relationship Id="rId3530" Type="http://schemas.openxmlformats.org/officeDocument/2006/relationships/image" Target="media/x13285.wmf"/><Relationship Id="rId3531" Type="http://schemas.openxmlformats.org/officeDocument/2006/relationships/image" Target="media/x13286.wmf"/><Relationship Id="rId3532" Type="http://schemas.openxmlformats.org/officeDocument/2006/relationships/image" Target="media/x13287.wmf"/><Relationship Id="rId3533" Type="http://schemas.openxmlformats.org/officeDocument/2006/relationships/image" Target="media/x13288.wmf"/><Relationship Id="rId3534" Type="http://schemas.openxmlformats.org/officeDocument/2006/relationships/image" Target="media/x13289.wmf"/><Relationship Id="rId3535" Type="http://schemas.openxmlformats.org/officeDocument/2006/relationships/image" Target="media/x13290.wmf"/><Relationship Id="rId3536" Type="http://schemas.openxmlformats.org/officeDocument/2006/relationships/image" Target="media/x13291.wmf"/><Relationship Id="rId3537" Type="http://schemas.openxmlformats.org/officeDocument/2006/relationships/image" Target="media/x13292.wmf"/><Relationship Id="rId3538" Type="http://schemas.openxmlformats.org/officeDocument/2006/relationships/image" Target="media/x13293.wmf"/><Relationship Id="rId3539" Type="http://schemas.openxmlformats.org/officeDocument/2006/relationships/image" Target="media/x13294.wmf"/><Relationship Id="rId3540" Type="http://schemas.openxmlformats.org/officeDocument/2006/relationships/image" Target="media/x13295.wmf"/><Relationship Id="rId3541" Type="http://schemas.openxmlformats.org/officeDocument/2006/relationships/image" Target="media/x13296.wmf"/><Relationship Id="rId3542" Type="http://schemas.openxmlformats.org/officeDocument/2006/relationships/image" Target="media/x13297.wmf"/><Relationship Id="rId3543" Type="http://schemas.openxmlformats.org/officeDocument/2006/relationships/image" Target="media/x13298.wmf"/><Relationship Id="rId3544" Type="http://schemas.openxmlformats.org/officeDocument/2006/relationships/image" Target="media/x13299.wmf"/><Relationship Id="rId3545" Type="http://schemas.openxmlformats.org/officeDocument/2006/relationships/image" Target="media/x13300.wmf"/><Relationship Id="rId3546" Type="http://schemas.openxmlformats.org/officeDocument/2006/relationships/image" Target="media/x13301.wmf"/><Relationship Id="rId3547" Type="http://schemas.openxmlformats.org/officeDocument/2006/relationships/image" Target="media/x13302.wmf"/><Relationship Id="rId3548" Type="http://schemas.openxmlformats.org/officeDocument/2006/relationships/image" Target="media/x13303.wmf"/><Relationship Id="rId3549" Type="http://schemas.openxmlformats.org/officeDocument/2006/relationships/image" Target="media/x13304.wmf"/><Relationship Id="rId3550" Type="http://schemas.openxmlformats.org/officeDocument/2006/relationships/image" Target="media/x13305.wmf"/><Relationship Id="rId3551" Type="http://schemas.openxmlformats.org/officeDocument/2006/relationships/image" Target="media/x13306.wmf"/><Relationship Id="rId3552" Type="http://schemas.openxmlformats.org/officeDocument/2006/relationships/image" Target="media/x13307.wmf"/><Relationship Id="rId3553" Type="http://schemas.openxmlformats.org/officeDocument/2006/relationships/image" Target="media/x13308.wmf"/><Relationship Id="rId3554" Type="http://schemas.openxmlformats.org/officeDocument/2006/relationships/image" Target="media/x13309.wmf"/><Relationship Id="rId3555" Type="http://schemas.openxmlformats.org/officeDocument/2006/relationships/image" Target="media/x13310.wmf"/><Relationship Id="rId3556" Type="http://schemas.openxmlformats.org/officeDocument/2006/relationships/image" Target="media/x13311.wmf"/><Relationship Id="rId3557" Type="http://schemas.openxmlformats.org/officeDocument/2006/relationships/image" Target="media/x13312.wmf"/><Relationship Id="rId3558" Type="http://schemas.openxmlformats.org/officeDocument/2006/relationships/image" Target="media/x13313.wmf"/><Relationship Id="rId3559" Type="http://schemas.openxmlformats.org/officeDocument/2006/relationships/image" Target="media/x13314.wmf"/><Relationship Id="rId3560" Type="http://schemas.openxmlformats.org/officeDocument/2006/relationships/image" Target="media/x13315.wmf"/><Relationship Id="rId3561" Type="http://schemas.openxmlformats.org/officeDocument/2006/relationships/image" Target="media/x13316.wmf"/><Relationship Id="rId3562" Type="http://schemas.openxmlformats.org/officeDocument/2006/relationships/image" Target="media/x13317.wmf"/><Relationship Id="rId3563" Type="http://schemas.openxmlformats.org/officeDocument/2006/relationships/image" Target="media/x13318.wmf"/><Relationship Id="rId3564" Type="http://schemas.openxmlformats.org/officeDocument/2006/relationships/image" Target="media/x13319.wmf"/><Relationship Id="rId3565" Type="http://schemas.openxmlformats.org/officeDocument/2006/relationships/image" Target="media/x13320.wmf"/><Relationship Id="rId3566" Type="http://schemas.openxmlformats.org/officeDocument/2006/relationships/image" Target="media/x13321.wmf"/><Relationship Id="rId3567" Type="http://schemas.openxmlformats.org/officeDocument/2006/relationships/image" Target="media/x13322.wmf"/><Relationship Id="rId3568" Type="http://schemas.openxmlformats.org/officeDocument/2006/relationships/image" Target="media/x13323.wmf"/><Relationship Id="rId3569" Type="http://schemas.openxmlformats.org/officeDocument/2006/relationships/image" Target="media/x13324.wmf"/><Relationship Id="rId3570" Type="http://schemas.openxmlformats.org/officeDocument/2006/relationships/image" Target="media/x13325.wmf"/><Relationship Id="rId3571" Type="http://schemas.openxmlformats.org/officeDocument/2006/relationships/image" Target="media/x13326.wmf"/><Relationship Id="rId3572" Type="http://schemas.openxmlformats.org/officeDocument/2006/relationships/image" Target="media/x13327.wmf"/><Relationship Id="rId3573" Type="http://schemas.openxmlformats.org/officeDocument/2006/relationships/image" Target="media/x13328.wmf"/><Relationship Id="rId3574" Type="http://schemas.openxmlformats.org/officeDocument/2006/relationships/image" Target="media/x13329.wmf"/><Relationship Id="rId3575" Type="http://schemas.openxmlformats.org/officeDocument/2006/relationships/image" Target="media/x13330.wmf"/><Relationship Id="rId3576" Type="http://schemas.openxmlformats.org/officeDocument/2006/relationships/image" Target="media/x13331.wmf"/><Relationship Id="rId3577" Type="http://schemas.openxmlformats.org/officeDocument/2006/relationships/image" Target="media/x13332.wmf"/><Relationship Id="rId3578" Type="http://schemas.openxmlformats.org/officeDocument/2006/relationships/image" Target="media/x13333.wmf"/><Relationship Id="rId3579" Type="http://schemas.openxmlformats.org/officeDocument/2006/relationships/image" Target="media/x13334.wmf"/><Relationship Id="rId3580" Type="http://schemas.openxmlformats.org/officeDocument/2006/relationships/image" Target="media/x13335.wmf"/><Relationship Id="rId3581" Type="http://schemas.openxmlformats.org/officeDocument/2006/relationships/image" Target="media/x13336.wmf"/><Relationship Id="rId3582" Type="http://schemas.openxmlformats.org/officeDocument/2006/relationships/image" Target="media/x13337.wmf"/><Relationship Id="rId3583" Type="http://schemas.openxmlformats.org/officeDocument/2006/relationships/image" Target="media/x13338.wmf"/><Relationship Id="rId3584" Type="http://schemas.openxmlformats.org/officeDocument/2006/relationships/image" Target="media/x13339.wmf"/><Relationship Id="rId3585" Type="http://schemas.openxmlformats.org/officeDocument/2006/relationships/image" Target="media/x13340.wmf"/><Relationship Id="rId3586" Type="http://schemas.openxmlformats.org/officeDocument/2006/relationships/image" Target="media/x13341.wmf"/><Relationship Id="rId3587" Type="http://schemas.openxmlformats.org/officeDocument/2006/relationships/image" Target="media/x13342.wmf"/><Relationship Id="rId3588" Type="http://schemas.openxmlformats.org/officeDocument/2006/relationships/image" Target="media/x13343.wmf"/><Relationship Id="rId3589" Type="http://schemas.openxmlformats.org/officeDocument/2006/relationships/image" Target="media/x13344.wmf"/><Relationship Id="rId3590" Type="http://schemas.openxmlformats.org/officeDocument/2006/relationships/image" Target="media/x13345.wmf"/><Relationship Id="rId3591" Type="http://schemas.openxmlformats.org/officeDocument/2006/relationships/image" Target="media/x13346.wmf"/><Relationship Id="rId3592" Type="http://schemas.openxmlformats.org/officeDocument/2006/relationships/image" Target="media/x13347.png"/><Relationship Id="rId3593" Type="http://schemas.openxmlformats.org/officeDocument/2006/relationships/image" Target="media/x13348.wmf"/><Relationship Id="rId3594" Type="http://schemas.openxmlformats.org/officeDocument/2006/relationships/image" Target="media/x13349.wmf"/><Relationship Id="rId3595" Type="http://schemas.openxmlformats.org/officeDocument/2006/relationships/image" Target="media/x13350.wmf"/><Relationship Id="rId3596" Type="http://schemas.openxmlformats.org/officeDocument/2006/relationships/image" Target="media/x13351.wmf"/><Relationship Id="rId3597" Type="http://schemas.openxmlformats.org/officeDocument/2006/relationships/image" Target="media/x13352.wmf"/><Relationship Id="rId3598" Type="http://schemas.openxmlformats.org/officeDocument/2006/relationships/image" Target="media/x13353.wmf"/><Relationship Id="rId3599" Type="http://schemas.openxmlformats.org/officeDocument/2006/relationships/image" Target="media/x13354.wmf"/><Relationship Id="rId3600" Type="http://schemas.openxmlformats.org/officeDocument/2006/relationships/image" Target="media/x13355.wmf"/><Relationship Id="rId3601" Type="http://schemas.openxmlformats.org/officeDocument/2006/relationships/image" Target="media/x13356.wmf"/><Relationship Id="rId3602" Type="http://schemas.openxmlformats.org/officeDocument/2006/relationships/image" Target="media/x13357.wmf"/><Relationship Id="rId3603" Type="http://schemas.openxmlformats.org/officeDocument/2006/relationships/image" Target="media/x13358.wmf"/><Relationship Id="rId3604" Type="http://schemas.openxmlformats.org/officeDocument/2006/relationships/image" Target="media/x13359.wmf"/><Relationship Id="rId3605" Type="http://schemas.openxmlformats.org/officeDocument/2006/relationships/image" Target="media/x13360.wmf"/><Relationship Id="rId3606" Type="http://schemas.openxmlformats.org/officeDocument/2006/relationships/image" Target="media/x13361.wmf"/><Relationship Id="rId3607" Type="http://schemas.openxmlformats.org/officeDocument/2006/relationships/image" Target="media/x13362.wmf"/><Relationship Id="rId3608" Type="http://schemas.openxmlformats.org/officeDocument/2006/relationships/image" Target="media/x13363.wmf"/><Relationship Id="rId3609" Type="http://schemas.openxmlformats.org/officeDocument/2006/relationships/image" Target="media/x13364.wmf"/><Relationship Id="rId3610" Type="http://schemas.openxmlformats.org/officeDocument/2006/relationships/image" Target="media/x13365.wmf"/><Relationship Id="rId3611" Type="http://schemas.openxmlformats.org/officeDocument/2006/relationships/image" Target="media/x13366.wmf"/><Relationship Id="rId3612" Type="http://schemas.openxmlformats.org/officeDocument/2006/relationships/image" Target="media/x13367.wmf"/><Relationship Id="rId3613" Type="http://schemas.openxmlformats.org/officeDocument/2006/relationships/image" Target="media/x13368.wmf"/><Relationship Id="rId3614" Type="http://schemas.openxmlformats.org/officeDocument/2006/relationships/image" Target="media/x13369.wmf"/><Relationship Id="rId3615" Type="http://schemas.openxmlformats.org/officeDocument/2006/relationships/image" Target="media/x13370.png"/><Relationship Id="rId3616" Type="http://schemas.openxmlformats.org/officeDocument/2006/relationships/image" Target="media/x13371.wmf"/><Relationship Id="rId3617" Type="http://schemas.openxmlformats.org/officeDocument/2006/relationships/image" Target="media/x13372.wmf"/><Relationship Id="rId3618" Type="http://schemas.openxmlformats.org/officeDocument/2006/relationships/image" Target="media/x13373.wmf"/><Relationship Id="rId3619" Type="http://schemas.openxmlformats.org/officeDocument/2006/relationships/image" Target="media/x13374.wmf"/><Relationship Id="rId3620" Type="http://schemas.openxmlformats.org/officeDocument/2006/relationships/image" Target="media/x13375.wmf"/><Relationship Id="rId3621" Type="http://schemas.openxmlformats.org/officeDocument/2006/relationships/image" Target="media/x13376.wmf"/><Relationship Id="rId3622" Type="http://schemas.openxmlformats.org/officeDocument/2006/relationships/image" Target="media/x13377.wmf"/><Relationship Id="rId3623" Type="http://schemas.openxmlformats.org/officeDocument/2006/relationships/image" Target="media/x13378.wmf"/><Relationship Id="rId3624" Type="http://schemas.openxmlformats.org/officeDocument/2006/relationships/image" Target="media/x13379.wmf"/><Relationship Id="rId3625" Type="http://schemas.openxmlformats.org/officeDocument/2006/relationships/image" Target="media/x13380.wmf"/><Relationship Id="rId3626" Type="http://schemas.openxmlformats.org/officeDocument/2006/relationships/image" Target="media/x13381.wmf"/><Relationship Id="rId3627" Type="http://schemas.openxmlformats.org/officeDocument/2006/relationships/image" Target="media/x13382.wmf"/><Relationship Id="rId3628" Type="http://schemas.openxmlformats.org/officeDocument/2006/relationships/image" Target="media/x13383.wmf"/><Relationship Id="rId3629" Type="http://schemas.openxmlformats.org/officeDocument/2006/relationships/image" Target="media/x13384.wmf"/><Relationship Id="rId3630" Type="http://schemas.openxmlformats.org/officeDocument/2006/relationships/image" Target="media/x13385.wmf"/><Relationship Id="rId3631" Type="http://schemas.openxmlformats.org/officeDocument/2006/relationships/image" Target="media/x13386.wmf"/><Relationship Id="rId3632" Type="http://schemas.openxmlformats.org/officeDocument/2006/relationships/image" Target="media/x13387.wmf"/><Relationship Id="rId3633" Type="http://schemas.openxmlformats.org/officeDocument/2006/relationships/image" Target="media/x13388.wmf"/><Relationship Id="rId3634" Type="http://schemas.openxmlformats.org/officeDocument/2006/relationships/image" Target="media/x13389.wmf"/><Relationship Id="rId3635" Type="http://schemas.openxmlformats.org/officeDocument/2006/relationships/image" Target="media/x13390.wmf"/><Relationship Id="rId3636" Type="http://schemas.openxmlformats.org/officeDocument/2006/relationships/image" Target="media/x13391.wmf"/><Relationship Id="rId3637" Type="http://schemas.openxmlformats.org/officeDocument/2006/relationships/image" Target="media/x13392.wmf"/><Relationship Id="rId3638" Type="http://schemas.openxmlformats.org/officeDocument/2006/relationships/image" Target="media/x13393.wmf"/><Relationship Id="rId3639" Type="http://schemas.openxmlformats.org/officeDocument/2006/relationships/image" Target="media/x13394.wmf"/><Relationship Id="rId3640" Type="http://schemas.openxmlformats.org/officeDocument/2006/relationships/image" Target="media/x13395.wmf"/><Relationship Id="rId3641" Type="http://schemas.openxmlformats.org/officeDocument/2006/relationships/image" Target="media/x13396.wmf"/><Relationship Id="rId3642" Type="http://schemas.openxmlformats.org/officeDocument/2006/relationships/image" Target="media/x13397.wmf"/><Relationship Id="rId3643" Type="http://schemas.openxmlformats.org/officeDocument/2006/relationships/image" Target="media/x13398.wmf"/><Relationship Id="rId3644" Type="http://schemas.openxmlformats.org/officeDocument/2006/relationships/image" Target="media/x13399.wmf"/><Relationship Id="rId3645" Type="http://schemas.openxmlformats.org/officeDocument/2006/relationships/image" Target="media/x13400.wmf"/><Relationship Id="rId3646" Type="http://schemas.openxmlformats.org/officeDocument/2006/relationships/image" Target="media/x13401.png"/><Relationship Id="rId3647" Type="http://schemas.openxmlformats.org/officeDocument/2006/relationships/image" Target="media/x13402.wmf"/><Relationship Id="rId3648" Type="http://schemas.openxmlformats.org/officeDocument/2006/relationships/image" Target="media/x13403.wmf"/><Relationship Id="rId3649" Type="http://schemas.openxmlformats.org/officeDocument/2006/relationships/image" Target="media/x13404.wmf"/><Relationship Id="rId3650" Type="http://schemas.openxmlformats.org/officeDocument/2006/relationships/image" Target="media/x13405.wmf"/><Relationship Id="rId3651" Type="http://schemas.openxmlformats.org/officeDocument/2006/relationships/image" Target="media/x13406.wmf"/><Relationship Id="rId3652" Type="http://schemas.openxmlformats.org/officeDocument/2006/relationships/image" Target="media/x13407.wmf"/><Relationship Id="rId3653" Type="http://schemas.openxmlformats.org/officeDocument/2006/relationships/image" Target="media/x13408.wmf"/><Relationship Id="rId3654" Type="http://schemas.openxmlformats.org/officeDocument/2006/relationships/image" Target="media/x13409.wmf"/><Relationship Id="rId3655" Type="http://schemas.openxmlformats.org/officeDocument/2006/relationships/image" Target="media/x13410.wmf"/><Relationship Id="rId3656" Type="http://schemas.openxmlformats.org/officeDocument/2006/relationships/image" Target="media/x13411.wmf"/><Relationship Id="rId3657" Type="http://schemas.openxmlformats.org/officeDocument/2006/relationships/image" Target="media/x13412.wmf"/><Relationship Id="rId3658" Type="http://schemas.openxmlformats.org/officeDocument/2006/relationships/image" Target="media/x13413.wmf"/><Relationship Id="rId3659" Type="http://schemas.openxmlformats.org/officeDocument/2006/relationships/image" Target="media/x13414.wmf"/><Relationship Id="rId3660" Type="http://schemas.openxmlformats.org/officeDocument/2006/relationships/image" Target="media/x13415.wmf"/><Relationship Id="rId3661" Type="http://schemas.openxmlformats.org/officeDocument/2006/relationships/image" Target="media/x13416.wmf"/><Relationship Id="rId3662" Type="http://schemas.openxmlformats.org/officeDocument/2006/relationships/image" Target="media/x13417.wmf"/><Relationship Id="rId3663" Type="http://schemas.openxmlformats.org/officeDocument/2006/relationships/image" Target="media/x13418.wmf"/><Relationship Id="rId3664" Type="http://schemas.openxmlformats.org/officeDocument/2006/relationships/image" Target="media/x13419.wmf"/><Relationship Id="rId3665" Type="http://schemas.openxmlformats.org/officeDocument/2006/relationships/image" Target="media/x13420.wmf"/><Relationship Id="rId3666" Type="http://schemas.openxmlformats.org/officeDocument/2006/relationships/image" Target="media/x13421.wmf"/><Relationship Id="rId3667" Type="http://schemas.openxmlformats.org/officeDocument/2006/relationships/image" Target="media/x13422.wmf"/><Relationship Id="rId3668" Type="http://schemas.openxmlformats.org/officeDocument/2006/relationships/image" Target="media/x13423.wmf"/><Relationship Id="rId3669" Type="http://schemas.openxmlformats.org/officeDocument/2006/relationships/image" Target="media/x13424.wmf"/><Relationship Id="rId3670" Type="http://schemas.openxmlformats.org/officeDocument/2006/relationships/image" Target="media/x13425.wmf"/><Relationship Id="rId3671" Type="http://schemas.openxmlformats.org/officeDocument/2006/relationships/image" Target="media/x13426.wmf"/><Relationship Id="rId3672" Type="http://schemas.openxmlformats.org/officeDocument/2006/relationships/image" Target="media/x13427.wmf"/><Relationship Id="rId3673" Type="http://schemas.openxmlformats.org/officeDocument/2006/relationships/image" Target="media/x13428.wmf"/><Relationship Id="rId3674" Type="http://schemas.openxmlformats.org/officeDocument/2006/relationships/image" Target="media/x13429.wmf"/><Relationship Id="rId3675" Type="http://schemas.openxmlformats.org/officeDocument/2006/relationships/image" Target="media/x13430.wmf"/><Relationship Id="rId3676" Type="http://schemas.openxmlformats.org/officeDocument/2006/relationships/image" Target="media/x13431.wmf"/><Relationship Id="rId3677" Type="http://schemas.openxmlformats.org/officeDocument/2006/relationships/image" Target="media/x13432.wmf"/><Relationship Id="rId3678" Type="http://schemas.openxmlformats.org/officeDocument/2006/relationships/image" Target="media/x13433.wmf"/><Relationship Id="rId3679" Type="http://schemas.openxmlformats.org/officeDocument/2006/relationships/image" Target="media/x13434.wmf"/><Relationship Id="rId3680" Type="http://schemas.openxmlformats.org/officeDocument/2006/relationships/image" Target="media/x13435.wmf"/><Relationship Id="rId3681" Type="http://schemas.openxmlformats.org/officeDocument/2006/relationships/image" Target="media/x13436.wmf"/><Relationship Id="rId3682" Type="http://schemas.openxmlformats.org/officeDocument/2006/relationships/image" Target="media/x13437.wmf"/><Relationship Id="rId3683" Type="http://schemas.openxmlformats.org/officeDocument/2006/relationships/image" Target="media/x13438.wmf"/><Relationship Id="rId3684" Type="http://schemas.openxmlformats.org/officeDocument/2006/relationships/image" Target="media/x13439.wmf"/><Relationship Id="rId3685" Type="http://schemas.openxmlformats.org/officeDocument/2006/relationships/image" Target="media/x13440.wmf"/><Relationship Id="rId3686" Type="http://schemas.openxmlformats.org/officeDocument/2006/relationships/image" Target="media/x13441.wmf"/><Relationship Id="rId3687" Type="http://schemas.openxmlformats.org/officeDocument/2006/relationships/image" Target="media/x13442.wmf"/><Relationship Id="rId3688" Type="http://schemas.openxmlformats.org/officeDocument/2006/relationships/image" Target="media/x13443.wmf"/><Relationship Id="rId3689" Type="http://schemas.openxmlformats.org/officeDocument/2006/relationships/image" Target="media/x13444.wmf"/><Relationship Id="rId3690" Type="http://schemas.openxmlformats.org/officeDocument/2006/relationships/image" Target="media/x13445.wmf"/><Relationship Id="rId3691" Type="http://schemas.openxmlformats.org/officeDocument/2006/relationships/image" Target="media/x13446.wmf"/><Relationship Id="rId3692" Type="http://schemas.openxmlformats.org/officeDocument/2006/relationships/image" Target="media/x13447.wmf"/><Relationship Id="rId3693" Type="http://schemas.openxmlformats.org/officeDocument/2006/relationships/image" Target="media/x13448.wmf"/><Relationship Id="rId3694" Type="http://schemas.openxmlformats.org/officeDocument/2006/relationships/image" Target="media/x13449.png"/><Relationship Id="rId3695" Type="http://schemas.openxmlformats.org/officeDocument/2006/relationships/image" Target="media/x13450.wmf"/><Relationship Id="rId3696" Type="http://schemas.openxmlformats.org/officeDocument/2006/relationships/image" Target="media/x13451.wmf"/><Relationship Id="rId3697" Type="http://schemas.openxmlformats.org/officeDocument/2006/relationships/image" Target="media/x13452.wmf"/><Relationship Id="rId3698" Type="http://schemas.openxmlformats.org/officeDocument/2006/relationships/image" Target="media/x13453.wmf"/><Relationship Id="rId3699" Type="http://schemas.openxmlformats.org/officeDocument/2006/relationships/image" Target="media/x13454.wmf"/><Relationship Id="rId3700" Type="http://schemas.openxmlformats.org/officeDocument/2006/relationships/image" Target="media/x13455.wmf"/><Relationship Id="rId3701" Type="http://schemas.openxmlformats.org/officeDocument/2006/relationships/image" Target="media/x13456.wmf"/><Relationship Id="rId3702" Type="http://schemas.openxmlformats.org/officeDocument/2006/relationships/image" Target="media/x13457.wmf"/><Relationship Id="rId3703" Type="http://schemas.openxmlformats.org/officeDocument/2006/relationships/image" Target="media/x13458.wmf"/><Relationship Id="rId3704" Type="http://schemas.openxmlformats.org/officeDocument/2006/relationships/image" Target="media/x13459.wmf"/><Relationship Id="rId3705" Type="http://schemas.openxmlformats.org/officeDocument/2006/relationships/image" Target="media/x13460.wmf"/><Relationship Id="rId3706" Type="http://schemas.openxmlformats.org/officeDocument/2006/relationships/image" Target="media/x13461.wmf"/><Relationship Id="rId3707" Type="http://schemas.openxmlformats.org/officeDocument/2006/relationships/image" Target="media/x13462.wmf"/><Relationship Id="rId3708" Type="http://schemas.openxmlformats.org/officeDocument/2006/relationships/image" Target="media/x13463.wmf"/><Relationship Id="rId3709" Type="http://schemas.openxmlformats.org/officeDocument/2006/relationships/image" Target="media/x13464.wmf"/><Relationship Id="rId3710" Type="http://schemas.openxmlformats.org/officeDocument/2006/relationships/image" Target="media/x13465.wmf"/><Relationship Id="rId3711" Type="http://schemas.openxmlformats.org/officeDocument/2006/relationships/image" Target="media/x13466.wmf"/><Relationship Id="rId3712" Type="http://schemas.openxmlformats.org/officeDocument/2006/relationships/image" Target="media/x13467.wmf"/><Relationship Id="rId3713" Type="http://schemas.openxmlformats.org/officeDocument/2006/relationships/image" Target="media/x13468.wmf"/><Relationship Id="rId3714" Type="http://schemas.openxmlformats.org/officeDocument/2006/relationships/image" Target="media/x13469.wmf"/><Relationship Id="rId3715" Type="http://schemas.openxmlformats.org/officeDocument/2006/relationships/image" Target="media/x13470.wmf"/><Relationship Id="rId3716" Type="http://schemas.openxmlformats.org/officeDocument/2006/relationships/image" Target="media/x13471.wmf"/><Relationship Id="rId3717" Type="http://schemas.openxmlformats.org/officeDocument/2006/relationships/image" Target="media/x13472.wmf"/><Relationship Id="rId3718" Type="http://schemas.openxmlformats.org/officeDocument/2006/relationships/image" Target="media/x13473.wmf"/><Relationship Id="rId3719" Type="http://schemas.openxmlformats.org/officeDocument/2006/relationships/image" Target="media/x13474.wmf"/><Relationship Id="rId3720" Type="http://schemas.openxmlformats.org/officeDocument/2006/relationships/image" Target="media/x13475.wmf"/><Relationship Id="rId3721" Type="http://schemas.openxmlformats.org/officeDocument/2006/relationships/image" Target="media/x13476.wmf"/><Relationship Id="rId3722" Type="http://schemas.openxmlformats.org/officeDocument/2006/relationships/image" Target="media/x13477.png"/><Relationship Id="rId3723" Type="http://schemas.openxmlformats.org/officeDocument/2006/relationships/image" Target="media/x13478.wmf"/><Relationship Id="rId3724" Type="http://schemas.openxmlformats.org/officeDocument/2006/relationships/image" Target="media/x13479.wmf"/><Relationship Id="rId3725" Type="http://schemas.openxmlformats.org/officeDocument/2006/relationships/image" Target="media/x13480.wmf"/><Relationship Id="rId3726" Type="http://schemas.openxmlformats.org/officeDocument/2006/relationships/image" Target="media/x13481.wmf"/><Relationship Id="rId3727" Type="http://schemas.openxmlformats.org/officeDocument/2006/relationships/image" Target="media/x13482.wmf"/><Relationship Id="rId3728" Type="http://schemas.openxmlformats.org/officeDocument/2006/relationships/image" Target="media/x13483.wmf"/><Relationship Id="rId3729" Type="http://schemas.openxmlformats.org/officeDocument/2006/relationships/image" Target="media/x13484.png"/><Relationship Id="rId3730" Type="http://schemas.openxmlformats.org/officeDocument/2006/relationships/image" Target="media/x13485.wmf"/><Relationship Id="rId3731" Type="http://schemas.openxmlformats.org/officeDocument/2006/relationships/image" Target="media/x13486.wmf"/><Relationship Id="rId3732" Type="http://schemas.openxmlformats.org/officeDocument/2006/relationships/image" Target="media/x13487.wmf"/><Relationship Id="rId3733" Type="http://schemas.openxmlformats.org/officeDocument/2006/relationships/image" Target="media/x13488.wmf"/><Relationship Id="rId3734" Type="http://schemas.openxmlformats.org/officeDocument/2006/relationships/image" Target="media/x13489.wmf"/><Relationship Id="rId3735" Type="http://schemas.openxmlformats.org/officeDocument/2006/relationships/image" Target="media/x13490.wmf"/><Relationship Id="rId3736" Type="http://schemas.openxmlformats.org/officeDocument/2006/relationships/image" Target="media/x13491.wmf"/><Relationship Id="rId3737" Type="http://schemas.openxmlformats.org/officeDocument/2006/relationships/image" Target="media/x13492.wmf"/><Relationship Id="rId3738" Type="http://schemas.openxmlformats.org/officeDocument/2006/relationships/image" Target="media/x13493.wmf"/><Relationship Id="rId3739" Type="http://schemas.openxmlformats.org/officeDocument/2006/relationships/image" Target="media/x13494.wmf"/><Relationship Id="rId3740" Type="http://schemas.openxmlformats.org/officeDocument/2006/relationships/image" Target="media/x13495.wmf"/><Relationship Id="rId3741" Type="http://schemas.openxmlformats.org/officeDocument/2006/relationships/image" Target="media/x13496.png"/><Relationship Id="rId3742" Type="http://schemas.openxmlformats.org/officeDocument/2006/relationships/image" Target="media/x13497.wmf"/><Relationship Id="rId3743" Type="http://schemas.openxmlformats.org/officeDocument/2006/relationships/image" Target="media/x13498.wmf"/><Relationship Id="rId3744" Type="http://schemas.openxmlformats.org/officeDocument/2006/relationships/image" Target="media/x13499.wmf"/><Relationship Id="rId3745" Type="http://schemas.openxmlformats.org/officeDocument/2006/relationships/image" Target="media/x13500.wmf"/><Relationship Id="rId3746" Type="http://schemas.openxmlformats.org/officeDocument/2006/relationships/image" Target="media/x13501.wmf"/><Relationship Id="rId3747" Type="http://schemas.openxmlformats.org/officeDocument/2006/relationships/image" Target="media/x13502.wmf"/><Relationship Id="rId3748" Type="http://schemas.openxmlformats.org/officeDocument/2006/relationships/image" Target="media/x13503.wmf"/><Relationship Id="rId3749" Type="http://schemas.openxmlformats.org/officeDocument/2006/relationships/image" Target="media/x13504.wmf"/><Relationship Id="rId3750" Type="http://schemas.openxmlformats.org/officeDocument/2006/relationships/image" Target="media/x13505.wmf"/><Relationship Id="rId3751" Type="http://schemas.openxmlformats.org/officeDocument/2006/relationships/image" Target="media/x13506.wmf"/><Relationship Id="rId3752" Type="http://schemas.openxmlformats.org/officeDocument/2006/relationships/image" Target="media/x13507.wmf"/><Relationship Id="rId3753" Type="http://schemas.openxmlformats.org/officeDocument/2006/relationships/image" Target="media/x13508.wmf"/><Relationship Id="rId3754" Type="http://schemas.openxmlformats.org/officeDocument/2006/relationships/image" Target="media/x13509.wmf"/><Relationship Id="rId3755" Type="http://schemas.openxmlformats.org/officeDocument/2006/relationships/image" Target="media/x13510.wmf"/><Relationship Id="rId3756" Type="http://schemas.openxmlformats.org/officeDocument/2006/relationships/image" Target="media/x13511.wmf"/><Relationship Id="rId3757" Type="http://schemas.openxmlformats.org/officeDocument/2006/relationships/image" Target="media/x13512.wmf"/><Relationship Id="rId3758" Type="http://schemas.openxmlformats.org/officeDocument/2006/relationships/image" Target="media/x13513.wmf"/><Relationship Id="rId3759" Type="http://schemas.openxmlformats.org/officeDocument/2006/relationships/image" Target="media/x13514.wmf"/><Relationship Id="rId3760" Type="http://schemas.openxmlformats.org/officeDocument/2006/relationships/image" Target="media/x13515.wmf"/><Relationship Id="rId3761" Type="http://schemas.openxmlformats.org/officeDocument/2006/relationships/image" Target="media/x13516.wmf"/><Relationship Id="rId3762" Type="http://schemas.openxmlformats.org/officeDocument/2006/relationships/image" Target="media/x13517.wmf"/><Relationship Id="rId3763" Type="http://schemas.openxmlformats.org/officeDocument/2006/relationships/image" Target="media/x13518.png"/><Relationship Id="rId3764" Type="http://schemas.openxmlformats.org/officeDocument/2006/relationships/image" Target="media/x13519.wmf"/><Relationship Id="rId3765" Type="http://schemas.openxmlformats.org/officeDocument/2006/relationships/image" Target="media/x13520.wmf"/><Relationship Id="rId3766" Type="http://schemas.openxmlformats.org/officeDocument/2006/relationships/image" Target="media/x13521.wmf"/><Relationship Id="rId3767" Type="http://schemas.openxmlformats.org/officeDocument/2006/relationships/image" Target="media/x13522.wmf"/><Relationship Id="rId3768" Type="http://schemas.openxmlformats.org/officeDocument/2006/relationships/image" Target="media/x13523.wmf"/><Relationship Id="rId3769" Type="http://schemas.openxmlformats.org/officeDocument/2006/relationships/image" Target="media/x13524.wmf"/><Relationship Id="rId3770" Type="http://schemas.openxmlformats.org/officeDocument/2006/relationships/image" Target="media/x13525.wmf"/><Relationship Id="rId3771" Type="http://schemas.openxmlformats.org/officeDocument/2006/relationships/image" Target="media/x13526.wmf"/><Relationship Id="rId3772" Type="http://schemas.openxmlformats.org/officeDocument/2006/relationships/image" Target="media/x13527.wmf"/><Relationship Id="rId3773" Type="http://schemas.openxmlformats.org/officeDocument/2006/relationships/image" Target="media/x13528.wmf"/><Relationship Id="rId3774" Type="http://schemas.openxmlformats.org/officeDocument/2006/relationships/image" Target="media/x13529.wmf"/><Relationship Id="rId3775" Type="http://schemas.openxmlformats.org/officeDocument/2006/relationships/image" Target="media/x13530.wmf"/><Relationship Id="rId3776" Type="http://schemas.openxmlformats.org/officeDocument/2006/relationships/image" Target="media/x13531.wmf"/><Relationship Id="rId3777" Type="http://schemas.openxmlformats.org/officeDocument/2006/relationships/image" Target="media/x13532.wmf"/><Relationship Id="rId3778" Type="http://schemas.openxmlformats.org/officeDocument/2006/relationships/image" Target="media/x13533.wmf"/><Relationship Id="rId3779" Type="http://schemas.openxmlformats.org/officeDocument/2006/relationships/image" Target="media/x13534.wmf"/><Relationship Id="rId3780" Type="http://schemas.openxmlformats.org/officeDocument/2006/relationships/image" Target="media/x13535.wmf"/><Relationship Id="rId3781" Type="http://schemas.openxmlformats.org/officeDocument/2006/relationships/image" Target="media/x13536.wmf"/><Relationship Id="rId3782" Type="http://schemas.openxmlformats.org/officeDocument/2006/relationships/image" Target="media/x13537.wmf"/><Relationship Id="rId3783" Type="http://schemas.openxmlformats.org/officeDocument/2006/relationships/image" Target="media/x13538.wmf"/><Relationship Id="rId3784" Type="http://schemas.openxmlformats.org/officeDocument/2006/relationships/image" Target="media/x13539.wmf"/><Relationship Id="rId3785" Type="http://schemas.openxmlformats.org/officeDocument/2006/relationships/image" Target="media/x13540.wmf"/><Relationship Id="rId3786" Type="http://schemas.openxmlformats.org/officeDocument/2006/relationships/image" Target="media/x13541.wmf"/><Relationship Id="rId3787" Type="http://schemas.openxmlformats.org/officeDocument/2006/relationships/image" Target="media/x13542.wmf"/><Relationship Id="rId3788" Type="http://schemas.openxmlformats.org/officeDocument/2006/relationships/image" Target="media/x13543.wmf"/><Relationship Id="rId3789" Type="http://schemas.openxmlformats.org/officeDocument/2006/relationships/image" Target="media/x13544.wmf"/><Relationship Id="rId3790" Type="http://schemas.openxmlformats.org/officeDocument/2006/relationships/image" Target="media/x13545.wmf"/><Relationship Id="rId3791" Type="http://schemas.openxmlformats.org/officeDocument/2006/relationships/image" Target="media/x13546.wmf"/><Relationship Id="rId3792" Type="http://schemas.openxmlformats.org/officeDocument/2006/relationships/image" Target="media/x13547.wmf"/><Relationship Id="rId3793" Type="http://schemas.openxmlformats.org/officeDocument/2006/relationships/image" Target="media/x13548.wmf"/><Relationship Id="rId3794" Type="http://schemas.openxmlformats.org/officeDocument/2006/relationships/image" Target="media/x13549.wmf"/><Relationship Id="rId3795" Type="http://schemas.openxmlformats.org/officeDocument/2006/relationships/image" Target="media/x13550.wmf"/><Relationship Id="rId3796" Type="http://schemas.openxmlformats.org/officeDocument/2006/relationships/image" Target="media/x13551.wmf"/><Relationship Id="rId3797" Type="http://schemas.openxmlformats.org/officeDocument/2006/relationships/image" Target="media/x13552.wmf"/><Relationship Id="rId3798" Type="http://schemas.openxmlformats.org/officeDocument/2006/relationships/image" Target="media/x13553.wmf"/><Relationship Id="rId3799" Type="http://schemas.openxmlformats.org/officeDocument/2006/relationships/image" Target="media/x13554.wmf"/><Relationship Id="rId3800" Type="http://schemas.openxmlformats.org/officeDocument/2006/relationships/image" Target="media/x13555.wmf"/><Relationship Id="rId3801" Type="http://schemas.openxmlformats.org/officeDocument/2006/relationships/image" Target="media/x13556.wmf"/><Relationship Id="rId3802" Type="http://schemas.openxmlformats.org/officeDocument/2006/relationships/image" Target="media/x13557.wmf"/><Relationship Id="rId3803" Type="http://schemas.openxmlformats.org/officeDocument/2006/relationships/image" Target="media/x13558.wmf"/><Relationship Id="rId3804" Type="http://schemas.openxmlformats.org/officeDocument/2006/relationships/image" Target="media/x13559.wmf"/><Relationship Id="rId3805" Type="http://schemas.openxmlformats.org/officeDocument/2006/relationships/image" Target="media/x13560.wmf"/><Relationship Id="rId3806" Type="http://schemas.openxmlformats.org/officeDocument/2006/relationships/image" Target="media/x13561.wmf"/><Relationship Id="rId3807" Type="http://schemas.openxmlformats.org/officeDocument/2006/relationships/image" Target="media/x13562.wmf"/><Relationship Id="rId3808" Type="http://schemas.openxmlformats.org/officeDocument/2006/relationships/image" Target="media/x13563.wmf"/><Relationship Id="rId3809" Type="http://schemas.openxmlformats.org/officeDocument/2006/relationships/image" Target="media/x13564.wmf"/><Relationship Id="rId3810" Type="http://schemas.openxmlformats.org/officeDocument/2006/relationships/image" Target="media/x13565.wmf"/><Relationship Id="rId3811" Type="http://schemas.openxmlformats.org/officeDocument/2006/relationships/image" Target="media/x13566.wmf"/><Relationship Id="rId3812" Type="http://schemas.openxmlformats.org/officeDocument/2006/relationships/image" Target="media/x13567.wmf"/><Relationship Id="rId3813" Type="http://schemas.openxmlformats.org/officeDocument/2006/relationships/image" Target="media/x13568.wmf"/><Relationship Id="rId3814" Type="http://schemas.openxmlformats.org/officeDocument/2006/relationships/image" Target="media/x13569.wmf"/><Relationship Id="rId3815" Type="http://schemas.openxmlformats.org/officeDocument/2006/relationships/image" Target="media/x13570.wmf"/><Relationship Id="rId3816" Type="http://schemas.openxmlformats.org/officeDocument/2006/relationships/image" Target="media/x13571.wmf"/><Relationship Id="rId3817" Type="http://schemas.openxmlformats.org/officeDocument/2006/relationships/image" Target="media/x13572.wmf"/><Relationship Id="rId3818" Type="http://schemas.openxmlformats.org/officeDocument/2006/relationships/image" Target="media/x13573.wmf"/><Relationship Id="rId3819" Type="http://schemas.openxmlformats.org/officeDocument/2006/relationships/image" Target="media/x13574.wmf"/><Relationship Id="rId3820" Type="http://schemas.openxmlformats.org/officeDocument/2006/relationships/image" Target="media/x13575.wmf"/><Relationship Id="rId3821" Type="http://schemas.openxmlformats.org/officeDocument/2006/relationships/image" Target="media/x13576.wmf"/><Relationship Id="rId3822" Type="http://schemas.openxmlformats.org/officeDocument/2006/relationships/image" Target="media/x13577.wmf"/><Relationship Id="rId3823" Type="http://schemas.openxmlformats.org/officeDocument/2006/relationships/image" Target="media/x13578.wmf"/><Relationship Id="rId3824" Type="http://schemas.openxmlformats.org/officeDocument/2006/relationships/image" Target="media/x13579.wmf"/><Relationship Id="rId3825" Type="http://schemas.openxmlformats.org/officeDocument/2006/relationships/image" Target="media/x13580.wmf"/><Relationship Id="rId3826" Type="http://schemas.openxmlformats.org/officeDocument/2006/relationships/image" Target="media/x13581.wmf"/><Relationship Id="rId3827" Type="http://schemas.openxmlformats.org/officeDocument/2006/relationships/image" Target="media/x13582.wmf"/><Relationship Id="rId3828" Type="http://schemas.openxmlformats.org/officeDocument/2006/relationships/image" Target="media/x13583.wmf"/><Relationship Id="rId3829" Type="http://schemas.openxmlformats.org/officeDocument/2006/relationships/image" Target="media/x13584.wmf"/><Relationship Id="rId3830" Type="http://schemas.openxmlformats.org/officeDocument/2006/relationships/image" Target="media/x13585.wmf"/><Relationship Id="rId3831" Type="http://schemas.openxmlformats.org/officeDocument/2006/relationships/image" Target="media/x13586.wmf"/><Relationship Id="rId3832" Type="http://schemas.openxmlformats.org/officeDocument/2006/relationships/image" Target="media/x13587.wmf"/><Relationship Id="rId3833" Type="http://schemas.openxmlformats.org/officeDocument/2006/relationships/image" Target="media/x13588.wmf"/><Relationship Id="rId3834" Type="http://schemas.openxmlformats.org/officeDocument/2006/relationships/image" Target="media/x13589.wmf"/><Relationship Id="rId3835" Type="http://schemas.openxmlformats.org/officeDocument/2006/relationships/image" Target="media/x13590.wmf"/><Relationship Id="rId3836" Type="http://schemas.openxmlformats.org/officeDocument/2006/relationships/image" Target="media/x13591.wmf"/><Relationship Id="rId3837" Type="http://schemas.openxmlformats.org/officeDocument/2006/relationships/image" Target="media/x13592.wmf"/><Relationship Id="rId3838" Type="http://schemas.openxmlformats.org/officeDocument/2006/relationships/image" Target="media/x13593.wmf"/><Relationship Id="rId3839" Type="http://schemas.openxmlformats.org/officeDocument/2006/relationships/image" Target="media/x13594.wmf"/><Relationship Id="rId3840" Type="http://schemas.openxmlformats.org/officeDocument/2006/relationships/image" Target="media/x13595.wmf"/><Relationship Id="rId3841" Type="http://schemas.openxmlformats.org/officeDocument/2006/relationships/image" Target="media/x13596.wmf"/><Relationship Id="rId3842" Type="http://schemas.openxmlformats.org/officeDocument/2006/relationships/image" Target="media/x13597.wmf"/><Relationship Id="rId3843" Type="http://schemas.openxmlformats.org/officeDocument/2006/relationships/image" Target="media/x13598.wmf"/><Relationship Id="rId3844" Type="http://schemas.openxmlformats.org/officeDocument/2006/relationships/image" Target="media/x13599.wmf"/><Relationship Id="rId3845" Type="http://schemas.openxmlformats.org/officeDocument/2006/relationships/image" Target="media/x13600.wmf"/><Relationship Id="rId3846" Type="http://schemas.openxmlformats.org/officeDocument/2006/relationships/image" Target="media/x13601.wmf"/><Relationship Id="rId3847" Type="http://schemas.openxmlformats.org/officeDocument/2006/relationships/image" Target="media/x13602.wmf"/><Relationship Id="rId3848" Type="http://schemas.openxmlformats.org/officeDocument/2006/relationships/image" Target="media/x13603.wmf"/><Relationship Id="rId3849" Type="http://schemas.openxmlformats.org/officeDocument/2006/relationships/image" Target="media/x13604.wmf"/><Relationship Id="rId3850" Type="http://schemas.openxmlformats.org/officeDocument/2006/relationships/image" Target="media/x13605.wmf"/><Relationship Id="rId3851" Type="http://schemas.openxmlformats.org/officeDocument/2006/relationships/image" Target="media/x13606.wmf"/><Relationship Id="rId3852" Type="http://schemas.openxmlformats.org/officeDocument/2006/relationships/image" Target="media/x13607.wmf"/><Relationship Id="rId3853" Type="http://schemas.openxmlformats.org/officeDocument/2006/relationships/image" Target="media/x13608.wmf"/><Relationship Id="rId3854" Type="http://schemas.openxmlformats.org/officeDocument/2006/relationships/image" Target="media/x13609.wmf"/><Relationship Id="rId3855" Type="http://schemas.openxmlformats.org/officeDocument/2006/relationships/image" Target="media/x13610.wmf"/><Relationship Id="rId3856" Type="http://schemas.openxmlformats.org/officeDocument/2006/relationships/image" Target="media/x13611.wmf"/><Relationship Id="rId3857" Type="http://schemas.openxmlformats.org/officeDocument/2006/relationships/image" Target="media/x13612.wmf"/><Relationship Id="rId3858" Type="http://schemas.openxmlformats.org/officeDocument/2006/relationships/image" Target="media/x13613.wmf"/><Relationship Id="rId3859" Type="http://schemas.openxmlformats.org/officeDocument/2006/relationships/image" Target="media/x13614.wmf"/><Relationship Id="rId3860" Type="http://schemas.openxmlformats.org/officeDocument/2006/relationships/image" Target="media/x13615.wmf"/><Relationship Id="rId3861" Type="http://schemas.openxmlformats.org/officeDocument/2006/relationships/image" Target="media/x13616.wmf"/><Relationship Id="rId3862" Type="http://schemas.openxmlformats.org/officeDocument/2006/relationships/image" Target="media/x13617.wmf"/><Relationship Id="rId3863" Type="http://schemas.openxmlformats.org/officeDocument/2006/relationships/image" Target="media/x13618.png"/><Relationship Id="rId3864" Type="http://schemas.openxmlformats.org/officeDocument/2006/relationships/image" Target="media/x13619.wmf"/><Relationship Id="rId3865" Type="http://schemas.openxmlformats.org/officeDocument/2006/relationships/image" Target="media/x13620.wmf"/><Relationship Id="rId3866" Type="http://schemas.openxmlformats.org/officeDocument/2006/relationships/image" Target="media/x13621.wmf"/><Relationship Id="rId3867" Type="http://schemas.openxmlformats.org/officeDocument/2006/relationships/image" Target="media/x13622.png"/><Relationship Id="rId3868" Type="http://schemas.openxmlformats.org/officeDocument/2006/relationships/image" Target="media/x13623.wmf"/><Relationship Id="rId3869" Type="http://schemas.openxmlformats.org/officeDocument/2006/relationships/image" Target="media/x13624.wmf"/><Relationship Id="rId3870" Type="http://schemas.openxmlformats.org/officeDocument/2006/relationships/image" Target="media/x13625.wmf"/><Relationship Id="rId3871" Type="http://schemas.openxmlformats.org/officeDocument/2006/relationships/image" Target="media/x13626.wmf"/><Relationship Id="rId3872" Type="http://schemas.openxmlformats.org/officeDocument/2006/relationships/image" Target="media/x13627.wmf"/><Relationship Id="rId3873" Type="http://schemas.openxmlformats.org/officeDocument/2006/relationships/image" Target="media/x13628.wmf"/><Relationship Id="rId3874" Type="http://schemas.openxmlformats.org/officeDocument/2006/relationships/image" Target="media/x13629.wmf"/><Relationship Id="rId3875" Type="http://schemas.openxmlformats.org/officeDocument/2006/relationships/image" Target="media/x13630.wmf"/><Relationship Id="rId3876" Type="http://schemas.openxmlformats.org/officeDocument/2006/relationships/image" Target="media/x13631.wmf"/><Relationship Id="rId3877" Type="http://schemas.openxmlformats.org/officeDocument/2006/relationships/image" Target="media/x13632.wmf"/><Relationship Id="rId3878" Type="http://schemas.openxmlformats.org/officeDocument/2006/relationships/image" Target="media/x13633.wmf"/><Relationship Id="rId3879" Type="http://schemas.openxmlformats.org/officeDocument/2006/relationships/image" Target="media/x13634.wmf"/><Relationship Id="rId3880" Type="http://schemas.openxmlformats.org/officeDocument/2006/relationships/image" Target="media/x13635.wmf"/><Relationship Id="rId3881" Type="http://schemas.openxmlformats.org/officeDocument/2006/relationships/image" Target="media/x13636.wmf"/><Relationship Id="rId3882" Type="http://schemas.openxmlformats.org/officeDocument/2006/relationships/image" Target="media/x13637.wmf"/><Relationship Id="rId3883" Type="http://schemas.openxmlformats.org/officeDocument/2006/relationships/image" Target="media/x13638.wmf"/><Relationship Id="rId3884" Type="http://schemas.openxmlformats.org/officeDocument/2006/relationships/image" Target="media/x13639.wmf"/><Relationship Id="rId3885" Type="http://schemas.openxmlformats.org/officeDocument/2006/relationships/image" Target="media/x13640.wmf"/><Relationship Id="rId3886" Type="http://schemas.openxmlformats.org/officeDocument/2006/relationships/image" Target="media/x13641.wmf"/><Relationship Id="rId3887" Type="http://schemas.openxmlformats.org/officeDocument/2006/relationships/image" Target="media/x13642.wmf"/><Relationship Id="rId3888" Type="http://schemas.openxmlformats.org/officeDocument/2006/relationships/image" Target="media/x13643.wmf"/><Relationship Id="rId3889" Type="http://schemas.openxmlformats.org/officeDocument/2006/relationships/image" Target="media/x13644.wmf"/><Relationship Id="rId3890" Type="http://schemas.openxmlformats.org/officeDocument/2006/relationships/image" Target="media/x13645.wmf"/><Relationship Id="rId3891" Type="http://schemas.openxmlformats.org/officeDocument/2006/relationships/image" Target="media/x13646.wmf"/><Relationship Id="rId3892" Type="http://schemas.openxmlformats.org/officeDocument/2006/relationships/image" Target="media/x13647.png"/><Relationship Id="rId3893" Type="http://schemas.openxmlformats.org/officeDocument/2006/relationships/image" Target="media/x13648.wmf"/><Relationship Id="rId3894" Type="http://schemas.openxmlformats.org/officeDocument/2006/relationships/image" Target="media/x13649.wmf"/><Relationship Id="rId3895" Type="http://schemas.openxmlformats.org/officeDocument/2006/relationships/image" Target="media/x13650.wmf"/><Relationship Id="rId3896" Type="http://schemas.openxmlformats.org/officeDocument/2006/relationships/image" Target="media/x13651.wmf"/><Relationship Id="rId3897" Type="http://schemas.openxmlformats.org/officeDocument/2006/relationships/image" Target="media/x13652.wmf"/><Relationship Id="rId3898" Type="http://schemas.openxmlformats.org/officeDocument/2006/relationships/image" Target="media/x13653.wmf"/><Relationship Id="rId3899" Type="http://schemas.openxmlformats.org/officeDocument/2006/relationships/image" Target="media/x13654.wmf"/><Relationship Id="rId3900" Type="http://schemas.openxmlformats.org/officeDocument/2006/relationships/image" Target="media/x13655.wmf"/><Relationship Id="rId3901" Type="http://schemas.openxmlformats.org/officeDocument/2006/relationships/image" Target="media/x13656.wmf"/><Relationship Id="rId3902" Type="http://schemas.openxmlformats.org/officeDocument/2006/relationships/image" Target="media/x13657.wmf"/><Relationship Id="rId3903" Type="http://schemas.openxmlformats.org/officeDocument/2006/relationships/image" Target="media/x13658.wmf"/><Relationship Id="rId3904" Type="http://schemas.openxmlformats.org/officeDocument/2006/relationships/image" Target="media/x13659.wmf"/><Relationship Id="rId3905" Type="http://schemas.openxmlformats.org/officeDocument/2006/relationships/image" Target="media/x13660.wmf"/><Relationship Id="rId3906" Type="http://schemas.openxmlformats.org/officeDocument/2006/relationships/image" Target="media/x13661.wmf"/><Relationship Id="rId3907" Type="http://schemas.openxmlformats.org/officeDocument/2006/relationships/image" Target="media/x13662.wmf"/><Relationship Id="rId3908" Type="http://schemas.openxmlformats.org/officeDocument/2006/relationships/image" Target="media/x13663.wmf"/><Relationship Id="rId3909" Type="http://schemas.openxmlformats.org/officeDocument/2006/relationships/image" Target="media/x13664.wmf"/><Relationship Id="rId3910" Type="http://schemas.openxmlformats.org/officeDocument/2006/relationships/image" Target="media/x13665.wmf"/><Relationship Id="rId3911" Type="http://schemas.openxmlformats.org/officeDocument/2006/relationships/image" Target="media/x13666.wmf"/><Relationship Id="rId3912" Type="http://schemas.openxmlformats.org/officeDocument/2006/relationships/image" Target="media/x13667.wmf"/><Relationship Id="rId3913" Type="http://schemas.openxmlformats.org/officeDocument/2006/relationships/image" Target="media/x13668.wmf"/><Relationship Id="rId3914" Type="http://schemas.openxmlformats.org/officeDocument/2006/relationships/image" Target="media/x13669.wmf"/><Relationship Id="rId3915" Type="http://schemas.openxmlformats.org/officeDocument/2006/relationships/image" Target="media/x13670.wmf"/><Relationship Id="rId3916" Type="http://schemas.openxmlformats.org/officeDocument/2006/relationships/image" Target="media/x13671.wmf"/><Relationship Id="rId3917" Type="http://schemas.openxmlformats.org/officeDocument/2006/relationships/image" Target="media/x13672.wmf"/><Relationship Id="rId3918" Type="http://schemas.openxmlformats.org/officeDocument/2006/relationships/image" Target="media/x13673.wmf"/><Relationship Id="rId3919" Type="http://schemas.openxmlformats.org/officeDocument/2006/relationships/image" Target="media/x13674.wmf"/><Relationship Id="rId3920" Type="http://schemas.openxmlformats.org/officeDocument/2006/relationships/image" Target="media/x13675.wmf"/><Relationship Id="rId3921" Type="http://schemas.openxmlformats.org/officeDocument/2006/relationships/image" Target="media/x13676.wmf"/><Relationship Id="rId3922" Type="http://schemas.openxmlformats.org/officeDocument/2006/relationships/image" Target="media/x13677.wmf"/><Relationship Id="rId3923" Type="http://schemas.openxmlformats.org/officeDocument/2006/relationships/image" Target="media/x13678.png"/><Relationship Id="rId3924" Type="http://schemas.openxmlformats.org/officeDocument/2006/relationships/image" Target="media/x13679.wmf"/><Relationship Id="rId3925" Type="http://schemas.openxmlformats.org/officeDocument/2006/relationships/image" Target="media/x13680.png"/><Relationship Id="rId3926" Type="http://schemas.openxmlformats.org/officeDocument/2006/relationships/image" Target="media/x13681.wmf"/><Relationship Id="rId3927" Type="http://schemas.openxmlformats.org/officeDocument/2006/relationships/image" Target="media/x13682.wmf"/><Relationship Id="rId3928" Type="http://schemas.openxmlformats.org/officeDocument/2006/relationships/image" Target="media/x13683.wmf"/><Relationship Id="rId3929" Type="http://schemas.openxmlformats.org/officeDocument/2006/relationships/image" Target="media/x13684.wmf"/><Relationship Id="rId3930" Type="http://schemas.openxmlformats.org/officeDocument/2006/relationships/image" Target="media/x13685.wmf"/><Relationship Id="rId3931" Type="http://schemas.openxmlformats.org/officeDocument/2006/relationships/image" Target="media/x13686.wmf"/><Relationship Id="rId3932" Type="http://schemas.openxmlformats.org/officeDocument/2006/relationships/image" Target="media/x13687.wmf"/><Relationship Id="rId3933" Type="http://schemas.openxmlformats.org/officeDocument/2006/relationships/image" Target="media/x13688.wmf"/><Relationship Id="rId3934" Type="http://schemas.openxmlformats.org/officeDocument/2006/relationships/image" Target="media/x13689.wmf"/><Relationship Id="rId3935" Type="http://schemas.openxmlformats.org/officeDocument/2006/relationships/image" Target="media/x13690.wmf"/><Relationship Id="rId3936" Type="http://schemas.openxmlformats.org/officeDocument/2006/relationships/image" Target="media/x13691.png"/><Relationship Id="rId3937" Type="http://schemas.openxmlformats.org/officeDocument/2006/relationships/image" Target="media/x13692.wmf"/><Relationship Id="rId3938" Type="http://schemas.openxmlformats.org/officeDocument/2006/relationships/image" Target="media/x13693.wmf"/><Relationship Id="rId3939" Type="http://schemas.openxmlformats.org/officeDocument/2006/relationships/image" Target="media/x13694.wmf"/><Relationship Id="rId3940" Type="http://schemas.openxmlformats.org/officeDocument/2006/relationships/image" Target="media/x13695.wmf"/><Relationship Id="rId3941" Type="http://schemas.openxmlformats.org/officeDocument/2006/relationships/image" Target="media/x13696.wmf"/><Relationship Id="rId3942" Type="http://schemas.openxmlformats.org/officeDocument/2006/relationships/image" Target="media/x13697.wmf"/><Relationship Id="rId3943" Type="http://schemas.openxmlformats.org/officeDocument/2006/relationships/image" Target="media/x13698.wmf"/><Relationship Id="rId3944" Type="http://schemas.openxmlformats.org/officeDocument/2006/relationships/image" Target="media/x13699.wmf"/><Relationship Id="rId3945" Type="http://schemas.openxmlformats.org/officeDocument/2006/relationships/image" Target="media/x13700.wmf"/><Relationship Id="rId3946" Type="http://schemas.openxmlformats.org/officeDocument/2006/relationships/image" Target="media/x13701.wmf"/><Relationship Id="rId3947" Type="http://schemas.openxmlformats.org/officeDocument/2006/relationships/image" Target="media/x13702.wmf"/><Relationship Id="rId3948" Type="http://schemas.openxmlformats.org/officeDocument/2006/relationships/image" Target="media/x13703.wmf"/><Relationship Id="rId3949" Type="http://schemas.openxmlformats.org/officeDocument/2006/relationships/image" Target="media/x13704.wmf"/><Relationship Id="rId3950" Type="http://schemas.openxmlformats.org/officeDocument/2006/relationships/image" Target="media/x13705.wmf"/><Relationship Id="rId3951" Type="http://schemas.openxmlformats.org/officeDocument/2006/relationships/image" Target="media/x13706.wmf"/><Relationship Id="rId3952" Type="http://schemas.openxmlformats.org/officeDocument/2006/relationships/image" Target="media/x13707.wmf"/><Relationship Id="rId3953" Type="http://schemas.openxmlformats.org/officeDocument/2006/relationships/image" Target="media/x13708.wmf"/><Relationship Id="rId3954" Type="http://schemas.openxmlformats.org/officeDocument/2006/relationships/image" Target="media/x13709.wmf"/><Relationship Id="rId3955" Type="http://schemas.openxmlformats.org/officeDocument/2006/relationships/image" Target="media/x13710.wmf"/><Relationship Id="rId3956" Type="http://schemas.openxmlformats.org/officeDocument/2006/relationships/image" Target="media/x13711.wmf"/><Relationship Id="rId3957" Type="http://schemas.openxmlformats.org/officeDocument/2006/relationships/image" Target="media/x13712.wmf"/><Relationship Id="rId3958" Type="http://schemas.openxmlformats.org/officeDocument/2006/relationships/image" Target="media/x13713.wmf"/><Relationship Id="rId3959" Type="http://schemas.openxmlformats.org/officeDocument/2006/relationships/image" Target="media/x13714.wmf"/><Relationship Id="rId3960" Type="http://schemas.openxmlformats.org/officeDocument/2006/relationships/image" Target="media/x13715.wmf"/><Relationship Id="rId3961" Type="http://schemas.openxmlformats.org/officeDocument/2006/relationships/image" Target="media/x13716.wmf"/><Relationship Id="rId3962" Type="http://schemas.openxmlformats.org/officeDocument/2006/relationships/image" Target="media/x13717.wmf"/><Relationship Id="rId3963" Type="http://schemas.openxmlformats.org/officeDocument/2006/relationships/image" Target="media/x13718.wmf"/><Relationship Id="rId3964" Type="http://schemas.openxmlformats.org/officeDocument/2006/relationships/image" Target="media/x13719.wmf"/><Relationship Id="rId3965" Type="http://schemas.openxmlformats.org/officeDocument/2006/relationships/image" Target="media/x13720.wmf"/><Relationship Id="rId3966" Type="http://schemas.openxmlformats.org/officeDocument/2006/relationships/image" Target="media/x13721.wmf"/><Relationship Id="rId3967" Type="http://schemas.openxmlformats.org/officeDocument/2006/relationships/image" Target="media/x13722.wmf"/><Relationship Id="rId3968" Type="http://schemas.openxmlformats.org/officeDocument/2006/relationships/image" Target="media/x13723.wmf"/><Relationship Id="rId3969" Type="http://schemas.openxmlformats.org/officeDocument/2006/relationships/image" Target="media/x13724.wmf"/><Relationship Id="rId3970" Type="http://schemas.openxmlformats.org/officeDocument/2006/relationships/image" Target="media/x13725.wmf"/><Relationship Id="rId3971" Type="http://schemas.openxmlformats.org/officeDocument/2006/relationships/image" Target="media/x13726.wmf"/><Relationship Id="rId3972" Type="http://schemas.openxmlformats.org/officeDocument/2006/relationships/image" Target="media/x13727.wmf"/><Relationship Id="rId3973" Type="http://schemas.openxmlformats.org/officeDocument/2006/relationships/image" Target="media/x13728.wmf"/><Relationship Id="rId3974" Type="http://schemas.openxmlformats.org/officeDocument/2006/relationships/image" Target="media/x13729.wmf"/><Relationship Id="rId3975" Type="http://schemas.openxmlformats.org/officeDocument/2006/relationships/image" Target="media/x13730.wmf"/><Relationship Id="rId3976" Type="http://schemas.openxmlformats.org/officeDocument/2006/relationships/image" Target="media/x13731.wmf"/><Relationship Id="rId3977" Type="http://schemas.openxmlformats.org/officeDocument/2006/relationships/image" Target="media/x13732.wmf"/><Relationship Id="rId3978" Type="http://schemas.openxmlformats.org/officeDocument/2006/relationships/image" Target="media/x13733.wmf"/><Relationship Id="rId3979" Type="http://schemas.openxmlformats.org/officeDocument/2006/relationships/image" Target="media/x13734.wmf"/><Relationship Id="rId3980" Type="http://schemas.openxmlformats.org/officeDocument/2006/relationships/image" Target="media/x13735.wmf"/><Relationship Id="rId3981" Type="http://schemas.openxmlformats.org/officeDocument/2006/relationships/image" Target="media/x13736.wmf"/><Relationship Id="rId3982" Type="http://schemas.openxmlformats.org/officeDocument/2006/relationships/image" Target="media/x13737.wmf"/><Relationship Id="rId3983" Type="http://schemas.openxmlformats.org/officeDocument/2006/relationships/image" Target="media/x13738.wmf"/><Relationship Id="rId3984" Type="http://schemas.openxmlformats.org/officeDocument/2006/relationships/image" Target="media/x13739.wmf"/><Relationship Id="rId3985" Type="http://schemas.openxmlformats.org/officeDocument/2006/relationships/image" Target="media/x13740.wmf"/><Relationship Id="rId3986" Type="http://schemas.openxmlformats.org/officeDocument/2006/relationships/image" Target="media/x13741.wmf"/><Relationship Id="rId3987" Type="http://schemas.openxmlformats.org/officeDocument/2006/relationships/image" Target="media/x13742.wmf"/><Relationship Id="rId3988" Type="http://schemas.openxmlformats.org/officeDocument/2006/relationships/image" Target="media/x13743.wmf"/><Relationship Id="rId3989" Type="http://schemas.openxmlformats.org/officeDocument/2006/relationships/image" Target="media/x13744.wmf"/><Relationship Id="rId3990" Type="http://schemas.openxmlformats.org/officeDocument/2006/relationships/image" Target="media/x13745.wmf"/><Relationship Id="rId3991" Type="http://schemas.openxmlformats.org/officeDocument/2006/relationships/image" Target="media/x13746.wmf"/><Relationship Id="rId3992" Type="http://schemas.openxmlformats.org/officeDocument/2006/relationships/image" Target="media/x13747.wmf"/><Relationship Id="rId3993" Type="http://schemas.openxmlformats.org/officeDocument/2006/relationships/image" Target="media/x13748.wmf"/><Relationship Id="rId3994" Type="http://schemas.openxmlformats.org/officeDocument/2006/relationships/image" Target="media/x13749.wmf"/><Relationship Id="rId3995" Type="http://schemas.openxmlformats.org/officeDocument/2006/relationships/image" Target="media/x13750.wmf"/><Relationship Id="rId3996" Type="http://schemas.openxmlformats.org/officeDocument/2006/relationships/image" Target="media/x13751.wmf"/><Relationship Id="rId3997" Type="http://schemas.openxmlformats.org/officeDocument/2006/relationships/image" Target="media/x13752.wmf"/><Relationship Id="rId3998" Type="http://schemas.openxmlformats.org/officeDocument/2006/relationships/image" Target="media/x13753.wmf"/><Relationship Id="rId3999" Type="http://schemas.openxmlformats.org/officeDocument/2006/relationships/image" Target="media/x13754.wmf"/><Relationship Id="rId4000" Type="http://schemas.openxmlformats.org/officeDocument/2006/relationships/image" Target="media/x13755.wmf"/><Relationship Id="rId4001" Type="http://schemas.openxmlformats.org/officeDocument/2006/relationships/image" Target="media/x13756.wmf"/><Relationship Id="rId4002" Type="http://schemas.openxmlformats.org/officeDocument/2006/relationships/image" Target="media/x13757.wmf"/><Relationship Id="rId4003" Type="http://schemas.openxmlformats.org/officeDocument/2006/relationships/image" Target="media/x13758.wmf"/><Relationship Id="rId4004" Type="http://schemas.openxmlformats.org/officeDocument/2006/relationships/image" Target="media/x13759.wmf"/><Relationship Id="rId4005" Type="http://schemas.openxmlformats.org/officeDocument/2006/relationships/image" Target="media/x13760.wmf"/><Relationship Id="rId4006" Type="http://schemas.openxmlformats.org/officeDocument/2006/relationships/image" Target="media/x13761.wmf"/><Relationship Id="rId4007" Type="http://schemas.openxmlformats.org/officeDocument/2006/relationships/image" Target="media/x13762.wmf"/><Relationship Id="rId4008" Type="http://schemas.openxmlformats.org/officeDocument/2006/relationships/image" Target="media/x13763.wmf"/><Relationship Id="rId4009" Type="http://schemas.openxmlformats.org/officeDocument/2006/relationships/image" Target="media/x13764.wmf"/><Relationship Id="rId4010" Type="http://schemas.openxmlformats.org/officeDocument/2006/relationships/image" Target="media/x13765.wmf"/><Relationship Id="rId4011" Type="http://schemas.openxmlformats.org/officeDocument/2006/relationships/image" Target="media/x13766.wmf"/><Relationship Id="rId4012" Type="http://schemas.openxmlformats.org/officeDocument/2006/relationships/image" Target="media/x13767.wmf"/><Relationship Id="rId4013" Type="http://schemas.openxmlformats.org/officeDocument/2006/relationships/image" Target="media/x13768.wmf"/><Relationship Id="rId4014" Type="http://schemas.openxmlformats.org/officeDocument/2006/relationships/image" Target="media/x13769.wmf"/><Relationship Id="rId4015" Type="http://schemas.openxmlformats.org/officeDocument/2006/relationships/image" Target="media/x13770.wmf"/><Relationship Id="rId4016" Type="http://schemas.openxmlformats.org/officeDocument/2006/relationships/image" Target="media/x13771.wmf"/><Relationship Id="rId4017" Type="http://schemas.openxmlformats.org/officeDocument/2006/relationships/image" Target="media/x13772.wmf"/><Relationship Id="rId4018" Type="http://schemas.openxmlformats.org/officeDocument/2006/relationships/image" Target="media/x13773.wmf"/><Relationship Id="rId4019" Type="http://schemas.openxmlformats.org/officeDocument/2006/relationships/image" Target="media/x13774.wmf"/><Relationship Id="rId4020" Type="http://schemas.openxmlformats.org/officeDocument/2006/relationships/image" Target="media/x13775.wmf"/><Relationship Id="rId4021" Type="http://schemas.openxmlformats.org/officeDocument/2006/relationships/image" Target="media/x13776.wmf"/><Relationship Id="rId4022" Type="http://schemas.openxmlformats.org/officeDocument/2006/relationships/image" Target="media/x13777.wmf"/><Relationship Id="rId4023" Type="http://schemas.openxmlformats.org/officeDocument/2006/relationships/image" Target="media/x13778.wmf"/><Relationship Id="rId4024" Type="http://schemas.openxmlformats.org/officeDocument/2006/relationships/image" Target="media/x13779.wmf"/><Relationship Id="rId4025" Type="http://schemas.openxmlformats.org/officeDocument/2006/relationships/image" Target="media/x13780.wmf"/><Relationship Id="rId4026" Type="http://schemas.openxmlformats.org/officeDocument/2006/relationships/image" Target="media/x13781.wmf"/><Relationship Id="rId4027" Type="http://schemas.openxmlformats.org/officeDocument/2006/relationships/image" Target="media/x13782.wmf"/><Relationship Id="rId4028" Type="http://schemas.openxmlformats.org/officeDocument/2006/relationships/image" Target="media/x13783.wmf"/><Relationship Id="rId4029" Type="http://schemas.openxmlformats.org/officeDocument/2006/relationships/image" Target="media/x13784.wmf"/><Relationship Id="rId4030" Type="http://schemas.openxmlformats.org/officeDocument/2006/relationships/image" Target="media/x13785.wmf"/><Relationship Id="rId4031" Type="http://schemas.openxmlformats.org/officeDocument/2006/relationships/image" Target="media/x13786.wmf"/><Relationship Id="rId4032" Type="http://schemas.openxmlformats.org/officeDocument/2006/relationships/image" Target="media/x13787.wmf"/><Relationship Id="rId4033" Type="http://schemas.openxmlformats.org/officeDocument/2006/relationships/image" Target="media/x13788.wmf"/><Relationship Id="rId4034" Type="http://schemas.openxmlformats.org/officeDocument/2006/relationships/image" Target="media/x13789.wmf"/><Relationship Id="rId4035" Type="http://schemas.openxmlformats.org/officeDocument/2006/relationships/image" Target="media/x13790.wmf"/><Relationship Id="rId4036" Type="http://schemas.openxmlformats.org/officeDocument/2006/relationships/image" Target="media/x13791.wmf"/><Relationship Id="rId4037" Type="http://schemas.openxmlformats.org/officeDocument/2006/relationships/image" Target="media/x13792.wmf"/><Relationship Id="rId4038" Type="http://schemas.openxmlformats.org/officeDocument/2006/relationships/image" Target="media/x13793.wmf"/><Relationship Id="rId4039" Type="http://schemas.openxmlformats.org/officeDocument/2006/relationships/image" Target="media/x13794.png"/><Relationship Id="rId4040" Type="http://schemas.openxmlformats.org/officeDocument/2006/relationships/image" Target="media/x13795.wmf"/><Relationship Id="rId4041" Type="http://schemas.openxmlformats.org/officeDocument/2006/relationships/image" Target="media/x13796.wmf"/><Relationship Id="rId4042" Type="http://schemas.openxmlformats.org/officeDocument/2006/relationships/image" Target="media/x13797.png"/><Relationship Id="rId4043" Type="http://schemas.openxmlformats.org/officeDocument/2006/relationships/image" Target="media/x13798.wmf"/><Relationship Id="rId4044" Type="http://schemas.openxmlformats.org/officeDocument/2006/relationships/image" Target="media/x13799.png"/><Relationship Id="rId4045" Type="http://schemas.openxmlformats.org/officeDocument/2006/relationships/image" Target="media/x13800.wmf"/><Relationship Id="rId4046" Type="http://schemas.openxmlformats.org/officeDocument/2006/relationships/image" Target="media/x13801.wmf"/><Relationship Id="rId4047" Type="http://schemas.openxmlformats.org/officeDocument/2006/relationships/image" Target="media/x13802.wmf"/><Relationship Id="rId4048" Type="http://schemas.openxmlformats.org/officeDocument/2006/relationships/image" Target="media/x13803.wmf"/><Relationship Id="rId4049" Type="http://schemas.openxmlformats.org/officeDocument/2006/relationships/image" Target="media/x13804.wmf"/><Relationship Id="rId4050" Type="http://schemas.openxmlformats.org/officeDocument/2006/relationships/image" Target="media/x13805.wmf"/><Relationship Id="rId4051" Type="http://schemas.openxmlformats.org/officeDocument/2006/relationships/image" Target="media/x13806.wmf"/><Relationship Id="rId4052" Type="http://schemas.openxmlformats.org/officeDocument/2006/relationships/image" Target="media/x13807.wmf"/><Relationship Id="rId4053" Type="http://schemas.openxmlformats.org/officeDocument/2006/relationships/image" Target="media/x13808.wmf"/><Relationship Id="rId4054" Type="http://schemas.openxmlformats.org/officeDocument/2006/relationships/image" Target="media/x13809.wmf"/><Relationship Id="rId4055" Type="http://schemas.openxmlformats.org/officeDocument/2006/relationships/image" Target="media/x13810.wmf"/><Relationship Id="rId4056" Type="http://schemas.openxmlformats.org/officeDocument/2006/relationships/image" Target="media/x13811.wmf"/><Relationship Id="rId4057" Type="http://schemas.openxmlformats.org/officeDocument/2006/relationships/image" Target="media/x13812.wmf"/><Relationship Id="rId4058" Type="http://schemas.openxmlformats.org/officeDocument/2006/relationships/image" Target="media/x13813.wmf"/><Relationship Id="rId4059" Type="http://schemas.openxmlformats.org/officeDocument/2006/relationships/image" Target="media/x13814.wmf"/><Relationship Id="rId4060" Type="http://schemas.openxmlformats.org/officeDocument/2006/relationships/image" Target="media/x13815.wmf"/><Relationship Id="rId4061" Type="http://schemas.openxmlformats.org/officeDocument/2006/relationships/image" Target="media/x13816.wmf"/><Relationship Id="rId4062" Type="http://schemas.openxmlformats.org/officeDocument/2006/relationships/image" Target="media/x13817.wmf"/><Relationship Id="rId4063" Type="http://schemas.openxmlformats.org/officeDocument/2006/relationships/image" Target="media/x13818.wmf"/><Relationship Id="rId4064" Type="http://schemas.openxmlformats.org/officeDocument/2006/relationships/image" Target="media/x13819.wmf"/><Relationship Id="rId4065" Type="http://schemas.openxmlformats.org/officeDocument/2006/relationships/image" Target="media/x13820.wmf"/><Relationship Id="rId4066" Type="http://schemas.openxmlformats.org/officeDocument/2006/relationships/image" Target="media/x13821.wmf"/><Relationship Id="rId4067" Type="http://schemas.openxmlformats.org/officeDocument/2006/relationships/image" Target="media/x13822.wmf"/><Relationship Id="rId4068" Type="http://schemas.openxmlformats.org/officeDocument/2006/relationships/image" Target="media/x13823.wmf"/><Relationship Id="rId4069" Type="http://schemas.openxmlformats.org/officeDocument/2006/relationships/image" Target="media/x13824.wmf"/><Relationship Id="rId4070" Type="http://schemas.openxmlformats.org/officeDocument/2006/relationships/image" Target="media/x13825.wmf"/><Relationship Id="rId4071" Type="http://schemas.openxmlformats.org/officeDocument/2006/relationships/image" Target="media/x13826.wmf"/><Relationship Id="rId4072" Type="http://schemas.openxmlformats.org/officeDocument/2006/relationships/image" Target="media/x13827.wmf"/><Relationship Id="rId4073" Type="http://schemas.openxmlformats.org/officeDocument/2006/relationships/image" Target="media/x13828.wmf"/><Relationship Id="rId4074" Type="http://schemas.openxmlformats.org/officeDocument/2006/relationships/image" Target="media/x13829.wmf"/><Relationship Id="rId4075" Type="http://schemas.openxmlformats.org/officeDocument/2006/relationships/image" Target="media/x13830.wmf"/><Relationship Id="rId4076" Type="http://schemas.openxmlformats.org/officeDocument/2006/relationships/image" Target="media/x13831.wmf"/><Relationship Id="rId4077" Type="http://schemas.openxmlformats.org/officeDocument/2006/relationships/image" Target="media/x13832.wmf"/><Relationship Id="rId4078" Type="http://schemas.openxmlformats.org/officeDocument/2006/relationships/image" Target="media/x13833.wmf"/><Relationship Id="rId4079" Type="http://schemas.openxmlformats.org/officeDocument/2006/relationships/image" Target="media/x13834.wmf"/><Relationship Id="rId4080" Type="http://schemas.openxmlformats.org/officeDocument/2006/relationships/image" Target="media/x13835.wmf"/><Relationship Id="rId4081" Type="http://schemas.openxmlformats.org/officeDocument/2006/relationships/image" Target="media/x13836.wmf"/><Relationship Id="rId4082" Type="http://schemas.openxmlformats.org/officeDocument/2006/relationships/image" Target="media/x13837.wmf"/><Relationship Id="rId4083" Type="http://schemas.openxmlformats.org/officeDocument/2006/relationships/image" Target="media/x13838.wmf"/><Relationship Id="rId4084" Type="http://schemas.openxmlformats.org/officeDocument/2006/relationships/image" Target="media/x13839.wmf"/><Relationship Id="rId4085" Type="http://schemas.openxmlformats.org/officeDocument/2006/relationships/image" Target="media/x13840.wmf"/><Relationship Id="rId4086" Type="http://schemas.openxmlformats.org/officeDocument/2006/relationships/image" Target="media/x13841.wmf"/><Relationship Id="rId4087" Type="http://schemas.openxmlformats.org/officeDocument/2006/relationships/image" Target="media/x13842.wmf"/><Relationship Id="rId4088" Type="http://schemas.openxmlformats.org/officeDocument/2006/relationships/image" Target="media/x13843.wmf"/><Relationship Id="rId4089" Type="http://schemas.openxmlformats.org/officeDocument/2006/relationships/image" Target="media/x13844.wmf"/><Relationship Id="rId4090" Type="http://schemas.openxmlformats.org/officeDocument/2006/relationships/image" Target="media/x13845.wmf"/><Relationship Id="rId4091" Type="http://schemas.openxmlformats.org/officeDocument/2006/relationships/image" Target="media/x13846.png"/><Relationship Id="rId4092" Type="http://schemas.openxmlformats.org/officeDocument/2006/relationships/image" Target="media/x13847.wmf"/><Relationship Id="rId4093" Type="http://schemas.openxmlformats.org/officeDocument/2006/relationships/image" Target="media/x13848.wmf"/><Relationship Id="rId4094" Type="http://schemas.openxmlformats.org/officeDocument/2006/relationships/image" Target="media/x13849.wmf"/><Relationship Id="rId4095" Type="http://schemas.openxmlformats.org/officeDocument/2006/relationships/image" Target="media/x13850.wmf"/><Relationship Id="rId4096" Type="http://schemas.openxmlformats.org/officeDocument/2006/relationships/image" Target="media/x13851.wmf"/><Relationship Id="rId4097" Type="http://schemas.openxmlformats.org/officeDocument/2006/relationships/image" Target="media/x13852.wmf"/><Relationship Id="rId4098" Type="http://schemas.openxmlformats.org/officeDocument/2006/relationships/image" Target="media/x13853.wmf"/><Relationship Id="rId4099" Type="http://schemas.openxmlformats.org/officeDocument/2006/relationships/image" Target="media/x13854.wmf"/><Relationship Id="rId4100" Type="http://schemas.openxmlformats.org/officeDocument/2006/relationships/image" Target="media/x13855.wmf"/><Relationship Id="rId4101" Type="http://schemas.openxmlformats.org/officeDocument/2006/relationships/image" Target="media/x13856.wmf"/><Relationship Id="rId4102" Type="http://schemas.openxmlformats.org/officeDocument/2006/relationships/image" Target="media/x13857.wmf"/><Relationship Id="rId4103" Type="http://schemas.openxmlformats.org/officeDocument/2006/relationships/image" Target="media/x13858.wmf"/><Relationship Id="rId4104" Type="http://schemas.openxmlformats.org/officeDocument/2006/relationships/image" Target="media/x13859.wmf"/><Relationship Id="rId4105" Type="http://schemas.openxmlformats.org/officeDocument/2006/relationships/image" Target="media/x13860.wmf"/><Relationship Id="rId4106" Type="http://schemas.openxmlformats.org/officeDocument/2006/relationships/image" Target="media/x13861.wmf"/><Relationship Id="rId4107" Type="http://schemas.openxmlformats.org/officeDocument/2006/relationships/image" Target="media/x13862.wmf"/><Relationship Id="rId4108" Type="http://schemas.openxmlformats.org/officeDocument/2006/relationships/image" Target="media/x13863.wmf"/><Relationship Id="rId4109" Type="http://schemas.openxmlformats.org/officeDocument/2006/relationships/image" Target="media/x13864.png"/><Relationship Id="rId4110" Type="http://schemas.openxmlformats.org/officeDocument/2006/relationships/image" Target="media/x13865.wmf"/><Relationship Id="rId4111" Type="http://schemas.openxmlformats.org/officeDocument/2006/relationships/image" Target="media/x13866.wmf"/><Relationship Id="rId4112" Type="http://schemas.openxmlformats.org/officeDocument/2006/relationships/image" Target="media/x13867.wmf"/><Relationship Id="rId4113" Type="http://schemas.openxmlformats.org/officeDocument/2006/relationships/image" Target="media/x13868.wmf"/><Relationship Id="rId4114" Type="http://schemas.openxmlformats.org/officeDocument/2006/relationships/image" Target="media/x13869.wmf"/><Relationship Id="rId4115" Type="http://schemas.openxmlformats.org/officeDocument/2006/relationships/image" Target="media/x13870.wmf"/><Relationship Id="rId4116" Type="http://schemas.openxmlformats.org/officeDocument/2006/relationships/image" Target="media/x13871.png"/><Relationship Id="rId4117" Type="http://schemas.openxmlformats.org/officeDocument/2006/relationships/image" Target="media/x13872.wmf"/><Relationship Id="rId4118" Type="http://schemas.openxmlformats.org/officeDocument/2006/relationships/image" Target="media/x13873.wmf"/><Relationship Id="rId4119" Type="http://schemas.openxmlformats.org/officeDocument/2006/relationships/image" Target="media/x13874.wmf"/><Relationship Id="rId4120" Type="http://schemas.openxmlformats.org/officeDocument/2006/relationships/image" Target="media/x13875.wmf"/><Relationship Id="rId4121" Type="http://schemas.openxmlformats.org/officeDocument/2006/relationships/image" Target="media/x13876.wmf"/><Relationship Id="rId4122" Type="http://schemas.openxmlformats.org/officeDocument/2006/relationships/image" Target="media/x13877.wmf"/><Relationship Id="rId4123" Type="http://schemas.openxmlformats.org/officeDocument/2006/relationships/image" Target="media/x13878.wmf"/><Relationship Id="rId4124" Type="http://schemas.openxmlformats.org/officeDocument/2006/relationships/image" Target="media/x13879.wmf"/><Relationship Id="rId4125" Type="http://schemas.openxmlformats.org/officeDocument/2006/relationships/image" Target="media/x13880.wmf"/><Relationship Id="rId4126" Type="http://schemas.openxmlformats.org/officeDocument/2006/relationships/image" Target="media/x13881.wmf"/><Relationship Id="rId4127" Type="http://schemas.openxmlformats.org/officeDocument/2006/relationships/image" Target="media/x13882.png"/><Relationship Id="rId4128" Type="http://schemas.openxmlformats.org/officeDocument/2006/relationships/image" Target="media/x13883.wmf"/><Relationship Id="rId4129" Type="http://schemas.openxmlformats.org/officeDocument/2006/relationships/image" Target="media/x13884.wmf"/><Relationship Id="rId4130" Type="http://schemas.openxmlformats.org/officeDocument/2006/relationships/image" Target="media/x13885.wmf"/><Relationship Id="rId4131" Type="http://schemas.openxmlformats.org/officeDocument/2006/relationships/image" Target="media/x13886.wmf"/><Relationship Id="rId4132" Type="http://schemas.openxmlformats.org/officeDocument/2006/relationships/image" Target="media/x13887.wmf"/><Relationship Id="rId4133" Type="http://schemas.openxmlformats.org/officeDocument/2006/relationships/image" Target="media/x13888.wmf"/><Relationship Id="rId4134" Type="http://schemas.openxmlformats.org/officeDocument/2006/relationships/image" Target="media/x13889.wmf"/><Relationship Id="rId4135" Type="http://schemas.openxmlformats.org/officeDocument/2006/relationships/image" Target="media/x13890.wmf"/><Relationship Id="rId4136" Type="http://schemas.openxmlformats.org/officeDocument/2006/relationships/image" Target="media/x13891.wmf"/><Relationship Id="rId4137" Type="http://schemas.openxmlformats.org/officeDocument/2006/relationships/image" Target="media/x13892.wmf"/><Relationship Id="rId4138" Type="http://schemas.openxmlformats.org/officeDocument/2006/relationships/image" Target="media/x13893.wmf"/><Relationship Id="rId4139" Type="http://schemas.openxmlformats.org/officeDocument/2006/relationships/image" Target="media/x13894.wmf"/><Relationship Id="rId4140" Type="http://schemas.openxmlformats.org/officeDocument/2006/relationships/image" Target="media/x13895.wmf"/><Relationship Id="rId4141" Type="http://schemas.openxmlformats.org/officeDocument/2006/relationships/image" Target="media/x13896.wmf"/><Relationship Id="rId4142" Type="http://schemas.openxmlformats.org/officeDocument/2006/relationships/image" Target="media/x13897.wmf"/><Relationship Id="rId4143" Type="http://schemas.openxmlformats.org/officeDocument/2006/relationships/image" Target="media/x13898.wmf"/><Relationship Id="rId4144" Type="http://schemas.openxmlformats.org/officeDocument/2006/relationships/image" Target="media/x13899.wmf"/><Relationship Id="rId4145" Type="http://schemas.openxmlformats.org/officeDocument/2006/relationships/image" Target="media/x13900.wmf"/><Relationship Id="rId4146" Type="http://schemas.openxmlformats.org/officeDocument/2006/relationships/image" Target="media/x13901.wmf"/><Relationship Id="rId4147" Type="http://schemas.openxmlformats.org/officeDocument/2006/relationships/image" Target="media/x13902.wmf"/><Relationship Id="rId4148" Type="http://schemas.openxmlformats.org/officeDocument/2006/relationships/image" Target="media/x13903.wmf"/><Relationship Id="rId4149" Type="http://schemas.openxmlformats.org/officeDocument/2006/relationships/image" Target="media/x13904.wmf"/><Relationship Id="rId4150" Type="http://schemas.openxmlformats.org/officeDocument/2006/relationships/image" Target="media/x13905.png"/><Relationship Id="rId4151" Type="http://schemas.openxmlformats.org/officeDocument/2006/relationships/image" Target="media/x13906.wmf"/><Relationship Id="rId4152" Type="http://schemas.openxmlformats.org/officeDocument/2006/relationships/image" Target="media/x13907.wmf"/><Relationship Id="rId4153" Type="http://schemas.openxmlformats.org/officeDocument/2006/relationships/image" Target="media/x13908.wmf"/><Relationship Id="rId4154" Type="http://schemas.openxmlformats.org/officeDocument/2006/relationships/image" Target="media/x13909.wmf"/><Relationship Id="rId4155" Type="http://schemas.openxmlformats.org/officeDocument/2006/relationships/image" Target="media/x13910.wmf"/><Relationship Id="rId4156" Type="http://schemas.openxmlformats.org/officeDocument/2006/relationships/image" Target="media/x13911.wmf"/><Relationship Id="rId4157" Type="http://schemas.openxmlformats.org/officeDocument/2006/relationships/image" Target="media/x13912.wmf"/><Relationship Id="rId4158" Type="http://schemas.openxmlformats.org/officeDocument/2006/relationships/image" Target="media/x13913.wmf"/><Relationship Id="rId4159" Type="http://schemas.openxmlformats.org/officeDocument/2006/relationships/image" Target="media/x13914.wmf"/><Relationship Id="rId4160" Type="http://schemas.openxmlformats.org/officeDocument/2006/relationships/image" Target="media/x13915.wmf"/><Relationship Id="rId4161" Type="http://schemas.openxmlformats.org/officeDocument/2006/relationships/image" Target="media/x13916.wmf"/><Relationship Id="rId4162" Type="http://schemas.openxmlformats.org/officeDocument/2006/relationships/image" Target="media/x13917.wmf"/><Relationship Id="rId4163" Type="http://schemas.openxmlformats.org/officeDocument/2006/relationships/image" Target="media/x13918.wmf"/><Relationship Id="rId4164" Type="http://schemas.openxmlformats.org/officeDocument/2006/relationships/image" Target="media/x13919.wmf"/><Relationship Id="rId4165" Type="http://schemas.openxmlformats.org/officeDocument/2006/relationships/image" Target="media/x13920.wmf"/><Relationship Id="rId4166" Type="http://schemas.openxmlformats.org/officeDocument/2006/relationships/image" Target="media/x13921.wmf"/><Relationship Id="rId4167" Type="http://schemas.openxmlformats.org/officeDocument/2006/relationships/image" Target="media/x13922.wmf"/><Relationship Id="rId4168" Type="http://schemas.openxmlformats.org/officeDocument/2006/relationships/image" Target="media/x13923.wmf"/><Relationship Id="rId4169" Type="http://schemas.openxmlformats.org/officeDocument/2006/relationships/image" Target="media/x13924.wmf"/><Relationship Id="rId4170" Type="http://schemas.openxmlformats.org/officeDocument/2006/relationships/image" Target="media/x13925.wmf"/><Relationship Id="rId4171" Type="http://schemas.openxmlformats.org/officeDocument/2006/relationships/image" Target="media/x13926.wmf"/><Relationship Id="rId4172" Type="http://schemas.openxmlformats.org/officeDocument/2006/relationships/image" Target="media/x13927.wmf"/><Relationship Id="rId4173" Type="http://schemas.openxmlformats.org/officeDocument/2006/relationships/image" Target="media/x13928.wmf"/><Relationship Id="rId4174" Type="http://schemas.openxmlformats.org/officeDocument/2006/relationships/image" Target="media/x13929.wmf"/><Relationship Id="rId4175" Type="http://schemas.openxmlformats.org/officeDocument/2006/relationships/image" Target="media/x13930.wmf"/><Relationship Id="rId4176" Type="http://schemas.openxmlformats.org/officeDocument/2006/relationships/image" Target="media/x13931.wmf"/><Relationship Id="rId4177" Type="http://schemas.openxmlformats.org/officeDocument/2006/relationships/image" Target="media/x13932.wmf"/><Relationship Id="rId4178" Type="http://schemas.openxmlformats.org/officeDocument/2006/relationships/image" Target="media/x13933.wmf"/><Relationship Id="rId4179" Type="http://schemas.openxmlformats.org/officeDocument/2006/relationships/image" Target="media/x13934.wmf"/><Relationship Id="rId4180" Type="http://schemas.openxmlformats.org/officeDocument/2006/relationships/image" Target="media/x13935.wmf"/><Relationship Id="rId4181" Type="http://schemas.openxmlformats.org/officeDocument/2006/relationships/image" Target="media/x13936.wmf"/><Relationship Id="rId4182" Type="http://schemas.openxmlformats.org/officeDocument/2006/relationships/image" Target="media/x13937.wmf"/><Relationship Id="rId4183" Type="http://schemas.openxmlformats.org/officeDocument/2006/relationships/image" Target="media/x13938.wmf"/><Relationship Id="rId4184" Type="http://schemas.openxmlformats.org/officeDocument/2006/relationships/image" Target="media/x13939.wmf"/><Relationship Id="rId4185" Type="http://schemas.openxmlformats.org/officeDocument/2006/relationships/image" Target="media/x13940.wmf"/><Relationship Id="rId4186" Type="http://schemas.openxmlformats.org/officeDocument/2006/relationships/image" Target="media/x13941.wmf"/><Relationship Id="rId4187" Type="http://schemas.openxmlformats.org/officeDocument/2006/relationships/image" Target="media/x13942.wmf"/><Relationship Id="rId4188" Type="http://schemas.openxmlformats.org/officeDocument/2006/relationships/image" Target="media/x13943.wmf"/><Relationship Id="rId4189" Type="http://schemas.openxmlformats.org/officeDocument/2006/relationships/image" Target="media/x13944.wmf"/><Relationship Id="rId4190" Type="http://schemas.openxmlformats.org/officeDocument/2006/relationships/image" Target="media/x13945.wmf"/><Relationship Id="rId4191" Type="http://schemas.openxmlformats.org/officeDocument/2006/relationships/image" Target="media/x13946.wmf"/><Relationship Id="rId4192" Type="http://schemas.openxmlformats.org/officeDocument/2006/relationships/image" Target="media/x13947.wmf"/><Relationship Id="rId4193" Type="http://schemas.openxmlformats.org/officeDocument/2006/relationships/image" Target="media/x13948.wmf"/><Relationship Id="rId4194" Type="http://schemas.openxmlformats.org/officeDocument/2006/relationships/image" Target="media/x13949.wmf"/><Relationship Id="rId4195" Type="http://schemas.openxmlformats.org/officeDocument/2006/relationships/image" Target="media/x13950.wmf"/><Relationship Id="rId4196" Type="http://schemas.openxmlformats.org/officeDocument/2006/relationships/image" Target="media/x13951.wmf"/><Relationship Id="rId4197" Type="http://schemas.openxmlformats.org/officeDocument/2006/relationships/image" Target="media/x13952.wmf"/><Relationship Id="rId4198" Type="http://schemas.openxmlformats.org/officeDocument/2006/relationships/image" Target="media/x13953.wmf"/><Relationship Id="rId4199" Type="http://schemas.openxmlformats.org/officeDocument/2006/relationships/image" Target="media/x13954.wmf"/><Relationship Id="rId4200" Type="http://schemas.openxmlformats.org/officeDocument/2006/relationships/image" Target="media/x13955.wmf"/><Relationship Id="rId4201" Type="http://schemas.openxmlformats.org/officeDocument/2006/relationships/image" Target="media/x13956.wmf"/><Relationship Id="rId4202" Type="http://schemas.openxmlformats.org/officeDocument/2006/relationships/image" Target="media/x13957.wmf"/><Relationship Id="rId4203" Type="http://schemas.openxmlformats.org/officeDocument/2006/relationships/image" Target="media/x13958.wmf"/><Relationship Id="rId4204" Type="http://schemas.openxmlformats.org/officeDocument/2006/relationships/image" Target="media/x13959.wmf"/><Relationship Id="rId4205" Type="http://schemas.openxmlformats.org/officeDocument/2006/relationships/image" Target="media/x13960.wmf"/><Relationship Id="rId4206" Type="http://schemas.openxmlformats.org/officeDocument/2006/relationships/image" Target="media/x13961.wmf"/><Relationship Id="rId4207" Type="http://schemas.openxmlformats.org/officeDocument/2006/relationships/image" Target="media/x13962.wmf"/><Relationship Id="rId4208" Type="http://schemas.openxmlformats.org/officeDocument/2006/relationships/image" Target="media/x13963.wmf"/><Relationship Id="rId4209" Type="http://schemas.openxmlformats.org/officeDocument/2006/relationships/image" Target="media/x13964.wmf"/><Relationship Id="rId4210" Type="http://schemas.openxmlformats.org/officeDocument/2006/relationships/image" Target="media/x13965.wmf"/><Relationship Id="rId4211" Type="http://schemas.openxmlformats.org/officeDocument/2006/relationships/image" Target="media/x13966.wmf"/><Relationship Id="rId4212" Type="http://schemas.openxmlformats.org/officeDocument/2006/relationships/image" Target="media/x13967.wmf"/><Relationship Id="rId4213" Type="http://schemas.openxmlformats.org/officeDocument/2006/relationships/image" Target="media/x13968.wmf"/><Relationship Id="rId4214" Type="http://schemas.openxmlformats.org/officeDocument/2006/relationships/image" Target="media/x13969.wmf"/><Relationship Id="rId4215" Type="http://schemas.openxmlformats.org/officeDocument/2006/relationships/image" Target="media/x13970.wmf"/><Relationship Id="rId4216" Type="http://schemas.openxmlformats.org/officeDocument/2006/relationships/image" Target="media/x13971.wmf"/><Relationship Id="rId4217" Type="http://schemas.openxmlformats.org/officeDocument/2006/relationships/image" Target="media/x13972.wmf"/><Relationship Id="rId4218" Type="http://schemas.openxmlformats.org/officeDocument/2006/relationships/image" Target="media/x13973.wmf"/><Relationship Id="rId4219" Type="http://schemas.openxmlformats.org/officeDocument/2006/relationships/image" Target="media/x13974.wmf"/><Relationship Id="rId4220" Type="http://schemas.openxmlformats.org/officeDocument/2006/relationships/image" Target="media/x13975.wmf"/><Relationship Id="rId4221" Type="http://schemas.openxmlformats.org/officeDocument/2006/relationships/image" Target="media/x13976.wmf"/><Relationship Id="rId4222" Type="http://schemas.openxmlformats.org/officeDocument/2006/relationships/image" Target="media/x13977.wmf"/><Relationship Id="rId4223" Type="http://schemas.openxmlformats.org/officeDocument/2006/relationships/image" Target="media/x13978.wmf"/><Relationship Id="rId4224" Type="http://schemas.openxmlformats.org/officeDocument/2006/relationships/image" Target="media/x13979.wmf"/><Relationship Id="rId4225" Type="http://schemas.openxmlformats.org/officeDocument/2006/relationships/image" Target="media/x13980.wmf"/><Relationship Id="rId4226" Type="http://schemas.openxmlformats.org/officeDocument/2006/relationships/image" Target="media/x13981.wmf"/><Relationship Id="rId4227" Type="http://schemas.openxmlformats.org/officeDocument/2006/relationships/image" Target="media/x13982.wmf"/><Relationship Id="rId4228" Type="http://schemas.openxmlformats.org/officeDocument/2006/relationships/image" Target="media/x13983.wmf"/><Relationship Id="rId4229" Type="http://schemas.openxmlformats.org/officeDocument/2006/relationships/image" Target="media/x13984.wmf"/><Relationship Id="rId4230" Type="http://schemas.openxmlformats.org/officeDocument/2006/relationships/image" Target="media/x13985.wmf"/><Relationship Id="rId4231" Type="http://schemas.openxmlformats.org/officeDocument/2006/relationships/image" Target="media/x13986.wmf"/><Relationship Id="rId4232" Type="http://schemas.openxmlformats.org/officeDocument/2006/relationships/image" Target="media/x13987.wmf"/><Relationship Id="rId4233" Type="http://schemas.openxmlformats.org/officeDocument/2006/relationships/image" Target="media/x13988.wmf"/><Relationship Id="rId4234" Type="http://schemas.openxmlformats.org/officeDocument/2006/relationships/image" Target="media/x13989.wmf"/><Relationship Id="rId4235" Type="http://schemas.openxmlformats.org/officeDocument/2006/relationships/image" Target="media/x13990.wmf"/><Relationship Id="rId4236" Type="http://schemas.openxmlformats.org/officeDocument/2006/relationships/image" Target="media/x13991.wmf"/><Relationship Id="rId4237" Type="http://schemas.openxmlformats.org/officeDocument/2006/relationships/image" Target="media/x13992.wmf"/><Relationship Id="rId4238" Type="http://schemas.openxmlformats.org/officeDocument/2006/relationships/image" Target="media/x13993.wmf"/><Relationship Id="rId4239" Type="http://schemas.openxmlformats.org/officeDocument/2006/relationships/image" Target="media/x13994.wmf"/><Relationship Id="rId4240" Type="http://schemas.openxmlformats.org/officeDocument/2006/relationships/image" Target="media/x13995.wmf"/><Relationship Id="rId4241" Type="http://schemas.openxmlformats.org/officeDocument/2006/relationships/image" Target="media/x13996.wmf"/><Relationship Id="rId4242" Type="http://schemas.openxmlformats.org/officeDocument/2006/relationships/image" Target="media/x13997.wmf"/><Relationship Id="rId4243" Type="http://schemas.openxmlformats.org/officeDocument/2006/relationships/image" Target="media/x13998.wmf"/><Relationship Id="rId4244" Type="http://schemas.openxmlformats.org/officeDocument/2006/relationships/image" Target="media/x13999.wmf"/><Relationship Id="rId4245" Type="http://schemas.openxmlformats.org/officeDocument/2006/relationships/image" Target="media/x14000.wmf"/><Relationship Id="rId4246" Type="http://schemas.openxmlformats.org/officeDocument/2006/relationships/image" Target="media/x14001.wmf"/><Relationship Id="rId4247" Type="http://schemas.openxmlformats.org/officeDocument/2006/relationships/image" Target="media/x14002.wmf"/><Relationship Id="rId4248" Type="http://schemas.openxmlformats.org/officeDocument/2006/relationships/image" Target="media/x14003.wmf"/><Relationship Id="rId4249" Type="http://schemas.openxmlformats.org/officeDocument/2006/relationships/image" Target="media/x14004.wmf"/><Relationship Id="rId4250" Type="http://schemas.openxmlformats.org/officeDocument/2006/relationships/image" Target="media/x14005.wmf"/><Relationship Id="rId4251" Type="http://schemas.openxmlformats.org/officeDocument/2006/relationships/image" Target="media/x14006.wmf"/><Relationship Id="rId4252" Type="http://schemas.openxmlformats.org/officeDocument/2006/relationships/image" Target="media/x14007.wmf"/><Relationship Id="rId4253" Type="http://schemas.openxmlformats.org/officeDocument/2006/relationships/image" Target="media/x14008.wmf"/><Relationship Id="rId4254" Type="http://schemas.openxmlformats.org/officeDocument/2006/relationships/image" Target="media/x14009.wmf"/><Relationship Id="rId4255" Type="http://schemas.openxmlformats.org/officeDocument/2006/relationships/image" Target="media/x14010.wmf"/><Relationship Id="rId4256" Type="http://schemas.openxmlformats.org/officeDocument/2006/relationships/image" Target="media/x14011.wmf"/><Relationship Id="rId4257" Type="http://schemas.openxmlformats.org/officeDocument/2006/relationships/image" Target="media/x14012.wmf"/><Relationship Id="rId4258" Type="http://schemas.openxmlformats.org/officeDocument/2006/relationships/image" Target="media/x14013.wmf"/><Relationship Id="rId4259" Type="http://schemas.openxmlformats.org/officeDocument/2006/relationships/image" Target="media/x14014.wmf"/><Relationship Id="rId4260" Type="http://schemas.openxmlformats.org/officeDocument/2006/relationships/image" Target="media/x14015.wmf"/><Relationship Id="rId4261" Type="http://schemas.openxmlformats.org/officeDocument/2006/relationships/image" Target="media/x14016.wmf"/><Relationship Id="rId4262" Type="http://schemas.openxmlformats.org/officeDocument/2006/relationships/image" Target="media/x14017.wmf"/><Relationship Id="rId4263" Type="http://schemas.openxmlformats.org/officeDocument/2006/relationships/image" Target="media/x14018.wmf"/><Relationship Id="rId4264" Type="http://schemas.openxmlformats.org/officeDocument/2006/relationships/image" Target="media/x14019.wmf"/><Relationship Id="rId4265" Type="http://schemas.openxmlformats.org/officeDocument/2006/relationships/image" Target="media/x14020.wmf"/><Relationship Id="rId4266" Type="http://schemas.openxmlformats.org/officeDocument/2006/relationships/image" Target="media/x14021.wmf"/><Relationship Id="rId4267" Type="http://schemas.openxmlformats.org/officeDocument/2006/relationships/image" Target="media/x14022.wmf"/><Relationship Id="rId4268" Type="http://schemas.openxmlformats.org/officeDocument/2006/relationships/image" Target="media/x14023.wmf"/><Relationship Id="rId4269" Type="http://schemas.openxmlformats.org/officeDocument/2006/relationships/image" Target="media/x14024.wmf"/><Relationship Id="rId4270" Type="http://schemas.openxmlformats.org/officeDocument/2006/relationships/image" Target="media/x14025.wmf"/><Relationship Id="rId4271" Type="http://schemas.openxmlformats.org/officeDocument/2006/relationships/image" Target="media/x14026.wmf"/><Relationship Id="rId4272" Type="http://schemas.openxmlformats.org/officeDocument/2006/relationships/image" Target="media/x14027.wmf"/><Relationship Id="rId4273" Type="http://schemas.openxmlformats.org/officeDocument/2006/relationships/image" Target="media/x14028.wmf"/><Relationship Id="rId4274" Type="http://schemas.openxmlformats.org/officeDocument/2006/relationships/image" Target="media/x14029.wmf"/><Relationship Id="rId4275" Type="http://schemas.openxmlformats.org/officeDocument/2006/relationships/image" Target="media/x14030.wmf"/><Relationship Id="rId4276" Type="http://schemas.openxmlformats.org/officeDocument/2006/relationships/image" Target="media/x14031.wmf"/><Relationship Id="rId4277" Type="http://schemas.openxmlformats.org/officeDocument/2006/relationships/image" Target="media/x14032.wmf"/><Relationship Id="rId4278" Type="http://schemas.openxmlformats.org/officeDocument/2006/relationships/image" Target="media/x14033.wmf"/><Relationship Id="rId4279" Type="http://schemas.openxmlformats.org/officeDocument/2006/relationships/image" Target="media/x14034.wmf"/><Relationship Id="rId4280" Type="http://schemas.openxmlformats.org/officeDocument/2006/relationships/image" Target="media/x14035.wmf"/><Relationship Id="rId4281" Type="http://schemas.openxmlformats.org/officeDocument/2006/relationships/image" Target="media/x14036.wmf"/><Relationship Id="rId4282" Type="http://schemas.openxmlformats.org/officeDocument/2006/relationships/image" Target="media/x14037.wmf"/><Relationship Id="rId4283" Type="http://schemas.openxmlformats.org/officeDocument/2006/relationships/image" Target="media/x14038.wmf"/><Relationship Id="rId4284" Type="http://schemas.openxmlformats.org/officeDocument/2006/relationships/image" Target="media/x14039.wmf"/><Relationship Id="rId4285" Type="http://schemas.openxmlformats.org/officeDocument/2006/relationships/image" Target="media/x14040.wmf"/><Relationship Id="rId4286" Type="http://schemas.openxmlformats.org/officeDocument/2006/relationships/image" Target="media/x14041.wmf"/><Relationship Id="rId4287" Type="http://schemas.openxmlformats.org/officeDocument/2006/relationships/image" Target="media/x14042.wmf"/><Relationship Id="rId4288" Type="http://schemas.openxmlformats.org/officeDocument/2006/relationships/image" Target="media/x14043.wmf"/><Relationship Id="rId4289" Type="http://schemas.openxmlformats.org/officeDocument/2006/relationships/image" Target="media/x14044.wmf"/><Relationship Id="rId4290" Type="http://schemas.openxmlformats.org/officeDocument/2006/relationships/image" Target="media/x14045.wmf"/><Relationship Id="rId4291" Type="http://schemas.openxmlformats.org/officeDocument/2006/relationships/image" Target="media/x14046.wmf"/><Relationship Id="rId4292" Type="http://schemas.openxmlformats.org/officeDocument/2006/relationships/image" Target="media/x14047.wmf"/><Relationship Id="rId4293" Type="http://schemas.openxmlformats.org/officeDocument/2006/relationships/image" Target="media/x14048.wmf"/><Relationship Id="rId4294" Type="http://schemas.openxmlformats.org/officeDocument/2006/relationships/image" Target="media/x14049.wmf"/><Relationship Id="rId4295" Type="http://schemas.openxmlformats.org/officeDocument/2006/relationships/image" Target="media/x14050.wmf"/><Relationship Id="rId4296" Type="http://schemas.openxmlformats.org/officeDocument/2006/relationships/image" Target="media/x14051.wmf"/><Relationship Id="rId4297" Type="http://schemas.openxmlformats.org/officeDocument/2006/relationships/image" Target="media/x14052.wmf"/><Relationship Id="rId4298" Type="http://schemas.openxmlformats.org/officeDocument/2006/relationships/image" Target="media/x14053.wmf"/><Relationship Id="rId4299" Type="http://schemas.openxmlformats.org/officeDocument/2006/relationships/image" Target="media/x14054.wmf"/><Relationship Id="rId4300" Type="http://schemas.openxmlformats.org/officeDocument/2006/relationships/image" Target="media/x14055.wmf"/><Relationship Id="rId4301" Type="http://schemas.openxmlformats.org/officeDocument/2006/relationships/image" Target="media/x14056.wmf"/><Relationship Id="rId4302" Type="http://schemas.openxmlformats.org/officeDocument/2006/relationships/image" Target="media/x14057.wmf"/><Relationship Id="rId4303" Type="http://schemas.openxmlformats.org/officeDocument/2006/relationships/image" Target="media/x14058.wmf"/><Relationship Id="rId4304" Type="http://schemas.openxmlformats.org/officeDocument/2006/relationships/image" Target="media/x14059.wmf"/><Relationship Id="rId4305" Type="http://schemas.openxmlformats.org/officeDocument/2006/relationships/image" Target="media/x14060.wmf"/><Relationship Id="rId4306" Type="http://schemas.openxmlformats.org/officeDocument/2006/relationships/image" Target="media/x14061.wmf"/><Relationship Id="rId4307" Type="http://schemas.openxmlformats.org/officeDocument/2006/relationships/image" Target="media/x14062.wmf"/><Relationship Id="rId4308" Type="http://schemas.openxmlformats.org/officeDocument/2006/relationships/image" Target="media/x14063.wmf"/><Relationship Id="rId4309" Type="http://schemas.openxmlformats.org/officeDocument/2006/relationships/image" Target="media/x14064.wmf"/><Relationship Id="rId4310" Type="http://schemas.openxmlformats.org/officeDocument/2006/relationships/image" Target="media/x14065.wmf"/><Relationship Id="rId4311" Type="http://schemas.openxmlformats.org/officeDocument/2006/relationships/image" Target="media/x14066.wmf"/><Relationship Id="rId4312" Type="http://schemas.openxmlformats.org/officeDocument/2006/relationships/image" Target="media/x14067.wmf"/><Relationship Id="rId4313" Type="http://schemas.openxmlformats.org/officeDocument/2006/relationships/image" Target="media/x14068.wmf"/><Relationship Id="rId4314" Type="http://schemas.openxmlformats.org/officeDocument/2006/relationships/image" Target="media/x14069.wmf"/><Relationship Id="rId4315" Type="http://schemas.openxmlformats.org/officeDocument/2006/relationships/image" Target="media/x14070.wmf"/><Relationship Id="rId4316" Type="http://schemas.openxmlformats.org/officeDocument/2006/relationships/image" Target="media/x14071.wmf"/><Relationship Id="rId4317" Type="http://schemas.openxmlformats.org/officeDocument/2006/relationships/image" Target="media/x14072.wmf"/><Relationship Id="rId4318" Type="http://schemas.openxmlformats.org/officeDocument/2006/relationships/image" Target="media/x14073.wmf"/><Relationship Id="rId4319" Type="http://schemas.openxmlformats.org/officeDocument/2006/relationships/image" Target="media/x14074.wmf"/><Relationship Id="rId4320" Type="http://schemas.openxmlformats.org/officeDocument/2006/relationships/image" Target="media/x14075.wmf"/><Relationship Id="rId4321" Type="http://schemas.openxmlformats.org/officeDocument/2006/relationships/image" Target="media/x14076.wmf"/><Relationship Id="rId4322" Type="http://schemas.openxmlformats.org/officeDocument/2006/relationships/image" Target="media/x14077.wmf"/><Relationship Id="rId4323" Type="http://schemas.openxmlformats.org/officeDocument/2006/relationships/image" Target="media/x14078.wmf"/><Relationship Id="rId4324" Type="http://schemas.openxmlformats.org/officeDocument/2006/relationships/image" Target="media/x14079.wmf"/><Relationship Id="rId4325" Type="http://schemas.openxmlformats.org/officeDocument/2006/relationships/image" Target="media/x14080.wmf"/><Relationship Id="rId4326" Type="http://schemas.openxmlformats.org/officeDocument/2006/relationships/image" Target="media/x14081.png"/><Relationship Id="rId4327" Type="http://schemas.openxmlformats.org/officeDocument/2006/relationships/image" Target="media/x14082.wmf"/><Relationship Id="rId4328" Type="http://schemas.openxmlformats.org/officeDocument/2006/relationships/image" Target="media/x14083.wmf"/><Relationship Id="rId4329" Type="http://schemas.openxmlformats.org/officeDocument/2006/relationships/image" Target="media/x14084.wmf"/><Relationship Id="rId4330" Type="http://schemas.openxmlformats.org/officeDocument/2006/relationships/image" Target="media/x14085.wmf"/><Relationship Id="rId4331" Type="http://schemas.openxmlformats.org/officeDocument/2006/relationships/image" Target="media/x14086.wmf"/><Relationship Id="rId4332" Type="http://schemas.openxmlformats.org/officeDocument/2006/relationships/image" Target="media/x14087.wmf"/><Relationship Id="rId4333" Type="http://schemas.openxmlformats.org/officeDocument/2006/relationships/image" Target="media/x14088.png"/><Relationship Id="rId4334" Type="http://schemas.openxmlformats.org/officeDocument/2006/relationships/image" Target="media/x14089.wmf"/><Relationship Id="rId4335" Type="http://schemas.openxmlformats.org/officeDocument/2006/relationships/image" Target="media/x14090.wmf"/><Relationship Id="rId4336" Type="http://schemas.openxmlformats.org/officeDocument/2006/relationships/image" Target="media/x14091.wmf"/><Relationship Id="rId4337" Type="http://schemas.openxmlformats.org/officeDocument/2006/relationships/image" Target="media/x14092.wmf"/><Relationship Id="rId4338" Type="http://schemas.openxmlformats.org/officeDocument/2006/relationships/image" Target="media/x14093.wmf"/><Relationship Id="rId4339" Type="http://schemas.openxmlformats.org/officeDocument/2006/relationships/image" Target="media/x14094.wmf"/><Relationship Id="rId4340" Type="http://schemas.openxmlformats.org/officeDocument/2006/relationships/image" Target="media/x14095.wmf"/><Relationship Id="rId4341" Type="http://schemas.openxmlformats.org/officeDocument/2006/relationships/image" Target="media/x14096.wmf"/><Relationship Id="rId4342" Type="http://schemas.openxmlformats.org/officeDocument/2006/relationships/image" Target="media/x14097.wmf"/><Relationship Id="rId4343" Type="http://schemas.openxmlformats.org/officeDocument/2006/relationships/image" Target="media/x14098.wmf"/><Relationship Id="rId4344" Type="http://schemas.openxmlformats.org/officeDocument/2006/relationships/image" Target="media/x14099.png"/><Relationship Id="rId4345" Type="http://schemas.openxmlformats.org/officeDocument/2006/relationships/image" Target="media/x14100.wmf"/><Relationship Id="rId4346" Type="http://schemas.openxmlformats.org/officeDocument/2006/relationships/image" Target="media/x14101.wmf"/><Relationship Id="rId4347" Type="http://schemas.openxmlformats.org/officeDocument/2006/relationships/image" Target="media/x14102.wmf"/><Relationship Id="rId4348" Type="http://schemas.openxmlformats.org/officeDocument/2006/relationships/image" Target="media/x14103.wmf"/><Relationship Id="rId4349" Type="http://schemas.openxmlformats.org/officeDocument/2006/relationships/image" Target="media/x14104.wmf"/><Relationship Id="rId4350" Type="http://schemas.openxmlformats.org/officeDocument/2006/relationships/image" Target="media/x14105.wmf"/><Relationship Id="rId4351" Type="http://schemas.openxmlformats.org/officeDocument/2006/relationships/image" Target="media/x14106.wmf"/><Relationship Id="rId4352" Type="http://schemas.openxmlformats.org/officeDocument/2006/relationships/image" Target="media/x14107.wmf"/><Relationship Id="rId4353" Type="http://schemas.openxmlformats.org/officeDocument/2006/relationships/image" Target="media/x14108.wmf"/><Relationship Id="rId4354" Type="http://schemas.openxmlformats.org/officeDocument/2006/relationships/image" Target="media/x14109.wmf"/><Relationship Id="rId4355" Type="http://schemas.openxmlformats.org/officeDocument/2006/relationships/image" Target="media/x14110.wmf"/><Relationship Id="rId4356" Type="http://schemas.openxmlformats.org/officeDocument/2006/relationships/image" Target="media/x14111.wmf"/><Relationship Id="rId4357" Type="http://schemas.openxmlformats.org/officeDocument/2006/relationships/image" Target="media/x14112.wmf"/><Relationship Id="rId4358" Type="http://schemas.openxmlformats.org/officeDocument/2006/relationships/image" Target="media/x14113.wmf"/><Relationship Id="rId4359" Type="http://schemas.openxmlformats.org/officeDocument/2006/relationships/image" Target="media/x14114.wmf"/><Relationship Id="rId4360" Type="http://schemas.openxmlformats.org/officeDocument/2006/relationships/image" Target="media/x14115.wmf"/><Relationship Id="rId4361" Type="http://schemas.openxmlformats.org/officeDocument/2006/relationships/image" Target="media/x14116.wmf"/><Relationship Id="rId4362" Type="http://schemas.openxmlformats.org/officeDocument/2006/relationships/image" Target="media/x14117.wmf"/><Relationship Id="rId4363" Type="http://schemas.openxmlformats.org/officeDocument/2006/relationships/image" Target="media/x14118.wmf"/><Relationship Id="rId4364" Type="http://schemas.openxmlformats.org/officeDocument/2006/relationships/image" Target="media/x14119.wmf"/><Relationship Id="rId4365" Type="http://schemas.openxmlformats.org/officeDocument/2006/relationships/image" Target="media/x14120.wmf"/><Relationship Id="rId4366" Type="http://schemas.openxmlformats.org/officeDocument/2006/relationships/image" Target="media/x14121.wmf"/><Relationship Id="rId4367" Type="http://schemas.openxmlformats.org/officeDocument/2006/relationships/image" Target="media/x14122.wmf"/><Relationship Id="rId4368" Type="http://schemas.openxmlformats.org/officeDocument/2006/relationships/image" Target="media/x14123.wmf"/><Relationship Id="rId4369" Type="http://schemas.openxmlformats.org/officeDocument/2006/relationships/image" Target="media/x14124.wmf"/><Relationship Id="rId4370" Type="http://schemas.openxmlformats.org/officeDocument/2006/relationships/image" Target="media/x14125.wmf"/><Relationship Id="rId4371" Type="http://schemas.openxmlformats.org/officeDocument/2006/relationships/image" Target="media/x14126.wmf"/><Relationship Id="rId4372" Type="http://schemas.openxmlformats.org/officeDocument/2006/relationships/image" Target="media/x14127.wmf"/><Relationship Id="rId4373" Type="http://schemas.openxmlformats.org/officeDocument/2006/relationships/image" Target="media/x14128.wmf"/><Relationship Id="rId4374" Type="http://schemas.openxmlformats.org/officeDocument/2006/relationships/image" Target="media/x14129.wmf"/><Relationship Id="rId4375" Type="http://schemas.openxmlformats.org/officeDocument/2006/relationships/image" Target="media/x14130.wmf"/><Relationship Id="rId4376" Type="http://schemas.openxmlformats.org/officeDocument/2006/relationships/image" Target="media/x14131.wmf"/><Relationship Id="rId4377" Type="http://schemas.openxmlformats.org/officeDocument/2006/relationships/image" Target="media/x14132.wmf"/><Relationship Id="rId4378" Type="http://schemas.openxmlformats.org/officeDocument/2006/relationships/image" Target="media/x14133.wmf"/><Relationship Id="rId4379" Type="http://schemas.openxmlformats.org/officeDocument/2006/relationships/image" Target="media/x14134.wmf"/><Relationship Id="rId4380" Type="http://schemas.openxmlformats.org/officeDocument/2006/relationships/image" Target="media/x14135.wmf"/><Relationship Id="rId4381" Type="http://schemas.openxmlformats.org/officeDocument/2006/relationships/image" Target="media/x14136.wmf"/><Relationship Id="rId4382" Type="http://schemas.openxmlformats.org/officeDocument/2006/relationships/image" Target="media/x14137.wmf"/><Relationship Id="rId4383" Type="http://schemas.openxmlformats.org/officeDocument/2006/relationships/image" Target="media/x14138.wmf"/><Relationship Id="rId4384" Type="http://schemas.openxmlformats.org/officeDocument/2006/relationships/image" Target="media/x14139.wmf"/><Relationship Id="rId4385" Type="http://schemas.openxmlformats.org/officeDocument/2006/relationships/image" Target="media/x14140.wmf"/><Relationship Id="rId4386" Type="http://schemas.openxmlformats.org/officeDocument/2006/relationships/image" Target="media/x14141.wmf"/><Relationship Id="rId4387" Type="http://schemas.openxmlformats.org/officeDocument/2006/relationships/image" Target="media/x14142.wmf"/><Relationship Id="rId4388" Type="http://schemas.openxmlformats.org/officeDocument/2006/relationships/image" Target="media/x14143.wmf"/><Relationship Id="rId4389" Type="http://schemas.openxmlformats.org/officeDocument/2006/relationships/image" Target="media/x14144.wmf"/><Relationship Id="rId4390" Type="http://schemas.openxmlformats.org/officeDocument/2006/relationships/image" Target="media/x14145.wmf"/><Relationship Id="rId4391" Type="http://schemas.openxmlformats.org/officeDocument/2006/relationships/image" Target="media/x14146.wmf"/><Relationship Id="rId4392" Type="http://schemas.openxmlformats.org/officeDocument/2006/relationships/image" Target="media/x14147.wmf"/><Relationship Id="rId4393" Type="http://schemas.openxmlformats.org/officeDocument/2006/relationships/image" Target="media/x14148.wmf"/><Relationship Id="rId4394" Type="http://schemas.openxmlformats.org/officeDocument/2006/relationships/image" Target="media/x14149.wmf"/><Relationship Id="rId4395" Type="http://schemas.openxmlformats.org/officeDocument/2006/relationships/image" Target="media/x14150.wmf"/><Relationship Id="rId4396" Type="http://schemas.openxmlformats.org/officeDocument/2006/relationships/image" Target="media/x14151.wmf"/><Relationship Id="rId4397" Type="http://schemas.openxmlformats.org/officeDocument/2006/relationships/image" Target="media/x14152.wmf"/><Relationship Id="rId4398" Type="http://schemas.openxmlformats.org/officeDocument/2006/relationships/image" Target="media/x14153.wmf"/><Relationship Id="rId4399" Type="http://schemas.openxmlformats.org/officeDocument/2006/relationships/image" Target="media/x14154.wmf"/><Relationship Id="rId4400" Type="http://schemas.openxmlformats.org/officeDocument/2006/relationships/image" Target="media/x14155.wmf"/><Relationship Id="rId4401" Type="http://schemas.openxmlformats.org/officeDocument/2006/relationships/image" Target="media/x14156.wmf"/><Relationship Id="rId4402" Type="http://schemas.openxmlformats.org/officeDocument/2006/relationships/image" Target="media/x14157.wmf"/><Relationship Id="rId4403" Type="http://schemas.openxmlformats.org/officeDocument/2006/relationships/image" Target="media/x14158.wmf"/><Relationship Id="rId4404" Type="http://schemas.openxmlformats.org/officeDocument/2006/relationships/image" Target="media/x14159.wmf"/><Relationship Id="rId4405" Type="http://schemas.openxmlformats.org/officeDocument/2006/relationships/image" Target="media/x14160.wmf"/><Relationship Id="rId4406" Type="http://schemas.openxmlformats.org/officeDocument/2006/relationships/image" Target="media/x14161.wmf"/><Relationship Id="rId4407" Type="http://schemas.openxmlformats.org/officeDocument/2006/relationships/image" Target="media/x14162.wmf"/><Relationship Id="rId4408" Type="http://schemas.openxmlformats.org/officeDocument/2006/relationships/image" Target="media/x14163.wmf"/><Relationship Id="rId4409" Type="http://schemas.openxmlformats.org/officeDocument/2006/relationships/image" Target="media/x14164.wmf"/><Relationship Id="rId4410" Type="http://schemas.openxmlformats.org/officeDocument/2006/relationships/image" Target="media/x14165.wmf"/><Relationship Id="rId4411" Type="http://schemas.openxmlformats.org/officeDocument/2006/relationships/image" Target="media/x14166.wmf"/><Relationship Id="rId4412" Type="http://schemas.openxmlformats.org/officeDocument/2006/relationships/image" Target="media/x14167.wmf"/><Relationship Id="rId4413" Type="http://schemas.openxmlformats.org/officeDocument/2006/relationships/image" Target="media/x14168.wmf"/><Relationship Id="rId4414" Type="http://schemas.openxmlformats.org/officeDocument/2006/relationships/image" Target="media/x14169.wmf"/><Relationship Id="rId4415" Type="http://schemas.openxmlformats.org/officeDocument/2006/relationships/image" Target="media/x14170.wmf"/><Relationship Id="rId4416" Type="http://schemas.openxmlformats.org/officeDocument/2006/relationships/image" Target="media/x14171.wmf"/><Relationship Id="rId4417" Type="http://schemas.openxmlformats.org/officeDocument/2006/relationships/image" Target="media/x14172.wmf"/><Relationship Id="rId4418" Type="http://schemas.openxmlformats.org/officeDocument/2006/relationships/image" Target="media/x14173.wmf"/><Relationship Id="rId4419" Type="http://schemas.openxmlformats.org/officeDocument/2006/relationships/image" Target="media/x14174.wmf"/><Relationship Id="rId4420" Type="http://schemas.openxmlformats.org/officeDocument/2006/relationships/image" Target="media/x14175.wmf"/><Relationship Id="rId4421" Type="http://schemas.openxmlformats.org/officeDocument/2006/relationships/image" Target="media/x14176.wmf"/><Relationship Id="rId4422" Type="http://schemas.openxmlformats.org/officeDocument/2006/relationships/image" Target="media/x14177.wmf"/><Relationship Id="rId4423" Type="http://schemas.openxmlformats.org/officeDocument/2006/relationships/image" Target="media/x14178.wmf"/><Relationship Id="rId4424" Type="http://schemas.openxmlformats.org/officeDocument/2006/relationships/image" Target="media/x14179.wmf"/><Relationship Id="rId4425" Type="http://schemas.openxmlformats.org/officeDocument/2006/relationships/image" Target="media/x14180.wmf"/><Relationship Id="rId4426" Type="http://schemas.openxmlformats.org/officeDocument/2006/relationships/image" Target="media/x14181.wmf"/><Relationship Id="rId4427" Type="http://schemas.openxmlformats.org/officeDocument/2006/relationships/image" Target="media/x14182.wmf"/><Relationship Id="rId4428" Type="http://schemas.openxmlformats.org/officeDocument/2006/relationships/image" Target="media/x14183.wmf"/><Relationship Id="rId4429" Type="http://schemas.openxmlformats.org/officeDocument/2006/relationships/image" Target="media/x14184.wmf"/><Relationship Id="rId4430" Type="http://schemas.openxmlformats.org/officeDocument/2006/relationships/image" Target="media/x14185.wmf"/><Relationship Id="rId4431" Type="http://schemas.openxmlformats.org/officeDocument/2006/relationships/image" Target="media/x14186.wmf"/><Relationship Id="rId4432" Type="http://schemas.openxmlformats.org/officeDocument/2006/relationships/image" Target="media/x14187.wmf"/><Relationship Id="rId4433" Type="http://schemas.openxmlformats.org/officeDocument/2006/relationships/image" Target="media/x14188.wmf"/><Relationship Id="rId4434" Type="http://schemas.openxmlformats.org/officeDocument/2006/relationships/image" Target="media/x14189.png"/><Relationship Id="rId4435" Type="http://schemas.openxmlformats.org/officeDocument/2006/relationships/image" Target="media/x14190.wmf"/><Relationship Id="rId4436" Type="http://schemas.openxmlformats.org/officeDocument/2006/relationships/image" Target="media/x14191.wmf"/><Relationship Id="rId4437" Type="http://schemas.openxmlformats.org/officeDocument/2006/relationships/image" Target="media/x14192.wmf"/><Relationship Id="rId4438" Type="http://schemas.openxmlformats.org/officeDocument/2006/relationships/image" Target="media/x14193.wmf"/><Relationship Id="rId4439" Type="http://schemas.openxmlformats.org/officeDocument/2006/relationships/image" Target="media/x14194.wmf"/><Relationship Id="rId4440" Type="http://schemas.openxmlformats.org/officeDocument/2006/relationships/image" Target="media/x14195.wmf"/><Relationship Id="rId4441" Type="http://schemas.openxmlformats.org/officeDocument/2006/relationships/image" Target="media/x14196.wmf"/><Relationship Id="rId4442" Type="http://schemas.openxmlformats.org/officeDocument/2006/relationships/image" Target="media/x14197.wmf"/><Relationship Id="rId4443" Type="http://schemas.openxmlformats.org/officeDocument/2006/relationships/image" Target="media/x14198.wmf"/><Relationship Id="rId4444" Type="http://schemas.openxmlformats.org/officeDocument/2006/relationships/image" Target="media/x14199.wmf"/><Relationship Id="rId4445" Type="http://schemas.openxmlformats.org/officeDocument/2006/relationships/image" Target="media/x14200.wmf"/><Relationship Id="rId4446" Type="http://schemas.openxmlformats.org/officeDocument/2006/relationships/image" Target="media/x14201.wmf"/><Relationship Id="rId4447" Type="http://schemas.openxmlformats.org/officeDocument/2006/relationships/image" Target="media/x14202.wmf"/><Relationship Id="rId4448" Type="http://schemas.openxmlformats.org/officeDocument/2006/relationships/image" Target="media/x14203.png"/><Relationship Id="rId4449" Type="http://schemas.openxmlformats.org/officeDocument/2006/relationships/image" Target="media/x14204.wmf"/><Relationship Id="rId4450" Type="http://schemas.openxmlformats.org/officeDocument/2006/relationships/image" Target="media/x14205.wmf"/><Relationship Id="rId4451" Type="http://schemas.openxmlformats.org/officeDocument/2006/relationships/image" Target="media/x14206.wmf"/><Relationship Id="rId4452" Type="http://schemas.openxmlformats.org/officeDocument/2006/relationships/image" Target="media/x14207.wmf"/><Relationship Id="rId4453" Type="http://schemas.openxmlformats.org/officeDocument/2006/relationships/image" Target="media/x14208.wmf"/><Relationship Id="rId4454" Type="http://schemas.openxmlformats.org/officeDocument/2006/relationships/image" Target="media/x14209.wmf"/><Relationship Id="rId4455" Type="http://schemas.openxmlformats.org/officeDocument/2006/relationships/image" Target="media/x14210.wmf"/><Relationship Id="rId4456" Type="http://schemas.openxmlformats.org/officeDocument/2006/relationships/image" Target="media/x14211.wmf"/><Relationship Id="rId4457" Type="http://schemas.openxmlformats.org/officeDocument/2006/relationships/image" Target="media/x14212.wmf"/><Relationship Id="rId4458" Type="http://schemas.openxmlformats.org/officeDocument/2006/relationships/image" Target="media/x14213.wmf"/><Relationship Id="rId4459" Type="http://schemas.openxmlformats.org/officeDocument/2006/relationships/image" Target="media/x14214.wmf"/><Relationship Id="rId4460" Type="http://schemas.openxmlformats.org/officeDocument/2006/relationships/image" Target="media/x14215.wmf"/><Relationship Id="rId4461" Type="http://schemas.openxmlformats.org/officeDocument/2006/relationships/image" Target="media/x14216.wmf"/><Relationship Id="rId4462" Type="http://schemas.openxmlformats.org/officeDocument/2006/relationships/image" Target="media/x14217.wmf"/><Relationship Id="rId4463" Type="http://schemas.openxmlformats.org/officeDocument/2006/relationships/image" Target="media/x14218.wmf"/><Relationship Id="rId4464" Type="http://schemas.openxmlformats.org/officeDocument/2006/relationships/image" Target="media/x14219.wmf"/><Relationship Id="rId4465" Type="http://schemas.openxmlformats.org/officeDocument/2006/relationships/image" Target="media/x14220.wmf"/><Relationship Id="rId4466" Type="http://schemas.openxmlformats.org/officeDocument/2006/relationships/image" Target="media/x14221.wmf"/><Relationship Id="rId4467" Type="http://schemas.openxmlformats.org/officeDocument/2006/relationships/image" Target="media/x14222.wmf"/><Relationship Id="rId4468" Type="http://schemas.openxmlformats.org/officeDocument/2006/relationships/image" Target="media/x14223.wmf"/><Relationship Id="rId4469" Type="http://schemas.openxmlformats.org/officeDocument/2006/relationships/image" Target="media/x14224.wmf"/><Relationship Id="rId4470" Type="http://schemas.openxmlformats.org/officeDocument/2006/relationships/image" Target="media/x14225.wmf"/><Relationship Id="rId4471" Type="http://schemas.openxmlformats.org/officeDocument/2006/relationships/image" Target="media/x14226.wmf"/><Relationship Id="rId4472" Type="http://schemas.openxmlformats.org/officeDocument/2006/relationships/image" Target="media/x14227.wmf"/><Relationship Id="rId4473" Type="http://schemas.openxmlformats.org/officeDocument/2006/relationships/image" Target="media/x14228.wmf"/><Relationship Id="rId4474" Type="http://schemas.openxmlformats.org/officeDocument/2006/relationships/image" Target="media/x14229.wmf"/><Relationship Id="rId4475" Type="http://schemas.openxmlformats.org/officeDocument/2006/relationships/image" Target="media/x14230.wmf"/><Relationship Id="rId4476" Type="http://schemas.openxmlformats.org/officeDocument/2006/relationships/image" Target="media/x14231.wmf"/><Relationship Id="rId4477" Type="http://schemas.openxmlformats.org/officeDocument/2006/relationships/image" Target="media/x14232.wmf"/><Relationship Id="rId4478" Type="http://schemas.openxmlformats.org/officeDocument/2006/relationships/image" Target="media/x14233.wmf"/><Relationship Id="rId4479" Type="http://schemas.openxmlformats.org/officeDocument/2006/relationships/image" Target="media/x14234.wmf"/><Relationship Id="rId4480" Type="http://schemas.openxmlformats.org/officeDocument/2006/relationships/image" Target="media/x14235.wmf"/><Relationship Id="rId4481" Type="http://schemas.openxmlformats.org/officeDocument/2006/relationships/image" Target="media/x14236.wmf"/><Relationship Id="rId4482" Type="http://schemas.openxmlformats.org/officeDocument/2006/relationships/image" Target="media/x14237.wmf"/><Relationship Id="rId4483" Type="http://schemas.openxmlformats.org/officeDocument/2006/relationships/image" Target="media/x14238.wmf"/><Relationship Id="rId4484" Type="http://schemas.openxmlformats.org/officeDocument/2006/relationships/image" Target="media/x14239.wmf"/><Relationship Id="rId4485" Type="http://schemas.openxmlformats.org/officeDocument/2006/relationships/image" Target="media/x14240.wmf"/><Relationship Id="rId4486" Type="http://schemas.openxmlformats.org/officeDocument/2006/relationships/image" Target="media/x14241.wmf"/><Relationship Id="rId4487" Type="http://schemas.openxmlformats.org/officeDocument/2006/relationships/image" Target="media/x14242.wmf"/><Relationship Id="rId4488" Type="http://schemas.openxmlformats.org/officeDocument/2006/relationships/image" Target="media/x14243.wmf"/><Relationship Id="rId4489" Type="http://schemas.openxmlformats.org/officeDocument/2006/relationships/image" Target="media/x14244.wmf"/><Relationship Id="rId4490" Type="http://schemas.openxmlformats.org/officeDocument/2006/relationships/image" Target="media/x14245.wmf"/><Relationship Id="rId4491" Type="http://schemas.openxmlformats.org/officeDocument/2006/relationships/image" Target="media/x14246.wmf"/><Relationship Id="rId4492" Type="http://schemas.openxmlformats.org/officeDocument/2006/relationships/image" Target="media/x14247.wmf"/><Relationship Id="rId4493" Type="http://schemas.openxmlformats.org/officeDocument/2006/relationships/image" Target="media/x14248.wmf"/><Relationship Id="rId4494" Type="http://schemas.openxmlformats.org/officeDocument/2006/relationships/image" Target="media/x14249.wmf"/><Relationship Id="rId4495" Type="http://schemas.openxmlformats.org/officeDocument/2006/relationships/image" Target="media/x14250.wmf"/><Relationship Id="rId4496" Type="http://schemas.openxmlformats.org/officeDocument/2006/relationships/image" Target="media/x14251.wmf"/><Relationship Id="rId4497" Type="http://schemas.openxmlformats.org/officeDocument/2006/relationships/image" Target="media/x14252.wmf"/><Relationship Id="rId4498" Type="http://schemas.openxmlformats.org/officeDocument/2006/relationships/image" Target="media/x14253.wmf"/><Relationship Id="rId4499" Type="http://schemas.openxmlformats.org/officeDocument/2006/relationships/image" Target="media/x14254.wmf"/><Relationship Id="rId4500" Type="http://schemas.openxmlformats.org/officeDocument/2006/relationships/image" Target="media/x14255.wmf"/><Relationship Id="rId4501" Type="http://schemas.openxmlformats.org/officeDocument/2006/relationships/image" Target="media/x14256.wmf"/><Relationship Id="rId4502" Type="http://schemas.openxmlformats.org/officeDocument/2006/relationships/image" Target="media/x14257.wmf"/><Relationship Id="rId4503" Type="http://schemas.openxmlformats.org/officeDocument/2006/relationships/image" Target="media/x14258.wmf"/><Relationship Id="rId4504" Type="http://schemas.openxmlformats.org/officeDocument/2006/relationships/image" Target="media/x14259.wmf"/><Relationship Id="rId4505" Type="http://schemas.openxmlformats.org/officeDocument/2006/relationships/image" Target="media/x14260.wmf"/><Relationship Id="rId4506" Type="http://schemas.openxmlformats.org/officeDocument/2006/relationships/image" Target="media/x14261.wmf"/><Relationship Id="rId4507" Type="http://schemas.openxmlformats.org/officeDocument/2006/relationships/image" Target="media/x14262.wmf"/><Relationship Id="rId4508" Type="http://schemas.openxmlformats.org/officeDocument/2006/relationships/image" Target="media/x14263.wmf"/><Relationship Id="rId4509" Type="http://schemas.openxmlformats.org/officeDocument/2006/relationships/image" Target="media/x14264.wmf"/><Relationship Id="rId4510" Type="http://schemas.openxmlformats.org/officeDocument/2006/relationships/image" Target="media/x14265.wmf"/><Relationship Id="rId4511" Type="http://schemas.openxmlformats.org/officeDocument/2006/relationships/image" Target="media/x14266.png"/><Relationship Id="rId4512" Type="http://schemas.openxmlformats.org/officeDocument/2006/relationships/image" Target="media/x14267.wmf"/><Relationship Id="rId4513" Type="http://schemas.openxmlformats.org/officeDocument/2006/relationships/image" Target="media/x14268.wmf"/><Relationship Id="rId4514" Type="http://schemas.openxmlformats.org/officeDocument/2006/relationships/image" Target="media/x14269.wmf"/><Relationship Id="rId4515" Type="http://schemas.openxmlformats.org/officeDocument/2006/relationships/image" Target="media/x14270.wmf"/><Relationship Id="rId4516" Type="http://schemas.openxmlformats.org/officeDocument/2006/relationships/image" Target="media/x14271.png"/><Relationship Id="rId4517" Type="http://schemas.openxmlformats.org/officeDocument/2006/relationships/image" Target="media/x14272.png"/><Relationship Id="rId4518" Type="http://schemas.openxmlformats.org/officeDocument/2006/relationships/image" Target="media/x14273.wmf"/><Relationship Id="rId4519" Type="http://schemas.openxmlformats.org/officeDocument/2006/relationships/image" Target="media/x14274.png"/><Relationship Id="rId4520" Type="http://schemas.openxmlformats.org/officeDocument/2006/relationships/image" Target="media/x14275.wmf"/><Relationship Id="rId4521" Type="http://schemas.openxmlformats.org/officeDocument/2006/relationships/image" Target="media/x14276.wmf"/><Relationship Id="rId4522" Type="http://schemas.openxmlformats.org/officeDocument/2006/relationships/image" Target="media/x14277.wmf"/><Relationship Id="rId4523" Type="http://schemas.openxmlformats.org/officeDocument/2006/relationships/image" Target="media/x14278.wmf"/><Relationship Id="rId4524" Type="http://schemas.openxmlformats.org/officeDocument/2006/relationships/image" Target="media/x14279.wmf"/><Relationship Id="rId4525" Type="http://schemas.openxmlformats.org/officeDocument/2006/relationships/image" Target="media/x14280.wmf"/><Relationship Id="rId4526" Type="http://schemas.openxmlformats.org/officeDocument/2006/relationships/image" Target="media/x14281.wmf"/><Relationship Id="rId4527" Type="http://schemas.openxmlformats.org/officeDocument/2006/relationships/image" Target="media/x14282.png"/><Relationship Id="rId4528" Type="http://schemas.openxmlformats.org/officeDocument/2006/relationships/image" Target="media/x14283.wmf"/><Relationship Id="rId4529" Type="http://schemas.openxmlformats.org/officeDocument/2006/relationships/image" Target="media/x14284.wmf"/><Relationship Id="rId4530" Type="http://schemas.openxmlformats.org/officeDocument/2006/relationships/image" Target="media/x14285.wmf"/><Relationship Id="rId4531" Type="http://schemas.openxmlformats.org/officeDocument/2006/relationships/image" Target="media/x14286.wmf"/><Relationship Id="rId4532" Type="http://schemas.openxmlformats.org/officeDocument/2006/relationships/image" Target="media/x14287.wmf"/><Relationship Id="rId4533" Type="http://schemas.openxmlformats.org/officeDocument/2006/relationships/image" Target="media/x14288.wmf"/><Relationship Id="rId4534" Type="http://schemas.openxmlformats.org/officeDocument/2006/relationships/image" Target="media/x14289.wmf"/><Relationship Id="rId4535" Type="http://schemas.openxmlformats.org/officeDocument/2006/relationships/image" Target="media/x14290.wmf"/><Relationship Id="rId4536" Type="http://schemas.openxmlformats.org/officeDocument/2006/relationships/image" Target="media/x14291.wmf"/><Relationship Id="rId4537" Type="http://schemas.openxmlformats.org/officeDocument/2006/relationships/image" Target="media/x14292.wmf"/><Relationship Id="rId4538" Type="http://schemas.openxmlformats.org/officeDocument/2006/relationships/image" Target="media/x14293.wmf"/><Relationship Id="rId4539" Type="http://schemas.openxmlformats.org/officeDocument/2006/relationships/image" Target="media/x14294.wmf"/><Relationship Id="rId4540" Type="http://schemas.openxmlformats.org/officeDocument/2006/relationships/image" Target="media/x14295.wmf"/><Relationship Id="rId4541" Type="http://schemas.openxmlformats.org/officeDocument/2006/relationships/image" Target="media/x14296.wmf"/><Relationship Id="rId4542" Type="http://schemas.openxmlformats.org/officeDocument/2006/relationships/image" Target="media/x14297.wmf"/><Relationship Id="rId4543" Type="http://schemas.openxmlformats.org/officeDocument/2006/relationships/image" Target="media/x14298.wmf"/><Relationship Id="rId4544" Type="http://schemas.openxmlformats.org/officeDocument/2006/relationships/image" Target="media/x14299.wmf"/><Relationship Id="rId4545" Type="http://schemas.openxmlformats.org/officeDocument/2006/relationships/image" Target="media/x14300.wmf"/><Relationship Id="rId4546" Type="http://schemas.openxmlformats.org/officeDocument/2006/relationships/image" Target="media/x14301.wmf"/><Relationship Id="rId4547" Type="http://schemas.openxmlformats.org/officeDocument/2006/relationships/image" Target="media/x14302.wmf"/><Relationship Id="rId4548" Type="http://schemas.openxmlformats.org/officeDocument/2006/relationships/image" Target="media/x14303.wmf"/><Relationship Id="rId4549" Type="http://schemas.openxmlformats.org/officeDocument/2006/relationships/image" Target="media/x14304.wmf"/><Relationship Id="rId4550" Type="http://schemas.openxmlformats.org/officeDocument/2006/relationships/image" Target="media/x14305.wmf"/><Relationship Id="rId4551" Type="http://schemas.openxmlformats.org/officeDocument/2006/relationships/image" Target="media/x14306.wmf"/><Relationship Id="rId4552" Type="http://schemas.openxmlformats.org/officeDocument/2006/relationships/image" Target="media/x14307.wmf"/><Relationship Id="rId4553" Type="http://schemas.openxmlformats.org/officeDocument/2006/relationships/image" Target="media/x14308.wmf"/><Relationship Id="rId4554" Type="http://schemas.openxmlformats.org/officeDocument/2006/relationships/image" Target="media/x14309.wmf"/><Relationship Id="rId4555" Type="http://schemas.openxmlformats.org/officeDocument/2006/relationships/image" Target="media/x14310.wmf"/><Relationship Id="rId4556" Type="http://schemas.openxmlformats.org/officeDocument/2006/relationships/image" Target="media/x14311.wmf"/><Relationship Id="rId4557" Type="http://schemas.openxmlformats.org/officeDocument/2006/relationships/image" Target="media/x14312.wmf"/><Relationship Id="rId4558" Type="http://schemas.openxmlformats.org/officeDocument/2006/relationships/image" Target="media/x14313.wmf"/><Relationship Id="rId4559" Type="http://schemas.openxmlformats.org/officeDocument/2006/relationships/image" Target="media/x14314.wmf"/><Relationship Id="rId4560" Type="http://schemas.openxmlformats.org/officeDocument/2006/relationships/image" Target="media/x14315.wmf"/><Relationship Id="rId4561" Type="http://schemas.openxmlformats.org/officeDocument/2006/relationships/image" Target="media/x14316.wmf"/><Relationship Id="rId4562" Type="http://schemas.openxmlformats.org/officeDocument/2006/relationships/image" Target="media/x14317.wmf"/><Relationship Id="rId4563" Type="http://schemas.openxmlformats.org/officeDocument/2006/relationships/image" Target="media/x14318.wmf"/><Relationship Id="rId4564" Type="http://schemas.openxmlformats.org/officeDocument/2006/relationships/image" Target="media/x14319.wmf"/><Relationship Id="rId4565" Type="http://schemas.openxmlformats.org/officeDocument/2006/relationships/image" Target="media/x14320.wmf"/><Relationship Id="rId4566" Type="http://schemas.openxmlformats.org/officeDocument/2006/relationships/image" Target="media/x14321.wmf"/><Relationship Id="rId4567" Type="http://schemas.openxmlformats.org/officeDocument/2006/relationships/image" Target="media/x14322.wmf"/><Relationship Id="rId4568" Type="http://schemas.openxmlformats.org/officeDocument/2006/relationships/image" Target="media/x14323.wmf"/><Relationship Id="rId4569" Type="http://schemas.openxmlformats.org/officeDocument/2006/relationships/image" Target="media/x14324.wmf"/><Relationship Id="rId4570" Type="http://schemas.openxmlformats.org/officeDocument/2006/relationships/image" Target="media/x14325.wmf"/><Relationship Id="rId4571" Type="http://schemas.openxmlformats.org/officeDocument/2006/relationships/image" Target="media/x14326.wmf"/><Relationship Id="rId4572" Type="http://schemas.openxmlformats.org/officeDocument/2006/relationships/image" Target="media/x14327.wmf"/><Relationship Id="rId4573" Type="http://schemas.openxmlformats.org/officeDocument/2006/relationships/image" Target="media/x14328.wmf"/><Relationship Id="rId4574" Type="http://schemas.openxmlformats.org/officeDocument/2006/relationships/image" Target="media/x14329.wmf"/><Relationship Id="rId4575" Type="http://schemas.openxmlformats.org/officeDocument/2006/relationships/image" Target="media/x14330.wmf"/><Relationship Id="rId4576" Type="http://schemas.openxmlformats.org/officeDocument/2006/relationships/image" Target="media/x14331.wmf"/><Relationship Id="rId4577" Type="http://schemas.openxmlformats.org/officeDocument/2006/relationships/image" Target="media/x14332.wmf"/><Relationship Id="rId4578" Type="http://schemas.openxmlformats.org/officeDocument/2006/relationships/image" Target="media/x14333.wmf"/><Relationship Id="rId4579" Type="http://schemas.openxmlformats.org/officeDocument/2006/relationships/image" Target="media/x14334.wmf"/><Relationship Id="rId4580" Type="http://schemas.openxmlformats.org/officeDocument/2006/relationships/image" Target="media/x14335.wmf"/><Relationship Id="rId4581" Type="http://schemas.openxmlformats.org/officeDocument/2006/relationships/image" Target="media/x14336.wmf"/><Relationship Id="rId4582" Type="http://schemas.openxmlformats.org/officeDocument/2006/relationships/image" Target="media/x14337.wmf"/><Relationship Id="rId4583" Type="http://schemas.openxmlformats.org/officeDocument/2006/relationships/image" Target="media/x14338.wmf"/><Relationship Id="rId4584" Type="http://schemas.openxmlformats.org/officeDocument/2006/relationships/image" Target="media/x14339.wmf"/><Relationship Id="rId4585" Type="http://schemas.openxmlformats.org/officeDocument/2006/relationships/image" Target="media/x14340.wmf"/><Relationship Id="rId4586" Type="http://schemas.openxmlformats.org/officeDocument/2006/relationships/image" Target="media/x14341.wmf"/><Relationship Id="rId4587" Type="http://schemas.openxmlformats.org/officeDocument/2006/relationships/image" Target="media/x14342.wmf"/><Relationship Id="rId4588" Type="http://schemas.openxmlformats.org/officeDocument/2006/relationships/image" Target="media/x14343.wmf"/><Relationship Id="rId4589" Type="http://schemas.openxmlformats.org/officeDocument/2006/relationships/image" Target="media/x14344.wmf"/><Relationship Id="rId4590" Type="http://schemas.openxmlformats.org/officeDocument/2006/relationships/image" Target="media/x14345.wmf"/><Relationship Id="rId4591" Type="http://schemas.openxmlformats.org/officeDocument/2006/relationships/image" Target="media/x14346.wmf"/><Relationship Id="rId4592" Type="http://schemas.openxmlformats.org/officeDocument/2006/relationships/image" Target="media/x14347.wmf"/><Relationship Id="rId4593" Type="http://schemas.openxmlformats.org/officeDocument/2006/relationships/image" Target="media/x14348.wmf"/><Relationship Id="rId4594" Type="http://schemas.openxmlformats.org/officeDocument/2006/relationships/image" Target="media/x14349.wmf"/><Relationship Id="rId4595" Type="http://schemas.openxmlformats.org/officeDocument/2006/relationships/image" Target="media/x14350.wmf"/><Relationship Id="rId4596" Type="http://schemas.openxmlformats.org/officeDocument/2006/relationships/image" Target="media/x14351.wmf"/><Relationship Id="rId4597" Type="http://schemas.openxmlformats.org/officeDocument/2006/relationships/image" Target="media/x14352.wmf"/><Relationship Id="rId4598" Type="http://schemas.openxmlformats.org/officeDocument/2006/relationships/image" Target="media/x14353.wmf"/><Relationship Id="rId4599" Type="http://schemas.openxmlformats.org/officeDocument/2006/relationships/image" Target="media/x14354.wmf"/><Relationship Id="rId4600" Type="http://schemas.openxmlformats.org/officeDocument/2006/relationships/image" Target="media/x14355.wmf"/><Relationship Id="rId4601" Type="http://schemas.openxmlformats.org/officeDocument/2006/relationships/image" Target="media/x14356.wmf"/><Relationship Id="rId4602" Type="http://schemas.openxmlformats.org/officeDocument/2006/relationships/image" Target="media/x14357.wmf"/><Relationship Id="rId4603" Type="http://schemas.openxmlformats.org/officeDocument/2006/relationships/image" Target="media/x14358.wmf"/><Relationship Id="rId4604" Type="http://schemas.openxmlformats.org/officeDocument/2006/relationships/image" Target="media/x14359.wmf"/><Relationship Id="rId4605" Type="http://schemas.openxmlformats.org/officeDocument/2006/relationships/image" Target="media/x14360.wmf"/><Relationship Id="rId4606" Type="http://schemas.openxmlformats.org/officeDocument/2006/relationships/image" Target="media/x14361.wmf"/><Relationship Id="rId4607" Type="http://schemas.openxmlformats.org/officeDocument/2006/relationships/image" Target="media/x14362.wmf"/><Relationship Id="rId4608" Type="http://schemas.openxmlformats.org/officeDocument/2006/relationships/image" Target="media/x14363.wmf"/><Relationship Id="rId4609" Type="http://schemas.openxmlformats.org/officeDocument/2006/relationships/image" Target="media/x14364.wmf"/><Relationship Id="rId4610" Type="http://schemas.openxmlformats.org/officeDocument/2006/relationships/image" Target="media/x14365.wmf"/><Relationship Id="rId4611" Type="http://schemas.openxmlformats.org/officeDocument/2006/relationships/image" Target="media/x14366.wmf"/><Relationship Id="rId4612" Type="http://schemas.openxmlformats.org/officeDocument/2006/relationships/image" Target="media/x14367.wmf"/><Relationship Id="rId4613" Type="http://schemas.openxmlformats.org/officeDocument/2006/relationships/image" Target="media/x14368.wmf"/><Relationship Id="rId4614" Type="http://schemas.openxmlformats.org/officeDocument/2006/relationships/image" Target="media/x14369.wmf"/><Relationship Id="rId4615" Type="http://schemas.openxmlformats.org/officeDocument/2006/relationships/image" Target="media/x14370.wmf"/><Relationship Id="rId4616" Type="http://schemas.openxmlformats.org/officeDocument/2006/relationships/image" Target="media/x14371.wmf"/><Relationship Id="rId4617" Type="http://schemas.openxmlformats.org/officeDocument/2006/relationships/image" Target="media/x14372.wmf"/><Relationship Id="rId4618" Type="http://schemas.openxmlformats.org/officeDocument/2006/relationships/image" Target="media/x14373.wmf"/><Relationship Id="rId4619" Type="http://schemas.openxmlformats.org/officeDocument/2006/relationships/image" Target="media/x14374.wmf"/><Relationship Id="rId4620" Type="http://schemas.openxmlformats.org/officeDocument/2006/relationships/image" Target="media/x14375.wmf"/><Relationship Id="rId4621" Type="http://schemas.openxmlformats.org/officeDocument/2006/relationships/image" Target="media/x14376.wmf"/><Relationship Id="rId4622" Type="http://schemas.openxmlformats.org/officeDocument/2006/relationships/image" Target="media/x14377.wmf"/><Relationship Id="rId4623" Type="http://schemas.openxmlformats.org/officeDocument/2006/relationships/image" Target="media/x14378.wmf"/><Relationship Id="rId4624" Type="http://schemas.openxmlformats.org/officeDocument/2006/relationships/image" Target="media/x14379.wmf"/><Relationship Id="rId4625" Type="http://schemas.openxmlformats.org/officeDocument/2006/relationships/image" Target="media/x14380.wmf"/><Relationship Id="rId4626" Type="http://schemas.openxmlformats.org/officeDocument/2006/relationships/image" Target="media/x14381.wmf"/><Relationship Id="rId4627" Type="http://schemas.openxmlformats.org/officeDocument/2006/relationships/image" Target="media/x14382.wmf"/><Relationship Id="rId4628" Type="http://schemas.openxmlformats.org/officeDocument/2006/relationships/image" Target="media/x14383.wmf"/><Relationship Id="rId4629" Type="http://schemas.openxmlformats.org/officeDocument/2006/relationships/image" Target="media/x14384.wmf"/><Relationship Id="rId4630" Type="http://schemas.openxmlformats.org/officeDocument/2006/relationships/image" Target="media/x14385.wmf"/><Relationship Id="rId4631" Type="http://schemas.openxmlformats.org/officeDocument/2006/relationships/image" Target="media/x14386.wmf"/><Relationship Id="rId4632" Type="http://schemas.openxmlformats.org/officeDocument/2006/relationships/image" Target="media/x14387.wmf"/><Relationship Id="rId4633" Type="http://schemas.openxmlformats.org/officeDocument/2006/relationships/image" Target="media/x14388.wmf"/><Relationship Id="rId4634" Type="http://schemas.openxmlformats.org/officeDocument/2006/relationships/image" Target="media/x14389.wmf"/><Relationship Id="rId4635" Type="http://schemas.openxmlformats.org/officeDocument/2006/relationships/image" Target="media/x14390.wmf"/><Relationship Id="rId4636" Type="http://schemas.openxmlformats.org/officeDocument/2006/relationships/image" Target="media/x14391.wmf"/><Relationship Id="rId4637" Type="http://schemas.openxmlformats.org/officeDocument/2006/relationships/image" Target="media/x14392.wmf"/><Relationship Id="rId4638" Type="http://schemas.openxmlformats.org/officeDocument/2006/relationships/image" Target="media/x14393.wmf"/><Relationship Id="rId4639" Type="http://schemas.openxmlformats.org/officeDocument/2006/relationships/image" Target="media/x14394.wmf"/><Relationship Id="rId4640" Type="http://schemas.openxmlformats.org/officeDocument/2006/relationships/image" Target="media/x14395.wmf"/><Relationship Id="rId4641" Type="http://schemas.openxmlformats.org/officeDocument/2006/relationships/image" Target="media/x14396.wmf"/><Relationship Id="rId4642" Type="http://schemas.openxmlformats.org/officeDocument/2006/relationships/image" Target="media/x14397.wmf"/><Relationship Id="rId4643" Type="http://schemas.openxmlformats.org/officeDocument/2006/relationships/image" Target="media/x14398.wmf"/><Relationship Id="rId4644" Type="http://schemas.openxmlformats.org/officeDocument/2006/relationships/image" Target="media/x14399.wmf"/><Relationship Id="rId4645" Type="http://schemas.openxmlformats.org/officeDocument/2006/relationships/image" Target="media/x14400.wmf"/><Relationship Id="rId4646" Type="http://schemas.openxmlformats.org/officeDocument/2006/relationships/image" Target="media/x14401.wmf"/><Relationship Id="rId4647" Type="http://schemas.openxmlformats.org/officeDocument/2006/relationships/image" Target="media/x14402.wmf"/><Relationship Id="rId4648" Type="http://schemas.openxmlformats.org/officeDocument/2006/relationships/image" Target="media/x14403.wmf"/><Relationship Id="rId4649" Type="http://schemas.openxmlformats.org/officeDocument/2006/relationships/image" Target="media/x14404.wmf"/><Relationship Id="rId4650" Type="http://schemas.openxmlformats.org/officeDocument/2006/relationships/image" Target="media/x14405.wmf"/><Relationship Id="rId4651" Type="http://schemas.openxmlformats.org/officeDocument/2006/relationships/image" Target="media/x14406.wmf"/><Relationship Id="rId4652" Type="http://schemas.openxmlformats.org/officeDocument/2006/relationships/image" Target="media/x14407.wmf"/><Relationship Id="rId4653" Type="http://schemas.openxmlformats.org/officeDocument/2006/relationships/image" Target="media/x14408.wmf"/><Relationship Id="rId4654" Type="http://schemas.openxmlformats.org/officeDocument/2006/relationships/image" Target="media/x14409.wmf"/><Relationship Id="rId4655" Type="http://schemas.openxmlformats.org/officeDocument/2006/relationships/image" Target="media/x14410.wmf"/><Relationship Id="rId4656" Type="http://schemas.openxmlformats.org/officeDocument/2006/relationships/image" Target="media/x14411.wmf"/><Relationship Id="rId4657" Type="http://schemas.openxmlformats.org/officeDocument/2006/relationships/image" Target="media/x14412.wmf"/><Relationship Id="rId4658" Type="http://schemas.openxmlformats.org/officeDocument/2006/relationships/image" Target="media/x14413.wmf"/><Relationship Id="rId4659" Type="http://schemas.openxmlformats.org/officeDocument/2006/relationships/image" Target="media/x14414.wmf"/><Relationship Id="rId4660" Type="http://schemas.openxmlformats.org/officeDocument/2006/relationships/image" Target="media/x14415.wmf"/><Relationship Id="rId4661" Type="http://schemas.openxmlformats.org/officeDocument/2006/relationships/image" Target="media/x14416.wmf"/><Relationship Id="rId4662" Type="http://schemas.openxmlformats.org/officeDocument/2006/relationships/image" Target="media/x14417.wmf"/><Relationship Id="rId4663" Type="http://schemas.openxmlformats.org/officeDocument/2006/relationships/image" Target="media/x14418.wmf"/><Relationship Id="rId4664" Type="http://schemas.openxmlformats.org/officeDocument/2006/relationships/image" Target="media/x14419.wmf"/><Relationship Id="rId4665" Type="http://schemas.openxmlformats.org/officeDocument/2006/relationships/image" Target="media/x14420.wmf"/><Relationship Id="rId4666" Type="http://schemas.openxmlformats.org/officeDocument/2006/relationships/image" Target="media/x14421.wmf"/><Relationship Id="rId4667" Type="http://schemas.openxmlformats.org/officeDocument/2006/relationships/image" Target="media/x14422.wmf"/><Relationship Id="rId4668" Type="http://schemas.openxmlformats.org/officeDocument/2006/relationships/image" Target="media/x14423.wmf"/><Relationship Id="rId4669" Type="http://schemas.openxmlformats.org/officeDocument/2006/relationships/image" Target="media/x14424.wmf"/><Relationship Id="rId4670" Type="http://schemas.openxmlformats.org/officeDocument/2006/relationships/image" Target="media/x14425.wmf"/><Relationship Id="rId4671" Type="http://schemas.openxmlformats.org/officeDocument/2006/relationships/image" Target="media/x14426.wmf"/><Relationship Id="rId4672" Type="http://schemas.openxmlformats.org/officeDocument/2006/relationships/image" Target="media/x14427.wmf"/><Relationship Id="rId4673" Type="http://schemas.openxmlformats.org/officeDocument/2006/relationships/image" Target="media/x14428.wmf"/><Relationship Id="rId4674" Type="http://schemas.openxmlformats.org/officeDocument/2006/relationships/image" Target="media/x14429.wmf"/><Relationship Id="rId4675" Type="http://schemas.openxmlformats.org/officeDocument/2006/relationships/image" Target="media/x14430.wmf"/><Relationship Id="rId4676" Type="http://schemas.openxmlformats.org/officeDocument/2006/relationships/image" Target="media/x14431.wmf"/><Relationship Id="rId4677" Type="http://schemas.openxmlformats.org/officeDocument/2006/relationships/image" Target="media/x14432.wmf"/><Relationship Id="rId4678" Type="http://schemas.openxmlformats.org/officeDocument/2006/relationships/image" Target="media/x14433.wmf"/><Relationship Id="rId4679" Type="http://schemas.openxmlformats.org/officeDocument/2006/relationships/image" Target="media/x14434.wmf"/><Relationship Id="rId4680" Type="http://schemas.openxmlformats.org/officeDocument/2006/relationships/image" Target="media/x14435.wmf"/><Relationship Id="rId4681" Type="http://schemas.openxmlformats.org/officeDocument/2006/relationships/image" Target="media/x14436.wmf"/><Relationship Id="rId4682" Type="http://schemas.openxmlformats.org/officeDocument/2006/relationships/image" Target="media/x14437.wmf"/><Relationship Id="rId4683" Type="http://schemas.openxmlformats.org/officeDocument/2006/relationships/image" Target="media/x14438.wmf"/><Relationship Id="rId4684" Type="http://schemas.openxmlformats.org/officeDocument/2006/relationships/image" Target="media/x14439.wmf"/><Relationship Id="rId4685" Type="http://schemas.openxmlformats.org/officeDocument/2006/relationships/image" Target="media/x14440.wmf"/><Relationship Id="rId4686" Type="http://schemas.openxmlformats.org/officeDocument/2006/relationships/image" Target="media/x14441.wmf"/><Relationship Id="rId4687" Type="http://schemas.openxmlformats.org/officeDocument/2006/relationships/image" Target="media/x14442.wmf"/><Relationship Id="rId4688" Type="http://schemas.openxmlformats.org/officeDocument/2006/relationships/image" Target="media/x14443.wmf"/><Relationship Id="rId4689" Type="http://schemas.openxmlformats.org/officeDocument/2006/relationships/image" Target="media/x14444.wmf"/><Relationship Id="rId4690" Type="http://schemas.openxmlformats.org/officeDocument/2006/relationships/image" Target="media/x14445.wmf"/><Relationship Id="rId4691" Type="http://schemas.openxmlformats.org/officeDocument/2006/relationships/image" Target="media/x14446.wmf"/><Relationship Id="rId4692" Type="http://schemas.openxmlformats.org/officeDocument/2006/relationships/image" Target="media/x14447.wmf"/><Relationship Id="rId4693" Type="http://schemas.openxmlformats.org/officeDocument/2006/relationships/image" Target="media/x14448.wmf"/><Relationship Id="rId4694" Type="http://schemas.openxmlformats.org/officeDocument/2006/relationships/image" Target="media/x14449.wmf"/><Relationship Id="rId4695" Type="http://schemas.openxmlformats.org/officeDocument/2006/relationships/image" Target="media/x14450.wmf"/><Relationship Id="rId4696" Type="http://schemas.openxmlformats.org/officeDocument/2006/relationships/image" Target="media/x14451.wmf"/><Relationship Id="rId4697" Type="http://schemas.openxmlformats.org/officeDocument/2006/relationships/image" Target="media/x14452.wmf"/><Relationship Id="rId4698" Type="http://schemas.openxmlformats.org/officeDocument/2006/relationships/image" Target="media/x14453.wmf"/><Relationship Id="rId4699" Type="http://schemas.openxmlformats.org/officeDocument/2006/relationships/image" Target="media/x14454.wmf"/><Relationship Id="rId4700" Type="http://schemas.openxmlformats.org/officeDocument/2006/relationships/image" Target="media/x14455.wmf"/><Relationship Id="rId4701" Type="http://schemas.openxmlformats.org/officeDocument/2006/relationships/image" Target="media/x14456.wmf"/><Relationship Id="rId4702" Type="http://schemas.openxmlformats.org/officeDocument/2006/relationships/image" Target="media/x14457.wmf"/><Relationship Id="rId4703" Type="http://schemas.openxmlformats.org/officeDocument/2006/relationships/image" Target="media/x14458.wmf"/><Relationship Id="rId4704" Type="http://schemas.openxmlformats.org/officeDocument/2006/relationships/image" Target="media/x14459.wmf"/><Relationship Id="rId4705" Type="http://schemas.openxmlformats.org/officeDocument/2006/relationships/image" Target="media/x14460.wmf"/><Relationship Id="rId4706" Type="http://schemas.openxmlformats.org/officeDocument/2006/relationships/image" Target="media/x14461.wmf"/><Relationship Id="rId4707" Type="http://schemas.openxmlformats.org/officeDocument/2006/relationships/image" Target="media/x14462.wmf"/><Relationship Id="rId4708" Type="http://schemas.openxmlformats.org/officeDocument/2006/relationships/image" Target="media/x14463.png"/><Relationship Id="rId4709" Type="http://schemas.openxmlformats.org/officeDocument/2006/relationships/image" Target="media/x14464.wmf"/><Relationship Id="rId4710" Type="http://schemas.openxmlformats.org/officeDocument/2006/relationships/image" Target="media/x14465.wmf"/><Relationship Id="rId4711" Type="http://schemas.openxmlformats.org/officeDocument/2006/relationships/image" Target="media/x14466.wmf"/><Relationship Id="rId4712" Type="http://schemas.openxmlformats.org/officeDocument/2006/relationships/image" Target="media/x14467.wmf"/><Relationship Id="rId4713" Type="http://schemas.openxmlformats.org/officeDocument/2006/relationships/image" Target="media/x14468.wmf"/><Relationship Id="rId4714" Type="http://schemas.openxmlformats.org/officeDocument/2006/relationships/image" Target="media/x14469.wmf"/><Relationship Id="rId4715" Type="http://schemas.openxmlformats.org/officeDocument/2006/relationships/image" Target="media/x14470.wmf"/><Relationship Id="rId4716" Type="http://schemas.openxmlformats.org/officeDocument/2006/relationships/image" Target="media/x14471.wmf"/><Relationship Id="rId4717" Type="http://schemas.openxmlformats.org/officeDocument/2006/relationships/image" Target="media/x14472.png"/><Relationship Id="rId4718" Type="http://schemas.openxmlformats.org/officeDocument/2006/relationships/image" Target="media/x14473.wmf"/><Relationship Id="rId4719" Type="http://schemas.openxmlformats.org/officeDocument/2006/relationships/image" Target="media/x14474.png"/><Relationship Id="rId4720" Type="http://schemas.openxmlformats.org/officeDocument/2006/relationships/image" Target="media/x14475.wmf"/><Relationship Id="rId4721" Type="http://schemas.openxmlformats.org/officeDocument/2006/relationships/image" Target="media/x14476.png"/><Relationship Id="rId4722" Type="http://schemas.openxmlformats.org/officeDocument/2006/relationships/image" Target="media/x14477.wmf"/><Relationship Id="rId4723" Type="http://schemas.openxmlformats.org/officeDocument/2006/relationships/image" Target="media/x14478.png"/><Relationship Id="rId4724" Type="http://schemas.openxmlformats.org/officeDocument/2006/relationships/image" Target="media/x14479.wmf"/><Relationship Id="rId4725" Type="http://schemas.openxmlformats.org/officeDocument/2006/relationships/image" Target="media/x14480.wmf"/><Relationship Id="rId4726" Type="http://schemas.openxmlformats.org/officeDocument/2006/relationships/image" Target="media/x14481.wmf"/><Relationship Id="rId4727" Type="http://schemas.openxmlformats.org/officeDocument/2006/relationships/image" Target="media/x14482.wmf"/><Relationship Id="rId4728" Type="http://schemas.openxmlformats.org/officeDocument/2006/relationships/image" Target="media/x14483.wmf"/><Relationship Id="rId4729" Type="http://schemas.openxmlformats.org/officeDocument/2006/relationships/image" Target="media/x14484.wmf"/><Relationship Id="rId4730" Type="http://schemas.openxmlformats.org/officeDocument/2006/relationships/image" Target="media/x14485.wmf"/><Relationship Id="rId4731" Type="http://schemas.openxmlformats.org/officeDocument/2006/relationships/image" Target="media/x14486.wmf"/><Relationship Id="rId4732" Type="http://schemas.openxmlformats.org/officeDocument/2006/relationships/image" Target="media/x14487.wmf"/><Relationship Id="rId4733" Type="http://schemas.openxmlformats.org/officeDocument/2006/relationships/image" Target="media/x14488.wmf"/><Relationship Id="rId4734" Type="http://schemas.openxmlformats.org/officeDocument/2006/relationships/image" Target="media/x14489.wmf"/><Relationship Id="rId4735" Type="http://schemas.openxmlformats.org/officeDocument/2006/relationships/image" Target="media/x14490.wmf"/><Relationship Id="rId4736" Type="http://schemas.openxmlformats.org/officeDocument/2006/relationships/image" Target="media/x14491.wmf"/><Relationship Id="rId4737" Type="http://schemas.openxmlformats.org/officeDocument/2006/relationships/image" Target="media/x14492.wmf"/><Relationship Id="rId4738" Type="http://schemas.openxmlformats.org/officeDocument/2006/relationships/image" Target="media/x14493.wmf"/><Relationship Id="rId4739" Type="http://schemas.openxmlformats.org/officeDocument/2006/relationships/image" Target="media/x14494.wmf"/><Relationship Id="rId4740" Type="http://schemas.openxmlformats.org/officeDocument/2006/relationships/image" Target="media/x14495.wmf"/><Relationship Id="rId4741" Type="http://schemas.openxmlformats.org/officeDocument/2006/relationships/image" Target="media/x14496.png"/><Relationship Id="rId4742" Type="http://schemas.openxmlformats.org/officeDocument/2006/relationships/image" Target="media/x14497.wmf"/><Relationship Id="rId4743" Type="http://schemas.openxmlformats.org/officeDocument/2006/relationships/image" Target="media/x14498.wmf"/><Relationship Id="rId4744" Type="http://schemas.openxmlformats.org/officeDocument/2006/relationships/image" Target="media/x14499.wmf"/><Relationship Id="rId4745" Type="http://schemas.openxmlformats.org/officeDocument/2006/relationships/image" Target="media/x14500.wmf"/><Relationship Id="rId4746" Type="http://schemas.openxmlformats.org/officeDocument/2006/relationships/image" Target="media/x14501.wmf"/><Relationship Id="rId4747" Type="http://schemas.openxmlformats.org/officeDocument/2006/relationships/image" Target="media/x14502.wmf"/><Relationship Id="rId4748" Type="http://schemas.openxmlformats.org/officeDocument/2006/relationships/image" Target="media/x14503.wmf"/><Relationship Id="rId4749" Type="http://schemas.openxmlformats.org/officeDocument/2006/relationships/image" Target="media/x14504.wmf"/><Relationship Id="rId4750" Type="http://schemas.openxmlformats.org/officeDocument/2006/relationships/image" Target="media/x14505.png"/><Relationship Id="rId4751" Type="http://schemas.openxmlformats.org/officeDocument/2006/relationships/image" Target="media/x14506.wmf"/><Relationship Id="rId4752" Type="http://schemas.openxmlformats.org/officeDocument/2006/relationships/image" Target="media/x14507.wmf"/><Relationship Id="rId4753" Type="http://schemas.openxmlformats.org/officeDocument/2006/relationships/image" Target="media/x14508.wmf"/><Relationship Id="rId4754" Type="http://schemas.openxmlformats.org/officeDocument/2006/relationships/image" Target="media/x14509.wmf"/><Relationship Id="rId4755" Type="http://schemas.openxmlformats.org/officeDocument/2006/relationships/image" Target="media/x14510.wmf"/><Relationship Id="rId4756" Type="http://schemas.openxmlformats.org/officeDocument/2006/relationships/image" Target="media/x14511.wmf"/><Relationship Id="rId4757" Type="http://schemas.openxmlformats.org/officeDocument/2006/relationships/image" Target="media/x14512.wmf"/><Relationship Id="rId4758" Type="http://schemas.openxmlformats.org/officeDocument/2006/relationships/image" Target="media/x14513.wmf"/><Relationship Id="rId4759" Type="http://schemas.openxmlformats.org/officeDocument/2006/relationships/image" Target="media/x14514.wmf"/><Relationship Id="rId4760" Type="http://schemas.openxmlformats.org/officeDocument/2006/relationships/image" Target="media/x14515.wmf"/><Relationship Id="rId4761" Type="http://schemas.openxmlformats.org/officeDocument/2006/relationships/image" Target="media/x14516.wmf"/><Relationship Id="rId4762" Type="http://schemas.openxmlformats.org/officeDocument/2006/relationships/image" Target="media/x14517.wmf"/><Relationship Id="rId4763" Type="http://schemas.openxmlformats.org/officeDocument/2006/relationships/image" Target="media/x14518.wmf"/><Relationship Id="rId4764" Type="http://schemas.openxmlformats.org/officeDocument/2006/relationships/image" Target="media/x14519.wmf"/><Relationship Id="rId4765" Type="http://schemas.openxmlformats.org/officeDocument/2006/relationships/image" Target="media/x14520.wmf"/><Relationship Id="rId4766" Type="http://schemas.openxmlformats.org/officeDocument/2006/relationships/image" Target="media/x14521.wmf"/><Relationship Id="rId4767" Type="http://schemas.openxmlformats.org/officeDocument/2006/relationships/image" Target="media/x14522.wmf"/><Relationship Id="rId4768" Type="http://schemas.openxmlformats.org/officeDocument/2006/relationships/image" Target="media/x14523.wmf"/><Relationship Id="rId4769" Type="http://schemas.openxmlformats.org/officeDocument/2006/relationships/image" Target="media/x14524.wmf"/><Relationship Id="rId4770" Type="http://schemas.openxmlformats.org/officeDocument/2006/relationships/image" Target="media/x14525.wmf"/><Relationship Id="rId4771" Type="http://schemas.openxmlformats.org/officeDocument/2006/relationships/image" Target="media/x14526.wmf"/><Relationship Id="rId4772" Type="http://schemas.openxmlformats.org/officeDocument/2006/relationships/image" Target="media/x14527.wmf"/><Relationship Id="rId4773" Type="http://schemas.openxmlformats.org/officeDocument/2006/relationships/image" Target="media/x14528.wmf"/><Relationship Id="rId4774" Type="http://schemas.openxmlformats.org/officeDocument/2006/relationships/image" Target="media/x14529.wmf"/><Relationship Id="rId4775" Type="http://schemas.openxmlformats.org/officeDocument/2006/relationships/image" Target="media/x14530.wmf"/><Relationship Id="rId4776" Type="http://schemas.openxmlformats.org/officeDocument/2006/relationships/image" Target="media/x14531.wmf"/><Relationship Id="rId4777" Type="http://schemas.openxmlformats.org/officeDocument/2006/relationships/image" Target="media/x14532.wmf"/><Relationship Id="rId4778" Type="http://schemas.openxmlformats.org/officeDocument/2006/relationships/image" Target="media/x14533.wmf"/><Relationship Id="rId4779" Type="http://schemas.openxmlformats.org/officeDocument/2006/relationships/image" Target="media/x14534.wmf"/><Relationship Id="rId4780" Type="http://schemas.openxmlformats.org/officeDocument/2006/relationships/image" Target="media/x14535.wmf"/><Relationship Id="rId4781" Type="http://schemas.openxmlformats.org/officeDocument/2006/relationships/image" Target="media/x14536.wmf"/><Relationship Id="rId4782" Type="http://schemas.openxmlformats.org/officeDocument/2006/relationships/image" Target="media/x14537.wmf"/><Relationship Id="rId4783" Type="http://schemas.openxmlformats.org/officeDocument/2006/relationships/image" Target="media/x14538.wmf"/><Relationship Id="rId4784" Type="http://schemas.openxmlformats.org/officeDocument/2006/relationships/image" Target="media/x14539.wmf"/><Relationship Id="rId4785" Type="http://schemas.openxmlformats.org/officeDocument/2006/relationships/image" Target="media/x14540.wmf"/><Relationship Id="rId4786" Type="http://schemas.openxmlformats.org/officeDocument/2006/relationships/image" Target="media/x14541.wmf"/><Relationship Id="rId4787" Type="http://schemas.openxmlformats.org/officeDocument/2006/relationships/image" Target="media/x14542.wmf"/><Relationship Id="rId4788" Type="http://schemas.openxmlformats.org/officeDocument/2006/relationships/image" Target="media/x14543.wmf"/><Relationship Id="rId4789" Type="http://schemas.openxmlformats.org/officeDocument/2006/relationships/image" Target="media/x14544.wmf"/><Relationship Id="rId4790" Type="http://schemas.openxmlformats.org/officeDocument/2006/relationships/image" Target="media/x14545.wmf"/><Relationship Id="rId4791" Type="http://schemas.openxmlformats.org/officeDocument/2006/relationships/image" Target="media/x14546.wmf"/><Relationship Id="rId4792" Type="http://schemas.openxmlformats.org/officeDocument/2006/relationships/image" Target="media/x14547.wmf"/><Relationship Id="rId4793" Type="http://schemas.openxmlformats.org/officeDocument/2006/relationships/image" Target="media/x14548.wmf"/><Relationship Id="rId4794" Type="http://schemas.openxmlformats.org/officeDocument/2006/relationships/image" Target="media/x14549.wmf"/><Relationship Id="rId4795" Type="http://schemas.openxmlformats.org/officeDocument/2006/relationships/image" Target="media/x14550.wmf"/><Relationship Id="rId4796" Type="http://schemas.openxmlformats.org/officeDocument/2006/relationships/image" Target="media/x14551.wmf"/><Relationship Id="rId4797" Type="http://schemas.openxmlformats.org/officeDocument/2006/relationships/image" Target="media/x14552.wmf"/><Relationship Id="rId4798" Type="http://schemas.openxmlformats.org/officeDocument/2006/relationships/image" Target="media/x14553.wmf"/><Relationship Id="rId4799" Type="http://schemas.openxmlformats.org/officeDocument/2006/relationships/image" Target="media/x14554.wmf"/><Relationship Id="rId4800" Type="http://schemas.openxmlformats.org/officeDocument/2006/relationships/image" Target="media/x14555.wmf"/><Relationship Id="rId4801" Type="http://schemas.openxmlformats.org/officeDocument/2006/relationships/image" Target="media/x14556.wmf"/><Relationship Id="rId4802" Type="http://schemas.openxmlformats.org/officeDocument/2006/relationships/image" Target="media/x14557.wmf"/><Relationship Id="rId4803" Type="http://schemas.openxmlformats.org/officeDocument/2006/relationships/image" Target="media/x14558.wmf"/><Relationship Id="rId4804" Type="http://schemas.openxmlformats.org/officeDocument/2006/relationships/image" Target="media/x14559.wmf"/><Relationship Id="rId4805" Type="http://schemas.openxmlformats.org/officeDocument/2006/relationships/image" Target="media/x14560.wmf"/><Relationship Id="rId4806" Type="http://schemas.openxmlformats.org/officeDocument/2006/relationships/image" Target="media/x14561.wmf"/><Relationship Id="rId4807" Type="http://schemas.openxmlformats.org/officeDocument/2006/relationships/image" Target="media/x14562.wmf"/><Relationship Id="rId4808" Type="http://schemas.openxmlformats.org/officeDocument/2006/relationships/image" Target="media/x14563.wmf"/><Relationship Id="rId4809" Type="http://schemas.openxmlformats.org/officeDocument/2006/relationships/image" Target="media/x14564.wmf"/><Relationship Id="rId4810" Type="http://schemas.openxmlformats.org/officeDocument/2006/relationships/image" Target="media/x14565.wmf"/><Relationship Id="rId4811" Type="http://schemas.openxmlformats.org/officeDocument/2006/relationships/image" Target="media/x14566.wmf"/><Relationship Id="rId4812" Type="http://schemas.openxmlformats.org/officeDocument/2006/relationships/image" Target="media/x14567.wmf"/><Relationship Id="rId4813" Type="http://schemas.openxmlformats.org/officeDocument/2006/relationships/image" Target="media/x14568.wmf"/><Relationship Id="rId4814" Type="http://schemas.openxmlformats.org/officeDocument/2006/relationships/image" Target="media/x14569.wmf"/><Relationship Id="rId4815" Type="http://schemas.openxmlformats.org/officeDocument/2006/relationships/image" Target="media/x14570.wmf"/><Relationship Id="rId4816" Type="http://schemas.openxmlformats.org/officeDocument/2006/relationships/image" Target="media/x14571.wmf"/><Relationship Id="rId4817" Type="http://schemas.openxmlformats.org/officeDocument/2006/relationships/image" Target="media/x14572.png"/><Relationship Id="rId4818" Type="http://schemas.openxmlformats.org/officeDocument/2006/relationships/image" Target="media/x14573.wmf"/><Relationship Id="rId4819" Type="http://schemas.openxmlformats.org/officeDocument/2006/relationships/image" Target="media/x14574.wmf"/><Relationship Id="rId4820" Type="http://schemas.openxmlformats.org/officeDocument/2006/relationships/image" Target="media/x14575.wmf"/><Relationship Id="rId4821" Type="http://schemas.openxmlformats.org/officeDocument/2006/relationships/image" Target="media/x14576.wmf"/><Relationship Id="rId4822" Type="http://schemas.openxmlformats.org/officeDocument/2006/relationships/image" Target="media/x14577.wmf"/><Relationship Id="rId4823" Type="http://schemas.openxmlformats.org/officeDocument/2006/relationships/image" Target="media/x14578.wmf"/><Relationship Id="rId4824" Type="http://schemas.openxmlformats.org/officeDocument/2006/relationships/image" Target="media/x14579.wmf"/><Relationship Id="rId4825" Type="http://schemas.openxmlformats.org/officeDocument/2006/relationships/image" Target="media/x14580.wmf"/><Relationship Id="rId4826" Type="http://schemas.openxmlformats.org/officeDocument/2006/relationships/image" Target="media/x14581.wmf"/><Relationship Id="rId4827" Type="http://schemas.openxmlformats.org/officeDocument/2006/relationships/image" Target="media/x14582.wmf"/><Relationship Id="rId4828" Type="http://schemas.openxmlformats.org/officeDocument/2006/relationships/image" Target="media/x14583.wmf"/><Relationship Id="rId4829" Type="http://schemas.openxmlformats.org/officeDocument/2006/relationships/image" Target="media/x14584.wmf"/><Relationship Id="rId4830" Type="http://schemas.openxmlformats.org/officeDocument/2006/relationships/image" Target="media/x14585.wmf"/><Relationship Id="rId4831" Type="http://schemas.openxmlformats.org/officeDocument/2006/relationships/image" Target="media/x14586.wmf"/><Relationship Id="rId4832" Type="http://schemas.openxmlformats.org/officeDocument/2006/relationships/image" Target="media/x14587.wmf"/><Relationship Id="rId4833" Type="http://schemas.openxmlformats.org/officeDocument/2006/relationships/image" Target="media/x14588.wmf"/><Relationship Id="rId4834" Type="http://schemas.openxmlformats.org/officeDocument/2006/relationships/image" Target="media/x14589.wmf"/><Relationship Id="rId4835" Type="http://schemas.openxmlformats.org/officeDocument/2006/relationships/image" Target="media/x14590.wmf"/><Relationship Id="rId4836" Type="http://schemas.openxmlformats.org/officeDocument/2006/relationships/image" Target="media/x14591.wmf"/><Relationship Id="rId4837" Type="http://schemas.openxmlformats.org/officeDocument/2006/relationships/image" Target="media/x14592.wmf"/><Relationship Id="rId4838" Type="http://schemas.openxmlformats.org/officeDocument/2006/relationships/image" Target="media/x14593.wmf"/><Relationship Id="rId4839" Type="http://schemas.openxmlformats.org/officeDocument/2006/relationships/image" Target="media/x14594.wmf"/><Relationship Id="rId4840" Type="http://schemas.openxmlformats.org/officeDocument/2006/relationships/image" Target="media/x14595.wmf"/><Relationship Id="rId4841" Type="http://schemas.openxmlformats.org/officeDocument/2006/relationships/image" Target="media/x14596.wmf"/><Relationship Id="rId4842" Type="http://schemas.openxmlformats.org/officeDocument/2006/relationships/image" Target="media/x14597.wmf"/><Relationship Id="rId4843" Type="http://schemas.openxmlformats.org/officeDocument/2006/relationships/image" Target="media/x14598.wmf"/><Relationship Id="rId4844" Type="http://schemas.openxmlformats.org/officeDocument/2006/relationships/image" Target="media/x14599.wmf"/><Relationship Id="rId4845" Type="http://schemas.openxmlformats.org/officeDocument/2006/relationships/image" Target="media/x14600.wmf"/><Relationship Id="rId4846" Type="http://schemas.openxmlformats.org/officeDocument/2006/relationships/image" Target="media/x14601.wmf"/><Relationship Id="rId4847" Type="http://schemas.openxmlformats.org/officeDocument/2006/relationships/image" Target="media/x14602.wmf"/><Relationship Id="rId4848" Type="http://schemas.openxmlformats.org/officeDocument/2006/relationships/image" Target="media/x14603.wmf"/><Relationship Id="rId4849" Type="http://schemas.openxmlformats.org/officeDocument/2006/relationships/image" Target="media/x14604.wmf"/><Relationship Id="rId4850" Type="http://schemas.openxmlformats.org/officeDocument/2006/relationships/image" Target="media/x14605.wmf"/><Relationship Id="rId4851" Type="http://schemas.openxmlformats.org/officeDocument/2006/relationships/image" Target="media/x14606.wmf"/><Relationship Id="rId4852" Type="http://schemas.openxmlformats.org/officeDocument/2006/relationships/image" Target="media/x14607.wmf"/><Relationship Id="rId4853" Type="http://schemas.openxmlformats.org/officeDocument/2006/relationships/image" Target="media/x14608.wmf"/><Relationship Id="rId4854" Type="http://schemas.openxmlformats.org/officeDocument/2006/relationships/image" Target="media/x14609.wmf"/><Relationship Id="rId4855" Type="http://schemas.openxmlformats.org/officeDocument/2006/relationships/image" Target="media/x14610.wmf"/><Relationship Id="rId4856" Type="http://schemas.openxmlformats.org/officeDocument/2006/relationships/image" Target="media/x14611.wmf"/><Relationship Id="rId4857" Type="http://schemas.openxmlformats.org/officeDocument/2006/relationships/image" Target="media/x14612.wmf"/><Relationship Id="rId4858" Type="http://schemas.openxmlformats.org/officeDocument/2006/relationships/image" Target="media/x14613.wmf"/><Relationship Id="rId4859" Type="http://schemas.openxmlformats.org/officeDocument/2006/relationships/image" Target="media/x14614.wmf"/><Relationship Id="rId4860" Type="http://schemas.openxmlformats.org/officeDocument/2006/relationships/image" Target="media/x14615.wmf"/><Relationship Id="rId4861" Type="http://schemas.openxmlformats.org/officeDocument/2006/relationships/image" Target="media/x14616.wmf"/><Relationship Id="rId4862" Type="http://schemas.openxmlformats.org/officeDocument/2006/relationships/image" Target="media/x14617.wmf"/><Relationship Id="rId4863" Type="http://schemas.openxmlformats.org/officeDocument/2006/relationships/image" Target="media/x14618.wmf"/><Relationship Id="rId4864" Type="http://schemas.openxmlformats.org/officeDocument/2006/relationships/image" Target="media/x14619.wmf"/><Relationship Id="rId4865" Type="http://schemas.openxmlformats.org/officeDocument/2006/relationships/image" Target="media/x14620.wmf"/><Relationship Id="rId4866" Type="http://schemas.openxmlformats.org/officeDocument/2006/relationships/image" Target="media/x14621.wmf"/><Relationship Id="rId4867" Type="http://schemas.openxmlformats.org/officeDocument/2006/relationships/image" Target="media/x14622.wmf"/><Relationship Id="rId4868" Type="http://schemas.openxmlformats.org/officeDocument/2006/relationships/image" Target="media/x14623.wmf"/><Relationship Id="rId4869" Type="http://schemas.openxmlformats.org/officeDocument/2006/relationships/image" Target="media/x14624.wmf"/><Relationship Id="rId4870" Type="http://schemas.openxmlformats.org/officeDocument/2006/relationships/image" Target="media/x14625.wmf"/><Relationship Id="rId4871" Type="http://schemas.openxmlformats.org/officeDocument/2006/relationships/image" Target="media/x14626.wmf"/><Relationship Id="rId4872" Type="http://schemas.openxmlformats.org/officeDocument/2006/relationships/image" Target="media/x14627.wmf"/><Relationship Id="rId4873" Type="http://schemas.openxmlformats.org/officeDocument/2006/relationships/image" Target="media/x14628.wmf"/><Relationship Id="rId4874" Type="http://schemas.openxmlformats.org/officeDocument/2006/relationships/image" Target="media/x14629.wmf"/><Relationship Id="rId4875" Type="http://schemas.openxmlformats.org/officeDocument/2006/relationships/image" Target="media/x14630.wmf"/><Relationship Id="rId4876" Type="http://schemas.openxmlformats.org/officeDocument/2006/relationships/image" Target="media/x146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